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31FFF" w14:textId="77777777" w:rsidR="00F10429" w:rsidRDefault="00F10429">
      <w:pPr>
        <w:jc w:val="center"/>
        <w:rPr>
          <w:b/>
          <w:sz w:val="24"/>
          <w:lang w:val="es-CL"/>
        </w:rPr>
      </w:pPr>
      <w:bookmarkStart w:id="0" w:name="_Hlk217892789"/>
      <w:bookmarkEnd w:id="0"/>
    </w:p>
    <w:p w14:paraId="48FAF368" w14:textId="77777777" w:rsidR="00A53DA8" w:rsidRDefault="00A53DA8">
      <w:pPr>
        <w:jc w:val="center"/>
        <w:rPr>
          <w:b/>
          <w:sz w:val="24"/>
          <w:lang w:val="es-CL"/>
        </w:rPr>
      </w:pPr>
    </w:p>
    <w:p w14:paraId="0B407080" w14:textId="77777777" w:rsidR="00A53DA8" w:rsidRDefault="00A53DA8">
      <w:pPr>
        <w:jc w:val="center"/>
        <w:rPr>
          <w:b/>
          <w:sz w:val="24"/>
          <w:lang w:val="es-CL"/>
        </w:rPr>
      </w:pPr>
    </w:p>
    <w:p w14:paraId="2886603A" w14:textId="77777777" w:rsidR="00A53DA8" w:rsidRDefault="00A53DA8">
      <w:pPr>
        <w:jc w:val="center"/>
        <w:rPr>
          <w:b/>
          <w:sz w:val="24"/>
          <w:lang w:val="es-CL"/>
        </w:rPr>
      </w:pPr>
    </w:p>
    <w:p w14:paraId="4DBF71D3" w14:textId="77777777" w:rsidR="0037253E" w:rsidRPr="00A53DA8" w:rsidRDefault="004637FB">
      <w:pPr>
        <w:jc w:val="center"/>
        <w:rPr>
          <w:b/>
          <w:sz w:val="36"/>
          <w:szCs w:val="36"/>
          <w:u w:val="single"/>
          <w:lang w:val="es-CL"/>
        </w:rPr>
      </w:pPr>
      <w:r w:rsidRPr="00A53DA8">
        <w:rPr>
          <w:b/>
          <w:sz w:val="36"/>
          <w:szCs w:val="36"/>
          <w:u w:val="single"/>
          <w:lang w:val="es-CL"/>
        </w:rPr>
        <w:t>PLAN DE APOYO A LA INCLUSIÓN Y PROGRAMA DE INTEGRACIÓN ESCOLAR (PIE)</w:t>
      </w:r>
    </w:p>
    <w:p w14:paraId="447E839E" w14:textId="546D6783" w:rsidR="00487CC1" w:rsidRDefault="0037253E">
      <w:pPr>
        <w:jc w:val="center"/>
        <w:rPr>
          <w:b/>
          <w:sz w:val="24"/>
          <w:lang w:val="es-CL"/>
        </w:rPr>
      </w:pPr>
      <w:r>
        <w:rPr>
          <w:noProof/>
          <w:sz w:val="20"/>
          <w:lang w:val="es-ES" w:eastAsia="es-ES"/>
        </w:rPr>
        <w:drawing>
          <wp:inline distT="0" distB="0" distL="0" distR="0" wp14:anchorId="12506B8E" wp14:editId="323AD019">
            <wp:extent cx="3160800" cy="3246154"/>
            <wp:effectExtent l="0" t="0" r="1905" b="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267813" cy="3356056"/>
                    </a:xfrm>
                    <a:prstGeom prst="rect">
                      <a:avLst/>
                    </a:prstGeom>
                  </pic:spPr>
                </pic:pic>
              </a:graphicData>
            </a:graphic>
          </wp:inline>
        </w:drawing>
      </w:r>
      <w:r w:rsidR="004637FB" w:rsidRPr="008452D0">
        <w:rPr>
          <w:b/>
          <w:sz w:val="24"/>
          <w:lang w:val="es-CL"/>
        </w:rPr>
        <w:br/>
        <w:t>Versión 202</w:t>
      </w:r>
      <w:r w:rsidR="00CC6156">
        <w:rPr>
          <w:b/>
          <w:sz w:val="24"/>
          <w:lang w:val="es-CL"/>
        </w:rPr>
        <w:t>6</w:t>
      </w:r>
      <w:r w:rsidR="004637FB" w:rsidRPr="008452D0">
        <w:rPr>
          <w:b/>
          <w:sz w:val="24"/>
          <w:lang w:val="es-CL"/>
        </w:rPr>
        <w:t xml:space="preserve"> – Normativa Vigente</w:t>
      </w:r>
    </w:p>
    <w:p w14:paraId="448C27AE" w14:textId="77777777" w:rsidR="00405442" w:rsidRPr="001A4EE6" w:rsidRDefault="00405442" w:rsidP="00405442">
      <w:pPr>
        <w:jc w:val="center"/>
        <w:rPr>
          <w:i/>
          <w:lang w:val="es-CL"/>
        </w:rPr>
      </w:pPr>
      <w:r w:rsidRPr="001A4EE6">
        <w:rPr>
          <w:i/>
          <w:lang w:val="es-CL"/>
        </w:rPr>
        <w:t xml:space="preserve">Documento elaborado conforme a la Ley 20.370, Ley 20.845, Ley 20.422, Decreto 170/2009, Decreto 83/2015 y Circular </w:t>
      </w:r>
      <w:proofErr w:type="spellStart"/>
      <w:r w:rsidRPr="001A4EE6">
        <w:rPr>
          <w:i/>
          <w:lang w:val="es-CL"/>
        </w:rPr>
        <w:t>N°</w:t>
      </w:r>
      <w:proofErr w:type="spellEnd"/>
      <w:r w:rsidRPr="001A4EE6">
        <w:rPr>
          <w:i/>
          <w:lang w:val="es-CL"/>
        </w:rPr>
        <w:t xml:space="preserve"> 482/2021 – Superintendencia de Educación.</w:t>
      </w:r>
    </w:p>
    <w:p w14:paraId="4FDB0B89" w14:textId="77777777" w:rsidR="00405442" w:rsidRPr="008452D0" w:rsidRDefault="00405442">
      <w:pPr>
        <w:jc w:val="center"/>
        <w:rPr>
          <w:lang w:val="es-CL"/>
        </w:rPr>
      </w:pPr>
    </w:p>
    <w:p w14:paraId="215671FE" w14:textId="77777777" w:rsidR="001A4EE6" w:rsidRDefault="001A4EE6" w:rsidP="001A4EE6">
      <w:pPr>
        <w:rPr>
          <w:b/>
          <w:u w:val="single"/>
          <w:lang w:val="es-CL"/>
        </w:rPr>
      </w:pPr>
    </w:p>
    <w:p w14:paraId="0C5FF458" w14:textId="77777777" w:rsidR="0037253E" w:rsidRDefault="0037253E" w:rsidP="001A4EE6">
      <w:pPr>
        <w:rPr>
          <w:b/>
          <w:u w:val="single"/>
          <w:lang w:val="es-CL"/>
        </w:rPr>
      </w:pPr>
    </w:p>
    <w:p w14:paraId="582D89FE" w14:textId="77777777" w:rsidR="0037253E" w:rsidRDefault="0037253E" w:rsidP="001A4EE6">
      <w:pPr>
        <w:rPr>
          <w:b/>
          <w:u w:val="single"/>
          <w:lang w:val="es-CL"/>
        </w:rPr>
      </w:pPr>
    </w:p>
    <w:p w14:paraId="0BFA97B9" w14:textId="77777777" w:rsidR="001A4EE6" w:rsidRDefault="001A4EE6" w:rsidP="001A4EE6">
      <w:pPr>
        <w:rPr>
          <w:b/>
          <w:u w:val="single"/>
          <w:lang w:val="es-CL"/>
        </w:rPr>
      </w:pPr>
    </w:p>
    <w:p w14:paraId="7AF70235" w14:textId="77777777" w:rsidR="00CC6156" w:rsidRPr="00A53DA8" w:rsidRDefault="00CC6156" w:rsidP="00A53DA8">
      <w:pPr>
        <w:spacing w:line="360" w:lineRule="auto"/>
        <w:jc w:val="both"/>
        <w:rPr>
          <w:rFonts w:ascii="Arial" w:hAnsi="Arial" w:cs="Arial"/>
          <w:b/>
          <w:sz w:val="24"/>
          <w:szCs w:val="24"/>
          <w:u w:val="single"/>
          <w:lang w:val="es-CL"/>
        </w:rPr>
      </w:pPr>
    </w:p>
    <w:p w14:paraId="279B5B51" w14:textId="77777777" w:rsidR="001A4EE6" w:rsidRPr="00A53DA8" w:rsidRDefault="001A4EE6" w:rsidP="00A53DA8">
      <w:pPr>
        <w:spacing w:line="360" w:lineRule="auto"/>
        <w:jc w:val="both"/>
        <w:rPr>
          <w:rFonts w:ascii="Arial" w:hAnsi="Arial" w:cs="Arial"/>
          <w:sz w:val="24"/>
          <w:szCs w:val="24"/>
          <w:lang w:val="es-CL"/>
        </w:rPr>
      </w:pPr>
      <w:r w:rsidRPr="00A53DA8">
        <w:rPr>
          <w:rFonts w:ascii="Arial" w:hAnsi="Arial" w:cs="Arial"/>
          <w:b/>
          <w:sz w:val="24"/>
          <w:szCs w:val="24"/>
          <w:u w:val="single"/>
          <w:lang w:val="es-CL"/>
        </w:rPr>
        <w:lastRenderedPageBreak/>
        <w:t xml:space="preserve">MISION Y VISION DEL </w:t>
      </w:r>
      <w:proofErr w:type="gramStart"/>
      <w:r w:rsidRPr="00A53DA8">
        <w:rPr>
          <w:rFonts w:ascii="Arial" w:hAnsi="Arial" w:cs="Arial"/>
          <w:b/>
          <w:sz w:val="24"/>
          <w:szCs w:val="24"/>
          <w:u w:val="single"/>
          <w:lang w:val="es-CL"/>
        </w:rPr>
        <w:t>CENTRO  EDUCACIONAL</w:t>
      </w:r>
      <w:proofErr w:type="gramEnd"/>
      <w:r w:rsidRPr="00A53DA8">
        <w:rPr>
          <w:rFonts w:ascii="Arial" w:hAnsi="Arial" w:cs="Arial"/>
          <w:b/>
          <w:sz w:val="24"/>
          <w:szCs w:val="24"/>
          <w:u w:val="single"/>
          <w:lang w:val="es-CL"/>
        </w:rPr>
        <w:t xml:space="preserve">  ADONAY </w:t>
      </w:r>
    </w:p>
    <w:p w14:paraId="0E0AF45E" w14:textId="7751BC49" w:rsidR="001A4EE6" w:rsidRPr="00A53DA8" w:rsidRDefault="001A4EE6" w:rsidP="00A53DA8">
      <w:pPr>
        <w:spacing w:line="360" w:lineRule="auto"/>
        <w:jc w:val="center"/>
        <w:rPr>
          <w:rFonts w:ascii="Arial" w:hAnsi="Arial" w:cs="Arial"/>
          <w:b/>
          <w:bCs/>
          <w:sz w:val="24"/>
          <w:szCs w:val="24"/>
          <w:lang w:val="es-CL"/>
        </w:rPr>
      </w:pPr>
      <w:r w:rsidRPr="00A53DA8">
        <w:rPr>
          <w:rFonts w:ascii="Arial" w:hAnsi="Arial" w:cs="Arial"/>
          <w:b/>
          <w:bCs/>
          <w:sz w:val="24"/>
          <w:szCs w:val="24"/>
          <w:lang w:val="es-CL"/>
        </w:rPr>
        <w:t>Misión</w:t>
      </w:r>
    </w:p>
    <w:p w14:paraId="554D67A1" w14:textId="77777777" w:rsidR="001A4EE6" w:rsidRPr="00A53DA8" w:rsidRDefault="001A4EE6" w:rsidP="00A53DA8">
      <w:pPr>
        <w:spacing w:line="360" w:lineRule="auto"/>
        <w:jc w:val="both"/>
        <w:rPr>
          <w:rFonts w:ascii="Arial" w:hAnsi="Arial" w:cs="Arial"/>
          <w:sz w:val="24"/>
          <w:szCs w:val="24"/>
          <w:lang w:val="es-CL"/>
        </w:rPr>
      </w:pPr>
      <w:r w:rsidRPr="00A53DA8">
        <w:rPr>
          <w:rFonts w:ascii="Arial" w:hAnsi="Arial" w:cs="Arial"/>
          <w:sz w:val="24"/>
          <w:szCs w:val="24"/>
          <w:lang w:val="es-CL"/>
        </w:rPr>
        <w:t>“Soñamos con una comunidad con una sólida formación valórica y académica, que fortalezca a través de los valores cristianos y nuestra pedagogía”.</w:t>
      </w:r>
    </w:p>
    <w:p w14:paraId="158D6F25" w14:textId="77777777" w:rsidR="001A4EE6" w:rsidRPr="00A53DA8" w:rsidRDefault="001A4EE6" w:rsidP="00A53DA8">
      <w:pPr>
        <w:spacing w:line="360" w:lineRule="auto"/>
        <w:jc w:val="center"/>
        <w:rPr>
          <w:rFonts w:ascii="Arial" w:hAnsi="Arial" w:cs="Arial"/>
          <w:b/>
          <w:bCs/>
          <w:sz w:val="24"/>
          <w:szCs w:val="24"/>
          <w:lang w:val="es-CL"/>
        </w:rPr>
      </w:pPr>
      <w:r w:rsidRPr="00A53DA8">
        <w:rPr>
          <w:rFonts w:ascii="Arial" w:hAnsi="Arial" w:cs="Arial"/>
          <w:b/>
          <w:bCs/>
          <w:sz w:val="24"/>
          <w:szCs w:val="24"/>
          <w:lang w:val="es-CL"/>
        </w:rPr>
        <w:t>Visión</w:t>
      </w:r>
    </w:p>
    <w:p w14:paraId="6DEDA83E" w14:textId="77777777" w:rsidR="001A4EE6" w:rsidRPr="00A53DA8" w:rsidRDefault="001A4EE6" w:rsidP="00A53DA8">
      <w:pPr>
        <w:spacing w:line="360" w:lineRule="auto"/>
        <w:jc w:val="both"/>
        <w:rPr>
          <w:rFonts w:ascii="Arial" w:hAnsi="Arial" w:cs="Arial"/>
          <w:sz w:val="24"/>
          <w:szCs w:val="24"/>
          <w:lang w:val="es-CL"/>
        </w:rPr>
      </w:pPr>
      <w:r w:rsidRPr="00A53DA8">
        <w:rPr>
          <w:rFonts w:ascii="Arial" w:hAnsi="Arial" w:cs="Arial"/>
          <w:sz w:val="24"/>
          <w:szCs w:val="24"/>
          <w:lang w:val="es-CL"/>
        </w:rPr>
        <w:t xml:space="preserve">“Educar Íntegramente a nuestros estudiantes en los diferentes ámbitos de la </w:t>
      </w:r>
      <w:r w:rsidR="0037253E" w:rsidRPr="00A53DA8">
        <w:rPr>
          <w:rFonts w:ascii="Arial" w:hAnsi="Arial" w:cs="Arial"/>
          <w:sz w:val="24"/>
          <w:szCs w:val="24"/>
          <w:lang w:val="es-CL"/>
        </w:rPr>
        <w:t>vida,</w:t>
      </w:r>
      <w:r w:rsidRPr="00A53DA8">
        <w:rPr>
          <w:rFonts w:ascii="Arial" w:hAnsi="Arial" w:cs="Arial"/>
          <w:sz w:val="24"/>
          <w:szCs w:val="24"/>
          <w:lang w:val="es-CL"/>
        </w:rPr>
        <w:t xml:space="preserve"> entregándoles las herramientas para enfrentar exitosamente todos los desafíos del mundo </w:t>
      </w:r>
      <w:r w:rsidR="0037253E" w:rsidRPr="00A53DA8">
        <w:rPr>
          <w:rFonts w:ascii="Arial" w:hAnsi="Arial" w:cs="Arial"/>
          <w:sz w:val="24"/>
          <w:szCs w:val="24"/>
          <w:lang w:val="es-CL"/>
        </w:rPr>
        <w:t>actual”</w:t>
      </w:r>
      <w:r w:rsidRPr="00A53DA8">
        <w:rPr>
          <w:rFonts w:ascii="Arial" w:hAnsi="Arial" w:cs="Arial"/>
          <w:sz w:val="24"/>
          <w:szCs w:val="24"/>
          <w:lang w:val="es-CL"/>
        </w:rPr>
        <w:t>.</w:t>
      </w:r>
    </w:p>
    <w:p w14:paraId="1B4FAB61" w14:textId="77777777" w:rsidR="00CC6156" w:rsidRPr="00A53DA8" w:rsidRDefault="00CC6156" w:rsidP="00A53DA8">
      <w:pPr>
        <w:spacing w:line="360" w:lineRule="auto"/>
        <w:jc w:val="both"/>
        <w:rPr>
          <w:rFonts w:ascii="Arial" w:hAnsi="Arial" w:cs="Arial"/>
          <w:sz w:val="10"/>
          <w:szCs w:val="10"/>
          <w:lang w:val="es-CL"/>
        </w:rPr>
      </w:pPr>
    </w:p>
    <w:p w14:paraId="515C4F81" w14:textId="77777777" w:rsidR="001A4EE6" w:rsidRPr="00A53DA8" w:rsidRDefault="001A4EE6" w:rsidP="00A53DA8">
      <w:pPr>
        <w:spacing w:line="360" w:lineRule="auto"/>
        <w:jc w:val="both"/>
        <w:rPr>
          <w:rFonts w:ascii="Arial" w:hAnsi="Arial" w:cs="Arial"/>
          <w:sz w:val="24"/>
          <w:szCs w:val="24"/>
          <w:lang w:val="es-CL"/>
        </w:rPr>
      </w:pPr>
      <w:proofErr w:type="gramStart"/>
      <w:r w:rsidRPr="00A53DA8">
        <w:rPr>
          <w:rFonts w:ascii="Arial" w:hAnsi="Arial" w:cs="Arial"/>
          <w:b/>
          <w:sz w:val="24"/>
          <w:szCs w:val="24"/>
          <w:lang w:val="es-CL"/>
        </w:rPr>
        <w:t>SELLOS  EDUCATIVOS</w:t>
      </w:r>
      <w:proofErr w:type="gramEnd"/>
      <w:r w:rsidRPr="00A53DA8">
        <w:rPr>
          <w:rFonts w:ascii="Arial" w:hAnsi="Arial" w:cs="Arial"/>
          <w:b/>
          <w:sz w:val="24"/>
          <w:szCs w:val="24"/>
          <w:lang w:val="es-CL"/>
        </w:rPr>
        <w:t xml:space="preserve"> INSTITUCIONALES</w:t>
      </w:r>
    </w:p>
    <w:p w14:paraId="5D62E0CD" w14:textId="77777777" w:rsidR="001A4EE6" w:rsidRPr="00A53DA8" w:rsidRDefault="001A4EE6" w:rsidP="00A53DA8">
      <w:pPr>
        <w:spacing w:after="120" w:line="360" w:lineRule="auto"/>
        <w:ind w:left="360"/>
        <w:jc w:val="both"/>
        <w:rPr>
          <w:rFonts w:ascii="Arial" w:hAnsi="Arial" w:cs="Arial"/>
          <w:sz w:val="24"/>
          <w:szCs w:val="24"/>
          <w:lang w:val="es-CL"/>
        </w:rPr>
      </w:pPr>
      <w:r w:rsidRPr="00A53DA8">
        <w:rPr>
          <w:rFonts w:ascii="Arial" w:hAnsi="Arial" w:cs="Arial"/>
          <w:sz w:val="24"/>
          <w:szCs w:val="24"/>
          <w:lang w:val="es-CL"/>
        </w:rPr>
        <w:t>1. Promover la formación valórica cristiana en el educando y la comunidad.</w:t>
      </w:r>
    </w:p>
    <w:p w14:paraId="3557099E" w14:textId="77777777" w:rsidR="001A4EE6" w:rsidRPr="00A53DA8" w:rsidRDefault="001A4EE6" w:rsidP="00A53DA8">
      <w:pPr>
        <w:spacing w:after="120" w:line="360" w:lineRule="auto"/>
        <w:ind w:left="360"/>
        <w:jc w:val="both"/>
        <w:rPr>
          <w:rFonts w:ascii="Arial" w:hAnsi="Arial" w:cs="Arial"/>
          <w:sz w:val="24"/>
          <w:szCs w:val="24"/>
          <w:lang w:val="es-CL"/>
        </w:rPr>
      </w:pPr>
      <w:r w:rsidRPr="00A53DA8">
        <w:rPr>
          <w:rFonts w:ascii="Arial" w:hAnsi="Arial" w:cs="Arial"/>
          <w:sz w:val="24"/>
          <w:szCs w:val="24"/>
          <w:lang w:val="es-CL"/>
        </w:rPr>
        <w:t>2. Fortalecer la comprensión lectora y el razonamiento lógico a través del desarrollo de habilidades cognitivas, comunicativas y pedagógicas como herramienta para enfrentar el futuro.</w:t>
      </w:r>
    </w:p>
    <w:p w14:paraId="6718B083" w14:textId="77777777" w:rsidR="001A4EE6" w:rsidRPr="00A53DA8" w:rsidRDefault="001A4EE6" w:rsidP="00A53DA8">
      <w:pPr>
        <w:spacing w:after="120" w:line="360" w:lineRule="auto"/>
        <w:ind w:left="360"/>
        <w:jc w:val="both"/>
        <w:rPr>
          <w:rFonts w:ascii="Arial" w:hAnsi="Arial" w:cs="Arial"/>
          <w:sz w:val="24"/>
          <w:szCs w:val="24"/>
          <w:lang w:val="es-CL"/>
        </w:rPr>
      </w:pPr>
      <w:r w:rsidRPr="00A53DA8">
        <w:rPr>
          <w:rFonts w:ascii="Arial" w:hAnsi="Arial" w:cs="Arial"/>
          <w:sz w:val="24"/>
          <w:szCs w:val="24"/>
          <w:lang w:val="es-CL"/>
        </w:rPr>
        <w:t>3. Fomentar en nuestros estudiantes la conciencia del autocuidado mediante la promoción de la actividad física, la contención emocional, la vida saludable y el respeto por el medioambiente y su entorno.</w:t>
      </w:r>
    </w:p>
    <w:p w14:paraId="7D7A8CD8" w14:textId="77777777" w:rsidR="00CC6156" w:rsidRPr="00A53DA8" w:rsidRDefault="00CC6156" w:rsidP="00A53DA8">
      <w:pPr>
        <w:spacing w:after="120" w:line="360" w:lineRule="auto"/>
        <w:ind w:left="360"/>
        <w:jc w:val="both"/>
        <w:rPr>
          <w:rFonts w:ascii="Arial" w:hAnsi="Arial" w:cs="Arial"/>
          <w:sz w:val="12"/>
          <w:szCs w:val="12"/>
          <w:lang w:val="es-CL"/>
        </w:rPr>
      </w:pPr>
    </w:p>
    <w:p w14:paraId="393881AF" w14:textId="77777777" w:rsidR="001A4EE6" w:rsidRPr="00A53DA8" w:rsidRDefault="001A4EE6" w:rsidP="00A53DA8">
      <w:pPr>
        <w:pStyle w:val="Ttulo1"/>
        <w:spacing w:line="360" w:lineRule="auto"/>
        <w:jc w:val="both"/>
        <w:rPr>
          <w:rFonts w:ascii="Arial" w:hAnsi="Arial" w:cs="Arial"/>
          <w:color w:val="auto"/>
          <w:sz w:val="24"/>
          <w:szCs w:val="24"/>
          <w:lang w:val="es-CL"/>
        </w:rPr>
      </w:pPr>
      <w:r w:rsidRPr="00A53DA8">
        <w:rPr>
          <w:rFonts w:ascii="Arial" w:hAnsi="Arial" w:cs="Arial"/>
          <w:color w:val="auto"/>
          <w:sz w:val="24"/>
          <w:szCs w:val="24"/>
          <w:lang w:val="es-CL"/>
        </w:rPr>
        <w:t>OBJETIVO GENERAL</w:t>
      </w:r>
    </w:p>
    <w:p w14:paraId="1504521C" w14:textId="4626673D" w:rsidR="00CC6156" w:rsidRPr="00A53DA8" w:rsidRDefault="001A4EE6" w:rsidP="00A53DA8">
      <w:pPr>
        <w:spacing w:line="360" w:lineRule="auto"/>
        <w:jc w:val="both"/>
        <w:rPr>
          <w:rFonts w:ascii="Arial" w:hAnsi="Arial" w:cs="Arial"/>
          <w:sz w:val="24"/>
          <w:szCs w:val="24"/>
          <w:lang w:val="es-CL"/>
        </w:rPr>
      </w:pPr>
      <w:r w:rsidRPr="00A53DA8">
        <w:rPr>
          <w:rFonts w:ascii="Arial" w:hAnsi="Arial" w:cs="Arial"/>
          <w:sz w:val="24"/>
          <w:szCs w:val="24"/>
          <w:lang w:val="es-CL"/>
        </w:rPr>
        <w:t>Organizar, calendarizar y supervisar las funciones, acciones y responsabilidades del Equipo de Integración Escolar (PIE) en coherencia con el Proyecto Educativo Institucional, Reglamento Interno, Plan de Convivencia Escolar, los sellos institucionales y la normativa vigente: Decreto 170/2009, Decreto 83/2015, Circular N.º 482/2019, Ley 20.422/2010 y Ley 21.545/2023.</w:t>
      </w:r>
    </w:p>
    <w:p w14:paraId="2FF72218" w14:textId="77777777" w:rsidR="001A4EE6" w:rsidRPr="00CC6156" w:rsidRDefault="001A4EE6" w:rsidP="001A4EE6">
      <w:pPr>
        <w:pStyle w:val="Ttulo1"/>
        <w:rPr>
          <w:rFonts w:asciiTheme="minorHAnsi" w:hAnsiTheme="minorHAnsi"/>
          <w:color w:val="auto"/>
          <w:sz w:val="24"/>
          <w:szCs w:val="24"/>
          <w:u w:val="single"/>
          <w:lang w:val="es-CL"/>
        </w:rPr>
      </w:pPr>
      <w:r w:rsidRPr="00CC6156">
        <w:rPr>
          <w:rFonts w:asciiTheme="minorHAnsi" w:hAnsiTheme="minorHAnsi"/>
          <w:color w:val="auto"/>
          <w:sz w:val="24"/>
          <w:szCs w:val="24"/>
          <w:u w:val="single"/>
          <w:lang w:val="es-CL"/>
        </w:rPr>
        <w:t>EQUIPO DE INTEGRACIÓN ESCOLAR Y RESPONSABILIDADES</w:t>
      </w:r>
    </w:p>
    <w:p w14:paraId="36E3D10E" w14:textId="77777777" w:rsidR="00AE073B" w:rsidRPr="00AE073B" w:rsidRDefault="00AE073B" w:rsidP="00AE073B">
      <w:pPr>
        <w:rPr>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1A4EE6" w:rsidRPr="00B90F3A" w14:paraId="66AE5295" w14:textId="77777777" w:rsidTr="00CC6156">
        <w:tc>
          <w:tcPr>
            <w:tcW w:w="2880" w:type="dxa"/>
            <w:shd w:val="clear" w:color="auto" w:fill="DDD9C3" w:themeFill="background2" w:themeFillShade="E6"/>
          </w:tcPr>
          <w:p w14:paraId="5CD7D3DC" w14:textId="77777777" w:rsidR="001A4EE6" w:rsidRPr="00CC6156" w:rsidRDefault="001A4EE6" w:rsidP="00BE02B9">
            <w:pPr>
              <w:rPr>
                <w:b/>
                <w:bCs/>
                <w:sz w:val="24"/>
                <w:szCs w:val="24"/>
              </w:rPr>
            </w:pPr>
            <w:r w:rsidRPr="00CC6156">
              <w:rPr>
                <w:b/>
                <w:bCs/>
                <w:sz w:val="24"/>
                <w:szCs w:val="24"/>
              </w:rPr>
              <w:lastRenderedPageBreak/>
              <w:t>Cargo / Rol</w:t>
            </w:r>
          </w:p>
        </w:tc>
        <w:tc>
          <w:tcPr>
            <w:tcW w:w="2880" w:type="dxa"/>
            <w:shd w:val="clear" w:color="auto" w:fill="DDD9C3" w:themeFill="background2" w:themeFillShade="E6"/>
          </w:tcPr>
          <w:p w14:paraId="5EE78D97" w14:textId="77777777" w:rsidR="001A4EE6" w:rsidRPr="00CC6156" w:rsidRDefault="001A4EE6" w:rsidP="00BE02B9">
            <w:pPr>
              <w:rPr>
                <w:b/>
                <w:bCs/>
                <w:sz w:val="24"/>
                <w:szCs w:val="24"/>
              </w:rPr>
            </w:pPr>
            <w:proofErr w:type="spellStart"/>
            <w:r w:rsidRPr="00CC6156">
              <w:rPr>
                <w:b/>
                <w:bCs/>
                <w:sz w:val="24"/>
                <w:szCs w:val="24"/>
              </w:rPr>
              <w:t>Profesional</w:t>
            </w:r>
            <w:proofErr w:type="spellEnd"/>
            <w:r w:rsidRPr="00CC6156">
              <w:rPr>
                <w:b/>
                <w:bCs/>
                <w:sz w:val="24"/>
                <w:szCs w:val="24"/>
              </w:rPr>
              <w:t xml:space="preserve"> </w:t>
            </w:r>
            <w:proofErr w:type="spellStart"/>
            <w:r w:rsidRPr="00CC6156">
              <w:rPr>
                <w:b/>
                <w:bCs/>
                <w:sz w:val="24"/>
                <w:szCs w:val="24"/>
              </w:rPr>
              <w:t>Responsable</w:t>
            </w:r>
            <w:proofErr w:type="spellEnd"/>
          </w:p>
        </w:tc>
        <w:tc>
          <w:tcPr>
            <w:tcW w:w="2880" w:type="dxa"/>
            <w:shd w:val="clear" w:color="auto" w:fill="DDD9C3" w:themeFill="background2" w:themeFillShade="E6"/>
          </w:tcPr>
          <w:p w14:paraId="742FBE8E" w14:textId="77777777" w:rsidR="001A4EE6" w:rsidRPr="00CC6156" w:rsidRDefault="001A4EE6" w:rsidP="00BE02B9">
            <w:pPr>
              <w:rPr>
                <w:b/>
                <w:bCs/>
                <w:sz w:val="24"/>
                <w:szCs w:val="24"/>
              </w:rPr>
            </w:pPr>
            <w:proofErr w:type="spellStart"/>
            <w:r w:rsidRPr="00CC6156">
              <w:rPr>
                <w:b/>
                <w:bCs/>
                <w:sz w:val="24"/>
                <w:szCs w:val="24"/>
              </w:rPr>
              <w:t>Responsabilidades</w:t>
            </w:r>
            <w:proofErr w:type="spellEnd"/>
            <w:r w:rsidRPr="00CC6156">
              <w:rPr>
                <w:b/>
                <w:bCs/>
                <w:sz w:val="24"/>
                <w:szCs w:val="24"/>
              </w:rPr>
              <w:t xml:space="preserve"> </w:t>
            </w:r>
            <w:proofErr w:type="spellStart"/>
            <w:r w:rsidRPr="00CC6156">
              <w:rPr>
                <w:b/>
                <w:bCs/>
                <w:sz w:val="24"/>
                <w:szCs w:val="24"/>
              </w:rPr>
              <w:t>Principales</w:t>
            </w:r>
            <w:proofErr w:type="spellEnd"/>
          </w:p>
        </w:tc>
      </w:tr>
      <w:tr w:rsidR="001A4EE6" w:rsidRPr="00B90F3A" w14:paraId="4FB03E6E" w14:textId="77777777" w:rsidTr="00CC6156">
        <w:tc>
          <w:tcPr>
            <w:tcW w:w="2880" w:type="dxa"/>
            <w:shd w:val="clear" w:color="auto" w:fill="EEECE1" w:themeFill="background2"/>
          </w:tcPr>
          <w:p w14:paraId="48A307DA" w14:textId="77777777" w:rsidR="001A4EE6" w:rsidRPr="00B90F3A" w:rsidRDefault="001A4EE6" w:rsidP="00BE02B9">
            <w:pPr>
              <w:rPr>
                <w:sz w:val="24"/>
                <w:szCs w:val="24"/>
              </w:rPr>
            </w:pPr>
            <w:r w:rsidRPr="00B90F3A">
              <w:rPr>
                <w:sz w:val="24"/>
                <w:szCs w:val="24"/>
              </w:rPr>
              <w:t>Coordinadora PIE</w:t>
            </w:r>
          </w:p>
        </w:tc>
        <w:tc>
          <w:tcPr>
            <w:tcW w:w="2880" w:type="dxa"/>
          </w:tcPr>
          <w:p w14:paraId="31711B5A" w14:textId="77777777" w:rsidR="001A4EE6" w:rsidRPr="00B90F3A" w:rsidRDefault="001A4EE6" w:rsidP="00BE02B9">
            <w:pPr>
              <w:rPr>
                <w:sz w:val="24"/>
                <w:szCs w:val="24"/>
              </w:rPr>
            </w:pPr>
            <w:proofErr w:type="spellStart"/>
            <w:r w:rsidRPr="00B90F3A">
              <w:rPr>
                <w:sz w:val="24"/>
                <w:szCs w:val="24"/>
              </w:rPr>
              <w:t>Encargada</w:t>
            </w:r>
            <w:proofErr w:type="spellEnd"/>
            <w:r w:rsidRPr="00B90F3A">
              <w:rPr>
                <w:sz w:val="24"/>
                <w:szCs w:val="24"/>
              </w:rPr>
              <w:t xml:space="preserve"> General del </w:t>
            </w:r>
            <w:proofErr w:type="spellStart"/>
            <w:r w:rsidRPr="00B90F3A">
              <w:rPr>
                <w:sz w:val="24"/>
                <w:szCs w:val="24"/>
              </w:rPr>
              <w:t>Programa</w:t>
            </w:r>
            <w:proofErr w:type="spellEnd"/>
          </w:p>
        </w:tc>
        <w:tc>
          <w:tcPr>
            <w:tcW w:w="2880" w:type="dxa"/>
          </w:tcPr>
          <w:p w14:paraId="5B330769" w14:textId="77777777" w:rsidR="001A4EE6" w:rsidRPr="00B90F3A" w:rsidRDefault="001A4EE6" w:rsidP="00BE02B9">
            <w:pPr>
              <w:rPr>
                <w:sz w:val="24"/>
                <w:szCs w:val="24"/>
                <w:lang w:val="es-CL"/>
              </w:rPr>
            </w:pPr>
            <w:r w:rsidRPr="00B90F3A">
              <w:rPr>
                <w:sz w:val="24"/>
                <w:szCs w:val="24"/>
                <w:lang w:val="es-CL"/>
              </w:rPr>
              <w:t xml:space="preserve">Planificación anual, articulación con UTP, supervisión de registros PIE, atención de apoderados, coordinación con redes externas, cumplimiento normativo, elaboración de informes a </w:t>
            </w:r>
            <w:proofErr w:type="spellStart"/>
            <w:r w:rsidRPr="00B90F3A">
              <w:rPr>
                <w:sz w:val="24"/>
                <w:szCs w:val="24"/>
                <w:lang w:val="es-CL"/>
              </w:rPr>
              <w:t>Supereduc</w:t>
            </w:r>
            <w:proofErr w:type="spellEnd"/>
            <w:r w:rsidRPr="00B90F3A">
              <w:rPr>
                <w:sz w:val="24"/>
                <w:szCs w:val="24"/>
                <w:lang w:val="es-CL"/>
              </w:rPr>
              <w:t xml:space="preserve"> y revisión de libros/cuadernos según Agencia de Calidad.</w:t>
            </w:r>
          </w:p>
        </w:tc>
      </w:tr>
      <w:tr w:rsidR="001A4EE6" w:rsidRPr="00B90F3A" w14:paraId="76CF4072" w14:textId="77777777" w:rsidTr="00CC6156">
        <w:tc>
          <w:tcPr>
            <w:tcW w:w="2880" w:type="dxa"/>
            <w:shd w:val="clear" w:color="auto" w:fill="EEECE1" w:themeFill="background2"/>
          </w:tcPr>
          <w:p w14:paraId="3757E265" w14:textId="77777777" w:rsidR="001A4EE6" w:rsidRPr="00B90F3A" w:rsidRDefault="001A4EE6" w:rsidP="00BE02B9">
            <w:pPr>
              <w:rPr>
                <w:sz w:val="24"/>
                <w:szCs w:val="24"/>
              </w:rPr>
            </w:pPr>
            <w:proofErr w:type="spellStart"/>
            <w:r w:rsidRPr="00B90F3A">
              <w:rPr>
                <w:sz w:val="24"/>
                <w:szCs w:val="24"/>
              </w:rPr>
              <w:t>Psicóloga</w:t>
            </w:r>
            <w:proofErr w:type="spellEnd"/>
          </w:p>
        </w:tc>
        <w:tc>
          <w:tcPr>
            <w:tcW w:w="2880" w:type="dxa"/>
          </w:tcPr>
          <w:p w14:paraId="41950DC4" w14:textId="77777777" w:rsidR="001A4EE6" w:rsidRPr="00B90F3A" w:rsidRDefault="001A4EE6" w:rsidP="00BE02B9">
            <w:pPr>
              <w:rPr>
                <w:sz w:val="24"/>
                <w:szCs w:val="24"/>
                <w:lang w:val="es-CL"/>
              </w:rPr>
            </w:pPr>
            <w:r w:rsidRPr="00B90F3A">
              <w:rPr>
                <w:sz w:val="24"/>
                <w:szCs w:val="24"/>
                <w:lang w:val="es-CL"/>
              </w:rPr>
              <w:t>Encargada de Plan de Sexualidad, Afectividad y Género, Plan de Contención Emocional, Protocolos Psicosociales y Músculo-Esqueléticos (Mutual)</w:t>
            </w:r>
          </w:p>
        </w:tc>
        <w:tc>
          <w:tcPr>
            <w:tcW w:w="2880" w:type="dxa"/>
          </w:tcPr>
          <w:p w14:paraId="0E3DE036" w14:textId="77777777" w:rsidR="001A4EE6" w:rsidRPr="00B90F3A" w:rsidRDefault="001A4EE6" w:rsidP="00BE02B9">
            <w:pPr>
              <w:rPr>
                <w:sz w:val="24"/>
                <w:szCs w:val="24"/>
                <w:lang w:val="es-CL"/>
              </w:rPr>
            </w:pPr>
            <w:r w:rsidRPr="00B90F3A">
              <w:rPr>
                <w:sz w:val="24"/>
                <w:szCs w:val="24"/>
                <w:lang w:val="es-CL"/>
              </w:rPr>
              <w:t>Atención personalizada y grupal a estudiantes PIE, acompañamiento emocional a docentes, coordinación con Mutual, aplicación del Plan de Contención Emocional, derivaciones y seguimiento.</w:t>
            </w:r>
          </w:p>
        </w:tc>
      </w:tr>
      <w:tr w:rsidR="001A4EE6" w:rsidRPr="00B90F3A" w14:paraId="7823537E" w14:textId="77777777" w:rsidTr="00CC6156">
        <w:tc>
          <w:tcPr>
            <w:tcW w:w="2880" w:type="dxa"/>
            <w:shd w:val="clear" w:color="auto" w:fill="EEECE1" w:themeFill="background2"/>
          </w:tcPr>
          <w:p w14:paraId="07E84489" w14:textId="77777777" w:rsidR="001A4EE6" w:rsidRPr="00B90F3A" w:rsidRDefault="001A4EE6" w:rsidP="00BE02B9">
            <w:pPr>
              <w:rPr>
                <w:sz w:val="24"/>
                <w:szCs w:val="24"/>
              </w:rPr>
            </w:pPr>
            <w:proofErr w:type="spellStart"/>
            <w:r w:rsidRPr="00B90F3A">
              <w:rPr>
                <w:sz w:val="24"/>
                <w:szCs w:val="24"/>
              </w:rPr>
              <w:t>Educadoras</w:t>
            </w:r>
            <w:proofErr w:type="spellEnd"/>
            <w:r w:rsidRPr="00B90F3A">
              <w:rPr>
                <w:sz w:val="24"/>
                <w:szCs w:val="24"/>
              </w:rPr>
              <w:t xml:space="preserve"> </w:t>
            </w:r>
            <w:proofErr w:type="spellStart"/>
            <w:r w:rsidRPr="00B90F3A">
              <w:rPr>
                <w:sz w:val="24"/>
                <w:szCs w:val="24"/>
              </w:rPr>
              <w:t>Diferenciales</w:t>
            </w:r>
            <w:proofErr w:type="spellEnd"/>
          </w:p>
        </w:tc>
        <w:tc>
          <w:tcPr>
            <w:tcW w:w="2880" w:type="dxa"/>
          </w:tcPr>
          <w:p w14:paraId="7499FDA1" w14:textId="77777777" w:rsidR="001A4EE6" w:rsidRPr="00B90F3A" w:rsidRDefault="001A4EE6" w:rsidP="00BE02B9">
            <w:pPr>
              <w:rPr>
                <w:sz w:val="24"/>
                <w:szCs w:val="24"/>
                <w:lang w:val="es-CL"/>
              </w:rPr>
            </w:pPr>
            <w:r w:rsidRPr="00B90F3A">
              <w:rPr>
                <w:sz w:val="24"/>
                <w:szCs w:val="24"/>
                <w:lang w:val="es-CL"/>
              </w:rPr>
              <w:t>Equipo PIE por nivel educativo</w:t>
            </w:r>
          </w:p>
        </w:tc>
        <w:tc>
          <w:tcPr>
            <w:tcW w:w="2880" w:type="dxa"/>
          </w:tcPr>
          <w:p w14:paraId="52A3FCBA" w14:textId="77777777" w:rsidR="001A4EE6" w:rsidRPr="00B90F3A" w:rsidRDefault="001A4EE6" w:rsidP="00BE02B9">
            <w:pPr>
              <w:rPr>
                <w:sz w:val="24"/>
                <w:szCs w:val="24"/>
                <w:lang w:val="es-CL"/>
              </w:rPr>
            </w:pPr>
            <w:r w:rsidRPr="00B90F3A">
              <w:rPr>
                <w:sz w:val="24"/>
                <w:szCs w:val="24"/>
                <w:lang w:val="es-CL"/>
              </w:rPr>
              <w:t xml:space="preserve">Aplicación del Decreto 170/2009, evaluación diagnóstica, elaboración del PAEC, </w:t>
            </w:r>
            <w:proofErr w:type="spellStart"/>
            <w:r w:rsidRPr="00B90F3A">
              <w:rPr>
                <w:sz w:val="24"/>
                <w:szCs w:val="24"/>
                <w:lang w:val="es-CL"/>
              </w:rPr>
              <w:t>co-docencia</w:t>
            </w:r>
            <w:proofErr w:type="spellEnd"/>
            <w:r w:rsidRPr="00B90F3A">
              <w:rPr>
                <w:sz w:val="24"/>
                <w:szCs w:val="24"/>
                <w:lang w:val="es-CL"/>
              </w:rPr>
              <w:t>, apoyo pedagógico en aula, talleres de invernadero y reciclaje, apoyo al Plan Cristiano, revisión de libros y cuadernos.</w:t>
            </w:r>
          </w:p>
        </w:tc>
      </w:tr>
      <w:tr w:rsidR="001A4EE6" w:rsidRPr="00B90F3A" w14:paraId="5A5B1571" w14:textId="77777777" w:rsidTr="00CC6156">
        <w:tc>
          <w:tcPr>
            <w:tcW w:w="2880" w:type="dxa"/>
            <w:shd w:val="clear" w:color="auto" w:fill="EEECE1" w:themeFill="background2"/>
          </w:tcPr>
          <w:p w14:paraId="7E470680" w14:textId="77777777" w:rsidR="001A4EE6" w:rsidRPr="00B90F3A" w:rsidRDefault="001A4EE6" w:rsidP="00BE02B9">
            <w:pPr>
              <w:rPr>
                <w:sz w:val="24"/>
                <w:szCs w:val="24"/>
              </w:rPr>
            </w:pPr>
            <w:proofErr w:type="spellStart"/>
            <w:r w:rsidRPr="00B90F3A">
              <w:rPr>
                <w:sz w:val="24"/>
                <w:szCs w:val="24"/>
              </w:rPr>
              <w:t>Fonoaudióloga</w:t>
            </w:r>
            <w:proofErr w:type="spellEnd"/>
          </w:p>
        </w:tc>
        <w:tc>
          <w:tcPr>
            <w:tcW w:w="2880" w:type="dxa"/>
          </w:tcPr>
          <w:p w14:paraId="05D154EA" w14:textId="77777777" w:rsidR="001A4EE6" w:rsidRPr="001A4EE6" w:rsidRDefault="001A4EE6" w:rsidP="00BE02B9">
            <w:pPr>
              <w:rPr>
                <w:sz w:val="24"/>
                <w:szCs w:val="24"/>
                <w:lang w:val="es-CL"/>
              </w:rPr>
            </w:pPr>
            <w:r w:rsidRPr="001A4EE6">
              <w:rPr>
                <w:sz w:val="24"/>
                <w:szCs w:val="24"/>
                <w:lang w:val="es-CL"/>
              </w:rPr>
              <w:t>Profesional PIE</w:t>
            </w:r>
          </w:p>
        </w:tc>
        <w:tc>
          <w:tcPr>
            <w:tcW w:w="2880" w:type="dxa"/>
          </w:tcPr>
          <w:p w14:paraId="4AB34496" w14:textId="77777777" w:rsidR="001A4EE6" w:rsidRPr="00B90F3A" w:rsidRDefault="001A4EE6" w:rsidP="00BE02B9">
            <w:pPr>
              <w:rPr>
                <w:sz w:val="24"/>
                <w:szCs w:val="24"/>
                <w:lang w:val="es-CL"/>
              </w:rPr>
            </w:pPr>
            <w:r w:rsidRPr="00B90F3A">
              <w:rPr>
                <w:sz w:val="24"/>
                <w:szCs w:val="24"/>
                <w:lang w:val="es-CL"/>
              </w:rPr>
              <w:t xml:space="preserve">Atenciones personalizadas en lenguaje y comunicación, talleres en aula, fortalecimiento de </w:t>
            </w:r>
            <w:r w:rsidRPr="00B90F3A">
              <w:rPr>
                <w:sz w:val="24"/>
                <w:szCs w:val="24"/>
                <w:lang w:val="es-CL"/>
              </w:rPr>
              <w:lastRenderedPageBreak/>
              <w:t>habilidades comunicativas y seguimiento en bitácoras individuales.</w:t>
            </w:r>
          </w:p>
        </w:tc>
      </w:tr>
      <w:tr w:rsidR="001A4EE6" w:rsidRPr="00B90F3A" w14:paraId="3A1388AB" w14:textId="77777777" w:rsidTr="00CC6156">
        <w:tc>
          <w:tcPr>
            <w:tcW w:w="2880" w:type="dxa"/>
            <w:shd w:val="clear" w:color="auto" w:fill="EEECE1" w:themeFill="background2"/>
          </w:tcPr>
          <w:p w14:paraId="73527FEA" w14:textId="77777777" w:rsidR="001A4EE6" w:rsidRPr="001A4EE6" w:rsidRDefault="001A4EE6" w:rsidP="00BE02B9">
            <w:pPr>
              <w:rPr>
                <w:sz w:val="24"/>
                <w:szCs w:val="24"/>
              </w:rPr>
            </w:pPr>
            <w:proofErr w:type="spellStart"/>
            <w:r w:rsidRPr="001A4EE6">
              <w:rPr>
                <w:sz w:val="24"/>
                <w:szCs w:val="24"/>
              </w:rPr>
              <w:lastRenderedPageBreak/>
              <w:t>Profesores</w:t>
            </w:r>
            <w:proofErr w:type="spellEnd"/>
            <w:r w:rsidRPr="001A4EE6">
              <w:rPr>
                <w:sz w:val="24"/>
                <w:szCs w:val="24"/>
              </w:rPr>
              <w:t xml:space="preserve"> de Aula</w:t>
            </w:r>
          </w:p>
        </w:tc>
        <w:tc>
          <w:tcPr>
            <w:tcW w:w="2880" w:type="dxa"/>
          </w:tcPr>
          <w:p w14:paraId="3F023B7B" w14:textId="77777777" w:rsidR="001A4EE6" w:rsidRPr="001A4EE6" w:rsidRDefault="001A4EE6" w:rsidP="00BE02B9">
            <w:pPr>
              <w:rPr>
                <w:sz w:val="24"/>
                <w:szCs w:val="24"/>
                <w:lang w:val="es-CL"/>
              </w:rPr>
            </w:pPr>
            <w:r w:rsidRPr="001A4EE6">
              <w:rPr>
                <w:sz w:val="24"/>
                <w:szCs w:val="24"/>
                <w:lang w:val="es-CL"/>
              </w:rPr>
              <w:t>Docentes Regulares</w:t>
            </w:r>
          </w:p>
        </w:tc>
        <w:tc>
          <w:tcPr>
            <w:tcW w:w="2880" w:type="dxa"/>
          </w:tcPr>
          <w:p w14:paraId="53B0A0BE" w14:textId="77777777" w:rsidR="001A4EE6" w:rsidRPr="001A4EE6" w:rsidRDefault="001A4EE6" w:rsidP="00BE02B9">
            <w:pPr>
              <w:rPr>
                <w:sz w:val="24"/>
                <w:szCs w:val="24"/>
                <w:lang w:val="es-CL"/>
              </w:rPr>
            </w:pPr>
            <w:r w:rsidRPr="001A4EE6">
              <w:rPr>
                <w:sz w:val="24"/>
                <w:szCs w:val="24"/>
                <w:lang w:val="es-CL"/>
              </w:rPr>
              <w:t>Aplicar adecuaciones curriculares, estrategias inclusivas, revisión de libros/cuadernos conforme a la Agencia de Calidad, coordinación con el equipo PIE.</w:t>
            </w:r>
          </w:p>
        </w:tc>
      </w:tr>
      <w:tr w:rsidR="001A4EE6" w:rsidRPr="00B90F3A" w14:paraId="6860D080" w14:textId="77777777" w:rsidTr="00CC6156">
        <w:tc>
          <w:tcPr>
            <w:tcW w:w="2880" w:type="dxa"/>
            <w:shd w:val="clear" w:color="auto" w:fill="EEECE1" w:themeFill="background2"/>
          </w:tcPr>
          <w:p w14:paraId="1A6ED453" w14:textId="77777777" w:rsidR="001A4EE6" w:rsidRPr="001A4EE6" w:rsidRDefault="001A4EE6" w:rsidP="00BE02B9">
            <w:pPr>
              <w:rPr>
                <w:sz w:val="24"/>
                <w:szCs w:val="24"/>
              </w:rPr>
            </w:pPr>
            <w:proofErr w:type="spellStart"/>
            <w:r w:rsidRPr="001A4EE6">
              <w:rPr>
                <w:sz w:val="24"/>
                <w:szCs w:val="24"/>
              </w:rPr>
              <w:t>Asistentes</w:t>
            </w:r>
            <w:proofErr w:type="spellEnd"/>
            <w:r w:rsidRPr="001A4EE6">
              <w:rPr>
                <w:sz w:val="24"/>
                <w:szCs w:val="24"/>
              </w:rPr>
              <w:t xml:space="preserve"> de la </w:t>
            </w:r>
            <w:proofErr w:type="spellStart"/>
            <w:r w:rsidRPr="001A4EE6">
              <w:rPr>
                <w:sz w:val="24"/>
                <w:szCs w:val="24"/>
              </w:rPr>
              <w:t>Educación</w:t>
            </w:r>
            <w:proofErr w:type="spellEnd"/>
          </w:p>
        </w:tc>
        <w:tc>
          <w:tcPr>
            <w:tcW w:w="2880" w:type="dxa"/>
          </w:tcPr>
          <w:p w14:paraId="28D44394" w14:textId="77777777" w:rsidR="001A4EE6" w:rsidRPr="001A4EE6" w:rsidRDefault="001A4EE6" w:rsidP="00BE02B9">
            <w:pPr>
              <w:rPr>
                <w:sz w:val="24"/>
                <w:szCs w:val="24"/>
                <w:lang w:val="es-CL"/>
              </w:rPr>
            </w:pPr>
            <w:r w:rsidRPr="001A4EE6">
              <w:rPr>
                <w:sz w:val="24"/>
                <w:szCs w:val="24"/>
                <w:lang w:val="es-CL"/>
              </w:rPr>
              <w:t>Apoyo PIE</w:t>
            </w:r>
          </w:p>
        </w:tc>
        <w:tc>
          <w:tcPr>
            <w:tcW w:w="2880" w:type="dxa"/>
          </w:tcPr>
          <w:p w14:paraId="72314CEB" w14:textId="77777777" w:rsidR="001A4EE6" w:rsidRPr="001A4EE6" w:rsidRDefault="001A4EE6" w:rsidP="00BE02B9">
            <w:pPr>
              <w:rPr>
                <w:sz w:val="24"/>
                <w:szCs w:val="24"/>
                <w:lang w:val="es-CL"/>
              </w:rPr>
            </w:pPr>
            <w:r w:rsidRPr="001A4EE6">
              <w:rPr>
                <w:sz w:val="24"/>
                <w:szCs w:val="24"/>
                <w:lang w:val="es-CL"/>
              </w:rPr>
              <w:t>Supervisión de higiene y alimentación TEA, registro de episodios emocionales y apoyo en talleres recreativos.</w:t>
            </w:r>
          </w:p>
        </w:tc>
      </w:tr>
      <w:tr w:rsidR="001A4EE6" w:rsidRPr="00B90F3A" w14:paraId="473750FC" w14:textId="77777777" w:rsidTr="00CC6156">
        <w:tc>
          <w:tcPr>
            <w:tcW w:w="2880" w:type="dxa"/>
            <w:shd w:val="clear" w:color="auto" w:fill="EEECE1" w:themeFill="background2"/>
          </w:tcPr>
          <w:p w14:paraId="652BA586" w14:textId="77777777" w:rsidR="001A4EE6" w:rsidRPr="001A4EE6" w:rsidRDefault="001A4EE6" w:rsidP="00BE02B9">
            <w:pPr>
              <w:rPr>
                <w:sz w:val="24"/>
                <w:szCs w:val="24"/>
              </w:rPr>
            </w:pPr>
            <w:r w:rsidRPr="001A4EE6">
              <w:rPr>
                <w:sz w:val="24"/>
                <w:szCs w:val="24"/>
              </w:rPr>
              <w:t xml:space="preserve">UTP / </w:t>
            </w:r>
            <w:proofErr w:type="spellStart"/>
            <w:r w:rsidRPr="001A4EE6">
              <w:rPr>
                <w:sz w:val="24"/>
                <w:szCs w:val="24"/>
              </w:rPr>
              <w:t>Dirección</w:t>
            </w:r>
            <w:proofErr w:type="spellEnd"/>
          </w:p>
        </w:tc>
        <w:tc>
          <w:tcPr>
            <w:tcW w:w="2880" w:type="dxa"/>
          </w:tcPr>
          <w:p w14:paraId="5679FC84" w14:textId="77777777" w:rsidR="001A4EE6" w:rsidRPr="001A4EE6" w:rsidRDefault="001A4EE6" w:rsidP="00BE02B9">
            <w:pPr>
              <w:rPr>
                <w:sz w:val="24"/>
                <w:szCs w:val="24"/>
                <w:lang w:val="es-CL"/>
              </w:rPr>
            </w:pPr>
            <w:r w:rsidRPr="001A4EE6">
              <w:rPr>
                <w:sz w:val="24"/>
                <w:szCs w:val="24"/>
                <w:lang w:val="es-CL"/>
              </w:rPr>
              <w:t>Supervisión Técnica</w:t>
            </w:r>
          </w:p>
        </w:tc>
        <w:tc>
          <w:tcPr>
            <w:tcW w:w="2880" w:type="dxa"/>
          </w:tcPr>
          <w:p w14:paraId="20D930F1" w14:textId="77777777" w:rsidR="001A4EE6" w:rsidRPr="001A4EE6" w:rsidRDefault="001A4EE6" w:rsidP="00BE02B9">
            <w:pPr>
              <w:rPr>
                <w:sz w:val="24"/>
                <w:szCs w:val="24"/>
                <w:lang w:val="es-CL"/>
              </w:rPr>
            </w:pPr>
            <w:r w:rsidRPr="001A4EE6">
              <w:rPr>
                <w:sz w:val="24"/>
                <w:szCs w:val="24"/>
                <w:lang w:val="es-CL"/>
              </w:rPr>
              <w:t>Monitoreo del cumplimiento PIE, evaluación de indicadores de inclusión y desarrollo docente, verificación de revisión de libros/cuadernos.</w:t>
            </w:r>
          </w:p>
        </w:tc>
      </w:tr>
    </w:tbl>
    <w:p w14:paraId="037D2828" w14:textId="77777777" w:rsidR="00A53DA8" w:rsidRDefault="00A53DA8" w:rsidP="001A4EE6">
      <w:pPr>
        <w:pStyle w:val="Ttulo1"/>
        <w:rPr>
          <w:color w:val="auto"/>
          <w:lang w:val="es-CL"/>
        </w:rPr>
      </w:pPr>
    </w:p>
    <w:p w14:paraId="67835C59" w14:textId="77777777" w:rsidR="00A53DA8" w:rsidRDefault="00A53DA8" w:rsidP="00A53DA8">
      <w:pPr>
        <w:rPr>
          <w:lang w:val="es-CL"/>
        </w:rPr>
      </w:pPr>
    </w:p>
    <w:p w14:paraId="5A05A2D2" w14:textId="77777777" w:rsidR="000D5949" w:rsidRDefault="000D5949" w:rsidP="00A53DA8">
      <w:pPr>
        <w:rPr>
          <w:lang w:val="es-CL"/>
        </w:rPr>
      </w:pPr>
    </w:p>
    <w:p w14:paraId="5BF56740" w14:textId="77777777" w:rsidR="00893C50" w:rsidRDefault="00893C50" w:rsidP="00A53DA8">
      <w:pPr>
        <w:rPr>
          <w:lang w:val="es-CL"/>
        </w:rPr>
      </w:pPr>
    </w:p>
    <w:p w14:paraId="0480546C" w14:textId="77777777" w:rsidR="00893C50" w:rsidRDefault="00893C50" w:rsidP="00A53DA8">
      <w:pPr>
        <w:rPr>
          <w:lang w:val="es-CL"/>
        </w:rPr>
      </w:pPr>
    </w:p>
    <w:p w14:paraId="2FFB312C" w14:textId="77777777" w:rsidR="00893C50" w:rsidRDefault="00893C50" w:rsidP="00A53DA8">
      <w:pPr>
        <w:rPr>
          <w:lang w:val="es-CL"/>
        </w:rPr>
      </w:pPr>
    </w:p>
    <w:p w14:paraId="7F32DB4F" w14:textId="77777777" w:rsidR="00893C50" w:rsidRDefault="00893C50" w:rsidP="00A53DA8">
      <w:pPr>
        <w:rPr>
          <w:lang w:val="es-CL"/>
        </w:rPr>
      </w:pPr>
    </w:p>
    <w:p w14:paraId="70ECB3CD" w14:textId="77777777" w:rsidR="00893C50" w:rsidRPr="00A53DA8" w:rsidRDefault="00893C50" w:rsidP="00A53DA8">
      <w:pPr>
        <w:rPr>
          <w:lang w:val="es-CL"/>
        </w:rPr>
      </w:pPr>
    </w:p>
    <w:p w14:paraId="302ABFAB" w14:textId="737A33B6" w:rsidR="001A4EE6" w:rsidRDefault="001A4EE6" w:rsidP="000D5949">
      <w:pPr>
        <w:pStyle w:val="Ttulo1"/>
        <w:jc w:val="both"/>
        <w:rPr>
          <w:rFonts w:ascii="Arial" w:hAnsi="Arial" w:cs="Arial"/>
          <w:color w:val="auto"/>
          <w:sz w:val="24"/>
          <w:szCs w:val="24"/>
          <w:lang w:val="es-CL"/>
        </w:rPr>
      </w:pPr>
      <w:r w:rsidRPr="000D5949">
        <w:rPr>
          <w:rFonts w:ascii="Arial" w:hAnsi="Arial" w:cs="Arial"/>
          <w:color w:val="auto"/>
          <w:sz w:val="24"/>
          <w:szCs w:val="24"/>
          <w:lang w:val="es-CL"/>
        </w:rPr>
        <w:lastRenderedPageBreak/>
        <w:t>CARTA GANTT – PLAN DE ACTIVIDADES 2025</w:t>
      </w:r>
    </w:p>
    <w:p w14:paraId="7B90EF07" w14:textId="77777777" w:rsidR="000D5949" w:rsidRPr="000D5949" w:rsidRDefault="000D5949" w:rsidP="000D5949">
      <w:pPr>
        <w:rPr>
          <w:lang w:val="es-CL"/>
        </w:rPr>
      </w:pPr>
    </w:p>
    <w:p w14:paraId="7307E114" w14:textId="77777777" w:rsidR="001A4EE6" w:rsidRPr="000D5949" w:rsidRDefault="001A4EE6" w:rsidP="000D5949">
      <w:pPr>
        <w:jc w:val="both"/>
        <w:rPr>
          <w:rFonts w:ascii="Arial" w:hAnsi="Arial" w:cs="Arial"/>
          <w:sz w:val="24"/>
          <w:szCs w:val="24"/>
          <w:lang w:val="es-CL"/>
        </w:rPr>
      </w:pPr>
      <w:r w:rsidRPr="000D5949">
        <w:rPr>
          <w:rFonts w:ascii="Arial" w:hAnsi="Arial" w:cs="Arial"/>
          <w:sz w:val="24"/>
          <w:szCs w:val="24"/>
          <w:lang w:val="es-CL"/>
        </w:rPr>
        <w:t>El equipo de Integración Escolar desarrollará sus actividades mensualmente conforme al calendario siguiente: diagnósticos, talleres emocionales, revisión de libros y cuadernos, capacitaciones, seguimiento PIE, talleres de invernadero, reciclaje, lenguaje, tecnología y apoyo al Plan Cristiano.</w:t>
      </w:r>
    </w:p>
    <w:p w14:paraId="1052B3EE" w14:textId="77777777" w:rsidR="001A4EE6" w:rsidRPr="000D5949" w:rsidRDefault="001A4EE6" w:rsidP="000D5949">
      <w:pPr>
        <w:pStyle w:val="Ttulo1"/>
        <w:jc w:val="both"/>
        <w:rPr>
          <w:rFonts w:ascii="Arial" w:hAnsi="Arial" w:cs="Arial"/>
          <w:color w:val="auto"/>
          <w:sz w:val="24"/>
          <w:szCs w:val="24"/>
          <w:lang w:val="es-CL"/>
        </w:rPr>
      </w:pPr>
      <w:r w:rsidRPr="000D5949">
        <w:rPr>
          <w:rFonts w:ascii="Arial" w:hAnsi="Arial" w:cs="Arial"/>
          <w:color w:val="auto"/>
          <w:sz w:val="24"/>
          <w:szCs w:val="24"/>
          <w:lang w:val="es-CL"/>
        </w:rPr>
        <w:t>ANEXOS</w:t>
      </w:r>
    </w:p>
    <w:p w14:paraId="4FCD6815" w14:textId="77777777" w:rsidR="001A4EE6" w:rsidRPr="000D5949" w:rsidRDefault="001A4EE6" w:rsidP="000D5949">
      <w:pPr>
        <w:jc w:val="both"/>
        <w:rPr>
          <w:rFonts w:ascii="Arial" w:hAnsi="Arial" w:cs="Arial"/>
          <w:sz w:val="24"/>
          <w:szCs w:val="24"/>
          <w:lang w:val="es-CL"/>
        </w:rPr>
      </w:pPr>
      <w:r w:rsidRPr="000D5949">
        <w:rPr>
          <w:rFonts w:ascii="Arial" w:hAnsi="Arial" w:cs="Arial"/>
          <w:sz w:val="24"/>
          <w:szCs w:val="24"/>
          <w:lang w:val="es-CL"/>
        </w:rPr>
        <w:t>1. Protocolo de Desregulación Emocional y Conductual.</w:t>
      </w:r>
    </w:p>
    <w:p w14:paraId="161ED76E" w14:textId="288BDCF2" w:rsidR="001A4EE6" w:rsidRPr="000D5949" w:rsidRDefault="001A4EE6" w:rsidP="000D5949">
      <w:pPr>
        <w:jc w:val="both"/>
        <w:rPr>
          <w:rFonts w:ascii="Arial" w:hAnsi="Arial" w:cs="Arial"/>
          <w:sz w:val="24"/>
          <w:szCs w:val="24"/>
          <w:lang w:val="es-CL"/>
        </w:rPr>
      </w:pPr>
      <w:r w:rsidRPr="000D5949">
        <w:rPr>
          <w:rFonts w:ascii="Arial" w:hAnsi="Arial" w:cs="Arial"/>
          <w:sz w:val="24"/>
          <w:szCs w:val="24"/>
          <w:lang w:val="es-CL"/>
        </w:rPr>
        <w:t xml:space="preserve">2. PAEC Individual (Plan de </w:t>
      </w:r>
      <w:r w:rsidR="00F91254">
        <w:rPr>
          <w:rFonts w:ascii="Arial" w:hAnsi="Arial" w:cs="Arial"/>
          <w:sz w:val="24"/>
          <w:szCs w:val="24"/>
          <w:lang w:val="es-CL"/>
        </w:rPr>
        <w:t>Acompañamiento</w:t>
      </w:r>
      <w:r w:rsidRPr="000D5949">
        <w:rPr>
          <w:rFonts w:ascii="Arial" w:hAnsi="Arial" w:cs="Arial"/>
          <w:sz w:val="24"/>
          <w:szCs w:val="24"/>
          <w:lang w:val="es-CL"/>
        </w:rPr>
        <w:t xml:space="preserve"> Emocional Conductual).</w:t>
      </w:r>
    </w:p>
    <w:p w14:paraId="5978FBD0" w14:textId="116146FD" w:rsidR="000576E8" w:rsidRDefault="001A4EE6" w:rsidP="000D5949">
      <w:pPr>
        <w:jc w:val="both"/>
        <w:rPr>
          <w:rFonts w:ascii="Arial" w:hAnsi="Arial" w:cs="Arial"/>
          <w:sz w:val="24"/>
          <w:szCs w:val="24"/>
          <w:lang w:val="es-CL"/>
        </w:rPr>
      </w:pPr>
      <w:r w:rsidRPr="000D5949">
        <w:rPr>
          <w:rFonts w:ascii="Arial" w:hAnsi="Arial" w:cs="Arial"/>
          <w:sz w:val="24"/>
          <w:szCs w:val="24"/>
          <w:lang w:val="es-CL"/>
        </w:rPr>
        <w:t xml:space="preserve">3. Bitácora </w:t>
      </w:r>
      <w:r w:rsidR="000576E8">
        <w:rPr>
          <w:rFonts w:ascii="Arial" w:hAnsi="Arial" w:cs="Arial"/>
          <w:sz w:val="24"/>
          <w:szCs w:val="24"/>
          <w:lang w:val="es-CL"/>
        </w:rPr>
        <w:t>DEC.</w:t>
      </w:r>
    </w:p>
    <w:p w14:paraId="2EE651A1" w14:textId="591177F4" w:rsidR="000576E8" w:rsidRDefault="000576E8" w:rsidP="000D5949">
      <w:pPr>
        <w:jc w:val="both"/>
        <w:rPr>
          <w:rFonts w:ascii="Arial" w:hAnsi="Arial" w:cs="Arial"/>
          <w:sz w:val="24"/>
          <w:szCs w:val="24"/>
          <w:lang w:val="es-CL"/>
        </w:rPr>
      </w:pPr>
      <w:r>
        <w:rPr>
          <w:rFonts w:ascii="Arial" w:hAnsi="Arial" w:cs="Arial"/>
          <w:sz w:val="24"/>
          <w:szCs w:val="24"/>
          <w:lang w:val="es-CL"/>
        </w:rPr>
        <w:t xml:space="preserve">4. </w:t>
      </w:r>
      <w:bookmarkStart w:id="1" w:name="_Hlk217893220"/>
      <w:r w:rsidR="00FF3922">
        <w:rPr>
          <w:rFonts w:ascii="Arial" w:hAnsi="Arial" w:cs="Arial"/>
          <w:sz w:val="24"/>
          <w:szCs w:val="24"/>
          <w:lang w:val="es-CL"/>
        </w:rPr>
        <w:t>Autorización de consentimiento informado protocolo TEA.</w:t>
      </w:r>
      <w:bookmarkEnd w:id="1"/>
    </w:p>
    <w:p w14:paraId="6B6651E7" w14:textId="15CA6B8F" w:rsidR="00FF3922" w:rsidRDefault="00FF3922" w:rsidP="000D5949">
      <w:pPr>
        <w:jc w:val="both"/>
        <w:rPr>
          <w:rFonts w:ascii="Arial" w:hAnsi="Arial" w:cs="Arial"/>
          <w:sz w:val="24"/>
          <w:szCs w:val="24"/>
          <w:lang w:val="es-CL"/>
        </w:rPr>
      </w:pPr>
      <w:r>
        <w:rPr>
          <w:rFonts w:ascii="Arial" w:hAnsi="Arial" w:cs="Arial"/>
          <w:sz w:val="24"/>
          <w:szCs w:val="24"/>
          <w:lang w:val="es-CL"/>
        </w:rPr>
        <w:t xml:space="preserve">5. </w:t>
      </w:r>
      <w:bookmarkStart w:id="2" w:name="_Hlk217893270"/>
      <w:r w:rsidRPr="00FF3922">
        <w:rPr>
          <w:rFonts w:ascii="Arial" w:hAnsi="Arial" w:cs="Arial"/>
          <w:b/>
          <w:bCs/>
          <w:sz w:val="24"/>
          <w:szCs w:val="24"/>
          <w:lang w:val="es-CL"/>
        </w:rPr>
        <w:t>Certificado de</w:t>
      </w:r>
      <w:r>
        <w:rPr>
          <w:rFonts w:ascii="Arial" w:hAnsi="Arial" w:cs="Arial"/>
          <w:b/>
          <w:bCs/>
          <w:sz w:val="24"/>
          <w:szCs w:val="24"/>
          <w:lang w:val="es-CL"/>
        </w:rPr>
        <w:t xml:space="preserve"> atención</w:t>
      </w:r>
      <w:r w:rsidRPr="00FF3922">
        <w:rPr>
          <w:rFonts w:ascii="Arial" w:hAnsi="Arial" w:cs="Arial"/>
          <w:b/>
          <w:bCs/>
          <w:sz w:val="24"/>
          <w:szCs w:val="24"/>
          <w:lang w:val="es-CL"/>
        </w:rPr>
        <w:t xml:space="preserve"> desregulación al apoderado:</w:t>
      </w:r>
      <w:r>
        <w:rPr>
          <w:rFonts w:ascii="Arial" w:hAnsi="Arial" w:cs="Arial"/>
          <w:sz w:val="24"/>
          <w:szCs w:val="24"/>
          <w:lang w:val="es-CL"/>
        </w:rPr>
        <w:t xml:space="preserve"> Registro anecdótico</w:t>
      </w:r>
      <w:bookmarkEnd w:id="2"/>
    </w:p>
    <w:p w14:paraId="227E1864" w14:textId="6F6AFAFF" w:rsidR="00FF3922" w:rsidRDefault="00FF3922" w:rsidP="000D5949">
      <w:pPr>
        <w:jc w:val="both"/>
        <w:rPr>
          <w:rFonts w:ascii="Arial" w:hAnsi="Arial" w:cs="Arial"/>
          <w:sz w:val="24"/>
          <w:szCs w:val="24"/>
          <w:lang w:val="es-CL"/>
        </w:rPr>
      </w:pPr>
      <w:r>
        <w:rPr>
          <w:rFonts w:ascii="Arial" w:hAnsi="Arial" w:cs="Arial"/>
          <w:sz w:val="24"/>
          <w:szCs w:val="24"/>
          <w:lang w:val="es-CL"/>
        </w:rPr>
        <w:t>6. Deberes en situación de crisis.</w:t>
      </w:r>
    </w:p>
    <w:p w14:paraId="605118C1" w14:textId="5D35EE2A" w:rsidR="00FF3922" w:rsidRPr="000D5949" w:rsidRDefault="00FF3922" w:rsidP="000D5949">
      <w:pPr>
        <w:jc w:val="both"/>
        <w:rPr>
          <w:rFonts w:ascii="Arial" w:hAnsi="Arial" w:cs="Arial"/>
          <w:sz w:val="24"/>
          <w:szCs w:val="24"/>
          <w:lang w:val="es-CL"/>
        </w:rPr>
      </w:pPr>
      <w:r>
        <w:rPr>
          <w:rFonts w:ascii="Arial" w:hAnsi="Arial" w:cs="Arial"/>
          <w:sz w:val="24"/>
          <w:szCs w:val="24"/>
          <w:lang w:val="es-CL"/>
        </w:rPr>
        <w:t xml:space="preserve">7. </w:t>
      </w:r>
      <w:r>
        <w:rPr>
          <w:rFonts w:ascii="Arial" w:hAnsi="Arial" w:cs="Arial"/>
          <w:sz w:val="24"/>
          <w:szCs w:val="24"/>
          <w:lang w:val="es-CL"/>
        </w:rPr>
        <w:t>Certificado de concurrencia por situación de emergencia</w:t>
      </w:r>
      <w:r>
        <w:rPr>
          <w:rFonts w:ascii="Arial" w:hAnsi="Arial" w:cs="Arial"/>
          <w:sz w:val="24"/>
          <w:szCs w:val="24"/>
          <w:lang w:val="es-CL"/>
        </w:rPr>
        <w:t>.</w:t>
      </w:r>
    </w:p>
    <w:p w14:paraId="5860DCCD" w14:textId="622F2D05" w:rsidR="001A4EE6" w:rsidRPr="000D5949" w:rsidRDefault="004E169C" w:rsidP="000D5949">
      <w:pPr>
        <w:jc w:val="both"/>
        <w:rPr>
          <w:rFonts w:ascii="Arial" w:hAnsi="Arial" w:cs="Arial"/>
          <w:sz w:val="24"/>
          <w:szCs w:val="24"/>
          <w:lang w:val="es-CL"/>
        </w:rPr>
      </w:pPr>
      <w:r>
        <w:rPr>
          <w:rFonts w:ascii="Arial" w:hAnsi="Arial" w:cs="Arial"/>
          <w:sz w:val="24"/>
          <w:szCs w:val="24"/>
          <w:lang w:val="es-CL"/>
        </w:rPr>
        <w:t>8</w:t>
      </w:r>
      <w:r w:rsidR="001A4EE6" w:rsidRPr="000D5949">
        <w:rPr>
          <w:rFonts w:ascii="Arial" w:hAnsi="Arial" w:cs="Arial"/>
          <w:sz w:val="24"/>
          <w:szCs w:val="24"/>
          <w:lang w:val="es-CL"/>
        </w:rPr>
        <w:t>. Procedimiento de Higiene y Minutas Diferenciadas TEA.</w:t>
      </w:r>
    </w:p>
    <w:p w14:paraId="742C5063" w14:textId="77777777" w:rsidR="004E169C" w:rsidRDefault="004E169C" w:rsidP="000D5949">
      <w:pPr>
        <w:jc w:val="both"/>
        <w:rPr>
          <w:rFonts w:ascii="Arial" w:hAnsi="Arial" w:cs="Arial"/>
          <w:sz w:val="24"/>
          <w:szCs w:val="24"/>
          <w:lang w:val="es-CL"/>
        </w:rPr>
      </w:pPr>
    </w:p>
    <w:p w14:paraId="329E1F14" w14:textId="5DAB923F" w:rsidR="004E169C" w:rsidRPr="004E169C" w:rsidRDefault="004E169C" w:rsidP="000D5949">
      <w:pPr>
        <w:jc w:val="both"/>
        <w:rPr>
          <w:rFonts w:ascii="Arial" w:hAnsi="Arial" w:cs="Arial"/>
          <w:b/>
          <w:bCs/>
          <w:sz w:val="24"/>
          <w:szCs w:val="24"/>
          <w:lang w:val="es-CL"/>
        </w:rPr>
      </w:pPr>
      <w:r w:rsidRPr="004E169C">
        <w:rPr>
          <w:rFonts w:ascii="Arial" w:hAnsi="Arial" w:cs="Arial"/>
          <w:b/>
          <w:bCs/>
          <w:sz w:val="24"/>
          <w:szCs w:val="24"/>
          <w:lang w:val="es-CL"/>
        </w:rPr>
        <w:t xml:space="preserve">Otros </w:t>
      </w:r>
    </w:p>
    <w:p w14:paraId="3AFC6A2C" w14:textId="6314DE39" w:rsidR="001A4EE6" w:rsidRPr="000D5949" w:rsidRDefault="001A4EE6" w:rsidP="000D5949">
      <w:pPr>
        <w:jc w:val="both"/>
        <w:rPr>
          <w:rFonts w:ascii="Arial" w:hAnsi="Arial" w:cs="Arial"/>
          <w:sz w:val="24"/>
          <w:szCs w:val="24"/>
          <w:lang w:val="es-CL"/>
        </w:rPr>
      </w:pPr>
      <w:r w:rsidRPr="000D5949">
        <w:rPr>
          <w:rFonts w:ascii="Arial" w:hAnsi="Arial" w:cs="Arial"/>
          <w:sz w:val="24"/>
          <w:szCs w:val="24"/>
          <w:lang w:val="es-CL"/>
        </w:rPr>
        <w:t>7. Talleres de Invernadero, Reciclaje, Lenguaje y Tecnología Educativa.</w:t>
      </w:r>
    </w:p>
    <w:p w14:paraId="0081E3DE" w14:textId="77777777" w:rsidR="001A4EE6" w:rsidRDefault="001A4EE6" w:rsidP="000D5949">
      <w:pPr>
        <w:jc w:val="both"/>
        <w:rPr>
          <w:rFonts w:ascii="Arial" w:hAnsi="Arial" w:cs="Arial"/>
          <w:sz w:val="24"/>
          <w:szCs w:val="24"/>
          <w:lang w:val="es-CL"/>
        </w:rPr>
      </w:pPr>
      <w:r w:rsidRPr="000D5949">
        <w:rPr>
          <w:rFonts w:ascii="Arial" w:hAnsi="Arial" w:cs="Arial"/>
          <w:sz w:val="24"/>
          <w:szCs w:val="24"/>
          <w:lang w:val="es-CL"/>
        </w:rPr>
        <w:t>8. Informe de Apoyo al Plan Cristiano y Formación Valórica.</w:t>
      </w:r>
    </w:p>
    <w:p w14:paraId="6EBCBD24" w14:textId="77777777" w:rsidR="00893C50" w:rsidRPr="000D5949" w:rsidRDefault="00893C50" w:rsidP="000D5949">
      <w:pPr>
        <w:jc w:val="both"/>
        <w:rPr>
          <w:rFonts w:ascii="Arial" w:hAnsi="Arial" w:cs="Arial"/>
          <w:sz w:val="24"/>
          <w:szCs w:val="24"/>
          <w:lang w:val="es-CL"/>
        </w:rPr>
      </w:pPr>
    </w:p>
    <w:p w14:paraId="120F7E56" w14:textId="77777777" w:rsidR="001A4EE6" w:rsidRDefault="001A4EE6" w:rsidP="000D5949">
      <w:pPr>
        <w:pStyle w:val="Ttulo1"/>
        <w:jc w:val="both"/>
        <w:rPr>
          <w:rFonts w:ascii="Arial" w:hAnsi="Arial" w:cs="Arial"/>
          <w:color w:val="auto"/>
          <w:sz w:val="24"/>
          <w:szCs w:val="24"/>
          <w:lang w:val="es-CL"/>
        </w:rPr>
      </w:pPr>
      <w:r w:rsidRPr="000D5949">
        <w:rPr>
          <w:rFonts w:ascii="Arial" w:hAnsi="Arial" w:cs="Arial"/>
          <w:color w:val="auto"/>
          <w:sz w:val="24"/>
          <w:szCs w:val="24"/>
          <w:lang w:val="es-CL"/>
        </w:rPr>
        <w:t>COMPROMISO PROFESIONAL DEL EQUIPO PIE</w:t>
      </w:r>
    </w:p>
    <w:p w14:paraId="462F5634" w14:textId="77777777" w:rsidR="000D5949" w:rsidRPr="000D5949" w:rsidRDefault="000D5949" w:rsidP="000D5949">
      <w:pPr>
        <w:rPr>
          <w:lang w:val="es-CL"/>
        </w:rPr>
      </w:pPr>
    </w:p>
    <w:p w14:paraId="776E760B" w14:textId="77777777" w:rsidR="001A4EE6" w:rsidRDefault="001A4EE6" w:rsidP="000D5949">
      <w:pPr>
        <w:jc w:val="both"/>
        <w:rPr>
          <w:rFonts w:ascii="Arial" w:hAnsi="Arial" w:cs="Arial"/>
          <w:sz w:val="24"/>
          <w:szCs w:val="24"/>
          <w:lang w:val="es-CL"/>
        </w:rPr>
      </w:pPr>
      <w:r w:rsidRPr="000D5949">
        <w:rPr>
          <w:rFonts w:ascii="Arial" w:hAnsi="Arial" w:cs="Arial"/>
          <w:sz w:val="24"/>
          <w:szCs w:val="24"/>
          <w:lang w:val="es-CL"/>
        </w:rPr>
        <w:t>Cada integrante del Equipo de Integración Escolar del Centro Educacional Adonay se compromete a cumplir con las acciones calendarizadas, promover la inclusión y velar por el bienestar integral de todos los estudiantes y funcionarios del establecimiento.</w:t>
      </w:r>
    </w:p>
    <w:p w14:paraId="67A5DF41" w14:textId="77777777" w:rsidR="004E169C" w:rsidRPr="000D5949" w:rsidRDefault="004E169C" w:rsidP="000D5949">
      <w:pPr>
        <w:jc w:val="both"/>
        <w:rPr>
          <w:rFonts w:ascii="Arial" w:hAnsi="Arial" w:cs="Arial"/>
          <w:sz w:val="24"/>
          <w:szCs w:val="24"/>
          <w:lang w:val="es-CL"/>
        </w:rPr>
      </w:pPr>
    </w:p>
    <w:p w14:paraId="63B3704E" w14:textId="77777777" w:rsidR="001A4EE6" w:rsidRPr="000D5949" w:rsidRDefault="001A4EE6" w:rsidP="000D5949">
      <w:pPr>
        <w:spacing w:after="0" w:line="240" w:lineRule="auto"/>
        <w:jc w:val="both"/>
        <w:rPr>
          <w:rFonts w:ascii="Arial" w:hAnsi="Arial" w:cs="Arial"/>
          <w:sz w:val="24"/>
          <w:szCs w:val="24"/>
          <w:lang w:val="es-CL"/>
        </w:rPr>
      </w:pPr>
      <w:r w:rsidRPr="000D5949">
        <w:rPr>
          <w:rFonts w:ascii="Arial" w:hAnsi="Arial" w:cs="Arial"/>
          <w:sz w:val="24"/>
          <w:szCs w:val="24"/>
          <w:lang w:val="es-CL"/>
        </w:rPr>
        <w:lastRenderedPageBreak/>
        <w:br/>
        <w:t>Directora / Representante Legal: Daysi Orellana Martínez</w:t>
      </w:r>
    </w:p>
    <w:p w14:paraId="19827DF4" w14:textId="0B6F398D" w:rsidR="000D5949" w:rsidRDefault="001A4EE6" w:rsidP="000D5949">
      <w:pPr>
        <w:spacing w:after="0" w:line="240" w:lineRule="auto"/>
        <w:jc w:val="both"/>
        <w:rPr>
          <w:rFonts w:ascii="Arial" w:hAnsi="Arial" w:cs="Arial"/>
          <w:sz w:val="24"/>
          <w:szCs w:val="24"/>
          <w:lang w:val="es-CL"/>
        </w:rPr>
      </w:pPr>
      <w:r w:rsidRPr="000D5949">
        <w:rPr>
          <w:rFonts w:ascii="Arial" w:hAnsi="Arial" w:cs="Arial"/>
          <w:sz w:val="24"/>
          <w:szCs w:val="24"/>
          <w:lang w:val="es-CL"/>
        </w:rPr>
        <w:t>Coordinadora PIE: _____________________</w:t>
      </w:r>
    </w:p>
    <w:p w14:paraId="14887AED" w14:textId="77777777" w:rsidR="000D5949" w:rsidRDefault="001A4EE6" w:rsidP="000D5949">
      <w:pPr>
        <w:spacing w:after="0" w:line="240" w:lineRule="auto"/>
        <w:jc w:val="both"/>
        <w:rPr>
          <w:rFonts w:ascii="Arial" w:hAnsi="Arial" w:cs="Arial"/>
          <w:sz w:val="24"/>
          <w:szCs w:val="24"/>
          <w:lang w:val="es-CL"/>
        </w:rPr>
      </w:pPr>
      <w:r w:rsidRPr="000D5949">
        <w:rPr>
          <w:rFonts w:ascii="Arial" w:hAnsi="Arial" w:cs="Arial"/>
          <w:sz w:val="24"/>
          <w:szCs w:val="24"/>
          <w:lang w:val="es-CL"/>
        </w:rPr>
        <w:t>Psicóloga: _____________________</w:t>
      </w:r>
    </w:p>
    <w:p w14:paraId="6D7DAFDB" w14:textId="276CD086" w:rsidR="001A4EE6" w:rsidRPr="000D5949" w:rsidRDefault="001A4EE6" w:rsidP="000D5949">
      <w:pPr>
        <w:spacing w:after="0" w:line="240" w:lineRule="auto"/>
        <w:jc w:val="both"/>
        <w:rPr>
          <w:rFonts w:ascii="Arial" w:hAnsi="Arial" w:cs="Arial"/>
          <w:sz w:val="24"/>
          <w:szCs w:val="24"/>
          <w:lang w:val="es-CL"/>
        </w:rPr>
      </w:pPr>
      <w:r w:rsidRPr="000D5949">
        <w:rPr>
          <w:rFonts w:ascii="Arial" w:hAnsi="Arial" w:cs="Arial"/>
          <w:sz w:val="24"/>
          <w:szCs w:val="24"/>
          <w:lang w:val="es-CL"/>
        </w:rPr>
        <w:t>Fonoaudióloga: _____________________</w:t>
      </w:r>
    </w:p>
    <w:p w14:paraId="09D04CB6" w14:textId="52E08C32" w:rsidR="001A4EE6" w:rsidRPr="000D5949" w:rsidRDefault="001A4EE6" w:rsidP="000D5949">
      <w:pPr>
        <w:spacing w:after="0" w:line="240" w:lineRule="auto"/>
        <w:jc w:val="both"/>
        <w:rPr>
          <w:rFonts w:ascii="Arial" w:hAnsi="Arial" w:cs="Arial"/>
          <w:sz w:val="24"/>
          <w:szCs w:val="24"/>
          <w:lang w:val="es-CL"/>
        </w:rPr>
      </w:pPr>
      <w:r w:rsidRPr="000D5949">
        <w:rPr>
          <w:rFonts w:ascii="Arial" w:hAnsi="Arial" w:cs="Arial"/>
          <w:sz w:val="24"/>
          <w:szCs w:val="24"/>
          <w:lang w:val="es-CL"/>
        </w:rPr>
        <w:t>Educadoras Diferenciales: _____________________</w:t>
      </w:r>
    </w:p>
    <w:p w14:paraId="171BA82E" w14:textId="44FF9277" w:rsidR="001A4EE6" w:rsidRPr="000D5949" w:rsidRDefault="001A4EE6" w:rsidP="000D5949">
      <w:pPr>
        <w:spacing w:after="0" w:line="240" w:lineRule="auto"/>
        <w:jc w:val="both"/>
        <w:rPr>
          <w:rFonts w:ascii="Arial" w:hAnsi="Arial" w:cs="Arial"/>
          <w:sz w:val="24"/>
          <w:szCs w:val="24"/>
          <w:lang w:val="es-CL"/>
        </w:rPr>
      </w:pPr>
      <w:r w:rsidRPr="000D5949">
        <w:rPr>
          <w:rFonts w:ascii="Arial" w:hAnsi="Arial" w:cs="Arial"/>
          <w:sz w:val="24"/>
          <w:szCs w:val="24"/>
          <w:lang w:val="es-CL"/>
        </w:rPr>
        <w:t>UTP / Inspectoría General: _____________________</w:t>
      </w:r>
    </w:p>
    <w:p w14:paraId="74CB99DA" w14:textId="77777777" w:rsidR="00487CC1" w:rsidRPr="001A4EE6" w:rsidRDefault="00487CC1">
      <w:pPr>
        <w:rPr>
          <w:lang w:val="es-CL"/>
        </w:rPr>
      </w:pPr>
    </w:p>
    <w:p w14:paraId="41DA3B4D" w14:textId="79DFC8D4" w:rsidR="00487CC1" w:rsidRDefault="004637FB"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 xml:space="preserve">FUNDAMENTACIÓN DEL PLAN DE APOYO A </w:t>
      </w:r>
      <w:r w:rsidR="000D5949" w:rsidRPr="000D5949">
        <w:rPr>
          <w:rFonts w:ascii="Arial" w:hAnsi="Arial" w:cs="Arial"/>
          <w:b/>
          <w:sz w:val="24"/>
          <w:szCs w:val="24"/>
          <w:lang w:val="es-CL"/>
        </w:rPr>
        <w:t>LA INCLUSIÓN</w:t>
      </w:r>
    </w:p>
    <w:p w14:paraId="2A29AE62" w14:textId="77777777" w:rsidR="000D5949" w:rsidRPr="000D5949" w:rsidRDefault="000D5949" w:rsidP="000D5949">
      <w:pPr>
        <w:spacing w:after="0" w:line="360" w:lineRule="auto"/>
        <w:jc w:val="both"/>
        <w:rPr>
          <w:rFonts w:ascii="Arial" w:hAnsi="Arial" w:cs="Arial"/>
          <w:sz w:val="24"/>
          <w:szCs w:val="24"/>
          <w:lang w:val="es-CL"/>
        </w:rPr>
      </w:pPr>
    </w:p>
    <w:p w14:paraId="1DDA5320" w14:textId="7573B103" w:rsidR="000D5949" w:rsidRPr="000D5949" w:rsidRDefault="004637FB"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La inclusión es un principio fundamental del sistema educativo chileno, sustentado en el derecho de todos los niños, niñas y jóvenes a recibir una educación de calidad, equitativa y sin discriminación. Este enfoque implica que sea el sistema educativo el que se adapte a las necesidades y características de cada estudiante, y no al revés. La educación inclusiva reconoce</w:t>
      </w:r>
      <w:r w:rsidR="008452D0" w:rsidRPr="000D5949">
        <w:rPr>
          <w:rFonts w:ascii="Arial" w:hAnsi="Arial" w:cs="Arial"/>
          <w:sz w:val="24"/>
          <w:szCs w:val="24"/>
          <w:lang w:val="es-CL"/>
        </w:rPr>
        <w:t xml:space="preserve"> </w:t>
      </w:r>
      <w:r w:rsidRPr="000D5949">
        <w:rPr>
          <w:rFonts w:ascii="Arial" w:hAnsi="Arial" w:cs="Arial"/>
          <w:sz w:val="24"/>
          <w:szCs w:val="24"/>
          <w:lang w:val="es-CL"/>
        </w:rPr>
        <w:t>y valora la diversidad como una condición inherente a la naturaleza humana. Desde esta perspectiva, las diferencias individuales son vistas como una fuente de enriquecimiento que contribuye al aprendizaje colectivo.</w:t>
      </w:r>
    </w:p>
    <w:p w14:paraId="38CCF7F1" w14:textId="77777777" w:rsidR="000D5949" w:rsidRPr="000D5949" w:rsidRDefault="004637FB"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br/>
        <w:t>El Centro Educacional Adonay, en coherencia con la Ley General de Educación (</w:t>
      </w:r>
      <w:proofErr w:type="spellStart"/>
      <w:r w:rsidRPr="000D5949">
        <w:rPr>
          <w:rFonts w:ascii="Arial" w:hAnsi="Arial" w:cs="Arial"/>
          <w:sz w:val="24"/>
          <w:szCs w:val="24"/>
          <w:lang w:val="es-CL"/>
        </w:rPr>
        <w:t>N°</w:t>
      </w:r>
      <w:proofErr w:type="spellEnd"/>
      <w:r w:rsidRPr="000D5949">
        <w:rPr>
          <w:rFonts w:ascii="Arial" w:hAnsi="Arial" w:cs="Arial"/>
          <w:sz w:val="24"/>
          <w:szCs w:val="24"/>
          <w:lang w:val="es-CL"/>
        </w:rPr>
        <w:t xml:space="preserve"> 20.370), el Decreto </w:t>
      </w:r>
      <w:proofErr w:type="spellStart"/>
      <w:r w:rsidRPr="000D5949">
        <w:rPr>
          <w:rFonts w:ascii="Arial" w:hAnsi="Arial" w:cs="Arial"/>
          <w:sz w:val="24"/>
          <w:szCs w:val="24"/>
          <w:lang w:val="es-CL"/>
        </w:rPr>
        <w:t>N°</w:t>
      </w:r>
      <w:proofErr w:type="spellEnd"/>
      <w:r w:rsidRPr="000D5949">
        <w:rPr>
          <w:rFonts w:ascii="Arial" w:hAnsi="Arial" w:cs="Arial"/>
          <w:sz w:val="24"/>
          <w:szCs w:val="24"/>
          <w:lang w:val="es-CL"/>
        </w:rPr>
        <w:t xml:space="preserve"> 170/2009, el Decreto </w:t>
      </w:r>
      <w:proofErr w:type="spellStart"/>
      <w:r w:rsidRPr="000D5949">
        <w:rPr>
          <w:rFonts w:ascii="Arial" w:hAnsi="Arial" w:cs="Arial"/>
          <w:sz w:val="24"/>
          <w:szCs w:val="24"/>
          <w:lang w:val="es-CL"/>
        </w:rPr>
        <w:t>N°</w:t>
      </w:r>
      <w:proofErr w:type="spellEnd"/>
      <w:r w:rsidRPr="000D5949">
        <w:rPr>
          <w:rFonts w:ascii="Arial" w:hAnsi="Arial" w:cs="Arial"/>
          <w:sz w:val="24"/>
          <w:szCs w:val="24"/>
          <w:lang w:val="es-CL"/>
        </w:rPr>
        <w:t xml:space="preserve"> 83/2015 y la Ley 20.845, promueve prácticas pedagógicas flexibles, colaborativas y contextualizadas que permitan eliminar las barreras para el aprendizaje y la participación. Así, nuestro Plan de Apoyo a la Inclusión busca fortalecer una cultura escolar basada en la equidad, la participación activa de las familias y el compromiso institucional con una educación centrada en el respeto, la fe cristiana, la diversidad y la formación integral de todos los estudiantes.</w:t>
      </w:r>
    </w:p>
    <w:p w14:paraId="6B252A43" w14:textId="77777777" w:rsidR="00AE073B" w:rsidRPr="000D5949" w:rsidRDefault="00AE073B" w:rsidP="000D5949">
      <w:pPr>
        <w:spacing w:after="0" w:line="360" w:lineRule="auto"/>
        <w:jc w:val="both"/>
        <w:rPr>
          <w:rFonts w:ascii="Arial" w:hAnsi="Arial" w:cs="Arial"/>
          <w:sz w:val="24"/>
          <w:szCs w:val="24"/>
          <w:lang w:val="es-CL"/>
        </w:rPr>
      </w:pPr>
    </w:p>
    <w:p w14:paraId="0BD349D9" w14:textId="77777777" w:rsidR="00487CC1" w:rsidRDefault="004637FB"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¿QUÉ SE ENTIENDE POR PROGRAMA DE INTEGRACIÓN ESCOLAR (PIE)?</w:t>
      </w:r>
    </w:p>
    <w:p w14:paraId="3B0ED5F5" w14:textId="77777777" w:rsidR="000D5949" w:rsidRPr="000D5949" w:rsidRDefault="000D5949" w:rsidP="000D5949">
      <w:pPr>
        <w:spacing w:after="0" w:line="360" w:lineRule="auto"/>
        <w:jc w:val="both"/>
        <w:rPr>
          <w:rFonts w:ascii="Arial" w:hAnsi="Arial" w:cs="Arial"/>
          <w:sz w:val="24"/>
          <w:szCs w:val="24"/>
          <w:lang w:val="es-CL"/>
        </w:rPr>
      </w:pPr>
    </w:p>
    <w:p w14:paraId="3064E8F5" w14:textId="4332F703" w:rsidR="000D5949" w:rsidRPr="000D5949" w:rsidRDefault="004637FB"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 xml:space="preserve">El Programa de Integración Escolar (PIE) corresponde a una estrategia inclusiva del sistema educativo chileno, orientada a favorecer la presencia, participación y progreso de los estudiantes que presentan Necesidades Educativas Especiales (NEE), ya sean permanentes o transitorias, dentro del aula común. Su objetivo </w:t>
      </w:r>
      <w:r w:rsidRPr="000D5949">
        <w:rPr>
          <w:rFonts w:ascii="Arial" w:hAnsi="Arial" w:cs="Arial"/>
          <w:sz w:val="24"/>
          <w:szCs w:val="24"/>
          <w:lang w:val="es-CL"/>
        </w:rPr>
        <w:lastRenderedPageBreak/>
        <w:t>principal es eliminar barreras para el aprendizaje y la participación, fortaleciendo la respuesta educativa inclusiva del establecimiento mediante el trabajo conjunto entre docentes, educadores diferenciales y profesionales de apoyo.</w:t>
      </w:r>
      <w:r w:rsidRPr="000D5949">
        <w:rPr>
          <w:rFonts w:ascii="Arial" w:hAnsi="Arial" w:cs="Arial"/>
          <w:sz w:val="24"/>
          <w:szCs w:val="24"/>
          <w:lang w:val="es-CL"/>
        </w:rPr>
        <w:br/>
      </w:r>
    </w:p>
    <w:p w14:paraId="6F0F40D1" w14:textId="34D35A2F" w:rsidR="00487CC1" w:rsidRPr="000D5949" w:rsidRDefault="004637FB" w:rsidP="000D5949">
      <w:pPr>
        <w:spacing w:after="0" w:line="360" w:lineRule="auto"/>
        <w:jc w:val="both"/>
        <w:rPr>
          <w:rFonts w:ascii="Arial" w:hAnsi="Arial" w:cs="Arial"/>
          <w:sz w:val="24"/>
          <w:szCs w:val="24"/>
          <w:lang w:val="es-CL"/>
        </w:rPr>
      </w:pPr>
      <w:r w:rsidRPr="000D5949">
        <w:rPr>
          <w:rFonts w:ascii="Arial" w:hAnsi="Arial" w:cs="Arial"/>
          <w:b/>
          <w:sz w:val="24"/>
          <w:szCs w:val="24"/>
          <w:lang w:val="es-CL"/>
        </w:rPr>
        <w:t xml:space="preserve">ORIENTACIONES </w:t>
      </w:r>
      <w:r w:rsidR="000D5949" w:rsidRPr="000D5949">
        <w:rPr>
          <w:rFonts w:ascii="Arial" w:hAnsi="Arial" w:cs="Arial"/>
          <w:b/>
          <w:sz w:val="24"/>
          <w:szCs w:val="24"/>
          <w:lang w:val="es-CL"/>
        </w:rPr>
        <w:t>TÉCNICAS DEL MINEDUC</w:t>
      </w:r>
    </w:p>
    <w:p w14:paraId="373674E8" w14:textId="77777777" w:rsidR="00487CC1" w:rsidRPr="000D5949" w:rsidRDefault="004637FB"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El Ministerio de Educación entrega orientaciones para una gestión curricular que permita una adecuada implementación de la política PIE, a través de documentación técnica, ejemplos de articulación con el Plan de Mejoramiento Educativo (PME), y guías prácticas de apoyo disponibles en el sitio web oficial de Educación Especial. Estas orientaciones promueven la coherencia entre el PEI, el PME y el PIE, integrando los principios de equidad, inclusión y calidad.</w:t>
      </w:r>
      <w:r w:rsidRPr="000D5949">
        <w:rPr>
          <w:rFonts w:ascii="Arial" w:hAnsi="Arial" w:cs="Arial"/>
          <w:sz w:val="24"/>
          <w:szCs w:val="24"/>
          <w:lang w:val="es-CL"/>
        </w:rPr>
        <w:br/>
      </w:r>
      <w:r w:rsidRPr="000D5949">
        <w:rPr>
          <w:rFonts w:ascii="Arial" w:hAnsi="Arial" w:cs="Arial"/>
          <w:sz w:val="24"/>
          <w:szCs w:val="24"/>
          <w:lang w:val="es-CL"/>
        </w:rPr>
        <w:br/>
        <w:t xml:space="preserve">Asimismo, se fomenta el trabajo colaborativo y la </w:t>
      </w:r>
      <w:proofErr w:type="spellStart"/>
      <w:r w:rsidRPr="000D5949">
        <w:rPr>
          <w:rFonts w:ascii="Arial" w:hAnsi="Arial" w:cs="Arial"/>
          <w:sz w:val="24"/>
          <w:szCs w:val="24"/>
          <w:lang w:val="es-CL"/>
        </w:rPr>
        <w:t>co-docencia</w:t>
      </w:r>
      <w:proofErr w:type="spellEnd"/>
      <w:r w:rsidRPr="000D5949">
        <w:rPr>
          <w:rFonts w:ascii="Arial" w:hAnsi="Arial" w:cs="Arial"/>
          <w:sz w:val="24"/>
          <w:szCs w:val="24"/>
          <w:lang w:val="es-CL"/>
        </w:rPr>
        <w:t xml:space="preserve">, la capacitación </w:t>
      </w:r>
      <w:r w:rsidR="00AE073B" w:rsidRPr="000D5949">
        <w:rPr>
          <w:rFonts w:ascii="Arial" w:hAnsi="Arial" w:cs="Arial"/>
          <w:sz w:val="24"/>
          <w:szCs w:val="24"/>
          <w:lang w:val="es-CL"/>
        </w:rPr>
        <w:t>continúa</w:t>
      </w:r>
      <w:r w:rsidRPr="000D5949">
        <w:rPr>
          <w:rFonts w:ascii="Arial" w:hAnsi="Arial" w:cs="Arial"/>
          <w:sz w:val="24"/>
          <w:szCs w:val="24"/>
          <w:lang w:val="es-CL"/>
        </w:rPr>
        <w:t xml:space="preserve"> del personal docente y la gestión institucional centrada en la atención a la diversidad como valor formativo transversal.</w:t>
      </w:r>
    </w:p>
    <w:p w14:paraId="3F2FC02C" w14:textId="77777777" w:rsidR="00630197" w:rsidRDefault="00630197" w:rsidP="000D5949">
      <w:pPr>
        <w:spacing w:after="0" w:line="360" w:lineRule="auto"/>
        <w:jc w:val="both"/>
        <w:rPr>
          <w:rFonts w:ascii="Arial" w:hAnsi="Arial" w:cs="Arial"/>
          <w:b/>
          <w:sz w:val="24"/>
          <w:szCs w:val="24"/>
          <w:lang w:val="es-CL"/>
        </w:rPr>
      </w:pPr>
    </w:p>
    <w:p w14:paraId="2C93B481" w14:textId="77777777" w:rsidR="000D5949" w:rsidRPr="000D5949" w:rsidRDefault="000D5949" w:rsidP="000D5949">
      <w:pPr>
        <w:spacing w:after="0" w:line="360" w:lineRule="auto"/>
        <w:jc w:val="both"/>
        <w:rPr>
          <w:rFonts w:ascii="Arial" w:hAnsi="Arial" w:cs="Arial"/>
          <w:b/>
          <w:sz w:val="24"/>
          <w:szCs w:val="24"/>
          <w:lang w:val="es-CL"/>
        </w:rPr>
      </w:pPr>
    </w:p>
    <w:p w14:paraId="25EC344C" w14:textId="77777777" w:rsidR="00487CC1" w:rsidRDefault="004637FB"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ESTRATEGIAS PARA ATENDER LA DIVERSIDAD E INCLUSIÓN</w:t>
      </w:r>
    </w:p>
    <w:p w14:paraId="168371ED" w14:textId="77777777" w:rsidR="000D5949" w:rsidRPr="000D5949" w:rsidRDefault="000D5949" w:rsidP="000D5949">
      <w:pPr>
        <w:spacing w:after="0" w:line="360" w:lineRule="auto"/>
        <w:jc w:val="both"/>
        <w:rPr>
          <w:rFonts w:ascii="Arial" w:hAnsi="Arial" w:cs="Arial"/>
          <w:sz w:val="24"/>
          <w:szCs w:val="24"/>
          <w:lang w:val="es-CL"/>
        </w:rPr>
      </w:pPr>
    </w:p>
    <w:p w14:paraId="719F190E"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1. Ajustarse a las necesidades de cada estudiante, implementando medidas personalizadas que aseguren el máximo desarrollo de sus potencialidades.</w:t>
      </w:r>
    </w:p>
    <w:p w14:paraId="7F9118EE"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2. Actuar desde el marco escolar, interviniendo en los aspectos curriculares, metodológicos y organizativos para garantizar participación y aprendizaje de todo el alumnado.</w:t>
      </w:r>
    </w:p>
    <w:p w14:paraId="7C76638F"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3. Implicación de toda la comunidad educativa: docentes, profesionales de apoyo y familias deben comprometerse activamente con la educación inclusiva.</w:t>
      </w:r>
    </w:p>
    <w:p w14:paraId="64D663F3"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4. Valoración temprana e intervención oportuna de las necesidades educativas, con participación de las familias en la toma de decisiones.</w:t>
      </w:r>
    </w:p>
    <w:p w14:paraId="0FC55CFD"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5. Ofrecer oportunidades reales de aprendizaje a los estudiantes más vulnerables, garantizando presencia, participación y logro.</w:t>
      </w:r>
    </w:p>
    <w:p w14:paraId="218D051E"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lastRenderedPageBreak/>
        <w:t xml:space="preserve">6. </w:t>
      </w:r>
      <w:proofErr w:type="spellStart"/>
      <w:r w:rsidRPr="000D5949">
        <w:rPr>
          <w:rFonts w:ascii="Arial" w:hAnsi="Arial" w:cs="Arial"/>
          <w:sz w:val="24"/>
          <w:szCs w:val="24"/>
          <w:lang w:val="es-CL"/>
        </w:rPr>
        <w:t>Co-docencia</w:t>
      </w:r>
      <w:proofErr w:type="spellEnd"/>
      <w:r w:rsidRPr="000D5949">
        <w:rPr>
          <w:rFonts w:ascii="Arial" w:hAnsi="Arial" w:cs="Arial"/>
          <w:sz w:val="24"/>
          <w:szCs w:val="24"/>
          <w:lang w:val="es-CL"/>
        </w:rPr>
        <w:t xml:space="preserve"> dentro del aula: el apoyo se brinda dentro del aula común mediante colaboración entre docente y educador diferencial.</w:t>
      </w:r>
    </w:p>
    <w:p w14:paraId="3A0A1402"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7. Docencia compartida: dos docentes enseñan al mismo grupo, alternando estrategias metodológicas para una atención más personalizada.</w:t>
      </w:r>
    </w:p>
    <w:p w14:paraId="2FAE6ED6"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8. Participación de apoderados: se realizan atenciones los lunes por las profesoras diferenciales y los martes por la coordinadora PIE, además de talleres de reforzamiento para estudiantes de todos los niveles.</w:t>
      </w:r>
    </w:p>
    <w:p w14:paraId="51DEE6FA"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9. Flexibilidad y acompañamiento pedagógico, promoviendo recreos activos e inclusivos, actividades deportivas, artísticas y de convivencia.</w:t>
      </w:r>
    </w:p>
    <w:p w14:paraId="6F4FD97D"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10. Integración e inclusión: fomentar un clima de sana convivencia, respeto y tolerancia, rechazando toda forma de discriminación.</w:t>
      </w:r>
    </w:p>
    <w:p w14:paraId="655773FD" w14:textId="77777777" w:rsidR="00487CC1" w:rsidRPr="000D5949" w:rsidRDefault="004637FB"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 xml:space="preserve">11. Sustentabilidad: promover el cuidado del huerto escolar y del medioambiente dentro del Plan de Mejoramiento Educativo (PME), fortaleciendo la conciencia ecológica desde </w:t>
      </w:r>
      <w:proofErr w:type="spellStart"/>
      <w:r w:rsidRPr="000D5949">
        <w:rPr>
          <w:rFonts w:ascii="Arial" w:hAnsi="Arial" w:cs="Arial"/>
          <w:sz w:val="24"/>
          <w:szCs w:val="24"/>
          <w:lang w:val="es-CL"/>
        </w:rPr>
        <w:t>pre-kínder</w:t>
      </w:r>
      <w:proofErr w:type="spellEnd"/>
      <w:r w:rsidRPr="000D5949">
        <w:rPr>
          <w:rFonts w:ascii="Arial" w:hAnsi="Arial" w:cs="Arial"/>
          <w:sz w:val="24"/>
          <w:szCs w:val="24"/>
          <w:lang w:val="es-CL"/>
        </w:rPr>
        <w:t xml:space="preserve"> a 8° básico.</w:t>
      </w:r>
    </w:p>
    <w:p w14:paraId="49AB731A" w14:textId="2B378CA6" w:rsidR="0037253E" w:rsidRPr="000D5949" w:rsidRDefault="004637FB" w:rsidP="000D5949">
      <w:pPr>
        <w:spacing w:after="0" w:line="360" w:lineRule="auto"/>
        <w:jc w:val="both"/>
        <w:rPr>
          <w:rFonts w:ascii="Arial" w:hAnsi="Arial" w:cs="Arial"/>
          <w:i/>
          <w:sz w:val="24"/>
          <w:szCs w:val="24"/>
          <w:lang w:val="es-CL"/>
        </w:rPr>
      </w:pPr>
      <w:r w:rsidRPr="000D5949">
        <w:rPr>
          <w:rFonts w:ascii="Arial" w:hAnsi="Arial" w:cs="Arial"/>
          <w:i/>
          <w:sz w:val="24"/>
          <w:szCs w:val="24"/>
          <w:lang w:val="es-CL"/>
        </w:rPr>
        <w:br/>
      </w:r>
    </w:p>
    <w:p w14:paraId="516B7B32" w14:textId="75CC2194" w:rsidR="00A5071E"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PROYECTO EDUCATIVO INSTITUCIONAL INCLUSIVO</w:t>
      </w:r>
    </w:p>
    <w:p w14:paraId="121BF100" w14:textId="77777777" w:rsidR="000D5949" w:rsidRPr="000D5949" w:rsidRDefault="000D5949" w:rsidP="000D5949">
      <w:pPr>
        <w:spacing w:after="0" w:line="360" w:lineRule="auto"/>
        <w:jc w:val="both"/>
        <w:rPr>
          <w:rFonts w:ascii="Arial" w:hAnsi="Arial" w:cs="Arial"/>
          <w:sz w:val="24"/>
          <w:szCs w:val="24"/>
          <w:lang w:val="es-CL"/>
        </w:rPr>
      </w:pPr>
    </w:p>
    <w:p w14:paraId="23620355" w14:textId="77777777" w:rsidR="00A5071E"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El Proyecto Educativo Institucional (PEI) del Centro Educacional Adonay declara explícitamente su compromiso con una educación inclusiva, en coherencia con sus sellos educativos y propósitos formativos. Este enfoque se traduce en objetivos, metas, líneas estratégicas y acciones concretas dentro del Plan de Mejoramiento Educativo (PME), fortaleciendo la finalidad del Programa de Integración Escolar (PIE) y garantizando la atención a la diversidad y equidad educativa.</w:t>
      </w:r>
    </w:p>
    <w:p w14:paraId="7C9B6842" w14:textId="77777777" w:rsidR="000D5949" w:rsidRDefault="000D5949" w:rsidP="000D5949">
      <w:pPr>
        <w:spacing w:after="0" w:line="360" w:lineRule="auto"/>
        <w:ind w:left="360"/>
        <w:jc w:val="both"/>
        <w:rPr>
          <w:rFonts w:ascii="Arial" w:hAnsi="Arial" w:cs="Arial"/>
          <w:sz w:val="24"/>
          <w:szCs w:val="24"/>
          <w:lang w:val="es-CL"/>
        </w:rPr>
      </w:pPr>
    </w:p>
    <w:p w14:paraId="7A450D51" w14:textId="77777777" w:rsidR="000D5949" w:rsidRPr="000D5949" w:rsidRDefault="000D5949" w:rsidP="000D5949">
      <w:pPr>
        <w:spacing w:after="0" w:line="360" w:lineRule="auto"/>
        <w:ind w:left="360"/>
        <w:jc w:val="both"/>
        <w:rPr>
          <w:rFonts w:ascii="Arial" w:hAnsi="Arial" w:cs="Arial"/>
          <w:sz w:val="24"/>
          <w:szCs w:val="24"/>
          <w:lang w:val="es-CL"/>
        </w:rPr>
      </w:pPr>
    </w:p>
    <w:p w14:paraId="0226A960" w14:textId="7E9C79F9" w:rsidR="00A5071E"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SENSIBILIZACIÓN HACIA LA COMUNIDAD EDUCATIVA</w:t>
      </w:r>
    </w:p>
    <w:p w14:paraId="592F81EE" w14:textId="77777777" w:rsidR="000D5949" w:rsidRPr="000D5949" w:rsidRDefault="000D5949" w:rsidP="000D5949">
      <w:pPr>
        <w:spacing w:after="0" w:line="360" w:lineRule="auto"/>
        <w:jc w:val="both"/>
        <w:rPr>
          <w:rFonts w:ascii="Arial" w:hAnsi="Arial" w:cs="Arial"/>
          <w:sz w:val="24"/>
          <w:szCs w:val="24"/>
          <w:lang w:val="es-CL"/>
        </w:rPr>
      </w:pPr>
    </w:p>
    <w:p w14:paraId="203C8505" w14:textId="77777777" w:rsidR="00A5071E"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 xml:space="preserve">Previo a la incorporación de estudiantes al PIE, el sostenedor, el equipo directivo y la coordinación del programa desarrollan estrategias de sensibilización e </w:t>
      </w:r>
      <w:r w:rsidRPr="000D5949">
        <w:rPr>
          <w:rFonts w:ascii="Arial" w:hAnsi="Arial" w:cs="Arial"/>
          <w:sz w:val="24"/>
          <w:szCs w:val="24"/>
          <w:lang w:val="es-CL"/>
        </w:rPr>
        <w:lastRenderedPageBreak/>
        <w:t>información hacia toda la comunidad educativa sobre los principios y beneficios del PIE. Este proceso promueve la comprensión, compromiso y aceptación del enfoque inclusivo, anticipando resistencias y generando colaboración institucional para la atención de estudiantes con NEE.</w:t>
      </w:r>
    </w:p>
    <w:p w14:paraId="05CE44AD" w14:textId="77777777" w:rsidR="000D5949" w:rsidRDefault="000D5949" w:rsidP="000D5949">
      <w:pPr>
        <w:spacing w:after="0" w:line="360" w:lineRule="auto"/>
        <w:ind w:left="360"/>
        <w:jc w:val="both"/>
        <w:rPr>
          <w:rFonts w:ascii="Arial" w:hAnsi="Arial" w:cs="Arial"/>
          <w:sz w:val="24"/>
          <w:szCs w:val="24"/>
          <w:lang w:val="es-CL"/>
        </w:rPr>
      </w:pPr>
    </w:p>
    <w:p w14:paraId="46E9273F" w14:textId="77777777" w:rsidR="000D5949" w:rsidRPr="000D5949" w:rsidRDefault="000D5949" w:rsidP="000D5949">
      <w:pPr>
        <w:spacing w:after="0" w:line="360" w:lineRule="auto"/>
        <w:ind w:left="360"/>
        <w:jc w:val="both"/>
        <w:rPr>
          <w:rFonts w:ascii="Arial" w:hAnsi="Arial" w:cs="Arial"/>
          <w:sz w:val="24"/>
          <w:szCs w:val="24"/>
          <w:lang w:val="es-CL"/>
        </w:rPr>
      </w:pPr>
    </w:p>
    <w:p w14:paraId="4CC7CCB0" w14:textId="2A1246FE" w:rsidR="00A5071E"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ARTICULACIÓN PEI–PME</w:t>
      </w:r>
    </w:p>
    <w:p w14:paraId="179462C0" w14:textId="77777777" w:rsidR="000D5949" w:rsidRPr="000D5949" w:rsidRDefault="000D5949" w:rsidP="000D5949">
      <w:pPr>
        <w:spacing w:after="0" w:line="360" w:lineRule="auto"/>
        <w:jc w:val="both"/>
        <w:rPr>
          <w:rFonts w:ascii="Arial" w:hAnsi="Arial" w:cs="Arial"/>
          <w:sz w:val="24"/>
          <w:szCs w:val="24"/>
          <w:lang w:val="es-CL"/>
        </w:rPr>
      </w:pPr>
    </w:p>
    <w:p w14:paraId="28044B70" w14:textId="77777777" w:rsidR="00A5071E"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Durante el diseño del Plan de Mejoramiento Educativo (PME), se articulan objetivos, metas y acciones con el PEI y el PIE, garantizando coherencia entre programas y fortaleciendo la participación e inclusión de todos los estudiantes.</w:t>
      </w:r>
    </w:p>
    <w:p w14:paraId="4947F9BE" w14:textId="77777777" w:rsidR="000D5949" w:rsidRPr="000D5949" w:rsidRDefault="000D5949" w:rsidP="000D5949">
      <w:pPr>
        <w:spacing w:after="0" w:line="360" w:lineRule="auto"/>
        <w:ind w:left="360"/>
        <w:jc w:val="both"/>
        <w:rPr>
          <w:rFonts w:ascii="Arial" w:hAnsi="Arial" w:cs="Arial"/>
          <w:sz w:val="24"/>
          <w:szCs w:val="24"/>
          <w:lang w:val="es-CL"/>
        </w:rPr>
      </w:pPr>
    </w:p>
    <w:p w14:paraId="47CED6D0" w14:textId="11CD9744" w:rsidR="00A5071E"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PLANIFICACIÓN DE LAS CONDICIONES PEDAGÓGICAS E INFRAESTRUCTURA</w:t>
      </w:r>
    </w:p>
    <w:p w14:paraId="52F99B92" w14:textId="77777777" w:rsidR="000D5949" w:rsidRPr="000D5949" w:rsidRDefault="000D5949" w:rsidP="000D5949">
      <w:pPr>
        <w:spacing w:after="0" w:line="360" w:lineRule="auto"/>
        <w:jc w:val="both"/>
        <w:rPr>
          <w:rFonts w:ascii="Arial" w:hAnsi="Arial" w:cs="Arial"/>
          <w:sz w:val="24"/>
          <w:szCs w:val="24"/>
          <w:lang w:val="es-CL"/>
        </w:rPr>
      </w:pPr>
    </w:p>
    <w:p w14:paraId="6513BC35" w14:textId="77777777" w:rsidR="00A5071E"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El establecimiento realiza una lectura exhaustiva de la normativa vigente (Decretos 83/2015 y 170/2009, y Orientaciones Técnicas PIE) para planificar tiempos, espacios, recursos e infraestructura que aseguren una respuesta pedagógica accesible e inclusiva, involucrando redes de apoyo externas y la comunidad educativa.</w:t>
      </w:r>
    </w:p>
    <w:p w14:paraId="461742E1" w14:textId="77777777" w:rsidR="000D5949" w:rsidRPr="000D5949" w:rsidRDefault="000D5949" w:rsidP="000D5949">
      <w:pPr>
        <w:spacing w:after="0" w:line="360" w:lineRule="auto"/>
        <w:ind w:left="360"/>
        <w:jc w:val="both"/>
        <w:rPr>
          <w:rFonts w:ascii="Arial" w:hAnsi="Arial" w:cs="Arial"/>
          <w:sz w:val="24"/>
          <w:szCs w:val="24"/>
          <w:lang w:val="es-CL"/>
        </w:rPr>
      </w:pPr>
    </w:p>
    <w:p w14:paraId="41282481" w14:textId="58456AC7" w:rsidR="00A5071E"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PLANIFICACIÓN DEL PROCESO DE EVALUACIÓN DIAGNÓSTICA INTEGRAL</w:t>
      </w:r>
    </w:p>
    <w:p w14:paraId="347DC41F" w14:textId="77777777" w:rsidR="000D5949" w:rsidRPr="000D5949" w:rsidRDefault="000D5949" w:rsidP="000D5949">
      <w:pPr>
        <w:spacing w:after="0" w:line="360" w:lineRule="auto"/>
        <w:jc w:val="both"/>
        <w:rPr>
          <w:rFonts w:ascii="Arial" w:hAnsi="Arial" w:cs="Arial"/>
          <w:sz w:val="24"/>
          <w:szCs w:val="24"/>
          <w:lang w:val="es-CL"/>
        </w:rPr>
      </w:pPr>
    </w:p>
    <w:p w14:paraId="3C0D4E3E" w14:textId="77777777" w:rsidR="00A5071E"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Antes del inicio del PIE, se planifica la evaluación diagnóstica integral considerando detección temprana de dificultades, participación familiar, intervención de profesionales competentes y selección de instrumentos validados. Los profesionales evaluadores deben estar inscritos en el Registro de Profesionales de Educación Especial o el Registro de Prestadores Individuales de la Salud.</w:t>
      </w:r>
    </w:p>
    <w:p w14:paraId="76A8344F" w14:textId="77777777" w:rsidR="000D5949" w:rsidRDefault="000D5949" w:rsidP="000D5949">
      <w:pPr>
        <w:spacing w:after="0" w:line="360" w:lineRule="auto"/>
        <w:ind w:left="360"/>
        <w:jc w:val="both"/>
        <w:rPr>
          <w:rFonts w:ascii="Arial" w:hAnsi="Arial" w:cs="Arial"/>
          <w:sz w:val="24"/>
          <w:szCs w:val="24"/>
          <w:lang w:val="es-CL"/>
        </w:rPr>
      </w:pPr>
    </w:p>
    <w:p w14:paraId="7624ED01" w14:textId="77777777" w:rsidR="00893C50" w:rsidRPr="000D5949" w:rsidRDefault="00893C50" w:rsidP="000D5949">
      <w:pPr>
        <w:spacing w:after="0" w:line="360" w:lineRule="auto"/>
        <w:ind w:left="360"/>
        <w:jc w:val="both"/>
        <w:rPr>
          <w:rFonts w:ascii="Arial" w:hAnsi="Arial" w:cs="Arial"/>
          <w:sz w:val="24"/>
          <w:szCs w:val="24"/>
          <w:lang w:val="es-CL"/>
        </w:rPr>
      </w:pPr>
    </w:p>
    <w:p w14:paraId="657F7125" w14:textId="459696E0" w:rsidR="00A5071E"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lastRenderedPageBreak/>
        <w:t>AUTORIZACIÓN DE LA FAMILIA Y REGISTRO EN EL FORMULARIO ÚNICO</w:t>
      </w:r>
    </w:p>
    <w:p w14:paraId="54ECA74C" w14:textId="77777777" w:rsidR="000D5949" w:rsidRPr="000D5949" w:rsidRDefault="000D5949" w:rsidP="000D5949">
      <w:pPr>
        <w:spacing w:after="0" w:line="360" w:lineRule="auto"/>
        <w:jc w:val="both"/>
        <w:rPr>
          <w:rFonts w:ascii="Arial" w:hAnsi="Arial" w:cs="Arial"/>
          <w:sz w:val="24"/>
          <w:szCs w:val="24"/>
          <w:lang w:val="es-CL"/>
        </w:rPr>
      </w:pPr>
    </w:p>
    <w:p w14:paraId="6524835D" w14:textId="77777777" w:rsidR="00A5071E"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Toda evaluación requiere autorización escrita de la familia o del estudiante adulto. Los resultados deben registrarse en el Formulario Único PIE disponible en el sitio web del Ministerio de Educación, resguardando confidencialidad y consentimiento informado.</w:t>
      </w:r>
    </w:p>
    <w:p w14:paraId="0D9DCCB7" w14:textId="77777777" w:rsidR="000D5949" w:rsidRDefault="000D5949" w:rsidP="000D5949">
      <w:pPr>
        <w:spacing w:after="0" w:line="360" w:lineRule="auto"/>
        <w:ind w:left="360"/>
        <w:jc w:val="both"/>
        <w:rPr>
          <w:rFonts w:ascii="Arial" w:hAnsi="Arial" w:cs="Arial"/>
          <w:sz w:val="24"/>
          <w:szCs w:val="24"/>
          <w:lang w:val="es-CL"/>
        </w:rPr>
      </w:pPr>
    </w:p>
    <w:p w14:paraId="4340DEAB" w14:textId="77777777" w:rsidR="000D5949" w:rsidRPr="000D5949" w:rsidRDefault="000D5949" w:rsidP="000D5949">
      <w:pPr>
        <w:spacing w:after="0" w:line="360" w:lineRule="auto"/>
        <w:ind w:left="360"/>
        <w:jc w:val="both"/>
        <w:rPr>
          <w:rFonts w:ascii="Arial" w:hAnsi="Arial" w:cs="Arial"/>
          <w:sz w:val="24"/>
          <w:szCs w:val="24"/>
          <w:lang w:val="es-CL"/>
        </w:rPr>
      </w:pPr>
    </w:p>
    <w:p w14:paraId="44D06858" w14:textId="52BD4DB8" w:rsidR="00A5071E" w:rsidRPr="000D5949" w:rsidRDefault="000D5949" w:rsidP="000D5949">
      <w:pPr>
        <w:spacing w:after="0" w:line="360" w:lineRule="auto"/>
        <w:jc w:val="both"/>
        <w:rPr>
          <w:rFonts w:ascii="Arial" w:hAnsi="Arial" w:cs="Arial"/>
          <w:sz w:val="24"/>
          <w:szCs w:val="24"/>
          <w:lang w:val="es-CL"/>
        </w:rPr>
      </w:pPr>
      <w:r w:rsidRPr="000D5949">
        <w:rPr>
          <w:rFonts w:ascii="Arial" w:hAnsi="Arial" w:cs="Arial"/>
          <w:b/>
          <w:sz w:val="24"/>
          <w:szCs w:val="24"/>
          <w:lang w:val="es-CL"/>
        </w:rPr>
        <w:t>CARACTERÍSTICAS DEL PROCESO DE EVALUACIÓN DE INGRESO AL PIE</w:t>
      </w:r>
    </w:p>
    <w:p w14:paraId="2A11F97E" w14:textId="77777777" w:rsidR="000D5949" w:rsidRDefault="000D5949" w:rsidP="000D5949">
      <w:pPr>
        <w:spacing w:after="0" w:line="360" w:lineRule="auto"/>
        <w:ind w:left="360"/>
        <w:jc w:val="both"/>
        <w:rPr>
          <w:rFonts w:ascii="Arial" w:hAnsi="Arial" w:cs="Arial"/>
          <w:sz w:val="24"/>
          <w:szCs w:val="24"/>
          <w:lang w:val="es-CL"/>
        </w:rPr>
      </w:pPr>
    </w:p>
    <w:p w14:paraId="0A3FBE7B" w14:textId="1EC29670" w:rsidR="00A5071E"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La evaluación diagnóstica es un proceso objetivo, integral e interdisciplinario que analiza tanto las características individuales del estudiante como su contexto familiar, escolar y social. Su propósito es determinar el tipo de discapacidad, dificultad o trastorno reconocido en la normativa y precisar las NEE del estudiante y los apoyos requeridos para su participación. Se sustenta en tres principios: integralidad (considera factores individuales y contextuales), interdisciplinariedad (profesionales de educación y salud) y rigor técnico-ético (instrumentos válidos y confiables).</w:t>
      </w:r>
    </w:p>
    <w:p w14:paraId="22BACEDF" w14:textId="77777777" w:rsidR="000D5949" w:rsidRDefault="000D5949" w:rsidP="000D5949">
      <w:pPr>
        <w:spacing w:after="0" w:line="360" w:lineRule="auto"/>
        <w:ind w:left="360"/>
        <w:jc w:val="both"/>
        <w:rPr>
          <w:rFonts w:ascii="Arial" w:hAnsi="Arial" w:cs="Arial"/>
          <w:sz w:val="24"/>
          <w:szCs w:val="24"/>
          <w:lang w:val="es-CL"/>
        </w:rPr>
      </w:pPr>
    </w:p>
    <w:p w14:paraId="3A7F40D6" w14:textId="77777777" w:rsidR="000D5949" w:rsidRPr="000D5949" w:rsidRDefault="000D5949" w:rsidP="000D5949">
      <w:pPr>
        <w:spacing w:after="0" w:line="360" w:lineRule="auto"/>
        <w:ind w:left="360"/>
        <w:jc w:val="both"/>
        <w:rPr>
          <w:rFonts w:ascii="Arial" w:hAnsi="Arial" w:cs="Arial"/>
          <w:sz w:val="24"/>
          <w:szCs w:val="24"/>
          <w:lang w:val="es-CL"/>
        </w:rPr>
      </w:pPr>
    </w:p>
    <w:p w14:paraId="4A7B253D" w14:textId="36B6D2D2" w:rsidR="00A5071E" w:rsidRPr="000D5949" w:rsidRDefault="000D5949" w:rsidP="000D5949">
      <w:pPr>
        <w:spacing w:after="0" w:line="360" w:lineRule="auto"/>
        <w:jc w:val="both"/>
        <w:rPr>
          <w:rFonts w:ascii="Arial" w:hAnsi="Arial" w:cs="Arial"/>
          <w:sz w:val="24"/>
          <w:szCs w:val="24"/>
          <w:lang w:val="es-CL"/>
        </w:rPr>
      </w:pPr>
      <w:r w:rsidRPr="000D5949">
        <w:rPr>
          <w:rFonts w:ascii="Arial" w:hAnsi="Arial" w:cs="Arial"/>
          <w:b/>
          <w:sz w:val="24"/>
          <w:szCs w:val="24"/>
          <w:lang w:val="es-CL"/>
        </w:rPr>
        <w:t>DIAGNÓSTICOS DE INGRESO AL PROGRAMA DE INTEGRACIÓN ESCOLAR</w:t>
      </w:r>
    </w:p>
    <w:p w14:paraId="7EEDD4F4" w14:textId="77777777" w:rsidR="000D5949" w:rsidRDefault="000D5949" w:rsidP="000D5949">
      <w:pPr>
        <w:spacing w:after="0" w:line="360" w:lineRule="auto"/>
        <w:ind w:left="360"/>
        <w:jc w:val="both"/>
        <w:rPr>
          <w:rFonts w:ascii="Arial" w:hAnsi="Arial" w:cs="Arial"/>
          <w:sz w:val="24"/>
          <w:szCs w:val="24"/>
          <w:lang w:val="es-CL"/>
        </w:rPr>
      </w:pPr>
    </w:p>
    <w:p w14:paraId="7150639B" w14:textId="2AAB0BBB" w:rsidR="00A5071E" w:rsidRPr="000D5949" w:rsidRDefault="00A5071E"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t>De acuerdo con el Decreto 170/2009, pueden participar en el PIE los estudiantes que presentan Necesidades Educativas Especiales (NEE) asociadas a diagnósticos determinados por profesionales de la salud (neurólogo, psicólogo, psiquiatra infantil o fonoaudiólogo). Entre las condiciones que dan origen a la atención PIE se encuentran: discapacidad motora, graves alteraciones del comportamiento, de la relación y la comunicación, retraso global del desarrollo (menores de 6 años), trastornos del lenguaje, del aprendizaje, de la audición y discapacidad intelectual leve o moderada.</w:t>
      </w:r>
    </w:p>
    <w:p w14:paraId="340A3855" w14:textId="77777777" w:rsidR="0037253E" w:rsidRPr="000D5949" w:rsidRDefault="0037253E" w:rsidP="000D5949">
      <w:pPr>
        <w:spacing w:after="0" w:line="360" w:lineRule="auto"/>
        <w:jc w:val="both"/>
        <w:rPr>
          <w:rFonts w:ascii="Arial" w:hAnsi="Arial" w:cs="Arial"/>
          <w:b/>
          <w:color w:val="0070C0"/>
          <w:sz w:val="24"/>
          <w:szCs w:val="24"/>
          <w:lang w:val="es-CL"/>
        </w:rPr>
      </w:pPr>
    </w:p>
    <w:p w14:paraId="071FD4A6" w14:textId="77777777" w:rsidR="00F37C28" w:rsidRDefault="00F37C28"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lastRenderedPageBreak/>
        <w:t>Diagnósticos asociados a Necesidades Educativas Especiales (NEE)</w:t>
      </w:r>
    </w:p>
    <w:p w14:paraId="41C274BC" w14:textId="77777777" w:rsidR="000D5949" w:rsidRPr="000D5949" w:rsidRDefault="000D5949" w:rsidP="000D5949">
      <w:pPr>
        <w:spacing w:after="0" w:line="360" w:lineRule="auto"/>
        <w:jc w:val="both"/>
        <w:rPr>
          <w:rFonts w:ascii="Arial" w:hAnsi="Arial" w:cs="Arial"/>
          <w:color w:val="0070C0"/>
          <w:sz w:val="24"/>
          <w:szCs w:val="24"/>
          <w:lang w:val="es-CL"/>
        </w:rPr>
      </w:pPr>
    </w:p>
    <w:p w14:paraId="6B2D8785" w14:textId="77777777" w:rsidR="00F37C28" w:rsidRDefault="00F37C28"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 xml:space="preserve">Los diagnósticos asociados a Necesidades Educativas Especiales (NEE) se clasifican en permanentes y transitorias, según lo establecido en el Decreto Exento </w:t>
      </w:r>
      <w:proofErr w:type="spellStart"/>
      <w:r w:rsidRPr="000D5949">
        <w:rPr>
          <w:rFonts w:ascii="Arial" w:hAnsi="Arial" w:cs="Arial"/>
          <w:sz w:val="24"/>
          <w:szCs w:val="24"/>
          <w:lang w:val="es-CL"/>
        </w:rPr>
        <w:t>N°</w:t>
      </w:r>
      <w:proofErr w:type="spellEnd"/>
      <w:r w:rsidRPr="000D5949">
        <w:rPr>
          <w:rFonts w:ascii="Arial" w:hAnsi="Arial" w:cs="Arial"/>
          <w:sz w:val="24"/>
          <w:szCs w:val="24"/>
          <w:lang w:val="es-CL"/>
        </w:rPr>
        <w:t xml:space="preserve"> 170/2009 y las Orientaciones Técnicas del Ministerio de Educación (2023–2024).</w:t>
      </w:r>
    </w:p>
    <w:p w14:paraId="4AE10CE6" w14:textId="77777777" w:rsidR="000D5949" w:rsidRPr="000D5949" w:rsidRDefault="000D5949" w:rsidP="000D5949">
      <w:pPr>
        <w:spacing w:after="0" w:line="360" w:lineRule="auto"/>
        <w:jc w:val="both"/>
        <w:rPr>
          <w:rFonts w:ascii="Arial" w:hAnsi="Arial" w:cs="Arial"/>
          <w:sz w:val="24"/>
          <w:szCs w:val="24"/>
          <w:lang w:val="es-CL"/>
        </w:rPr>
      </w:pPr>
    </w:p>
    <w:p w14:paraId="4CB4E164" w14:textId="65EF2CB7" w:rsidR="00F37C28"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DIAGNÓSTICOS ASOCIADOS A NEE DE TIPO PERMANENTE</w:t>
      </w:r>
    </w:p>
    <w:p w14:paraId="65FC1796" w14:textId="77777777" w:rsidR="000D5949" w:rsidRPr="000D5949" w:rsidRDefault="000D5949" w:rsidP="000D5949">
      <w:pPr>
        <w:spacing w:after="0" w:line="360" w:lineRule="auto"/>
        <w:jc w:val="both"/>
        <w:rPr>
          <w:rFonts w:ascii="Arial" w:hAnsi="Arial" w:cs="Arial"/>
          <w:sz w:val="24"/>
          <w:szCs w:val="24"/>
          <w:lang w:val="es-CL"/>
        </w:rPr>
      </w:pPr>
    </w:p>
    <w:p w14:paraId="52379EB5"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Discapacidad auditiva: </w:t>
      </w:r>
      <w:r w:rsidRPr="000D5949">
        <w:rPr>
          <w:rFonts w:ascii="Arial" w:hAnsi="Arial" w:cs="Arial"/>
          <w:sz w:val="24"/>
          <w:szCs w:val="24"/>
          <w:lang w:val="es-CL"/>
        </w:rPr>
        <w:t>Pérdida de la audición superior a 40 decibeles, que limita la recepción y manejo de la información auditiva, afectando el desarrollo del lenguaje y el aprendizaje.</w:t>
      </w:r>
    </w:p>
    <w:p w14:paraId="3AD05661"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Discapacidad visual: </w:t>
      </w:r>
      <w:r w:rsidRPr="000D5949">
        <w:rPr>
          <w:rFonts w:ascii="Arial" w:hAnsi="Arial" w:cs="Arial"/>
          <w:sz w:val="24"/>
          <w:szCs w:val="24"/>
          <w:lang w:val="es-CL"/>
        </w:rPr>
        <w:t>Alteración significativa de la visión que dificulta la recepción, integración y manejo de información visual, afectando la autonomía y el aprendizaje del estudiante.</w:t>
      </w:r>
    </w:p>
    <w:p w14:paraId="658E8BCC"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Discapacidad intelectual: </w:t>
      </w:r>
      <w:r w:rsidRPr="000D5949">
        <w:rPr>
          <w:rFonts w:ascii="Arial" w:hAnsi="Arial" w:cs="Arial"/>
          <w:sz w:val="24"/>
          <w:szCs w:val="24"/>
          <w:lang w:val="es-CL"/>
        </w:rPr>
        <w:t>Limitaciones sustantivas en el funcionamiento intelectual y la conducta adaptativa, manifestadas en habilidades conceptuales, sociales y prácticas, con inicio antes de los 18 años. Debe confirmarse mediante evaluación psicométrica estandarizada y análisis interdisciplinario.</w:t>
      </w:r>
    </w:p>
    <w:p w14:paraId="2895F2AB"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Trastornos del Espectro Autista (TEA): </w:t>
      </w:r>
      <w:r w:rsidRPr="000D5949">
        <w:rPr>
          <w:rFonts w:ascii="Arial" w:hAnsi="Arial" w:cs="Arial"/>
          <w:sz w:val="24"/>
          <w:szCs w:val="24"/>
          <w:lang w:val="es-CL"/>
        </w:rPr>
        <w:t>Alteraciones en la interacción social, la comunicación verbal y no verbal, y la flexibilidad del pensamiento y comportamiento. Su intensidad varía según la etapa del desarrollo y el nivel intelectual, requiriendo apoyo especializado y evaluación profesional en salud.</w:t>
      </w:r>
    </w:p>
    <w:p w14:paraId="1B8B50A2"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Disfasia o Trastorno Específico del Lenguaje (TEL) severo: </w:t>
      </w:r>
      <w:r w:rsidRPr="000D5949">
        <w:rPr>
          <w:rFonts w:ascii="Arial" w:hAnsi="Arial" w:cs="Arial"/>
          <w:sz w:val="24"/>
          <w:szCs w:val="24"/>
          <w:lang w:val="es-CL"/>
        </w:rPr>
        <w:t>Alteración grave y persistente de la comprensión y/o expresión del lenguaje, con dificultades en el procesamiento lingüístico y la abstracción de información, afectando la comunicación, el aprendizaje y la vida social.</w:t>
      </w:r>
    </w:p>
    <w:p w14:paraId="4AA10768"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Discapacidad múltiple y </w:t>
      </w:r>
      <w:r w:rsidR="00FA3903" w:rsidRPr="000D5949">
        <w:rPr>
          <w:rFonts w:ascii="Arial" w:hAnsi="Arial" w:cs="Arial"/>
          <w:b/>
          <w:sz w:val="24"/>
          <w:szCs w:val="24"/>
          <w:lang w:val="es-CL"/>
        </w:rPr>
        <w:t>sordo ceguera</w:t>
      </w:r>
      <w:r w:rsidRPr="000D5949">
        <w:rPr>
          <w:rFonts w:ascii="Arial" w:hAnsi="Arial" w:cs="Arial"/>
          <w:b/>
          <w:sz w:val="24"/>
          <w:szCs w:val="24"/>
          <w:lang w:val="es-CL"/>
        </w:rPr>
        <w:t xml:space="preserve">: </w:t>
      </w:r>
      <w:r w:rsidRPr="000D5949">
        <w:rPr>
          <w:rFonts w:ascii="Arial" w:hAnsi="Arial" w:cs="Arial"/>
          <w:sz w:val="24"/>
          <w:szCs w:val="24"/>
          <w:lang w:val="es-CL"/>
        </w:rPr>
        <w:t>Presencia combinada de discapacidades sensoriales, neurológicas, motrices o intelectuales que impactan significativamente el desarrollo educativo, social y emocional.</w:t>
      </w:r>
    </w:p>
    <w:p w14:paraId="1EA5EF3C" w14:textId="77777777" w:rsidR="00630197" w:rsidRDefault="00630197" w:rsidP="000D5949">
      <w:pPr>
        <w:spacing w:after="0" w:line="360" w:lineRule="auto"/>
        <w:jc w:val="both"/>
        <w:rPr>
          <w:rFonts w:ascii="Arial" w:hAnsi="Arial" w:cs="Arial"/>
          <w:b/>
          <w:sz w:val="24"/>
          <w:szCs w:val="24"/>
          <w:lang w:val="es-CL"/>
        </w:rPr>
      </w:pPr>
    </w:p>
    <w:p w14:paraId="57324468" w14:textId="77777777" w:rsidR="000D5949" w:rsidRPr="000D5949" w:rsidRDefault="000D5949" w:rsidP="000D5949">
      <w:pPr>
        <w:spacing w:after="0" w:line="360" w:lineRule="auto"/>
        <w:jc w:val="both"/>
        <w:rPr>
          <w:rFonts w:ascii="Arial" w:hAnsi="Arial" w:cs="Arial"/>
          <w:b/>
          <w:sz w:val="24"/>
          <w:szCs w:val="24"/>
          <w:lang w:val="es-CL"/>
        </w:rPr>
      </w:pPr>
    </w:p>
    <w:p w14:paraId="5ED78B17" w14:textId="55CBE71A" w:rsidR="00F37C28" w:rsidRDefault="000D5949" w:rsidP="000D5949">
      <w:pPr>
        <w:spacing w:after="0" w:line="360" w:lineRule="auto"/>
        <w:jc w:val="both"/>
        <w:rPr>
          <w:rFonts w:ascii="Arial" w:hAnsi="Arial" w:cs="Arial"/>
          <w:b/>
          <w:sz w:val="24"/>
          <w:szCs w:val="24"/>
          <w:lang w:val="es-CL"/>
        </w:rPr>
      </w:pPr>
      <w:proofErr w:type="gramStart"/>
      <w:r w:rsidRPr="000D5949">
        <w:rPr>
          <w:rFonts w:ascii="Arial" w:hAnsi="Arial" w:cs="Arial"/>
          <w:b/>
          <w:sz w:val="24"/>
          <w:szCs w:val="24"/>
          <w:lang w:val="es-CL"/>
        </w:rPr>
        <w:lastRenderedPageBreak/>
        <w:t>DIAGNÓSTICOS  ASOCIADOS</w:t>
      </w:r>
      <w:proofErr w:type="gramEnd"/>
      <w:r w:rsidRPr="000D5949">
        <w:rPr>
          <w:rFonts w:ascii="Arial" w:hAnsi="Arial" w:cs="Arial"/>
          <w:b/>
          <w:sz w:val="24"/>
          <w:szCs w:val="24"/>
          <w:lang w:val="es-CL"/>
        </w:rPr>
        <w:t xml:space="preserve">  </w:t>
      </w:r>
      <w:proofErr w:type="gramStart"/>
      <w:r w:rsidRPr="000D5949">
        <w:rPr>
          <w:rFonts w:ascii="Arial" w:hAnsi="Arial" w:cs="Arial"/>
          <w:b/>
          <w:sz w:val="24"/>
          <w:szCs w:val="24"/>
          <w:lang w:val="es-CL"/>
        </w:rPr>
        <w:t>A  NEE</w:t>
      </w:r>
      <w:proofErr w:type="gramEnd"/>
      <w:r w:rsidRPr="000D5949">
        <w:rPr>
          <w:rFonts w:ascii="Arial" w:hAnsi="Arial" w:cs="Arial"/>
          <w:b/>
          <w:sz w:val="24"/>
          <w:szCs w:val="24"/>
          <w:lang w:val="es-CL"/>
        </w:rPr>
        <w:t xml:space="preserve"> DE TIPO TRANSITORIA</w:t>
      </w:r>
    </w:p>
    <w:p w14:paraId="2CE83BA8" w14:textId="77777777" w:rsidR="000D5949" w:rsidRPr="000D5949" w:rsidRDefault="000D5949" w:rsidP="000D5949">
      <w:pPr>
        <w:spacing w:after="0" w:line="360" w:lineRule="auto"/>
        <w:jc w:val="both"/>
        <w:rPr>
          <w:rFonts w:ascii="Arial" w:hAnsi="Arial" w:cs="Arial"/>
          <w:sz w:val="24"/>
          <w:szCs w:val="24"/>
          <w:lang w:val="es-CL"/>
        </w:rPr>
      </w:pPr>
    </w:p>
    <w:p w14:paraId="0DFFD756"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 por Déficit Atencional (con o sin Hiperactividad) – TDA o TDAH: </w:t>
      </w:r>
      <w:r w:rsidRPr="000D5949">
        <w:rPr>
          <w:rFonts w:ascii="Arial" w:hAnsi="Arial" w:cs="Arial"/>
          <w:sz w:val="24"/>
          <w:szCs w:val="24"/>
          <w:lang w:val="es-CL"/>
        </w:rPr>
        <w:t>Alteración del desarrollo neurológico caracterizada por inatención, impulsividad y/o hiperactividad. Se manifiesta en distintos contextos y afecta el desempeño escolar, social y emocional.</w:t>
      </w:r>
    </w:p>
    <w:p w14:paraId="2AF4B9E3"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 Específico del Lenguaje (TEL) moderado: </w:t>
      </w:r>
      <w:r w:rsidRPr="000D5949">
        <w:rPr>
          <w:rFonts w:ascii="Arial" w:hAnsi="Arial" w:cs="Arial"/>
          <w:sz w:val="24"/>
          <w:szCs w:val="24"/>
          <w:lang w:val="es-CL"/>
        </w:rPr>
        <w:t>Retraso o desviación significativa en el desarrollo del lenguaje oral, que no se explica por causas sensoriales, intelectuales o ambientales. No debe confundirse con dislalia o dificultades fonológicas transitorias.</w:t>
      </w:r>
    </w:p>
    <w:p w14:paraId="098C036C" w14:textId="77777777" w:rsidR="00F37C28" w:rsidRPr="000D5949"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 Específico del Aprendizaje (TEA): </w:t>
      </w:r>
      <w:r w:rsidRPr="000D5949">
        <w:rPr>
          <w:rFonts w:ascii="Arial" w:hAnsi="Arial" w:cs="Arial"/>
          <w:sz w:val="24"/>
          <w:szCs w:val="24"/>
          <w:lang w:val="es-CL"/>
        </w:rPr>
        <w:t>Dificultad persistente para aprender a leer (dislexia), escribir (disgrafía) o calcular (discalculia), sin déficit intelectual o sensorial. Debe evidenciarse un desnivel entre capacidad y rendimiento académico, confirmado por evaluación psicopedagógica.</w:t>
      </w:r>
    </w:p>
    <w:p w14:paraId="5B6C046C" w14:textId="77777777" w:rsidR="00F37C28" w:rsidRDefault="00F37C28"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Rendimiento en rango límite con limitaciones adaptativas: </w:t>
      </w:r>
      <w:r w:rsidRPr="000D5949">
        <w:rPr>
          <w:rFonts w:ascii="Arial" w:hAnsi="Arial" w:cs="Arial"/>
          <w:sz w:val="24"/>
          <w:szCs w:val="24"/>
          <w:lang w:val="es-CL"/>
        </w:rPr>
        <w:t>Estudiantes con puntaje entre 70 y 79 en pruebas psicométricas validadas y con dificultades adaptativas significativas en el contexto escolar y social, que justifican apoyos específicos en el PIE.</w:t>
      </w:r>
    </w:p>
    <w:p w14:paraId="7EEB7669" w14:textId="77777777" w:rsidR="000D5949" w:rsidRDefault="000D5949" w:rsidP="000D5949">
      <w:pPr>
        <w:spacing w:after="0" w:line="360" w:lineRule="auto"/>
        <w:ind w:left="360"/>
        <w:jc w:val="both"/>
        <w:rPr>
          <w:rFonts w:ascii="Arial" w:hAnsi="Arial" w:cs="Arial"/>
          <w:b/>
          <w:sz w:val="24"/>
          <w:szCs w:val="24"/>
          <w:lang w:val="es-CL"/>
        </w:rPr>
      </w:pPr>
    </w:p>
    <w:p w14:paraId="497D9F68" w14:textId="77777777" w:rsidR="000D5949" w:rsidRDefault="000D5949" w:rsidP="000D5949">
      <w:pPr>
        <w:spacing w:after="0" w:line="360" w:lineRule="auto"/>
        <w:ind w:left="360"/>
        <w:jc w:val="both"/>
        <w:rPr>
          <w:rFonts w:ascii="Arial" w:hAnsi="Arial" w:cs="Arial"/>
          <w:b/>
          <w:sz w:val="24"/>
          <w:szCs w:val="24"/>
          <w:lang w:val="es-CL"/>
        </w:rPr>
      </w:pPr>
    </w:p>
    <w:p w14:paraId="3C064165" w14:textId="77777777" w:rsidR="000D5949" w:rsidRPr="000D5949" w:rsidRDefault="000D5949" w:rsidP="000D5949">
      <w:pPr>
        <w:spacing w:after="0" w:line="360" w:lineRule="auto"/>
        <w:ind w:left="360"/>
        <w:jc w:val="both"/>
        <w:rPr>
          <w:rFonts w:ascii="Arial" w:hAnsi="Arial" w:cs="Arial"/>
          <w:sz w:val="24"/>
          <w:szCs w:val="24"/>
          <w:lang w:val="es-CL"/>
        </w:rPr>
      </w:pPr>
    </w:p>
    <w:p w14:paraId="59F29A4B" w14:textId="5899F396" w:rsidR="00F37C28"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EVALUACIÓN INTERDISCIPLINARIA</w:t>
      </w:r>
    </w:p>
    <w:p w14:paraId="3F6AF5C5" w14:textId="77777777" w:rsidR="000D5949" w:rsidRPr="000D5949" w:rsidRDefault="000D5949" w:rsidP="000D5949">
      <w:pPr>
        <w:spacing w:after="0" w:line="360" w:lineRule="auto"/>
        <w:jc w:val="both"/>
        <w:rPr>
          <w:rFonts w:ascii="Arial" w:hAnsi="Arial" w:cs="Arial"/>
          <w:sz w:val="24"/>
          <w:szCs w:val="24"/>
          <w:lang w:val="es-CL"/>
        </w:rPr>
      </w:pPr>
    </w:p>
    <w:p w14:paraId="4B162123" w14:textId="77777777" w:rsidR="00F37C28" w:rsidRDefault="00F37C28"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El proceso diagnóstico es de carácter interdisciplinario conforme al artículo 27 del Decreto 170. Debe incluir la participación de profesionales del ámbito educativo (profesor de Educación Diferencial o psicopedagogo/a) y de la salud (médico pediatra, neurólogo, psiquiatra infantil, psicólogo clínico o fonoaudiólogo), además de terapeutas ocupacionales o kinesiólogos cuando sea necesario.</w:t>
      </w:r>
    </w:p>
    <w:p w14:paraId="51EBF6A4" w14:textId="77777777" w:rsidR="000D5949" w:rsidRDefault="000D5949" w:rsidP="000D5949">
      <w:pPr>
        <w:spacing w:after="0" w:line="360" w:lineRule="auto"/>
        <w:jc w:val="both"/>
        <w:rPr>
          <w:rFonts w:ascii="Arial" w:hAnsi="Arial" w:cs="Arial"/>
          <w:sz w:val="24"/>
          <w:szCs w:val="24"/>
          <w:lang w:val="es-CL"/>
        </w:rPr>
      </w:pPr>
    </w:p>
    <w:p w14:paraId="08C975B5" w14:textId="77777777" w:rsidR="004E169C" w:rsidRDefault="004E169C" w:rsidP="000D5949">
      <w:pPr>
        <w:spacing w:after="0" w:line="360" w:lineRule="auto"/>
        <w:jc w:val="both"/>
        <w:rPr>
          <w:rFonts w:ascii="Arial" w:hAnsi="Arial" w:cs="Arial"/>
          <w:sz w:val="24"/>
          <w:szCs w:val="24"/>
          <w:lang w:val="es-CL"/>
        </w:rPr>
      </w:pPr>
    </w:p>
    <w:p w14:paraId="4E956B4B" w14:textId="77777777" w:rsidR="004E169C" w:rsidRPr="000D5949" w:rsidRDefault="004E169C" w:rsidP="000D5949">
      <w:pPr>
        <w:spacing w:after="0" w:line="360" w:lineRule="auto"/>
        <w:jc w:val="both"/>
        <w:rPr>
          <w:rFonts w:ascii="Arial" w:hAnsi="Arial" w:cs="Arial"/>
          <w:sz w:val="24"/>
          <w:szCs w:val="24"/>
          <w:lang w:val="es-CL"/>
        </w:rPr>
      </w:pPr>
    </w:p>
    <w:p w14:paraId="2B021927" w14:textId="16E817FE" w:rsidR="00F37C28"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lastRenderedPageBreak/>
        <w:t>HORAS DE APOYO Y TRABAJO COLABORATIVO</w:t>
      </w:r>
    </w:p>
    <w:p w14:paraId="20F7FD56" w14:textId="77777777" w:rsidR="000D5949" w:rsidRPr="000D5949" w:rsidRDefault="000D5949" w:rsidP="000D5949">
      <w:pPr>
        <w:spacing w:after="0" w:line="360" w:lineRule="auto"/>
        <w:jc w:val="both"/>
        <w:rPr>
          <w:rFonts w:ascii="Arial" w:hAnsi="Arial" w:cs="Arial"/>
          <w:sz w:val="24"/>
          <w:szCs w:val="24"/>
          <w:lang w:val="es-CL"/>
        </w:rPr>
      </w:pPr>
    </w:p>
    <w:p w14:paraId="0A8BB40E" w14:textId="77777777" w:rsidR="00F37C28" w:rsidRDefault="00F37C28"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De acuerdo con el artículo 30 del Decreto 170, en establecimientos con Jornada Escolar Completa, cada curso con estudiantes PIE debe contar con al menos 10 horas cronológicas de apoyo profesional a la semana. De estas, 8 horas pedagógicas deben destinarse al trabajo colaborativo dentro del aula común, y las restantes a coordinación, planificación y evaluación interdisciplinaria.</w:t>
      </w:r>
    </w:p>
    <w:p w14:paraId="07C68F20" w14:textId="77777777" w:rsidR="000D5949" w:rsidRDefault="000D5949" w:rsidP="000D5949">
      <w:pPr>
        <w:spacing w:after="0" w:line="360" w:lineRule="auto"/>
        <w:jc w:val="both"/>
        <w:rPr>
          <w:rFonts w:ascii="Arial" w:hAnsi="Arial" w:cs="Arial"/>
          <w:sz w:val="24"/>
          <w:szCs w:val="24"/>
          <w:lang w:val="es-CL"/>
        </w:rPr>
      </w:pPr>
    </w:p>
    <w:p w14:paraId="00132F86" w14:textId="77777777" w:rsidR="000D5949" w:rsidRPr="000D5949" w:rsidRDefault="000D5949" w:rsidP="000D5949">
      <w:pPr>
        <w:spacing w:after="0" w:line="360" w:lineRule="auto"/>
        <w:jc w:val="both"/>
        <w:rPr>
          <w:rFonts w:ascii="Arial" w:hAnsi="Arial" w:cs="Arial"/>
          <w:sz w:val="24"/>
          <w:szCs w:val="24"/>
          <w:lang w:val="es-CL"/>
        </w:rPr>
      </w:pPr>
    </w:p>
    <w:p w14:paraId="2C872A1F" w14:textId="6FCCFDF0" w:rsidR="00F37C28" w:rsidRPr="000D5949" w:rsidRDefault="000D5949" w:rsidP="000D5949">
      <w:pPr>
        <w:spacing w:after="0" w:line="360" w:lineRule="auto"/>
        <w:jc w:val="both"/>
        <w:rPr>
          <w:rFonts w:ascii="Arial" w:hAnsi="Arial" w:cs="Arial"/>
          <w:sz w:val="24"/>
          <w:szCs w:val="24"/>
          <w:lang w:val="es-CL"/>
        </w:rPr>
      </w:pPr>
      <w:r w:rsidRPr="000D5949">
        <w:rPr>
          <w:rFonts w:ascii="Arial" w:hAnsi="Arial" w:cs="Arial"/>
          <w:b/>
          <w:sz w:val="24"/>
          <w:szCs w:val="24"/>
          <w:lang w:val="es-CL"/>
        </w:rPr>
        <w:t>CURSOS Y NIVELES DE INTEGRACIÓN</w:t>
      </w:r>
    </w:p>
    <w:p w14:paraId="5867A11B" w14:textId="77777777" w:rsidR="00F37C28" w:rsidRDefault="00F37C28"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Los estudiantes pueden integrarse a distintos niveles educativos según su diagnóstico, edad y evaluación interdisciplinaria, priorizando la participación en aula común y los principios de equidad y continuidad educativa establecidos por el Mineduc.</w:t>
      </w:r>
    </w:p>
    <w:p w14:paraId="1A6921FF" w14:textId="77777777" w:rsidR="000D5949" w:rsidRDefault="000D5949" w:rsidP="000D5949">
      <w:pPr>
        <w:spacing w:after="0" w:line="360" w:lineRule="auto"/>
        <w:jc w:val="both"/>
        <w:rPr>
          <w:rFonts w:ascii="Arial" w:hAnsi="Arial" w:cs="Arial"/>
          <w:sz w:val="24"/>
          <w:szCs w:val="24"/>
          <w:lang w:val="es-CL"/>
        </w:rPr>
      </w:pPr>
    </w:p>
    <w:p w14:paraId="0598852D" w14:textId="77777777" w:rsidR="000D5949" w:rsidRPr="000D5949" w:rsidRDefault="000D5949" w:rsidP="000D5949">
      <w:pPr>
        <w:spacing w:after="0" w:line="360" w:lineRule="auto"/>
        <w:jc w:val="both"/>
        <w:rPr>
          <w:rFonts w:ascii="Arial" w:hAnsi="Arial" w:cs="Arial"/>
          <w:sz w:val="24"/>
          <w:szCs w:val="24"/>
          <w:lang w:val="es-CL"/>
        </w:rPr>
      </w:pPr>
    </w:p>
    <w:p w14:paraId="1A9C6B58" w14:textId="77777777" w:rsidR="00D14F5C" w:rsidRDefault="00D14F5C"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Diagnósticos asociados a Necesidades Educativas Especiales (NEE)</w:t>
      </w:r>
    </w:p>
    <w:p w14:paraId="0C0B4050" w14:textId="77777777" w:rsidR="000D5949" w:rsidRPr="000D5949" w:rsidRDefault="000D5949" w:rsidP="000D5949">
      <w:pPr>
        <w:spacing w:after="0" w:line="360" w:lineRule="auto"/>
        <w:jc w:val="both"/>
        <w:rPr>
          <w:rFonts w:ascii="Arial" w:hAnsi="Arial" w:cs="Arial"/>
          <w:sz w:val="24"/>
          <w:szCs w:val="24"/>
          <w:lang w:val="es-CL"/>
        </w:rPr>
      </w:pPr>
    </w:p>
    <w:p w14:paraId="28F03D3B" w14:textId="77777777" w:rsidR="000D5949" w:rsidRDefault="00D14F5C"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 xml:space="preserve">Los diagnósticos asociados a Necesidades Educativas Especiales (NEE) se clasifican en permanentes y transitorias, según lo establecido en el Decreto Exento </w:t>
      </w:r>
      <w:proofErr w:type="spellStart"/>
      <w:r w:rsidRPr="000D5949">
        <w:rPr>
          <w:rFonts w:ascii="Arial" w:hAnsi="Arial" w:cs="Arial"/>
          <w:sz w:val="24"/>
          <w:szCs w:val="24"/>
          <w:lang w:val="es-CL"/>
        </w:rPr>
        <w:t>N°</w:t>
      </w:r>
      <w:proofErr w:type="spellEnd"/>
      <w:r w:rsidRPr="000D5949">
        <w:rPr>
          <w:rFonts w:ascii="Arial" w:hAnsi="Arial" w:cs="Arial"/>
          <w:sz w:val="24"/>
          <w:szCs w:val="24"/>
          <w:lang w:val="es-CL"/>
        </w:rPr>
        <w:t xml:space="preserve"> 170/2009 y las Orientaciones Técnicas del Ministerio de Educación (2023–2024).</w:t>
      </w:r>
    </w:p>
    <w:p w14:paraId="4808CB98" w14:textId="2E99E498" w:rsidR="0037253E" w:rsidRDefault="000D5949" w:rsidP="000D5949">
      <w:pPr>
        <w:spacing w:after="0" w:line="360" w:lineRule="auto"/>
        <w:jc w:val="both"/>
        <w:rPr>
          <w:rFonts w:ascii="Arial" w:hAnsi="Arial" w:cs="Arial"/>
          <w:b/>
          <w:sz w:val="24"/>
          <w:szCs w:val="24"/>
          <w:lang w:val="es-CL"/>
        </w:rPr>
      </w:pPr>
      <w:r w:rsidRPr="000D5949">
        <w:rPr>
          <w:rFonts w:ascii="Arial" w:hAnsi="Arial" w:cs="Arial"/>
          <w:b/>
          <w:sz w:val="24"/>
          <w:szCs w:val="24"/>
          <w:lang w:val="es-CL"/>
        </w:rPr>
        <w:t>DIAGNÓSTICOS ASOCIADOS A NEE DE TIPO PERMANENTE</w:t>
      </w:r>
    </w:p>
    <w:p w14:paraId="106AB97F" w14:textId="77777777" w:rsidR="000D5949" w:rsidRPr="000D5949" w:rsidRDefault="000D5949" w:rsidP="000D5949">
      <w:pPr>
        <w:spacing w:after="0" w:line="360" w:lineRule="auto"/>
        <w:jc w:val="both"/>
        <w:rPr>
          <w:rFonts w:ascii="Arial" w:hAnsi="Arial" w:cs="Arial"/>
          <w:sz w:val="24"/>
          <w:szCs w:val="24"/>
          <w:lang w:val="es-CL"/>
        </w:rPr>
      </w:pPr>
    </w:p>
    <w:p w14:paraId="14775678" w14:textId="77777777" w:rsidR="00D14F5C" w:rsidRPr="000D5949" w:rsidRDefault="00D14F5C" w:rsidP="000D5949">
      <w:pPr>
        <w:spacing w:after="0" w:line="360" w:lineRule="auto"/>
        <w:jc w:val="both"/>
        <w:rPr>
          <w:rFonts w:ascii="Arial" w:hAnsi="Arial" w:cs="Arial"/>
          <w:sz w:val="24"/>
          <w:szCs w:val="24"/>
          <w:lang w:val="es-CL"/>
        </w:rPr>
      </w:pPr>
      <w:r w:rsidRPr="000D5949">
        <w:rPr>
          <w:rFonts w:ascii="Arial" w:hAnsi="Arial" w:cs="Arial"/>
          <w:b/>
          <w:sz w:val="24"/>
          <w:szCs w:val="24"/>
          <w:lang w:val="es-CL"/>
        </w:rPr>
        <w:t xml:space="preserve">• </w:t>
      </w:r>
      <w:r w:rsidR="0037253E" w:rsidRPr="000D5949">
        <w:rPr>
          <w:rFonts w:ascii="Arial" w:hAnsi="Arial" w:cs="Arial"/>
          <w:b/>
          <w:sz w:val="24"/>
          <w:szCs w:val="24"/>
          <w:lang w:val="es-CL"/>
        </w:rPr>
        <w:t xml:space="preserve"> </w:t>
      </w:r>
      <w:r w:rsidRPr="000D5949">
        <w:rPr>
          <w:rFonts w:ascii="Arial" w:hAnsi="Arial" w:cs="Arial"/>
          <w:b/>
          <w:sz w:val="24"/>
          <w:szCs w:val="24"/>
          <w:lang w:val="es-CL"/>
        </w:rPr>
        <w:t xml:space="preserve">Discapacidad auditiva: </w:t>
      </w:r>
      <w:r w:rsidRPr="000D5949">
        <w:rPr>
          <w:rFonts w:ascii="Arial" w:hAnsi="Arial" w:cs="Arial"/>
          <w:sz w:val="24"/>
          <w:szCs w:val="24"/>
          <w:lang w:val="es-CL"/>
        </w:rPr>
        <w:t xml:space="preserve">Pérdida de la audición superior a 40 decibeles, que limita la </w:t>
      </w:r>
      <w:r w:rsidR="0037253E" w:rsidRPr="000D5949">
        <w:rPr>
          <w:rFonts w:ascii="Arial" w:hAnsi="Arial" w:cs="Arial"/>
          <w:sz w:val="24"/>
          <w:szCs w:val="24"/>
          <w:lang w:val="es-CL"/>
        </w:rPr>
        <w:t xml:space="preserve">      </w:t>
      </w:r>
      <w:r w:rsidRPr="000D5949">
        <w:rPr>
          <w:rFonts w:ascii="Arial" w:hAnsi="Arial" w:cs="Arial"/>
          <w:sz w:val="24"/>
          <w:szCs w:val="24"/>
          <w:lang w:val="es-CL"/>
        </w:rPr>
        <w:t>recepción y manejo de la información auditiva, afectando el desarrollo del lenguaje y el aprendizaje.</w:t>
      </w:r>
    </w:p>
    <w:p w14:paraId="413D01AD" w14:textId="77777777" w:rsidR="00D14F5C" w:rsidRPr="000D5949"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Discapacidad visual: </w:t>
      </w:r>
      <w:r w:rsidRPr="000D5949">
        <w:rPr>
          <w:rFonts w:ascii="Arial" w:hAnsi="Arial" w:cs="Arial"/>
          <w:sz w:val="24"/>
          <w:szCs w:val="24"/>
          <w:lang w:val="es-CL"/>
        </w:rPr>
        <w:t>Alteración significativa de la visión que dificulta la recepción, integración y manejo de información visual, afectando la autonomía y el aprendizaje del estudiante.</w:t>
      </w:r>
    </w:p>
    <w:p w14:paraId="5C7619A5" w14:textId="77777777" w:rsidR="00D14F5C" w:rsidRPr="000D5949"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Discapacidad intelectual: </w:t>
      </w:r>
      <w:r w:rsidRPr="000D5949">
        <w:rPr>
          <w:rFonts w:ascii="Arial" w:hAnsi="Arial" w:cs="Arial"/>
          <w:sz w:val="24"/>
          <w:szCs w:val="24"/>
          <w:lang w:val="es-CL"/>
        </w:rPr>
        <w:t xml:space="preserve">Limitaciones sustantivas en el funcionamiento intelectual y la conducta adaptativa, manifestadas en habilidades conceptuales, </w:t>
      </w:r>
      <w:r w:rsidRPr="000D5949">
        <w:rPr>
          <w:rFonts w:ascii="Arial" w:hAnsi="Arial" w:cs="Arial"/>
          <w:sz w:val="24"/>
          <w:szCs w:val="24"/>
          <w:lang w:val="es-CL"/>
        </w:rPr>
        <w:lastRenderedPageBreak/>
        <w:t>sociales y prácticas, con inicio antes de los 18 años. Debe confirmarse mediante evaluación psicométrica estandarizada y análisis interdisciplinario.</w:t>
      </w:r>
    </w:p>
    <w:p w14:paraId="39C2B9F1" w14:textId="77777777" w:rsidR="00D14F5C" w:rsidRPr="000D5949"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Trastornos del Espectro Autista (TEA): </w:t>
      </w:r>
      <w:r w:rsidRPr="000D5949">
        <w:rPr>
          <w:rFonts w:ascii="Arial" w:hAnsi="Arial" w:cs="Arial"/>
          <w:sz w:val="24"/>
          <w:szCs w:val="24"/>
          <w:lang w:val="es-CL"/>
        </w:rPr>
        <w:t>Alteraciones en la interacción social, la comunicación verbal y no verbal, y la flexibilidad del pensamiento y comportamiento. Su intensidad varía según la etapa del desarrollo y el nivel intelectual, requiriendo apoyo especializado y evaluación profesional en salud.</w:t>
      </w:r>
    </w:p>
    <w:p w14:paraId="7E6414B5" w14:textId="77777777" w:rsidR="00D14F5C" w:rsidRPr="000D5949"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Disfasia o Trastorno Específico del Lenguaje (TEL) severo: </w:t>
      </w:r>
      <w:r w:rsidRPr="000D5949">
        <w:rPr>
          <w:rFonts w:ascii="Arial" w:hAnsi="Arial" w:cs="Arial"/>
          <w:sz w:val="24"/>
          <w:szCs w:val="24"/>
          <w:lang w:val="es-CL"/>
        </w:rPr>
        <w:t>Alteración grave y persistente de la comprensión y/o expresión del lenguaje, con dificultades en el procesamiento lingüístico y la abstracción de información, afectando la comunicación, el aprendizaje y la vida social.</w:t>
      </w:r>
    </w:p>
    <w:p w14:paraId="607B72DE" w14:textId="77777777" w:rsidR="00D14F5C"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Discapacidad múltiple y sordoceguera: </w:t>
      </w:r>
      <w:r w:rsidRPr="000D5949">
        <w:rPr>
          <w:rFonts w:ascii="Arial" w:hAnsi="Arial" w:cs="Arial"/>
          <w:sz w:val="24"/>
          <w:szCs w:val="24"/>
          <w:lang w:val="es-CL"/>
        </w:rPr>
        <w:t>Presencia combinada de discapacidades sensoriales, neurológicas, motrices o intelectuales que impactan significativamente el desarrollo educativo, social y emocional.</w:t>
      </w:r>
    </w:p>
    <w:p w14:paraId="61716155" w14:textId="77777777" w:rsidR="000D5949" w:rsidRDefault="000D5949" w:rsidP="000D5949">
      <w:pPr>
        <w:spacing w:after="0" w:line="360" w:lineRule="auto"/>
        <w:ind w:left="360"/>
        <w:jc w:val="both"/>
        <w:rPr>
          <w:rFonts w:ascii="Arial" w:hAnsi="Arial" w:cs="Arial"/>
          <w:sz w:val="24"/>
          <w:szCs w:val="24"/>
          <w:lang w:val="es-CL"/>
        </w:rPr>
      </w:pPr>
    </w:p>
    <w:p w14:paraId="5A537239" w14:textId="77777777" w:rsidR="000D5949" w:rsidRDefault="000D5949" w:rsidP="000D5949">
      <w:pPr>
        <w:spacing w:after="0" w:line="360" w:lineRule="auto"/>
        <w:ind w:left="360"/>
        <w:jc w:val="both"/>
        <w:rPr>
          <w:rFonts w:ascii="Arial" w:hAnsi="Arial" w:cs="Arial"/>
          <w:sz w:val="24"/>
          <w:szCs w:val="24"/>
          <w:lang w:val="es-CL"/>
        </w:rPr>
      </w:pPr>
    </w:p>
    <w:p w14:paraId="35BAE805" w14:textId="77777777" w:rsidR="000D5949" w:rsidRDefault="000D5949" w:rsidP="000D5949">
      <w:pPr>
        <w:spacing w:after="0" w:line="360" w:lineRule="auto"/>
        <w:ind w:left="360"/>
        <w:jc w:val="both"/>
        <w:rPr>
          <w:rFonts w:ascii="Arial" w:hAnsi="Arial" w:cs="Arial"/>
          <w:sz w:val="24"/>
          <w:szCs w:val="24"/>
          <w:lang w:val="es-CL"/>
        </w:rPr>
      </w:pPr>
    </w:p>
    <w:p w14:paraId="38A3DDE7" w14:textId="77777777" w:rsidR="000D5949" w:rsidRDefault="000D5949" w:rsidP="000D5949">
      <w:pPr>
        <w:spacing w:after="0" w:line="360" w:lineRule="auto"/>
        <w:ind w:left="360"/>
        <w:jc w:val="both"/>
        <w:rPr>
          <w:rFonts w:ascii="Arial" w:hAnsi="Arial" w:cs="Arial"/>
          <w:sz w:val="24"/>
          <w:szCs w:val="24"/>
          <w:lang w:val="es-CL"/>
        </w:rPr>
      </w:pPr>
    </w:p>
    <w:p w14:paraId="5BD2906F" w14:textId="77777777" w:rsidR="000D5949" w:rsidRDefault="000D5949" w:rsidP="000D5949">
      <w:pPr>
        <w:spacing w:after="0" w:line="360" w:lineRule="auto"/>
        <w:ind w:left="360"/>
        <w:jc w:val="both"/>
        <w:rPr>
          <w:rFonts w:ascii="Arial" w:hAnsi="Arial" w:cs="Arial"/>
          <w:sz w:val="24"/>
          <w:szCs w:val="24"/>
          <w:lang w:val="es-CL"/>
        </w:rPr>
      </w:pPr>
    </w:p>
    <w:p w14:paraId="52F0D797" w14:textId="77777777" w:rsidR="000D5949" w:rsidRPr="000D5949" w:rsidRDefault="000D5949" w:rsidP="000D5949">
      <w:pPr>
        <w:spacing w:after="0" w:line="360" w:lineRule="auto"/>
        <w:ind w:left="360"/>
        <w:jc w:val="both"/>
        <w:rPr>
          <w:rFonts w:ascii="Arial" w:hAnsi="Arial" w:cs="Arial"/>
          <w:sz w:val="24"/>
          <w:szCs w:val="24"/>
          <w:lang w:val="es-CL"/>
        </w:rPr>
      </w:pPr>
    </w:p>
    <w:p w14:paraId="7AF28616" w14:textId="12CF55C5" w:rsidR="00D14F5C" w:rsidRPr="000D5949" w:rsidRDefault="000D5949" w:rsidP="000D5949">
      <w:pPr>
        <w:spacing w:after="0" w:line="360" w:lineRule="auto"/>
        <w:jc w:val="both"/>
        <w:rPr>
          <w:rFonts w:ascii="Arial" w:hAnsi="Arial" w:cs="Arial"/>
          <w:sz w:val="24"/>
          <w:szCs w:val="24"/>
          <w:lang w:val="es-CL"/>
        </w:rPr>
      </w:pPr>
      <w:r w:rsidRPr="000D5949">
        <w:rPr>
          <w:rFonts w:ascii="Arial" w:hAnsi="Arial" w:cs="Arial"/>
          <w:b/>
          <w:sz w:val="24"/>
          <w:szCs w:val="24"/>
          <w:lang w:val="es-CL"/>
        </w:rPr>
        <w:t>DIAGNÓSTICOS ASOCIADOS A NEE DE TIPO TRANSITORIA</w:t>
      </w:r>
    </w:p>
    <w:p w14:paraId="450EF938" w14:textId="77777777" w:rsidR="00D14F5C" w:rsidRPr="000D5949"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 por Déficit Atencional (con o sin Hiperactividad) – TDA o TDAH: </w:t>
      </w:r>
      <w:r w:rsidRPr="000D5949">
        <w:rPr>
          <w:rFonts w:ascii="Arial" w:hAnsi="Arial" w:cs="Arial"/>
          <w:sz w:val="24"/>
          <w:szCs w:val="24"/>
          <w:lang w:val="es-CL"/>
        </w:rPr>
        <w:t>Alteración del desarrollo neurológico caracterizada por inatención, impulsividad y/o hiperactividad. Se manifiesta en distintos contextos y afecta el desempeño escolar, social y emocional.</w:t>
      </w:r>
    </w:p>
    <w:p w14:paraId="6A7BC3AA" w14:textId="77777777" w:rsidR="00D14F5C" w:rsidRPr="000D5949"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 Específico del Lenguaje (TEL) moderado: </w:t>
      </w:r>
      <w:r w:rsidRPr="000D5949">
        <w:rPr>
          <w:rFonts w:ascii="Arial" w:hAnsi="Arial" w:cs="Arial"/>
          <w:sz w:val="24"/>
          <w:szCs w:val="24"/>
          <w:lang w:val="es-CL"/>
        </w:rPr>
        <w:t>Retraso o desviación significativa en el desarrollo del lenguaje oral, que no se explica por causas sensoriales, intelectuales o ambientales. No debe confundirse con dislalia o dificultades fonológicas transitorias.</w:t>
      </w:r>
    </w:p>
    <w:p w14:paraId="290E474C" w14:textId="77777777" w:rsidR="00D14F5C" w:rsidRPr="000D5949"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Trastorno Específico del Aprendizaje (TEA): </w:t>
      </w:r>
      <w:r w:rsidRPr="000D5949">
        <w:rPr>
          <w:rFonts w:ascii="Arial" w:hAnsi="Arial" w:cs="Arial"/>
          <w:sz w:val="24"/>
          <w:szCs w:val="24"/>
          <w:lang w:val="es-CL"/>
        </w:rPr>
        <w:t xml:space="preserve">Dificultad persistente para aprender a leer (dislexia), escribir (disgrafía) o calcular (discalculia), sin déficit </w:t>
      </w:r>
      <w:r w:rsidRPr="000D5949">
        <w:rPr>
          <w:rFonts w:ascii="Arial" w:hAnsi="Arial" w:cs="Arial"/>
          <w:sz w:val="24"/>
          <w:szCs w:val="24"/>
          <w:lang w:val="es-CL"/>
        </w:rPr>
        <w:lastRenderedPageBreak/>
        <w:t>intelectual o sensorial. Debe evidenciarse un desnivel entre capacidad y rendimiento académico, confirmado por evaluación psicopedagógica.</w:t>
      </w:r>
    </w:p>
    <w:p w14:paraId="23D1EFB9" w14:textId="77777777" w:rsidR="00D14F5C" w:rsidRDefault="00D14F5C" w:rsidP="000D5949">
      <w:pPr>
        <w:spacing w:after="0" w:line="360" w:lineRule="auto"/>
        <w:ind w:left="360"/>
        <w:jc w:val="both"/>
        <w:rPr>
          <w:rFonts w:ascii="Arial" w:hAnsi="Arial" w:cs="Arial"/>
          <w:sz w:val="24"/>
          <w:szCs w:val="24"/>
          <w:lang w:val="es-CL"/>
        </w:rPr>
      </w:pPr>
      <w:r w:rsidRPr="000D5949">
        <w:rPr>
          <w:rFonts w:ascii="Arial" w:hAnsi="Arial" w:cs="Arial"/>
          <w:b/>
          <w:sz w:val="24"/>
          <w:szCs w:val="24"/>
          <w:lang w:val="es-CL"/>
        </w:rPr>
        <w:t xml:space="preserve">• Rendimiento en rango límite con limitaciones adaptativas: </w:t>
      </w:r>
      <w:r w:rsidRPr="000D5949">
        <w:rPr>
          <w:rFonts w:ascii="Arial" w:hAnsi="Arial" w:cs="Arial"/>
          <w:sz w:val="24"/>
          <w:szCs w:val="24"/>
          <w:lang w:val="es-CL"/>
        </w:rPr>
        <w:t>Estudiantes con puntaje entre 70 y 79 en pruebas psicométricas validadas y con dificultades adaptativas significativas en el contexto escolar y social, que justifican apoyos específicos en el PIE.</w:t>
      </w:r>
    </w:p>
    <w:p w14:paraId="7F9F6714" w14:textId="77777777" w:rsidR="000D5949" w:rsidRDefault="000D5949" w:rsidP="000D5949">
      <w:pPr>
        <w:spacing w:after="0" w:line="360" w:lineRule="auto"/>
        <w:ind w:left="360"/>
        <w:jc w:val="both"/>
        <w:rPr>
          <w:rFonts w:ascii="Arial" w:hAnsi="Arial" w:cs="Arial"/>
          <w:sz w:val="24"/>
          <w:szCs w:val="24"/>
          <w:lang w:val="es-CL"/>
        </w:rPr>
      </w:pPr>
    </w:p>
    <w:p w14:paraId="0B0F99F3" w14:textId="77777777" w:rsidR="000D5949" w:rsidRPr="000D5949" w:rsidRDefault="000D5949" w:rsidP="000D5949">
      <w:pPr>
        <w:spacing w:after="0" w:line="360" w:lineRule="auto"/>
        <w:ind w:left="360"/>
        <w:jc w:val="both"/>
        <w:rPr>
          <w:rFonts w:ascii="Arial" w:hAnsi="Arial" w:cs="Arial"/>
          <w:sz w:val="24"/>
          <w:szCs w:val="24"/>
          <w:lang w:val="es-CL"/>
        </w:rPr>
      </w:pPr>
    </w:p>
    <w:p w14:paraId="47E66020" w14:textId="2063C936" w:rsidR="00D14F5C" w:rsidRPr="000D5949" w:rsidRDefault="000D5949" w:rsidP="000D5949">
      <w:pPr>
        <w:spacing w:after="0" w:line="360" w:lineRule="auto"/>
        <w:jc w:val="both"/>
        <w:rPr>
          <w:rFonts w:ascii="Arial" w:hAnsi="Arial" w:cs="Arial"/>
          <w:sz w:val="24"/>
          <w:szCs w:val="24"/>
          <w:lang w:val="es-CL"/>
        </w:rPr>
      </w:pPr>
      <w:r w:rsidRPr="000D5949">
        <w:rPr>
          <w:rFonts w:ascii="Arial" w:hAnsi="Arial" w:cs="Arial"/>
          <w:b/>
          <w:sz w:val="24"/>
          <w:szCs w:val="24"/>
          <w:lang w:val="es-CL"/>
        </w:rPr>
        <w:t>EVALUACIÓN INTERDISCIPLINARIA</w:t>
      </w:r>
    </w:p>
    <w:p w14:paraId="6C02963F" w14:textId="77777777" w:rsidR="00D14F5C" w:rsidRDefault="00D14F5C"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El proceso diagnóstico es de carácter interdisciplinario conforme al artículo 27 del Decreto 170. Debe incluir la participación de profesionales del ámbito educativo (profesor de Educación Diferencial o psicopedagogo/a) y de la salud (médico pediatra, neurólogo, psiquiatra infantil, psicólogo clínico o fonoaudiólogo), además de terapeutas ocupacionales o kinesiólogos cuando sea necesario.</w:t>
      </w:r>
    </w:p>
    <w:p w14:paraId="44C01407" w14:textId="77777777" w:rsidR="00FF3343" w:rsidRPr="000D5949" w:rsidRDefault="00FF3343" w:rsidP="000D5949">
      <w:pPr>
        <w:spacing w:after="0" w:line="360" w:lineRule="auto"/>
        <w:jc w:val="both"/>
        <w:rPr>
          <w:rFonts w:ascii="Arial" w:hAnsi="Arial" w:cs="Arial"/>
          <w:sz w:val="24"/>
          <w:szCs w:val="24"/>
          <w:lang w:val="es-CL"/>
        </w:rPr>
      </w:pPr>
    </w:p>
    <w:p w14:paraId="3A4ADAEF" w14:textId="77777777" w:rsidR="00D14F5C" w:rsidRDefault="00D14F5C"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De acuerdo con el artículo 30 del Decreto 170, en establecimientos con Jornada Escolar Completa, cada curso con estudiantes PIE debe contar con al menos 10 horas cronológicas de apoyo profesional a la semana. De estas, 8 horas pedagógicas deben destinarse al trabajo colaborativo dentro del aula común, y las restantes a coordinación, planificación y evaluación interdisciplinaria.</w:t>
      </w:r>
    </w:p>
    <w:p w14:paraId="35F9769A" w14:textId="77777777" w:rsidR="00FF3343" w:rsidRPr="00FF3343" w:rsidRDefault="00FF3343" w:rsidP="000D5949">
      <w:pPr>
        <w:spacing w:after="0" w:line="360" w:lineRule="auto"/>
        <w:jc w:val="both"/>
        <w:rPr>
          <w:rFonts w:ascii="Arial" w:hAnsi="Arial" w:cs="Arial"/>
          <w:sz w:val="24"/>
          <w:szCs w:val="24"/>
          <w:lang w:val="es-CL"/>
        </w:rPr>
      </w:pPr>
    </w:p>
    <w:p w14:paraId="64BDD9F7" w14:textId="77777777" w:rsidR="00D14F5C" w:rsidRPr="00FF3343" w:rsidRDefault="00D14F5C" w:rsidP="000D5949">
      <w:pPr>
        <w:spacing w:after="0" w:line="360" w:lineRule="auto"/>
        <w:jc w:val="both"/>
        <w:rPr>
          <w:rFonts w:ascii="Arial" w:hAnsi="Arial" w:cs="Arial"/>
          <w:sz w:val="24"/>
          <w:szCs w:val="24"/>
          <w:lang w:val="es-CL"/>
        </w:rPr>
      </w:pPr>
      <w:r w:rsidRPr="00FF3343">
        <w:rPr>
          <w:rFonts w:ascii="Arial" w:hAnsi="Arial" w:cs="Arial"/>
          <w:b/>
          <w:sz w:val="24"/>
          <w:szCs w:val="24"/>
          <w:lang w:val="es-CL"/>
        </w:rPr>
        <w:t>Cursos y niveles de integración</w:t>
      </w:r>
    </w:p>
    <w:p w14:paraId="625FBC15" w14:textId="77777777" w:rsidR="00D14F5C" w:rsidRPr="000D5949" w:rsidRDefault="00D14F5C"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Los estudiantes pueden integrarse a distintos niveles educativos según su diagnóstico, edad y evaluación interdisciplinaria, priorizando la participación en aula común y los principios de equidad y continuidad educativa establecidos por el Mineduc.</w:t>
      </w:r>
    </w:p>
    <w:p w14:paraId="60485362" w14:textId="77777777" w:rsidR="00FF3343" w:rsidRDefault="00FF3343" w:rsidP="000D5949">
      <w:pPr>
        <w:spacing w:after="0" w:line="360" w:lineRule="auto"/>
        <w:jc w:val="both"/>
        <w:rPr>
          <w:rFonts w:ascii="Arial" w:hAnsi="Arial" w:cs="Arial"/>
          <w:b/>
          <w:color w:val="0070C0"/>
          <w:sz w:val="24"/>
          <w:szCs w:val="24"/>
          <w:lang w:val="es-CL"/>
        </w:rPr>
      </w:pPr>
    </w:p>
    <w:p w14:paraId="0DBF6C4A" w14:textId="3E47B71B" w:rsidR="00901EBA" w:rsidRPr="00FF3343" w:rsidRDefault="00901EBA" w:rsidP="000D5949">
      <w:pPr>
        <w:spacing w:after="0" w:line="360" w:lineRule="auto"/>
        <w:jc w:val="both"/>
        <w:rPr>
          <w:rFonts w:ascii="Arial" w:hAnsi="Arial" w:cs="Arial"/>
          <w:sz w:val="24"/>
          <w:szCs w:val="24"/>
          <w:lang w:val="es-CL"/>
        </w:rPr>
      </w:pPr>
      <w:r w:rsidRPr="00FF3343">
        <w:rPr>
          <w:rFonts w:ascii="Arial" w:hAnsi="Arial" w:cs="Arial"/>
          <w:b/>
          <w:sz w:val="24"/>
          <w:szCs w:val="24"/>
          <w:lang w:val="es-CL"/>
        </w:rPr>
        <w:t>Con cuánta anticipación se pueden realizar los diagnósticos asociados a NEE</w:t>
      </w:r>
    </w:p>
    <w:p w14:paraId="03AA13A0" w14:textId="77777777" w:rsidR="00901EBA" w:rsidRPr="000D5949"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 xml:space="preserve">De acuerdo con el Decreto Exento </w:t>
      </w:r>
      <w:proofErr w:type="spellStart"/>
      <w:r w:rsidRPr="000D5949">
        <w:rPr>
          <w:rFonts w:ascii="Arial" w:hAnsi="Arial" w:cs="Arial"/>
          <w:sz w:val="24"/>
          <w:szCs w:val="24"/>
          <w:lang w:val="es-CL"/>
        </w:rPr>
        <w:t>N°</w:t>
      </w:r>
      <w:proofErr w:type="spellEnd"/>
      <w:r w:rsidRPr="000D5949">
        <w:rPr>
          <w:rFonts w:ascii="Arial" w:hAnsi="Arial" w:cs="Arial"/>
          <w:sz w:val="24"/>
          <w:szCs w:val="24"/>
          <w:lang w:val="es-CL"/>
        </w:rPr>
        <w:t xml:space="preserve"> 170/2009 y las Orientaciones Técnicas PIE (Mineduc, 2024), los diagnósticos asociados a Necesidades Educativas Especiales (NEE) que permiten la incorporación de estudiantes al Programa de Integración </w:t>
      </w:r>
      <w:r w:rsidRPr="000D5949">
        <w:rPr>
          <w:rFonts w:ascii="Arial" w:hAnsi="Arial" w:cs="Arial"/>
          <w:sz w:val="24"/>
          <w:szCs w:val="24"/>
          <w:lang w:val="es-CL"/>
        </w:rPr>
        <w:lastRenderedPageBreak/>
        <w:t>Escolar deben realizarse con anticipación suficiente para asegurar su ingreso oportuno al año escolar siguiente.</w:t>
      </w:r>
    </w:p>
    <w:p w14:paraId="792DC68F" w14:textId="77777777" w:rsidR="00FF3343" w:rsidRDefault="00901EBA" w:rsidP="000D5949">
      <w:pPr>
        <w:spacing w:after="0" w:line="360" w:lineRule="auto"/>
        <w:ind w:left="360"/>
        <w:jc w:val="both"/>
        <w:rPr>
          <w:rFonts w:ascii="Arial" w:hAnsi="Arial" w:cs="Arial"/>
          <w:sz w:val="24"/>
          <w:szCs w:val="24"/>
          <w:lang w:val="es-CL"/>
        </w:rPr>
      </w:pPr>
      <w:r w:rsidRPr="00FF3343">
        <w:rPr>
          <w:rFonts w:ascii="Arial" w:hAnsi="Arial" w:cs="Arial"/>
          <w:b/>
          <w:bCs/>
          <w:sz w:val="24"/>
          <w:szCs w:val="24"/>
          <w:lang w:val="es-CL"/>
        </w:rPr>
        <w:t>• Diagnósticos de NEE permanentes:</w:t>
      </w:r>
      <w:r w:rsidRPr="000D5949">
        <w:rPr>
          <w:rFonts w:ascii="Arial" w:hAnsi="Arial" w:cs="Arial"/>
          <w:sz w:val="24"/>
          <w:szCs w:val="24"/>
          <w:lang w:val="es-CL"/>
        </w:rPr>
        <w:t xml:space="preserve"> Pueden realizarse durante el año anterior a la incorporación, con vigencia de hasta 12 meses antes del inicio del año escolar en curso.</w:t>
      </w:r>
    </w:p>
    <w:p w14:paraId="2EBF9234" w14:textId="51B3C8DE" w:rsidR="00901EBA" w:rsidRPr="000D5949" w:rsidRDefault="00901EBA" w:rsidP="000D5949">
      <w:pPr>
        <w:spacing w:after="0" w:line="360" w:lineRule="auto"/>
        <w:ind w:left="360"/>
        <w:jc w:val="both"/>
        <w:rPr>
          <w:rFonts w:ascii="Arial" w:hAnsi="Arial" w:cs="Arial"/>
          <w:sz w:val="24"/>
          <w:szCs w:val="24"/>
          <w:lang w:val="es-CL"/>
        </w:rPr>
      </w:pPr>
      <w:r w:rsidRPr="000D5949">
        <w:rPr>
          <w:rFonts w:ascii="Arial" w:hAnsi="Arial" w:cs="Arial"/>
          <w:sz w:val="24"/>
          <w:szCs w:val="24"/>
          <w:lang w:val="es-CL"/>
        </w:rPr>
        <w:br/>
        <w:t xml:space="preserve">• </w:t>
      </w:r>
      <w:r w:rsidRPr="00FF3343">
        <w:rPr>
          <w:rFonts w:ascii="Arial" w:hAnsi="Arial" w:cs="Arial"/>
          <w:b/>
          <w:bCs/>
          <w:sz w:val="24"/>
          <w:szCs w:val="24"/>
          <w:lang w:val="es-CL"/>
        </w:rPr>
        <w:t>Diagnósticos de NEE transitorias:</w:t>
      </w:r>
      <w:r w:rsidRPr="000D5949">
        <w:rPr>
          <w:rFonts w:ascii="Arial" w:hAnsi="Arial" w:cs="Arial"/>
          <w:sz w:val="24"/>
          <w:szCs w:val="24"/>
          <w:lang w:val="es-CL"/>
        </w:rPr>
        <w:t xml:space="preserve"> Deben realizarse dentro de los seis meses previos al inicio del año escolar, garantizando la actualidad de la información diagnóstica.</w:t>
      </w:r>
      <w:r w:rsidRPr="000D5949">
        <w:rPr>
          <w:rFonts w:ascii="Arial" w:hAnsi="Arial" w:cs="Arial"/>
          <w:sz w:val="24"/>
          <w:szCs w:val="24"/>
          <w:lang w:val="es-CL"/>
        </w:rPr>
        <w:br/>
      </w:r>
      <w:r w:rsidRPr="000D5949">
        <w:rPr>
          <w:rFonts w:ascii="Arial" w:hAnsi="Arial" w:cs="Arial"/>
          <w:sz w:val="24"/>
          <w:szCs w:val="24"/>
          <w:lang w:val="es-CL"/>
        </w:rPr>
        <w:br/>
        <w:t>En ambos casos, los diagnósticos deben ser firmados por profesionales competentes e ingresados al Formulario Único PIE disponible en el sitio del Ministerio de Educación.</w:t>
      </w:r>
    </w:p>
    <w:p w14:paraId="0658ADC2" w14:textId="77777777" w:rsidR="00AE073B" w:rsidRPr="000D5949" w:rsidRDefault="00AE073B" w:rsidP="000D5949">
      <w:pPr>
        <w:spacing w:after="0" w:line="360" w:lineRule="auto"/>
        <w:jc w:val="both"/>
        <w:rPr>
          <w:rFonts w:ascii="Arial" w:hAnsi="Arial" w:cs="Arial"/>
          <w:b/>
          <w:color w:val="0070C0"/>
          <w:sz w:val="24"/>
          <w:szCs w:val="24"/>
          <w:lang w:val="es-CL"/>
        </w:rPr>
      </w:pPr>
    </w:p>
    <w:p w14:paraId="130EAF4A" w14:textId="77777777" w:rsidR="00AE073B" w:rsidRDefault="00AE073B" w:rsidP="000D5949">
      <w:pPr>
        <w:spacing w:after="0" w:line="360" w:lineRule="auto"/>
        <w:jc w:val="both"/>
        <w:rPr>
          <w:rFonts w:ascii="Arial" w:hAnsi="Arial" w:cs="Arial"/>
          <w:b/>
          <w:color w:val="0070C0"/>
          <w:sz w:val="24"/>
          <w:szCs w:val="24"/>
          <w:lang w:val="es-CL"/>
        </w:rPr>
      </w:pPr>
    </w:p>
    <w:p w14:paraId="3CD917FC" w14:textId="77777777" w:rsidR="00FF3343" w:rsidRPr="000D5949" w:rsidRDefault="00FF3343" w:rsidP="000D5949">
      <w:pPr>
        <w:spacing w:after="0" w:line="360" w:lineRule="auto"/>
        <w:jc w:val="both"/>
        <w:rPr>
          <w:rFonts w:ascii="Arial" w:hAnsi="Arial" w:cs="Arial"/>
          <w:b/>
          <w:color w:val="0070C0"/>
          <w:sz w:val="24"/>
          <w:szCs w:val="24"/>
          <w:lang w:val="es-CL"/>
        </w:rPr>
      </w:pPr>
    </w:p>
    <w:p w14:paraId="35676C1F" w14:textId="4A339A60" w:rsidR="00901EBA" w:rsidRPr="00FF3343" w:rsidRDefault="00FF3343" w:rsidP="000D5949">
      <w:pPr>
        <w:spacing w:after="0" w:line="360" w:lineRule="auto"/>
        <w:jc w:val="both"/>
        <w:rPr>
          <w:rFonts w:ascii="Arial" w:hAnsi="Arial" w:cs="Arial"/>
          <w:sz w:val="24"/>
          <w:szCs w:val="24"/>
          <w:lang w:val="es-CL"/>
        </w:rPr>
      </w:pPr>
      <w:r w:rsidRPr="00FF3343">
        <w:rPr>
          <w:rFonts w:ascii="Arial" w:hAnsi="Arial" w:cs="Arial"/>
          <w:b/>
          <w:sz w:val="24"/>
          <w:szCs w:val="24"/>
          <w:lang w:val="es-CL"/>
        </w:rPr>
        <w:t xml:space="preserve">EL PIE: UN DESAFÍO Y UNA </w:t>
      </w:r>
      <w:proofErr w:type="gramStart"/>
      <w:r w:rsidRPr="00FF3343">
        <w:rPr>
          <w:rFonts w:ascii="Arial" w:hAnsi="Arial" w:cs="Arial"/>
          <w:b/>
          <w:sz w:val="24"/>
          <w:szCs w:val="24"/>
          <w:lang w:val="es-CL"/>
        </w:rPr>
        <w:t>OPORTUNIDAD  INSTITUCIONAL</w:t>
      </w:r>
      <w:proofErr w:type="gramEnd"/>
    </w:p>
    <w:p w14:paraId="021CBAAE" w14:textId="77777777" w:rsidR="00FF3343" w:rsidRDefault="00FF3343" w:rsidP="000D5949">
      <w:pPr>
        <w:spacing w:after="0" w:line="360" w:lineRule="auto"/>
        <w:jc w:val="both"/>
        <w:rPr>
          <w:rFonts w:ascii="Arial" w:hAnsi="Arial" w:cs="Arial"/>
          <w:sz w:val="24"/>
          <w:szCs w:val="24"/>
          <w:lang w:val="es-CL"/>
        </w:rPr>
      </w:pPr>
    </w:p>
    <w:p w14:paraId="42BD3689" w14:textId="4E53DB9B" w:rsidR="00FF3343"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El Programa de Integración Escolar (PIE) representa un desafío y una oportunidad para los establecimientos educacionales.</w:t>
      </w:r>
    </w:p>
    <w:p w14:paraId="5BABAA9D" w14:textId="6FE20E84" w:rsidR="00901EBA"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br/>
        <w:t xml:space="preserve">Un desafío, porque exige fortalecer la práctica pedagógica para atender la diversidad de estudiantes, desarrollar el trabajo colaborativo y garantizar estrategias metodológicas y evaluativas inclusivas. Esto implica implementar </w:t>
      </w:r>
      <w:proofErr w:type="spellStart"/>
      <w:r w:rsidRPr="000D5949">
        <w:rPr>
          <w:rFonts w:ascii="Arial" w:hAnsi="Arial" w:cs="Arial"/>
          <w:sz w:val="24"/>
          <w:szCs w:val="24"/>
          <w:lang w:val="es-CL"/>
        </w:rPr>
        <w:t>co-enseñanza</w:t>
      </w:r>
      <w:proofErr w:type="spellEnd"/>
      <w:r w:rsidRPr="000D5949">
        <w:rPr>
          <w:rFonts w:ascii="Arial" w:hAnsi="Arial" w:cs="Arial"/>
          <w:sz w:val="24"/>
          <w:szCs w:val="24"/>
          <w:lang w:val="es-CL"/>
        </w:rPr>
        <w:t xml:space="preserve"> entre docentes y especialistas, asegurar reglamentos de evaluación flexibles y promover una cultura escolar centrada en el respeto y la participación.</w:t>
      </w:r>
      <w:r w:rsidRPr="000D5949">
        <w:rPr>
          <w:rFonts w:ascii="Arial" w:hAnsi="Arial" w:cs="Arial"/>
          <w:sz w:val="24"/>
          <w:szCs w:val="24"/>
          <w:lang w:val="es-CL"/>
        </w:rPr>
        <w:br/>
      </w:r>
      <w:r w:rsidRPr="000D5949">
        <w:rPr>
          <w:rFonts w:ascii="Arial" w:hAnsi="Arial" w:cs="Arial"/>
          <w:sz w:val="24"/>
          <w:szCs w:val="24"/>
          <w:lang w:val="es-CL"/>
        </w:rPr>
        <w:br/>
        <w:t>Una oportunidad, porque permite avanzar hacia una educación inclusiva, mejorando los aprendizajes, la convivencia escolar y el desarrollo integral de todos los estudiantes. El PIE impulsa la flexibilización curricular y la adecuación de evaluaciones, generando ambientes educativos equitativos y participativos.</w:t>
      </w:r>
    </w:p>
    <w:p w14:paraId="5C7B9561" w14:textId="77777777" w:rsidR="00FF3343" w:rsidRDefault="00FF3343" w:rsidP="000D5949">
      <w:pPr>
        <w:spacing w:after="0" w:line="360" w:lineRule="auto"/>
        <w:jc w:val="both"/>
        <w:rPr>
          <w:rFonts w:ascii="Arial" w:hAnsi="Arial" w:cs="Arial"/>
          <w:sz w:val="24"/>
          <w:szCs w:val="24"/>
          <w:lang w:val="es-CL"/>
        </w:rPr>
      </w:pPr>
    </w:p>
    <w:p w14:paraId="1BE3B5B5" w14:textId="77777777" w:rsidR="00FF3343" w:rsidRPr="000D5949" w:rsidRDefault="00FF3343" w:rsidP="000D5949">
      <w:pPr>
        <w:spacing w:after="0" w:line="360" w:lineRule="auto"/>
        <w:jc w:val="both"/>
        <w:rPr>
          <w:rFonts w:ascii="Arial" w:hAnsi="Arial" w:cs="Arial"/>
          <w:sz w:val="24"/>
          <w:szCs w:val="24"/>
          <w:lang w:val="es-CL"/>
        </w:rPr>
      </w:pPr>
    </w:p>
    <w:p w14:paraId="63BD4291" w14:textId="0BD46CE3" w:rsidR="00901EBA" w:rsidRDefault="00FF3343" w:rsidP="000D5949">
      <w:pPr>
        <w:spacing w:after="0" w:line="360" w:lineRule="auto"/>
        <w:jc w:val="both"/>
        <w:rPr>
          <w:rFonts w:ascii="Arial" w:hAnsi="Arial" w:cs="Arial"/>
          <w:b/>
          <w:sz w:val="24"/>
          <w:szCs w:val="24"/>
          <w:lang w:val="es-CL"/>
        </w:rPr>
      </w:pPr>
      <w:r w:rsidRPr="00FF3343">
        <w:rPr>
          <w:rFonts w:ascii="Arial" w:hAnsi="Arial" w:cs="Arial"/>
          <w:b/>
          <w:sz w:val="24"/>
          <w:szCs w:val="24"/>
          <w:lang w:val="es-CL"/>
        </w:rPr>
        <w:t>REGISTRO DE PLANIFICACIÓN Y EVALUACIÓN PIE</w:t>
      </w:r>
    </w:p>
    <w:p w14:paraId="728547DB" w14:textId="77777777" w:rsidR="00FF3343" w:rsidRPr="00FF3343" w:rsidRDefault="00FF3343" w:rsidP="000D5949">
      <w:pPr>
        <w:spacing w:after="0" w:line="360" w:lineRule="auto"/>
        <w:jc w:val="both"/>
        <w:rPr>
          <w:rFonts w:ascii="Arial" w:hAnsi="Arial" w:cs="Arial"/>
          <w:sz w:val="24"/>
          <w:szCs w:val="24"/>
          <w:lang w:val="es-CL"/>
        </w:rPr>
      </w:pPr>
    </w:p>
    <w:p w14:paraId="112F733A" w14:textId="77777777" w:rsidR="00FF3343"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El PIE es una estrategia institucional que promueve la presencia, participación y logro de todos los estudiantes, especialmente de aquellos que presentan NEE permanentes o transitorias. El Registro de Planificación y Evaluación del PIE constituye una herramienta técnica y administrativa para documentar la planificación, implementación y seguimiento de las acciones educativas, así como la evolución de los aprendizajes de los estudiantes atendidos.</w:t>
      </w:r>
    </w:p>
    <w:p w14:paraId="6EAFA657" w14:textId="64643A15" w:rsidR="00901EBA"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br/>
        <w:t>El registro se llevará en formato físico o digital, según la modalidad establecida por el colegio, y será revisado semanalmente cada viernes por la coordinación PIE y el equipo directivo.</w:t>
      </w:r>
    </w:p>
    <w:p w14:paraId="67715895" w14:textId="77777777" w:rsidR="00FF3343" w:rsidRPr="000D5949" w:rsidRDefault="00FF3343" w:rsidP="000D5949">
      <w:pPr>
        <w:spacing w:after="0" w:line="360" w:lineRule="auto"/>
        <w:jc w:val="both"/>
        <w:rPr>
          <w:rFonts w:ascii="Arial" w:hAnsi="Arial" w:cs="Arial"/>
          <w:sz w:val="24"/>
          <w:szCs w:val="24"/>
          <w:lang w:val="es-CL"/>
        </w:rPr>
      </w:pPr>
    </w:p>
    <w:p w14:paraId="638D467F" w14:textId="41074573" w:rsidR="00901EBA" w:rsidRPr="00FF3343" w:rsidRDefault="00FF3343" w:rsidP="000D5949">
      <w:pPr>
        <w:spacing w:after="0" w:line="360" w:lineRule="auto"/>
        <w:jc w:val="both"/>
        <w:rPr>
          <w:rFonts w:ascii="Arial" w:hAnsi="Arial" w:cs="Arial"/>
          <w:sz w:val="24"/>
          <w:szCs w:val="24"/>
          <w:lang w:val="es-CL"/>
        </w:rPr>
      </w:pPr>
      <w:r w:rsidRPr="00FF3343">
        <w:rPr>
          <w:rFonts w:ascii="Arial" w:hAnsi="Arial" w:cs="Arial"/>
          <w:b/>
          <w:sz w:val="24"/>
          <w:szCs w:val="24"/>
          <w:lang w:val="es-CL"/>
        </w:rPr>
        <w:t>FORMULARIOS Y REGISTROS DE APOYO</w:t>
      </w:r>
    </w:p>
    <w:p w14:paraId="3068D117" w14:textId="77777777" w:rsidR="00FF3343"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Los instrumentos y protocolos de evaluación son parte del proceso de gestión inclusiva del establecimiento. Según el Mineduc (2024), estos formularios son referenciales y pueden ajustarse o complementarse por los profesionales del PIE, siempre que cumplan con los criterios de validez, confidencialidad y registro oficial.</w:t>
      </w:r>
      <w:r w:rsidRPr="000D5949">
        <w:rPr>
          <w:rFonts w:ascii="Arial" w:hAnsi="Arial" w:cs="Arial"/>
          <w:sz w:val="24"/>
          <w:szCs w:val="24"/>
          <w:lang w:val="es-CL"/>
        </w:rPr>
        <w:br/>
      </w:r>
      <w:r w:rsidRPr="000D5949">
        <w:rPr>
          <w:rFonts w:ascii="Arial" w:hAnsi="Arial" w:cs="Arial"/>
          <w:sz w:val="24"/>
          <w:szCs w:val="24"/>
          <w:lang w:val="es-CL"/>
        </w:rPr>
        <w:br/>
        <w:t>Entre los formularios sugeridos se encuentran:</w:t>
      </w:r>
    </w:p>
    <w:p w14:paraId="55BF0E16" w14:textId="402A294F" w:rsidR="00FF3343"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1. Formulario Único PIE – Mineduc.</w:t>
      </w:r>
    </w:p>
    <w:p w14:paraId="7D109AAA" w14:textId="77777777" w:rsidR="00FF3343"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2. Ficha de Evaluación Diagnóstica Integral.</w:t>
      </w:r>
    </w:p>
    <w:p w14:paraId="702C3E95" w14:textId="77777777" w:rsidR="00FF3343"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3. Registro de Intervenciones y Seguimiento.</w:t>
      </w:r>
    </w:p>
    <w:p w14:paraId="76B8121A" w14:textId="77777777" w:rsidR="00FF3343"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4. Plan de Apoyo Individual (PAI).</w:t>
      </w:r>
    </w:p>
    <w:p w14:paraId="3DD66FBF" w14:textId="0E9B57C0" w:rsidR="00901EBA" w:rsidRPr="000D5949" w:rsidRDefault="00901EBA" w:rsidP="000D5949">
      <w:pPr>
        <w:spacing w:after="0" w:line="360" w:lineRule="auto"/>
        <w:jc w:val="both"/>
        <w:rPr>
          <w:rFonts w:ascii="Arial" w:hAnsi="Arial" w:cs="Arial"/>
          <w:sz w:val="24"/>
          <w:szCs w:val="24"/>
          <w:lang w:val="es-CL"/>
        </w:rPr>
      </w:pPr>
      <w:r w:rsidRPr="000D5949">
        <w:rPr>
          <w:rFonts w:ascii="Arial" w:hAnsi="Arial" w:cs="Arial"/>
          <w:sz w:val="24"/>
          <w:szCs w:val="24"/>
          <w:lang w:val="es-CL"/>
        </w:rPr>
        <w:t>5. Informe Semestral de Avance.</w:t>
      </w:r>
    </w:p>
    <w:p w14:paraId="6689C4A8" w14:textId="77777777" w:rsidR="00630197" w:rsidRDefault="00630197" w:rsidP="00901EBA">
      <w:pPr>
        <w:jc w:val="center"/>
        <w:rPr>
          <w:b/>
          <w:lang w:val="es-CL"/>
        </w:rPr>
      </w:pPr>
    </w:p>
    <w:p w14:paraId="61535B97" w14:textId="77777777" w:rsidR="004E169C" w:rsidRDefault="004E169C" w:rsidP="00901EBA">
      <w:pPr>
        <w:jc w:val="center"/>
        <w:rPr>
          <w:b/>
          <w:lang w:val="es-CL"/>
        </w:rPr>
      </w:pPr>
    </w:p>
    <w:p w14:paraId="16C7EC52" w14:textId="77777777" w:rsidR="004E169C" w:rsidRDefault="004E169C" w:rsidP="00901EBA">
      <w:pPr>
        <w:jc w:val="center"/>
        <w:rPr>
          <w:b/>
          <w:lang w:val="es-CL"/>
        </w:rPr>
      </w:pPr>
    </w:p>
    <w:p w14:paraId="4E4A4BCE" w14:textId="71DDC44A" w:rsidR="00901EBA" w:rsidRPr="00FF3343" w:rsidRDefault="00FF3343" w:rsidP="00901EBA">
      <w:pPr>
        <w:jc w:val="center"/>
        <w:rPr>
          <w:u w:val="single"/>
          <w:lang w:val="es-CL"/>
        </w:rPr>
      </w:pPr>
      <w:r w:rsidRPr="00FF3343">
        <w:rPr>
          <w:b/>
          <w:u w:val="single"/>
          <w:lang w:val="es-CL"/>
        </w:rPr>
        <w:lastRenderedPageBreak/>
        <w:t>CRONOGRAMA GENERAL DE ACTIVIDADES PIE – AÑO 202</w:t>
      </w:r>
      <w:r>
        <w:rPr>
          <w:b/>
          <w:u w:val="single"/>
          <w:lang w:val="es-CL"/>
        </w:rPr>
        <w:t>6</w:t>
      </w:r>
      <w:r w:rsidRPr="00FF3343">
        <w:rPr>
          <w:b/>
          <w:u w:val="single"/>
          <w:lang w:val="es-CL"/>
        </w:rPr>
        <w:br/>
        <w:t>VERSIÓN ACTUALIZADA CONFORME A NORMATIVA VIGENTE</w:t>
      </w:r>
    </w:p>
    <w:p w14:paraId="134AF175" w14:textId="77777777" w:rsidR="00901EBA" w:rsidRPr="001A4EE6" w:rsidRDefault="00901EBA" w:rsidP="00901EBA">
      <w:pPr>
        <w:rPr>
          <w:lang w:val="es-CL"/>
        </w:rPr>
      </w:pPr>
    </w:p>
    <w:p w14:paraId="3D1DE441" w14:textId="77777777" w:rsidR="00901EBA" w:rsidRDefault="00901EBA" w:rsidP="00FF3343">
      <w:pPr>
        <w:spacing w:after="0" w:line="360" w:lineRule="auto"/>
        <w:jc w:val="both"/>
        <w:rPr>
          <w:rFonts w:ascii="Arial" w:hAnsi="Arial" w:cs="Arial"/>
          <w:sz w:val="24"/>
          <w:szCs w:val="24"/>
          <w:lang w:val="es-CL"/>
        </w:rPr>
      </w:pPr>
      <w:r w:rsidRPr="00FF3343">
        <w:rPr>
          <w:rFonts w:ascii="Arial" w:hAnsi="Arial" w:cs="Arial"/>
          <w:sz w:val="24"/>
          <w:szCs w:val="24"/>
          <w:lang w:val="es-CL"/>
        </w:rPr>
        <w:t xml:space="preserve">El presente Cronograma General del Programa de Integración Escolar (PIE) del Centro Educacional Adonay ha sido elaborado conforme al Decreto Exento </w:t>
      </w:r>
      <w:proofErr w:type="spellStart"/>
      <w:r w:rsidRPr="00FF3343">
        <w:rPr>
          <w:rFonts w:ascii="Arial" w:hAnsi="Arial" w:cs="Arial"/>
          <w:sz w:val="24"/>
          <w:szCs w:val="24"/>
          <w:lang w:val="es-CL"/>
        </w:rPr>
        <w:t>N°</w:t>
      </w:r>
      <w:proofErr w:type="spellEnd"/>
      <w:r w:rsidRPr="00FF3343">
        <w:rPr>
          <w:rFonts w:ascii="Arial" w:hAnsi="Arial" w:cs="Arial"/>
          <w:sz w:val="24"/>
          <w:szCs w:val="24"/>
          <w:lang w:val="es-CL"/>
        </w:rPr>
        <w:t xml:space="preserve"> 170/2009, Decreto </w:t>
      </w:r>
      <w:proofErr w:type="spellStart"/>
      <w:r w:rsidRPr="00FF3343">
        <w:rPr>
          <w:rFonts w:ascii="Arial" w:hAnsi="Arial" w:cs="Arial"/>
          <w:sz w:val="24"/>
          <w:szCs w:val="24"/>
          <w:lang w:val="es-CL"/>
        </w:rPr>
        <w:t>N°</w:t>
      </w:r>
      <w:proofErr w:type="spellEnd"/>
      <w:r w:rsidRPr="00FF3343">
        <w:rPr>
          <w:rFonts w:ascii="Arial" w:hAnsi="Arial" w:cs="Arial"/>
          <w:sz w:val="24"/>
          <w:szCs w:val="24"/>
          <w:lang w:val="es-CL"/>
        </w:rPr>
        <w:t xml:space="preserve"> 83/2015, Ley 20.845 y las Orientaciones Técnicas PIE (Mineduc, 2024–2025). Su propósito es organizar, coordinar y monitorear las acciones anuales orientadas al fortalecimiento de la inclusión educativa y la atención a la diversidad.</w:t>
      </w:r>
    </w:p>
    <w:p w14:paraId="7D5D68AA" w14:textId="77777777" w:rsidR="00FF3343" w:rsidRPr="00FF3343" w:rsidRDefault="00FF3343" w:rsidP="00FF3343">
      <w:pPr>
        <w:spacing w:after="0" w:line="360" w:lineRule="auto"/>
        <w:jc w:val="both"/>
        <w:rPr>
          <w:rFonts w:ascii="Arial" w:hAnsi="Arial" w:cs="Arial"/>
          <w:sz w:val="24"/>
          <w:szCs w:val="24"/>
          <w:lang w:val="es-CL"/>
        </w:rPr>
      </w:pPr>
    </w:p>
    <w:tbl>
      <w:tblPr>
        <w:tblStyle w:val="Tablaconcuadrcula"/>
        <w:tblW w:w="0" w:type="auto"/>
        <w:tblLook w:val="04A0" w:firstRow="1" w:lastRow="0" w:firstColumn="1" w:lastColumn="0" w:noHBand="0" w:noVBand="1"/>
      </w:tblPr>
      <w:tblGrid>
        <w:gridCol w:w="2880"/>
        <w:gridCol w:w="2880"/>
        <w:gridCol w:w="2880"/>
      </w:tblGrid>
      <w:tr w:rsidR="00901EBA" w:rsidRPr="001A4EE6" w14:paraId="13149AEF" w14:textId="77777777" w:rsidTr="00FF3343">
        <w:tc>
          <w:tcPr>
            <w:tcW w:w="2880" w:type="dxa"/>
            <w:shd w:val="clear" w:color="auto" w:fill="EEECE1" w:themeFill="background2"/>
          </w:tcPr>
          <w:p w14:paraId="3ECA67C8" w14:textId="77777777" w:rsidR="00901EBA" w:rsidRPr="001A4EE6" w:rsidRDefault="00901EBA" w:rsidP="00EA35C7">
            <w:r w:rsidRPr="001A4EE6">
              <w:rPr>
                <w:b/>
              </w:rPr>
              <w:t>Mes</w:t>
            </w:r>
          </w:p>
        </w:tc>
        <w:tc>
          <w:tcPr>
            <w:tcW w:w="2880" w:type="dxa"/>
            <w:shd w:val="clear" w:color="auto" w:fill="EEECE1" w:themeFill="background2"/>
          </w:tcPr>
          <w:p w14:paraId="75FC3925" w14:textId="77777777" w:rsidR="00901EBA" w:rsidRPr="001A4EE6" w:rsidRDefault="00901EBA" w:rsidP="00EA35C7">
            <w:proofErr w:type="spellStart"/>
            <w:proofErr w:type="gramStart"/>
            <w:r w:rsidRPr="001A4EE6">
              <w:rPr>
                <w:b/>
              </w:rPr>
              <w:t>Actividades</w:t>
            </w:r>
            <w:proofErr w:type="spellEnd"/>
            <w:r w:rsidRPr="001A4EE6">
              <w:rPr>
                <w:b/>
              </w:rPr>
              <w:t xml:space="preserve"> </w:t>
            </w:r>
            <w:r w:rsidR="00FA3903" w:rsidRPr="001A4EE6">
              <w:rPr>
                <w:b/>
              </w:rPr>
              <w:t xml:space="preserve"> </w:t>
            </w:r>
            <w:proofErr w:type="spellStart"/>
            <w:r w:rsidRPr="001A4EE6">
              <w:rPr>
                <w:b/>
              </w:rPr>
              <w:t>principales</w:t>
            </w:r>
            <w:proofErr w:type="spellEnd"/>
            <w:proofErr w:type="gramEnd"/>
          </w:p>
        </w:tc>
        <w:tc>
          <w:tcPr>
            <w:tcW w:w="2880" w:type="dxa"/>
            <w:shd w:val="clear" w:color="auto" w:fill="EEECE1" w:themeFill="background2"/>
          </w:tcPr>
          <w:p w14:paraId="68294A4F" w14:textId="77777777" w:rsidR="00901EBA" w:rsidRPr="001A4EE6" w:rsidRDefault="00901EBA" w:rsidP="00EA35C7">
            <w:proofErr w:type="spellStart"/>
            <w:r w:rsidRPr="001A4EE6">
              <w:rPr>
                <w:b/>
              </w:rPr>
              <w:t>Responsables</w:t>
            </w:r>
            <w:proofErr w:type="spellEnd"/>
            <w:r w:rsidRPr="001A4EE6">
              <w:rPr>
                <w:b/>
              </w:rPr>
              <w:t xml:space="preserve"> / </w:t>
            </w:r>
            <w:proofErr w:type="spellStart"/>
            <w:r w:rsidRPr="001A4EE6">
              <w:rPr>
                <w:b/>
              </w:rPr>
              <w:t>Observaciones</w:t>
            </w:r>
            <w:proofErr w:type="spellEnd"/>
          </w:p>
        </w:tc>
      </w:tr>
      <w:tr w:rsidR="00901EBA" w:rsidRPr="001A4EE6" w14:paraId="67B3B0B0" w14:textId="77777777" w:rsidTr="00EA35C7">
        <w:tc>
          <w:tcPr>
            <w:tcW w:w="2880" w:type="dxa"/>
          </w:tcPr>
          <w:p w14:paraId="18887B53" w14:textId="77777777" w:rsidR="00901EBA" w:rsidRPr="001A4EE6" w:rsidRDefault="00901EBA" w:rsidP="00EA35C7">
            <w:pPr>
              <w:spacing w:after="80" w:line="276" w:lineRule="auto"/>
            </w:pPr>
            <w:r w:rsidRPr="001A4EE6">
              <w:t>Marzo</w:t>
            </w:r>
          </w:p>
        </w:tc>
        <w:tc>
          <w:tcPr>
            <w:tcW w:w="2880" w:type="dxa"/>
          </w:tcPr>
          <w:p w14:paraId="46EFD0FB" w14:textId="77777777" w:rsidR="00901EBA" w:rsidRPr="001A4EE6" w:rsidRDefault="00901EBA" w:rsidP="00EA35C7">
            <w:pPr>
              <w:spacing w:after="80" w:line="276" w:lineRule="auto"/>
              <w:rPr>
                <w:lang w:val="es-CL"/>
              </w:rPr>
            </w:pPr>
            <w:r w:rsidRPr="001A4EE6">
              <w:rPr>
                <w:lang w:val="es-CL"/>
              </w:rPr>
              <w:t>- Elaboración de formularios únicos de ingreso y reevaluación PIE.</w:t>
            </w:r>
            <w:r w:rsidRPr="001A4EE6">
              <w:rPr>
                <w:lang w:val="es-CL"/>
              </w:rPr>
              <w:br/>
              <w:t>- Valoración médica (pediatra o neurólogo) para estudiantes nuevos.</w:t>
            </w:r>
            <w:r w:rsidRPr="001A4EE6">
              <w:rPr>
                <w:lang w:val="es-CL"/>
              </w:rPr>
              <w:br/>
              <w:t>- Ingreso y actualización de datos en plataforma SIGE (03 de enero – 29 de abril).</w:t>
            </w:r>
            <w:r w:rsidRPr="001A4EE6">
              <w:rPr>
                <w:lang w:val="es-CL"/>
              </w:rPr>
              <w:br/>
              <w:t>- Elaboración del Plan de Trabajo Coordinado entre docentes, familia y profesionales de apoyo.</w:t>
            </w:r>
            <w:r w:rsidRPr="001A4EE6">
              <w:rPr>
                <w:lang w:val="es-CL"/>
              </w:rPr>
              <w:br/>
              <w:t xml:space="preserve">- Trabajo colaborativo y </w:t>
            </w:r>
            <w:proofErr w:type="spellStart"/>
            <w:r w:rsidRPr="001A4EE6">
              <w:rPr>
                <w:lang w:val="es-CL"/>
              </w:rPr>
              <w:t>co-docencia</w:t>
            </w:r>
            <w:proofErr w:type="spellEnd"/>
            <w:r w:rsidRPr="001A4EE6">
              <w:rPr>
                <w:lang w:val="es-CL"/>
              </w:rPr>
              <w:t xml:space="preserve"> en Lenguaje y Matemática (elaboración de PAI).</w:t>
            </w:r>
            <w:r w:rsidRPr="001A4EE6">
              <w:rPr>
                <w:lang w:val="es-CL"/>
              </w:rPr>
              <w:br/>
              <w:t>- Taller de conciencia fonológica.</w:t>
            </w:r>
            <w:r w:rsidRPr="001A4EE6">
              <w:rPr>
                <w:lang w:val="es-CL"/>
              </w:rPr>
              <w:br/>
              <w:t>- Fomento de valores cristianos en actividades pedagógicas.</w:t>
            </w:r>
            <w:r w:rsidRPr="001A4EE6">
              <w:rPr>
                <w:lang w:val="es-CL"/>
              </w:rPr>
              <w:br/>
              <w:t>- Apoyo con estrategias innovadoras y recursos tecnológicos inclusivos.</w:t>
            </w:r>
          </w:p>
        </w:tc>
        <w:tc>
          <w:tcPr>
            <w:tcW w:w="2880" w:type="dxa"/>
          </w:tcPr>
          <w:p w14:paraId="7930FF01" w14:textId="77777777" w:rsidR="00901EBA" w:rsidRPr="001A4EE6" w:rsidRDefault="00901EBA" w:rsidP="00EA35C7">
            <w:pPr>
              <w:spacing w:after="80" w:line="276" w:lineRule="auto"/>
              <w:rPr>
                <w:lang w:val="es-CL"/>
              </w:rPr>
            </w:pPr>
            <w:r w:rsidRPr="001A4EE6">
              <w:rPr>
                <w:lang w:val="es-CL"/>
              </w:rPr>
              <w:t>Coordinadora PIE / Educadoras diferenciales / Fonoaudióloga / Psicóloga / Profesores jefes.</w:t>
            </w:r>
          </w:p>
        </w:tc>
      </w:tr>
      <w:tr w:rsidR="00901EBA" w:rsidRPr="001A4EE6" w14:paraId="1D8FF684" w14:textId="77777777" w:rsidTr="00EA35C7">
        <w:tc>
          <w:tcPr>
            <w:tcW w:w="2880" w:type="dxa"/>
          </w:tcPr>
          <w:p w14:paraId="738E3C5B" w14:textId="77777777" w:rsidR="00901EBA" w:rsidRPr="001A4EE6" w:rsidRDefault="00901EBA" w:rsidP="00EA35C7">
            <w:pPr>
              <w:spacing w:after="80" w:line="276" w:lineRule="auto"/>
            </w:pPr>
            <w:r w:rsidRPr="001A4EE6">
              <w:t>Abril</w:t>
            </w:r>
          </w:p>
        </w:tc>
        <w:tc>
          <w:tcPr>
            <w:tcW w:w="2880" w:type="dxa"/>
          </w:tcPr>
          <w:p w14:paraId="32AE68E5" w14:textId="77777777" w:rsidR="00901EBA" w:rsidRPr="001A4EE6" w:rsidRDefault="00901EBA" w:rsidP="00EA35C7">
            <w:pPr>
              <w:spacing w:after="80" w:line="276" w:lineRule="auto"/>
              <w:rPr>
                <w:lang w:val="es-CL"/>
              </w:rPr>
            </w:pPr>
            <w:r w:rsidRPr="001A4EE6">
              <w:rPr>
                <w:lang w:val="es-CL"/>
              </w:rPr>
              <w:t xml:space="preserve">- Ejecución y monitoreo de los PAI elaborados en </w:t>
            </w:r>
            <w:r w:rsidRPr="001A4EE6">
              <w:rPr>
                <w:lang w:val="es-CL"/>
              </w:rPr>
              <w:lastRenderedPageBreak/>
              <w:t>marzo.</w:t>
            </w:r>
            <w:r w:rsidRPr="001A4EE6">
              <w:rPr>
                <w:lang w:val="es-CL"/>
              </w:rPr>
              <w:br/>
              <w:t>- Capacitación interna sobre Diversificación de la Enseñanza (Decreto 83/2015).</w:t>
            </w:r>
            <w:r w:rsidRPr="001A4EE6">
              <w:rPr>
                <w:lang w:val="es-CL"/>
              </w:rPr>
              <w:br/>
              <w:t>- Reunión de retroalimentación con apoderados PIE.</w:t>
            </w:r>
            <w:r w:rsidRPr="001A4EE6">
              <w:rPr>
                <w:lang w:val="es-CL"/>
              </w:rPr>
              <w:br/>
              <w:t>- Entrega de evidencias pedagógicas al equipo UTP.</w:t>
            </w:r>
          </w:p>
        </w:tc>
        <w:tc>
          <w:tcPr>
            <w:tcW w:w="2880" w:type="dxa"/>
          </w:tcPr>
          <w:p w14:paraId="67FADA27" w14:textId="77777777" w:rsidR="00901EBA" w:rsidRPr="001A4EE6" w:rsidRDefault="00901EBA" w:rsidP="00EA35C7">
            <w:pPr>
              <w:spacing w:after="80" w:line="276" w:lineRule="auto"/>
            </w:pPr>
            <w:r w:rsidRPr="001A4EE6">
              <w:lastRenderedPageBreak/>
              <w:t>Coordinadora PIE / UTP.</w:t>
            </w:r>
          </w:p>
        </w:tc>
      </w:tr>
      <w:tr w:rsidR="00901EBA" w:rsidRPr="001A4EE6" w14:paraId="3DFA0E79" w14:textId="77777777" w:rsidTr="00EA35C7">
        <w:tc>
          <w:tcPr>
            <w:tcW w:w="2880" w:type="dxa"/>
          </w:tcPr>
          <w:p w14:paraId="36F0F275" w14:textId="77777777" w:rsidR="00901EBA" w:rsidRPr="001A4EE6" w:rsidRDefault="00901EBA" w:rsidP="00EA35C7">
            <w:pPr>
              <w:spacing w:after="80" w:line="276" w:lineRule="auto"/>
            </w:pPr>
            <w:r w:rsidRPr="001A4EE6">
              <w:t>Mayo</w:t>
            </w:r>
          </w:p>
        </w:tc>
        <w:tc>
          <w:tcPr>
            <w:tcW w:w="2880" w:type="dxa"/>
          </w:tcPr>
          <w:p w14:paraId="54923770" w14:textId="77777777" w:rsidR="00901EBA" w:rsidRPr="001A4EE6" w:rsidRDefault="00901EBA" w:rsidP="00EA35C7">
            <w:pPr>
              <w:spacing w:after="80" w:line="276" w:lineRule="auto"/>
              <w:rPr>
                <w:lang w:val="es-CL"/>
              </w:rPr>
            </w:pPr>
            <w:r w:rsidRPr="001A4EE6">
              <w:rPr>
                <w:lang w:val="es-CL"/>
              </w:rPr>
              <w:t>- Aplicación de evaluación diagnóstica semestral de avances PIE.</w:t>
            </w:r>
            <w:r w:rsidRPr="001A4EE6">
              <w:rPr>
                <w:lang w:val="es-CL"/>
              </w:rPr>
              <w:br/>
              <w:t>- Ajustes metodológicos según resultados de diagnóstico.</w:t>
            </w:r>
            <w:r w:rsidRPr="001A4EE6">
              <w:rPr>
                <w:lang w:val="es-CL"/>
              </w:rPr>
              <w:br/>
              <w:t>- Reunión técnica interprofesional (educadoras diferenciales – psicóloga – fonoaudióloga).</w:t>
            </w:r>
            <w:r w:rsidRPr="001A4EE6">
              <w:rPr>
                <w:lang w:val="es-CL"/>
              </w:rPr>
              <w:br/>
              <w:t>- Taller de autocuidado docente y emocionalidad en el aula.</w:t>
            </w:r>
          </w:p>
        </w:tc>
        <w:tc>
          <w:tcPr>
            <w:tcW w:w="2880" w:type="dxa"/>
          </w:tcPr>
          <w:p w14:paraId="0865A1BA" w14:textId="77777777" w:rsidR="00901EBA" w:rsidRPr="001A4EE6" w:rsidRDefault="00901EBA" w:rsidP="00EA35C7">
            <w:pPr>
              <w:spacing w:after="80" w:line="276" w:lineRule="auto"/>
            </w:pPr>
            <w:r w:rsidRPr="001A4EE6">
              <w:t xml:space="preserve">Coordinadora PIE / </w:t>
            </w:r>
            <w:proofErr w:type="spellStart"/>
            <w:r w:rsidRPr="001A4EE6">
              <w:t>Psicóloga</w:t>
            </w:r>
            <w:proofErr w:type="spellEnd"/>
            <w:r w:rsidRPr="001A4EE6">
              <w:t xml:space="preserve"> </w:t>
            </w:r>
            <w:proofErr w:type="spellStart"/>
            <w:r w:rsidRPr="001A4EE6">
              <w:t>institucional</w:t>
            </w:r>
            <w:proofErr w:type="spellEnd"/>
            <w:r w:rsidRPr="001A4EE6">
              <w:t>.</w:t>
            </w:r>
          </w:p>
        </w:tc>
      </w:tr>
      <w:tr w:rsidR="00901EBA" w:rsidRPr="001A4EE6" w14:paraId="723E91BE" w14:textId="77777777" w:rsidTr="00EA35C7">
        <w:tc>
          <w:tcPr>
            <w:tcW w:w="2880" w:type="dxa"/>
          </w:tcPr>
          <w:p w14:paraId="3D0A10BF" w14:textId="77777777" w:rsidR="00901EBA" w:rsidRPr="001A4EE6" w:rsidRDefault="00901EBA" w:rsidP="00EA35C7">
            <w:pPr>
              <w:spacing w:after="80" w:line="276" w:lineRule="auto"/>
            </w:pPr>
            <w:r w:rsidRPr="001A4EE6">
              <w:t>Junio</w:t>
            </w:r>
          </w:p>
        </w:tc>
        <w:tc>
          <w:tcPr>
            <w:tcW w:w="2880" w:type="dxa"/>
          </w:tcPr>
          <w:p w14:paraId="46315297" w14:textId="77777777" w:rsidR="00901EBA" w:rsidRPr="001A4EE6" w:rsidRDefault="00901EBA" w:rsidP="00EA35C7">
            <w:pPr>
              <w:spacing w:after="80" w:line="276" w:lineRule="auto"/>
              <w:rPr>
                <w:lang w:val="es-CL"/>
              </w:rPr>
            </w:pPr>
            <w:r w:rsidRPr="001A4EE6">
              <w:rPr>
                <w:lang w:val="es-CL"/>
              </w:rPr>
              <w:t>- Seguimiento a estudiantes con NEE permanentes.</w:t>
            </w:r>
            <w:r w:rsidRPr="001A4EE6">
              <w:rPr>
                <w:lang w:val="es-CL"/>
              </w:rPr>
              <w:br/>
              <w:t>- Entrega de informes parciales a familias.</w:t>
            </w:r>
            <w:r w:rsidRPr="001A4EE6">
              <w:rPr>
                <w:lang w:val="es-CL"/>
              </w:rPr>
              <w:br/>
              <w:t>- Revisión de instrumentos de evaluación.</w:t>
            </w:r>
            <w:r w:rsidRPr="001A4EE6">
              <w:rPr>
                <w:lang w:val="es-CL"/>
              </w:rPr>
              <w:br/>
              <w:t>- Planificación de adecuaciones curriculares individuales.</w:t>
            </w:r>
          </w:p>
        </w:tc>
        <w:tc>
          <w:tcPr>
            <w:tcW w:w="2880" w:type="dxa"/>
          </w:tcPr>
          <w:p w14:paraId="6D3A5793" w14:textId="77777777" w:rsidR="00901EBA" w:rsidRPr="001A4EE6" w:rsidRDefault="00901EBA" w:rsidP="00EA35C7">
            <w:pPr>
              <w:spacing w:after="80" w:line="276" w:lineRule="auto"/>
              <w:rPr>
                <w:lang w:val="es-CL"/>
              </w:rPr>
            </w:pPr>
            <w:r w:rsidRPr="001A4EE6">
              <w:rPr>
                <w:lang w:val="es-CL"/>
              </w:rPr>
              <w:t>Coordinadora PIE / Profesores de aula.</w:t>
            </w:r>
          </w:p>
        </w:tc>
      </w:tr>
      <w:tr w:rsidR="00901EBA" w:rsidRPr="001A4EE6" w14:paraId="63452C83" w14:textId="77777777" w:rsidTr="00EA35C7">
        <w:tc>
          <w:tcPr>
            <w:tcW w:w="2880" w:type="dxa"/>
          </w:tcPr>
          <w:p w14:paraId="656A233A" w14:textId="77777777" w:rsidR="00901EBA" w:rsidRPr="001A4EE6" w:rsidRDefault="00901EBA" w:rsidP="00EA35C7">
            <w:pPr>
              <w:spacing w:after="80" w:line="276" w:lineRule="auto"/>
            </w:pPr>
            <w:r w:rsidRPr="001A4EE6">
              <w:t>Julio</w:t>
            </w:r>
          </w:p>
        </w:tc>
        <w:tc>
          <w:tcPr>
            <w:tcW w:w="2880" w:type="dxa"/>
          </w:tcPr>
          <w:p w14:paraId="33D655FE" w14:textId="77777777" w:rsidR="00901EBA" w:rsidRPr="001A4EE6" w:rsidRDefault="00901EBA" w:rsidP="00EA35C7">
            <w:pPr>
              <w:spacing w:after="80" w:line="276" w:lineRule="auto"/>
              <w:rPr>
                <w:lang w:val="es-CL"/>
              </w:rPr>
            </w:pPr>
            <w:r w:rsidRPr="001A4EE6">
              <w:rPr>
                <w:lang w:val="es-CL"/>
              </w:rPr>
              <w:t>- Evaluación semestral PIE.</w:t>
            </w:r>
            <w:r w:rsidRPr="001A4EE6">
              <w:rPr>
                <w:lang w:val="es-CL"/>
              </w:rPr>
              <w:br/>
              <w:t>- Análisis de resultados y retroalimentación con el equipo directivo.</w:t>
            </w:r>
            <w:r w:rsidRPr="001A4EE6">
              <w:rPr>
                <w:lang w:val="es-CL"/>
              </w:rPr>
              <w:br/>
              <w:t>- Actualización de fichas y expedientes.</w:t>
            </w:r>
          </w:p>
        </w:tc>
        <w:tc>
          <w:tcPr>
            <w:tcW w:w="2880" w:type="dxa"/>
          </w:tcPr>
          <w:p w14:paraId="40ADB6A8" w14:textId="77777777" w:rsidR="00901EBA" w:rsidRPr="001A4EE6" w:rsidRDefault="00901EBA" w:rsidP="00EA35C7">
            <w:pPr>
              <w:spacing w:after="80" w:line="276" w:lineRule="auto"/>
            </w:pPr>
            <w:r w:rsidRPr="001A4EE6">
              <w:t xml:space="preserve">Coordinadora PIE / Equipo </w:t>
            </w:r>
            <w:proofErr w:type="spellStart"/>
            <w:r w:rsidRPr="001A4EE6">
              <w:t>directivo</w:t>
            </w:r>
            <w:proofErr w:type="spellEnd"/>
            <w:r w:rsidRPr="001A4EE6">
              <w:t>.</w:t>
            </w:r>
          </w:p>
        </w:tc>
      </w:tr>
      <w:tr w:rsidR="00901EBA" w:rsidRPr="001A4EE6" w14:paraId="1515D145" w14:textId="77777777" w:rsidTr="00EA35C7">
        <w:tc>
          <w:tcPr>
            <w:tcW w:w="2880" w:type="dxa"/>
          </w:tcPr>
          <w:p w14:paraId="6FC9837D" w14:textId="77777777" w:rsidR="00901EBA" w:rsidRPr="001A4EE6" w:rsidRDefault="00901EBA" w:rsidP="00EA35C7">
            <w:pPr>
              <w:spacing w:after="80" w:line="276" w:lineRule="auto"/>
            </w:pPr>
            <w:r w:rsidRPr="001A4EE6">
              <w:t>Agosto</w:t>
            </w:r>
          </w:p>
        </w:tc>
        <w:tc>
          <w:tcPr>
            <w:tcW w:w="2880" w:type="dxa"/>
          </w:tcPr>
          <w:p w14:paraId="20C653D0" w14:textId="77777777" w:rsidR="00901EBA" w:rsidRPr="001A4EE6" w:rsidRDefault="00901EBA" w:rsidP="00EA35C7">
            <w:pPr>
              <w:spacing w:after="80" w:line="276" w:lineRule="auto"/>
              <w:rPr>
                <w:lang w:val="es-CL"/>
              </w:rPr>
            </w:pPr>
            <w:r w:rsidRPr="001A4EE6">
              <w:rPr>
                <w:lang w:val="es-CL"/>
              </w:rPr>
              <w:t xml:space="preserve">- Monitoreo de </w:t>
            </w:r>
            <w:proofErr w:type="spellStart"/>
            <w:r w:rsidRPr="001A4EE6">
              <w:rPr>
                <w:lang w:val="es-CL"/>
              </w:rPr>
              <w:t>co-docencias</w:t>
            </w:r>
            <w:proofErr w:type="spellEnd"/>
            <w:r w:rsidRPr="001A4EE6">
              <w:rPr>
                <w:lang w:val="es-CL"/>
              </w:rPr>
              <w:t>.</w:t>
            </w:r>
            <w:r w:rsidRPr="001A4EE6">
              <w:rPr>
                <w:lang w:val="es-CL"/>
              </w:rPr>
              <w:br/>
              <w:t xml:space="preserve">- Taller de inclusión educativa dirigido a </w:t>
            </w:r>
            <w:r w:rsidRPr="001A4EE6">
              <w:rPr>
                <w:lang w:val="es-CL"/>
              </w:rPr>
              <w:lastRenderedPageBreak/>
              <w:t>docentes y asistentes de la educación.</w:t>
            </w:r>
            <w:r w:rsidRPr="001A4EE6">
              <w:rPr>
                <w:lang w:val="es-CL"/>
              </w:rPr>
              <w:br/>
              <w:t>- Refuerzo de estrategias DUA.</w:t>
            </w:r>
          </w:p>
        </w:tc>
        <w:tc>
          <w:tcPr>
            <w:tcW w:w="2880" w:type="dxa"/>
          </w:tcPr>
          <w:p w14:paraId="738A20B6" w14:textId="77777777" w:rsidR="00901EBA" w:rsidRPr="001A4EE6" w:rsidRDefault="00901EBA" w:rsidP="00EA35C7">
            <w:pPr>
              <w:spacing w:after="80" w:line="276" w:lineRule="auto"/>
            </w:pPr>
            <w:r w:rsidRPr="001A4EE6">
              <w:lastRenderedPageBreak/>
              <w:t>Coordinadora PIE / UTP.</w:t>
            </w:r>
          </w:p>
        </w:tc>
      </w:tr>
      <w:tr w:rsidR="00901EBA" w:rsidRPr="001A4EE6" w14:paraId="0A2C9AFA" w14:textId="77777777" w:rsidTr="00EA35C7">
        <w:tc>
          <w:tcPr>
            <w:tcW w:w="2880" w:type="dxa"/>
          </w:tcPr>
          <w:p w14:paraId="0109EDF5" w14:textId="77777777" w:rsidR="00901EBA" w:rsidRPr="001A4EE6" w:rsidRDefault="00901EBA" w:rsidP="00EA35C7">
            <w:pPr>
              <w:spacing w:after="80" w:line="276" w:lineRule="auto"/>
            </w:pPr>
            <w:proofErr w:type="spellStart"/>
            <w:r w:rsidRPr="001A4EE6">
              <w:t>Septiembre</w:t>
            </w:r>
            <w:proofErr w:type="spellEnd"/>
          </w:p>
        </w:tc>
        <w:tc>
          <w:tcPr>
            <w:tcW w:w="2880" w:type="dxa"/>
          </w:tcPr>
          <w:p w14:paraId="74FA71B8" w14:textId="77777777" w:rsidR="00901EBA" w:rsidRPr="001A4EE6" w:rsidRDefault="00901EBA" w:rsidP="00EA35C7">
            <w:pPr>
              <w:spacing w:after="80" w:line="276" w:lineRule="auto"/>
              <w:rPr>
                <w:lang w:val="es-CL"/>
              </w:rPr>
            </w:pPr>
            <w:r w:rsidRPr="001A4EE6">
              <w:rPr>
                <w:lang w:val="es-CL"/>
              </w:rPr>
              <w:t>- Intervenciones psicoeducativas preventivas.</w:t>
            </w:r>
            <w:r w:rsidRPr="001A4EE6">
              <w:rPr>
                <w:lang w:val="es-CL"/>
              </w:rPr>
              <w:br/>
              <w:t>- Evaluación intermedia de PAI.</w:t>
            </w:r>
            <w:r w:rsidRPr="001A4EE6">
              <w:rPr>
                <w:lang w:val="es-CL"/>
              </w:rPr>
              <w:br/>
              <w:t>- Reunión técnica para revisión de avances y derivaciones.</w:t>
            </w:r>
          </w:p>
        </w:tc>
        <w:tc>
          <w:tcPr>
            <w:tcW w:w="2880" w:type="dxa"/>
          </w:tcPr>
          <w:p w14:paraId="46E99602" w14:textId="77777777" w:rsidR="00901EBA" w:rsidRPr="001A4EE6" w:rsidRDefault="00901EBA" w:rsidP="00EA35C7">
            <w:pPr>
              <w:spacing w:after="80" w:line="276" w:lineRule="auto"/>
            </w:pPr>
            <w:proofErr w:type="spellStart"/>
            <w:r w:rsidRPr="001A4EE6">
              <w:t>Psicóloga</w:t>
            </w:r>
            <w:proofErr w:type="spellEnd"/>
            <w:r w:rsidRPr="001A4EE6">
              <w:t xml:space="preserve"> / </w:t>
            </w:r>
            <w:proofErr w:type="spellStart"/>
            <w:r w:rsidRPr="001A4EE6">
              <w:t>Educadoras</w:t>
            </w:r>
            <w:proofErr w:type="spellEnd"/>
            <w:r w:rsidRPr="001A4EE6">
              <w:t xml:space="preserve"> </w:t>
            </w:r>
            <w:proofErr w:type="spellStart"/>
            <w:r w:rsidRPr="001A4EE6">
              <w:t>diferenciales</w:t>
            </w:r>
            <w:proofErr w:type="spellEnd"/>
            <w:r w:rsidRPr="001A4EE6">
              <w:t>.</w:t>
            </w:r>
          </w:p>
        </w:tc>
      </w:tr>
      <w:tr w:rsidR="00901EBA" w:rsidRPr="001A4EE6" w14:paraId="073430B8" w14:textId="77777777" w:rsidTr="00EA35C7">
        <w:tc>
          <w:tcPr>
            <w:tcW w:w="2880" w:type="dxa"/>
          </w:tcPr>
          <w:p w14:paraId="6C4230E6" w14:textId="77777777" w:rsidR="00901EBA" w:rsidRPr="001A4EE6" w:rsidRDefault="00901EBA" w:rsidP="00EA35C7">
            <w:pPr>
              <w:spacing w:after="80" w:line="276" w:lineRule="auto"/>
            </w:pPr>
            <w:proofErr w:type="spellStart"/>
            <w:r w:rsidRPr="001A4EE6">
              <w:t>Octubre</w:t>
            </w:r>
            <w:proofErr w:type="spellEnd"/>
          </w:p>
        </w:tc>
        <w:tc>
          <w:tcPr>
            <w:tcW w:w="2880" w:type="dxa"/>
          </w:tcPr>
          <w:p w14:paraId="425ADDB7" w14:textId="77777777" w:rsidR="00901EBA" w:rsidRPr="001A4EE6" w:rsidRDefault="00901EBA" w:rsidP="00EA35C7">
            <w:pPr>
              <w:spacing w:after="80" w:line="276" w:lineRule="auto"/>
              <w:rPr>
                <w:lang w:val="es-CL"/>
              </w:rPr>
            </w:pPr>
            <w:r w:rsidRPr="001A4EE6">
              <w:rPr>
                <w:lang w:val="es-CL"/>
              </w:rPr>
              <w:t>- Aplicación de instrumentos de cierre PIE.</w:t>
            </w:r>
            <w:r w:rsidRPr="001A4EE6">
              <w:rPr>
                <w:lang w:val="es-CL"/>
              </w:rPr>
              <w:br/>
              <w:t>- Taller de convivencia e inclusión familiar.</w:t>
            </w:r>
            <w:r w:rsidRPr="001A4EE6">
              <w:rPr>
                <w:lang w:val="es-CL"/>
              </w:rPr>
              <w:br/>
              <w:t>- Evaluación de impacto PIE 2025.</w:t>
            </w:r>
          </w:p>
        </w:tc>
        <w:tc>
          <w:tcPr>
            <w:tcW w:w="2880" w:type="dxa"/>
          </w:tcPr>
          <w:p w14:paraId="32F8A08E" w14:textId="77777777" w:rsidR="00901EBA" w:rsidRPr="001A4EE6" w:rsidRDefault="00901EBA" w:rsidP="00EA35C7">
            <w:pPr>
              <w:spacing w:after="80" w:line="276" w:lineRule="auto"/>
            </w:pPr>
            <w:r w:rsidRPr="001A4EE6">
              <w:t>Coordinadora PIE / Equipo PIE.</w:t>
            </w:r>
          </w:p>
        </w:tc>
      </w:tr>
      <w:tr w:rsidR="00901EBA" w:rsidRPr="001A4EE6" w14:paraId="5E5AB837" w14:textId="77777777" w:rsidTr="00EA35C7">
        <w:tc>
          <w:tcPr>
            <w:tcW w:w="2880" w:type="dxa"/>
          </w:tcPr>
          <w:p w14:paraId="783DC11B" w14:textId="77777777" w:rsidR="00901EBA" w:rsidRPr="001A4EE6" w:rsidRDefault="00901EBA" w:rsidP="00EA35C7">
            <w:pPr>
              <w:spacing w:after="80" w:line="276" w:lineRule="auto"/>
            </w:pPr>
            <w:proofErr w:type="spellStart"/>
            <w:r w:rsidRPr="001A4EE6">
              <w:t>Noviembre</w:t>
            </w:r>
            <w:proofErr w:type="spellEnd"/>
          </w:p>
        </w:tc>
        <w:tc>
          <w:tcPr>
            <w:tcW w:w="2880" w:type="dxa"/>
          </w:tcPr>
          <w:p w14:paraId="742626D6" w14:textId="77777777" w:rsidR="00901EBA" w:rsidRPr="001A4EE6" w:rsidRDefault="00901EBA" w:rsidP="00EA35C7">
            <w:pPr>
              <w:spacing w:after="80" w:line="276" w:lineRule="auto"/>
              <w:rPr>
                <w:lang w:val="es-CL"/>
              </w:rPr>
            </w:pPr>
            <w:r w:rsidRPr="001A4EE6">
              <w:rPr>
                <w:lang w:val="es-CL"/>
              </w:rPr>
              <w:t>- Reunión de planificación PIE 2026.</w:t>
            </w:r>
            <w:r w:rsidRPr="001A4EE6">
              <w:rPr>
                <w:lang w:val="es-CL"/>
              </w:rPr>
              <w:br/>
              <w:t>- Cierre de PAI y entrega de informes finales a apoderados.</w:t>
            </w:r>
            <w:r w:rsidRPr="001A4EE6">
              <w:rPr>
                <w:lang w:val="es-CL"/>
              </w:rPr>
              <w:br/>
              <w:t>- Elaboración del Informe de Gestión Anual PIE.</w:t>
            </w:r>
          </w:p>
        </w:tc>
        <w:tc>
          <w:tcPr>
            <w:tcW w:w="2880" w:type="dxa"/>
          </w:tcPr>
          <w:p w14:paraId="76ACCDA9" w14:textId="77777777" w:rsidR="00901EBA" w:rsidRPr="001A4EE6" w:rsidRDefault="00901EBA" w:rsidP="00EA35C7">
            <w:pPr>
              <w:spacing w:after="80" w:line="276" w:lineRule="auto"/>
            </w:pPr>
            <w:r w:rsidRPr="001A4EE6">
              <w:t xml:space="preserve">Coordinadora PIE / </w:t>
            </w:r>
            <w:proofErr w:type="spellStart"/>
            <w:r w:rsidRPr="001A4EE6">
              <w:t>Dirección</w:t>
            </w:r>
            <w:proofErr w:type="spellEnd"/>
            <w:r w:rsidRPr="001A4EE6">
              <w:t>.</w:t>
            </w:r>
          </w:p>
        </w:tc>
      </w:tr>
      <w:tr w:rsidR="00901EBA" w:rsidRPr="001A4EE6" w14:paraId="60CE6284" w14:textId="77777777" w:rsidTr="00EA35C7">
        <w:tc>
          <w:tcPr>
            <w:tcW w:w="2880" w:type="dxa"/>
          </w:tcPr>
          <w:p w14:paraId="5959FE81" w14:textId="77777777" w:rsidR="00901EBA" w:rsidRPr="001A4EE6" w:rsidRDefault="00901EBA" w:rsidP="00EA35C7">
            <w:pPr>
              <w:spacing w:after="80" w:line="276" w:lineRule="auto"/>
            </w:pPr>
            <w:proofErr w:type="spellStart"/>
            <w:r w:rsidRPr="001A4EE6">
              <w:t>Diciembre</w:t>
            </w:r>
            <w:proofErr w:type="spellEnd"/>
          </w:p>
        </w:tc>
        <w:tc>
          <w:tcPr>
            <w:tcW w:w="2880" w:type="dxa"/>
          </w:tcPr>
          <w:p w14:paraId="6C85839C" w14:textId="77777777" w:rsidR="00901EBA" w:rsidRPr="001A4EE6" w:rsidRDefault="00901EBA" w:rsidP="00EA35C7">
            <w:pPr>
              <w:spacing w:after="80" w:line="276" w:lineRule="auto"/>
              <w:rPr>
                <w:lang w:val="es-CL"/>
              </w:rPr>
            </w:pPr>
            <w:r w:rsidRPr="001A4EE6">
              <w:rPr>
                <w:lang w:val="es-CL"/>
              </w:rPr>
              <w:t>- Evaluación global del equipo PIE.</w:t>
            </w:r>
            <w:r w:rsidRPr="001A4EE6">
              <w:rPr>
                <w:lang w:val="es-CL"/>
              </w:rPr>
              <w:br/>
              <w:t>- Análisis de resultados institucionales (PEI-PME-PIE).</w:t>
            </w:r>
            <w:r w:rsidRPr="001A4EE6">
              <w:rPr>
                <w:lang w:val="es-CL"/>
              </w:rPr>
              <w:br/>
              <w:t>- Entrega de informes a Mineduc y Superintendencia.</w:t>
            </w:r>
          </w:p>
        </w:tc>
        <w:tc>
          <w:tcPr>
            <w:tcW w:w="2880" w:type="dxa"/>
          </w:tcPr>
          <w:p w14:paraId="5916F553" w14:textId="77777777" w:rsidR="00901EBA" w:rsidRPr="001A4EE6" w:rsidRDefault="00901EBA" w:rsidP="00EA35C7">
            <w:pPr>
              <w:spacing w:after="80" w:line="276" w:lineRule="auto"/>
            </w:pPr>
            <w:r w:rsidRPr="001A4EE6">
              <w:t xml:space="preserve">Coordinadora PIE / </w:t>
            </w:r>
            <w:proofErr w:type="spellStart"/>
            <w:r w:rsidRPr="001A4EE6">
              <w:t>Dirección</w:t>
            </w:r>
            <w:proofErr w:type="spellEnd"/>
            <w:r w:rsidRPr="001A4EE6">
              <w:t>.</w:t>
            </w:r>
          </w:p>
        </w:tc>
      </w:tr>
    </w:tbl>
    <w:p w14:paraId="68A65B56" w14:textId="77777777" w:rsidR="00FA3903" w:rsidRPr="001A4EE6" w:rsidRDefault="00901EBA" w:rsidP="00901EBA">
      <w:pPr>
        <w:jc w:val="center"/>
        <w:rPr>
          <w:i/>
          <w:lang w:val="es-CL"/>
        </w:rPr>
      </w:pPr>
      <w:r w:rsidRPr="001A4EE6">
        <w:rPr>
          <w:i/>
          <w:lang w:val="es-CL"/>
        </w:rPr>
        <w:br/>
      </w:r>
    </w:p>
    <w:p w14:paraId="510AD5F9" w14:textId="77777777" w:rsidR="00630197" w:rsidRDefault="001A4EE6" w:rsidP="00FA3903">
      <w:pPr>
        <w:jc w:val="center"/>
        <w:rPr>
          <w:i/>
          <w:lang w:val="es-CL"/>
        </w:rPr>
      </w:pPr>
      <w:r w:rsidRPr="001A4EE6">
        <w:rPr>
          <w:i/>
          <w:noProof/>
          <w:lang w:val="es-ES" w:eastAsia="es-ES"/>
        </w:rPr>
        <w:lastRenderedPageBreak/>
        <w:drawing>
          <wp:anchor distT="0" distB="0" distL="114300" distR="114300" simplePos="0" relativeHeight="251659264" behindDoc="0" locked="0" layoutInCell="1" allowOverlap="1" wp14:anchorId="154E1AB0" wp14:editId="70628FFA">
            <wp:simplePos x="0" y="0"/>
            <wp:positionH relativeFrom="margin">
              <wp:align>center</wp:align>
            </wp:positionH>
            <wp:positionV relativeFrom="paragraph">
              <wp:posOffset>4476750</wp:posOffset>
            </wp:positionV>
            <wp:extent cx="6981825" cy="236220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81825" cy="2362200"/>
                    </a:xfrm>
                    <a:prstGeom prst="rect">
                      <a:avLst/>
                    </a:prstGeom>
                  </pic:spPr>
                </pic:pic>
              </a:graphicData>
            </a:graphic>
            <wp14:sizeRelH relativeFrom="margin">
              <wp14:pctWidth>0</wp14:pctWidth>
            </wp14:sizeRelH>
            <wp14:sizeRelV relativeFrom="margin">
              <wp14:pctHeight>0</wp14:pctHeight>
            </wp14:sizeRelV>
          </wp:anchor>
        </w:drawing>
      </w:r>
      <w:r w:rsidR="004637FB" w:rsidRPr="001A4EE6">
        <w:rPr>
          <w:i/>
          <w:noProof/>
          <w:lang w:val="es-ES" w:eastAsia="es-ES"/>
        </w:rPr>
        <w:drawing>
          <wp:anchor distT="0" distB="0" distL="114300" distR="114300" simplePos="0" relativeHeight="251658240" behindDoc="0" locked="0" layoutInCell="1" allowOverlap="1" wp14:anchorId="103A52F3" wp14:editId="288CE1C3">
            <wp:simplePos x="0" y="0"/>
            <wp:positionH relativeFrom="margin">
              <wp:posOffset>-895350</wp:posOffset>
            </wp:positionH>
            <wp:positionV relativeFrom="paragraph">
              <wp:posOffset>0</wp:posOffset>
            </wp:positionV>
            <wp:extent cx="7372350" cy="4836160"/>
            <wp:effectExtent l="0" t="0" r="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372350" cy="4836160"/>
                    </a:xfrm>
                    <a:prstGeom prst="rect">
                      <a:avLst/>
                    </a:prstGeom>
                  </pic:spPr>
                </pic:pic>
              </a:graphicData>
            </a:graphic>
            <wp14:sizeRelH relativeFrom="margin">
              <wp14:pctWidth>0</wp14:pctWidth>
            </wp14:sizeRelH>
            <wp14:sizeRelV relativeFrom="margin">
              <wp14:pctHeight>0</wp14:pctHeight>
            </wp14:sizeRelV>
          </wp:anchor>
        </w:drawing>
      </w:r>
    </w:p>
    <w:p w14:paraId="2A79C987" w14:textId="77777777" w:rsidR="00FF3343" w:rsidRDefault="00FF3343" w:rsidP="00D11A01">
      <w:pPr>
        <w:rPr>
          <w:b/>
          <w:color w:val="0070C0"/>
          <w:sz w:val="24"/>
          <w:u w:val="single"/>
          <w:lang w:val="es-CL"/>
        </w:rPr>
      </w:pPr>
    </w:p>
    <w:p w14:paraId="27BF823B" w14:textId="03854376" w:rsidR="00D11A01" w:rsidRPr="00D11A01" w:rsidRDefault="00D11A01" w:rsidP="00D11A01">
      <w:pPr>
        <w:rPr>
          <w:b/>
          <w:color w:val="0070C0"/>
          <w:u w:val="single"/>
          <w:lang w:val="es-CL"/>
        </w:rPr>
      </w:pPr>
      <w:r w:rsidRPr="00FF3343">
        <w:rPr>
          <w:b/>
          <w:sz w:val="24"/>
          <w:u w:val="single"/>
          <w:lang w:val="es-CL"/>
        </w:rPr>
        <w:t>REVISIÓN DE PROTOCOLOS, BITÁCORAS Y ACTIVIDADES PIE</w:t>
      </w:r>
      <w:r w:rsidRPr="00D11A01">
        <w:rPr>
          <w:b/>
          <w:color w:val="0070C0"/>
          <w:u w:val="single"/>
          <w:lang w:val="es-CL"/>
        </w:rPr>
        <w:br/>
      </w:r>
    </w:p>
    <w:p w14:paraId="6D4A144A" w14:textId="77777777" w:rsidR="00FF3343" w:rsidRDefault="00D11A01" w:rsidP="00FF3343">
      <w:pPr>
        <w:jc w:val="both"/>
        <w:rPr>
          <w:rFonts w:ascii="Arial" w:hAnsi="Arial" w:cs="Arial"/>
          <w:sz w:val="24"/>
          <w:szCs w:val="24"/>
          <w:lang w:val="es-CL"/>
        </w:rPr>
      </w:pPr>
      <w:r w:rsidRPr="00FF3343">
        <w:rPr>
          <w:rFonts w:ascii="Arial" w:hAnsi="Arial" w:cs="Arial"/>
          <w:sz w:val="24"/>
          <w:szCs w:val="24"/>
          <w:lang w:val="es-CL"/>
        </w:rPr>
        <w:lastRenderedPageBreak/>
        <w:t>Cada integrante del equipo debe disponer en sus respectivas salas de los siguientes documentos e instrumentos reglamentarios:</w:t>
      </w:r>
    </w:p>
    <w:p w14:paraId="19570182" w14:textId="77777777" w:rsidR="00FF3343" w:rsidRPr="00FF3343" w:rsidRDefault="00D11A01" w:rsidP="00FF3343">
      <w:pPr>
        <w:jc w:val="both"/>
        <w:rPr>
          <w:rFonts w:ascii="Arial" w:hAnsi="Arial" w:cs="Arial"/>
          <w:b/>
          <w:bCs/>
          <w:sz w:val="24"/>
          <w:szCs w:val="24"/>
          <w:lang w:val="es-CL"/>
        </w:rPr>
      </w:pPr>
      <w:r w:rsidRPr="00FF3343">
        <w:rPr>
          <w:rFonts w:ascii="Arial" w:hAnsi="Arial" w:cs="Arial"/>
          <w:sz w:val="24"/>
          <w:szCs w:val="24"/>
          <w:lang w:val="es-CL"/>
        </w:rPr>
        <w:br/>
      </w:r>
      <w:r w:rsidRPr="00FF3343">
        <w:rPr>
          <w:rFonts w:ascii="Arial" w:hAnsi="Arial" w:cs="Arial"/>
          <w:b/>
          <w:bCs/>
          <w:sz w:val="24"/>
          <w:szCs w:val="24"/>
          <w:lang w:val="es-CL"/>
        </w:rPr>
        <w:t>1. Protocolo de Regulación por Curso y Sala:</w:t>
      </w:r>
    </w:p>
    <w:p w14:paraId="70FD3A30" w14:textId="7E04CCFC" w:rsidR="00FF3343" w:rsidRDefault="00D11A01" w:rsidP="00FF3343">
      <w:pPr>
        <w:jc w:val="both"/>
        <w:rPr>
          <w:rFonts w:ascii="Arial" w:hAnsi="Arial" w:cs="Arial"/>
          <w:sz w:val="24"/>
          <w:szCs w:val="24"/>
          <w:lang w:val="es-CL"/>
        </w:rPr>
      </w:pPr>
      <w:r w:rsidRPr="00FF3343">
        <w:rPr>
          <w:rFonts w:ascii="Arial" w:hAnsi="Arial" w:cs="Arial"/>
          <w:sz w:val="24"/>
          <w:szCs w:val="24"/>
          <w:lang w:val="es-CL"/>
        </w:rPr>
        <w:t>Cada aula, incluyendo los niveles de Educación Pre básica, debe contar con su protocolo de regulación actualizado. Este documento debe detallar los procedimientos de intervención ante situaciones de desregulación emocional o conductual, considerando el perfil y las necesidades de cada estudiante.</w:t>
      </w:r>
    </w:p>
    <w:p w14:paraId="20E8C303" w14:textId="77777777" w:rsidR="00FF3343" w:rsidRPr="00FF3343" w:rsidRDefault="00D11A01" w:rsidP="00FF3343">
      <w:pPr>
        <w:jc w:val="both"/>
        <w:rPr>
          <w:rFonts w:ascii="Arial" w:hAnsi="Arial" w:cs="Arial"/>
          <w:b/>
          <w:bCs/>
          <w:sz w:val="24"/>
          <w:szCs w:val="24"/>
          <w:lang w:val="es-CL"/>
        </w:rPr>
      </w:pPr>
      <w:r w:rsidRPr="00FF3343">
        <w:rPr>
          <w:rFonts w:ascii="Arial" w:hAnsi="Arial" w:cs="Arial"/>
          <w:sz w:val="24"/>
          <w:szCs w:val="24"/>
          <w:lang w:val="es-CL"/>
        </w:rPr>
        <w:br/>
      </w:r>
      <w:r w:rsidRPr="00FF3343">
        <w:rPr>
          <w:rFonts w:ascii="Arial" w:hAnsi="Arial" w:cs="Arial"/>
          <w:sz w:val="24"/>
          <w:szCs w:val="24"/>
          <w:lang w:val="es-CL"/>
        </w:rPr>
        <w:br/>
      </w:r>
      <w:r w:rsidRPr="00FF3343">
        <w:rPr>
          <w:rFonts w:ascii="Arial" w:hAnsi="Arial" w:cs="Arial"/>
          <w:b/>
          <w:bCs/>
          <w:sz w:val="24"/>
          <w:szCs w:val="24"/>
          <w:lang w:val="es-CL"/>
        </w:rPr>
        <w:t>2. Bitácora de Trabajo en Sala:</w:t>
      </w:r>
    </w:p>
    <w:p w14:paraId="5D9D07FB" w14:textId="0B060609" w:rsidR="00FF3343" w:rsidRDefault="00D11A01" w:rsidP="00FF3343">
      <w:pPr>
        <w:jc w:val="both"/>
        <w:rPr>
          <w:rFonts w:ascii="Arial" w:hAnsi="Arial" w:cs="Arial"/>
          <w:sz w:val="24"/>
          <w:szCs w:val="24"/>
          <w:lang w:val="es-CL"/>
        </w:rPr>
      </w:pPr>
      <w:r w:rsidRPr="00FF3343">
        <w:rPr>
          <w:rFonts w:ascii="Arial" w:hAnsi="Arial" w:cs="Arial"/>
          <w:sz w:val="24"/>
          <w:szCs w:val="24"/>
          <w:lang w:val="es-CL"/>
        </w:rPr>
        <w:t>Toda sala debe contar con una bitácora visible y actualizada, en la que se registre diariamente el trabajo realizado con los estudiantes PIE. Debe consignarse: nombre del estudiante, fecha y tipo de intervención realizada, observaciones sobre avances o episodios de regulación y coordinación con docentes de aula y profesionales de apoyo.</w:t>
      </w:r>
    </w:p>
    <w:p w14:paraId="4D7B7EF8" w14:textId="77777777" w:rsidR="00FF3343" w:rsidRPr="00FF3343" w:rsidRDefault="00D11A01" w:rsidP="00FF3343">
      <w:pPr>
        <w:jc w:val="both"/>
        <w:rPr>
          <w:rFonts w:ascii="Arial" w:hAnsi="Arial" w:cs="Arial"/>
          <w:b/>
          <w:bCs/>
          <w:sz w:val="24"/>
          <w:szCs w:val="24"/>
          <w:lang w:val="es-CL"/>
        </w:rPr>
      </w:pPr>
      <w:r w:rsidRPr="00FF3343">
        <w:rPr>
          <w:rFonts w:ascii="Arial" w:hAnsi="Arial" w:cs="Arial"/>
          <w:sz w:val="24"/>
          <w:szCs w:val="24"/>
          <w:lang w:val="es-CL"/>
        </w:rPr>
        <w:br/>
      </w:r>
      <w:r w:rsidRPr="00FF3343">
        <w:rPr>
          <w:rFonts w:ascii="Arial" w:hAnsi="Arial" w:cs="Arial"/>
          <w:sz w:val="24"/>
          <w:szCs w:val="24"/>
          <w:lang w:val="es-CL"/>
        </w:rPr>
        <w:br/>
      </w:r>
      <w:r w:rsidRPr="00FF3343">
        <w:rPr>
          <w:rFonts w:ascii="Arial" w:hAnsi="Arial" w:cs="Arial"/>
          <w:b/>
          <w:bCs/>
          <w:sz w:val="24"/>
          <w:szCs w:val="24"/>
          <w:lang w:val="es-CL"/>
        </w:rPr>
        <w:t>3. Plan Individual de Apoyo (PIA):</w:t>
      </w:r>
    </w:p>
    <w:p w14:paraId="24AFED41" w14:textId="2C2F5DEA" w:rsidR="00FF3343" w:rsidRDefault="00D11A01" w:rsidP="00FF3343">
      <w:pPr>
        <w:jc w:val="both"/>
        <w:rPr>
          <w:rFonts w:ascii="Arial" w:hAnsi="Arial" w:cs="Arial"/>
          <w:sz w:val="24"/>
          <w:szCs w:val="24"/>
          <w:lang w:val="es-CL"/>
        </w:rPr>
      </w:pPr>
      <w:r w:rsidRPr="00FF3343">
        <w:rPr>
          <w:rFonts w:ascii="Arial" w:hAnsi="Arial" w:cs="Arial"/>
          <w:sz w:val="24"/>
          <w:szCs w:val="24"/>
          <w:lang w:val="es-CL"/>
        </w:rPr>
        <w:t xml:space="preserve"> Cada profesional deberá tener a disposición el plan individual de trabajo correspondiente a los estudiantes a su cargo, con las metas, estrategias y avances registrados a la fecha.</w:t>
      </w:r>
    </w:p>
    <w:p w14:paraId="34E70631" w14:textId="77777777" w:rsidR="00FF3343" w:rsidRPr="00FF3343" w:rsidRDefault="00D11A01" w:rsidP="00FF3343">
      <w:pPr>
        <w:jc w:val="both"/>
        <w:rPr>
          <w:rFonts w:ascii="Arial" w:hAnsi="Arial" w:cs="Arial"/>
          <w:b/>
          <w:bCs/>
          <w:sz w:val="24"/>
          <w:szCs w:val="24"/>
          <w:lang w:val="es-CL"/>
        </w:rPr>
      </w:pPr>
      <w:r w:rsidRPr="00FF3343">
        <w:rPr>
          <w:rFonts w:ascii="Arial" w:hAnsi="Arial" w:cs="Arial"/>
          <w:sz w:val="24"/>
          <w:szCs w:val="24"/>
          <w:lang w:val="es-CL"/>
        </w:rPr>
        <w:br/>
      </w:r>
      <w:r w:rsidRPr="00FF3343">
        <w:rPr>
          <w:rFonts w:ascii="Arial" w:hAnsi="Arial" w:cs="Arial"/>
          <w:sz w:val="24"/>
          <w:szCs w:val="24"/>
          <w:lang w:val="es-CL"/>
        </w:rPr>
        <w:br/>
      </w:r>
      <w:r w:rsidRPr="00FF3343">
        <w:rPr>
          <w:rFonts w:ascii="Arial" w:hAnsi="Arial" w:cs="Arial"/>
          <w:b/>
          <w:bCs/>
          <w:sz w:val="24"/>
          <w:szCs w:val="24"/>
          <w:lang w:val="es-CL"/>
        </w:rPr>
        <w:t>4. Protocolo de Regulación Individual:</w:t>
      </w:r>
    </w:p>
    <w:p w14:paraId="169CABDF" w14:textId="77777777" w:rsidR="00FF3343" w:rsidRDefault="00D11A01" w:rsidP="00FF3343">
      <w:pPr>
        <w:jc w:val="both"/>
        <w:rPr>
          <w:rFonts w:ascii="Arial" w:hAnsi="Arial" w:cs="Arial"/>
          <w:sz w:val="24"/>
          <w:szCs w:val="24"/>
          <w:lang w:val="es-CL"/>
        </w:rPr>
      </w:pPr>
      <w:r w:rsidRPr="00FF3343">
        <w:rPr>
          <w:rFonts w:ascii="Arial" w:hAnsi="Arial" w:cs="Arial"/>
          <w:sz w:val="24"/>
          <w:szCs w:val="24"/>
          <w:lang w:val="es-CL"/>
        </w:rPr>
        <w:t xml:space="preserve">   Debe mantenerse actualizado por cada estudiante que ha requerido intervención, conforme a las orientaciones del equipo de convivencia escolar y normativa vigente.</w:t>
      </w:r>
    </w:p>
    <w:p w14:paraId="568CAAF1" w14:textId="77777777" w:rsidR="00FF3343" w:rsidRDefault="00D11A01" w:rsidP="00FF3343">
      <w:pPr>
        <w:jc w:val="both"/>
        <w:rPr>
          <w:rFonts w:ascii="Arial" w:hAnsi="Arial" w:cs="Arial"/>
          <w:b/>
          <w:bCs/>
          <w:sz w:val="24"/>
          <w:szCs w:val="24"/>
          <w:lang w:val="es-CL"/>
        </w:rPr>
      </w:pPr>
      <w:r w:rsidRPr="00FF3343">
        <w:rPr>
          <w:rFonts w:ascii="Arial" w:hAnsi="Arial" w:cs="Arial"/>
          <w:sz w:val="24"/>
          <w:szCs w:val="24"/>
          <w:lang w:val="es-CL"/>
        </w:rPr>
        <w:br/>
      </w:r>
      <w:r w:rsidRPr="00FF3343">
        <w:rPr>
          <w:rFonts w:ascii="Arial" w:hAnsi="Arial" w:cs="Arial"/>
          <w:sz w:val="24"/>
          <w:szCs w:val="24"/>
          <w:lang w:val="es-CL"/>
        </w:rPr>
        <w:br/>
      </w:r>
      <w:r w:rsidRPr="00FF3343">
        <w:rPr>
          <w:rFonts w:ascii="Arial" w:hAnsi="Arial" w:cs="Arial"/>
          <w:b/>
          <w:bCs/>
          <w:sz w:val="24"/>
          <w:szCs w:val="24"/>
          <w:lang w:val="es-CL"/>
        </w:rPr>
        <w:t>5. Registro de Actividades del Año:</w:t>
      </w:r>
    </w:p>
    <w:p w14:paraId="2660147D" w14:textId="77777777" w:rsidR="00FF3343" w:rsidRDefault="00D11A01" w:rsidP="00FF3343">
      <w:pPr>
        <w:jc w:val="both"/>
        <w:rPr>
          <w:rFonts w:ascii="Arial" w:hAnsi="Arial" w:cs="Arial"/>
          <w:sz w:val="24"/>
          <w:szCs w:val="24"/>
          <w:lang w:val="es-CL"/>
        </w:rPr>
      </w:pPr>
      <w:r w:rsidRPr="00FF3343">
        <w:rPr>
          <w:rFonts w:ascii="Arial" w:hAnsi="Arial" w:cs="Arial"/>
          <w:sz w:val="24"/>
          <w:szCs w:val="24"/>
          <w:lang w:val="es-CL"/>
        </w:rPr>
        <w:t xml:space="preserve">   Presentar un compilado de todas las actividades desarrolladas durante el año, vinculadas al trabajo con los estudiantes PIE según sus necesidades educativas específicas. Estas actividades deberán ser incorporadas al Proyecto de Integración Escolar 2025, por lo cual se requiere detallar: fecha de ejecución, participantes, </w:t>
      </w:r>
      <w:r w:rsidRPr="00FF3343">
        <w:rPr>
          <w:rFonts w:ascii="Arial" w:hAnsi="Arial" w:cs="Arial"/>
          <w:sz w:val="24"/>
          <w:szCs w:val="24"/>
          <w:lang w:val="es-CL"/>
        </w:rPr>
        <w:lastRenderedPageBreak/>
        <w:t>objetivos y resultados observables, y evidencias (fotografías, bitácoras, informes breves, etc.).</w:t>
      </w:r>
    </w:p>
    <w:p w14:paraId="20F86866" w14:textId="77777777" w:rsidR="00FF3343" w:rsidRPr="00FF3343" w:rsidRDefault="00D11A01" w:rsidP="00FF3343">
      <w:pPr>
        <w:jc w:val="both"/>
        <w:rPr>
          <w:rFonts w:ascii="Arial" w:hAnsi="Arial" w:cs="Arial"/>
          <w:b/>
          <w:bCs/>
          <w:i/>
          <w:iCs/>
          <w:sz w:val="24"/>
          <w:szCs w:val="24"/>
          <w:lang w:val="es-CL"/>
        </w:rPr>
      </w:pPr>
      <w:r w:rsidRPr="00FF3343">
        <w:rPr>
          <w:rFonts w:ascii="Arial" w:hAnsi="Arial" w:cs="Arial"/>
          <w:sz w:val="24"/>
          <w:szCs w:val="24"/>
          <w:lang w:val="es-CL"/>
        </w:rPr>
        <w:br/>
      </w:r>
      <w:r w:rsidRPr="00FF3343">
        <w:rPr>
          <w:rFonts w:ascii="Arial" w:hAnsi="Arial" w:cs="Arial"/>
          <w:sz w:val="24"/>
          <w:szCs w:val="24"/>
          <w:lang w:val="es-CL"/>
        </w:rPr>
        <w:br/>
      </w:r>
      <w:r w:rsidRPr="00FF3343">
        <w:rPr>
          <w:rFonts w:ascii="Arial" w:hAnsi="Arial" w:cs="Arial"/>
          <w:b/>
          <w:bCs/>
          <w:i/>
          <w:iCs/>
          <w:sz w:val="24"/>
          <w:szCs w:val="24"/>
          <w:lang w:val="es-CL"/>
        </w:rPr>
        <w:t>Observación importante:</w:t>
      </w:r>
    </w:p>
    <w:p w14:paraId="56E84722" w14:textId="77777777" w:rsidR="00FF3343" w:rsidRPr="00FF3343" w:rsidRDefault="00D11A01" w:rsidP="00FF3343">
      <w:pPr>
        <w:jc w:val="both"/>
        <w:rPr>
          <w:rFonts w:ascii="Arial" w:hAnsi="Arial" w:cs="Arial"/>
          <w:i/>
          <w:iCs/>
          <w:sz w:val="24"/>
          <w:szCs w:val="24"/>
          <w:lang w:val="es-CL"/>
        </w:rPr>
      </w:pPr>
      <w:r w:rsidRPr="00FF3343">
        <w:rPr>
          <w:rFonts w:ascii="Arial" w:hAnsi="Arial" w:cs="Arial"/>
          <w:i/>
          <w:iCs/>
          <w:sz w:val="24"/>
          <w:szCs w:val="24"/>
          <w:lang w:val="es-CL"/>
        </w:rPr>
        <w:t>Las bitácoras de regulación y los protocolos deben permanecer permanentemente en cada sala, disponibles para revisión por Dirección, Coordinación PIE o Superintendencia de Educación.</w:t>
      </w:r>
    </w:p>
    <w:p w14:paraId="78F3E3ED" w14:textId="7F7C196C" w:rsidR="00630197" w:rsidRPr="00FF3343" w:rsidRDefault="00D11A01" w:rsidP="00FF3343">
      <w:pPr>
        <w:jc w:val="both"/>
        <w:rPr>
          <w:rFonts w:ascii="Arial" w:hAnsi="Arial" w:cs="Arial"/>
          <w:i/>
          <w:sz w:val="24"/>
          <w:szCs w:val="24"/>
          <w:lang w:val="es-CL"/>
        </w:rPr>
      </w:pPr>
      <w:r w:rsidRPr="00FF3343">
        <w:rPr>
          <w:rFonts w:ascii="Arial" w:hAnsi="Arial" w:cs="Arial"/>
          <w:sz w:val="24"/>
          <w:szCs w:val="24"/>
          <w:lang w:val="es-CL"/>
        </w:rPr>
        <w:br/>
      </w:r>
    </w:p>
    <w:p w14:paraId="3F7BFAC7" w14:textId="77777777" w:rsidR="00C5290F" w:rsidRDefault="00C5290F" w:rsidP="00FF3343">
      <w:pPr>
        <w:jc w:val="both"/>
        <w:rPr>
          <w:rFonts w:ascii="Arial" w:hAnsi="Arial" w:cs="Arial"/>
          <w:i/>
          <w:sz w:val="24"/>
          <w:szCs w:val="24"/>
          <w:lang w:val="es-CL"/>
        </w:rPr>
      </w:pPr>
    </w:p>
    <w:p w14:paraId="1D2BFEC0" w14:textId="77777777" w:rsidR="00FF3343" w:rsidRDefault="00FF3343" w:rsidP="00FF3343">
      <w:pPr>
        <w:jc w:val="both"/>
        <w:rPr>
          <w:rFonts w:ascii="Arial" w:hAnsi="Arial" w:cs="Arial"/>
          <w:i/>
          <w:sz w:val="24"/>
          <w:szCs w:val="24"/>
          <w:lang w:val="es-CL"/>
        </w:rPr>
      </w:pPr>
    </w:p>
    <w:p w14:paraId="05F33CD3" w14:textId="77777777" w:rsidR="00FF3343" w:rsidRDefault="00FF3343" w:rsidP="00FF3343">
      <w:pPr>
        <w:jc w:val="both"/>
        <w:rPr>
          <w:rFonts w:ascii="Arial" w:hAnsi="Arial" w:cs="Arial"/>
          <w:i/>
          <w:sz w:val="24"/>
          <w:szCs w:val="24"/>
          <w:lang w:val="es-CL"/>
        </w:rPr>
      </w:pPr>
    </w:p>
    <w:p w14:paraId="0F2DE5BA" w14:textId="77777777" w:rsidR="00FF3343" w:rsidRDefault="00FF3343" w:rsidP="00FF3343">
      <w:pPr>
        <w:jc w:val="both"/>
        <w:rPr>
          <w:rFonts w:ascii="Arial" w:hAnsi="Arial" w:cs="Arial"/>
          <w:i/>
          <w:sz w:val="24"/>
          <w:szCs w:val="24"/>
          <w:lang w:val="es-CL"/>
        </w:rPr>
      </w:pPr>
    </w:p>
    <w:p w14:paraId="286F9E3F" w14:textId="77777777" w:rsidR="00FF3343" w:rsidRDefault="00FF3343" w:rsidP="00FF3343">
      <w:pPr>
        <w:jc w:val="both"/>
        <w:rPr>
          <w:rFonts w:ascii="Arial" w:hAnsi="Arial" w:cs="Arial"/>
          <w:i/>
          <w:sz w:val="24"/>
          <w:szCs w:val="24"/>
          <w:lang w:val="es-CL"/>
        </w:rPr>
      </w:pPr>
    </w:p>
    <w:p w14:paraId="47F73EBA" w14:textId="77777777" w:rsidR="00FF3343" w:rsidRDefault="00FF3343" w:rsidP="00FF3343">
      <w:pPr>
        <w:jc w:val="both"/>
        <w:rPr>
          <w:rFonts w:ascii="Arial" w:hAnsi="Arial" w:cs="Arial"/>
          <w:i/>
          <w:sz w:val="24"/>
          <w:szCs w:val="24"/>
          <w:lang w:val="es-CL"/>
        </w:rPr>
      </w:pPr>
    </w:p>
    <w:p w14:paraId="53069100" w14:textId="77777777" w:rsidR="00FF3343" w:rsidRDefault="00FF3343" w:rsidP="00FF3343">
      <w:pPr>
        <w:jc w:val="both"/>
        <w:rPr>
          <w:rFonts w:ascii="Arial" w:hAnsi="Arial" w:cs="Arial"/>
          <w:i/>
          <w:sz w:val="24"/>
          <w:szCs w:val="24"/>
          <w:lang w:val="es-CL"/>
        </w:rPr>
      </w:pPr>
    </w:p>
    <w:p w14:paraId="127E9289" w14:textId="77777777" w:rsidR="00FF3343" w:rsidRDefault="00FF3343" w:rsidP="00FF3343">
      <w:pPr>
        <w:jc w:val="both"/>
        <w:rPr>
          <w:rFonts w:ascii="Arial" w:hAnsi="Arial" w:cs="Arial"/>
          <w:i/>
          <w:sz w:val="24"/>
          <w:szCs w:val="24"/>
          <w:lang w:val="es-CL"/>
        </w:rPr>
      </w:pPr>
    </w:p>
    <w:p w14:paraId="4A601032" w14:textId="77777777" w:rsidR="00FF3343" w:rsidRDefault="00FF3343" w:rsidP="00FF3343">
      <w:pPr>
        <w:jc w:val="both"/>
        <w:rPr>
          <w:rFonts w:ascii="Arial" w:hAnsi="Arial" w:cs="Arial"/>
          <w:i/>
          <w:sz w:val="24"/>
          <w:szCs w:val="24"/>
          <w:lang w:val="es-CL"/>
        </w:rPr>
      </w:pPr>
    </w:p>
    <w:p w14:paraId="38DCF31A" w14:textId="77777777" w:rsidR="00FF3343" w:rsidRDefault="00FF3343" w:rsidP="00FF3343">
      <w:pPr>
        <w:jc w:val="both"/>
        <w:rPr>
          <w:rFonts w:ascii="Arial" w:hAnsi="Arial" w:cs="Arial"/>
          <w:i/>
          <w:sz w:val="24"/>
          <w:szCs w:val="24"/>
          <w:lang w:val="es-CL"/>
        </w:rPr>
      </w:pPr>
    </w:p>
    <w:p w14:paraId="7FD31FE5" w14:textId="77777777" w:rsidR="00FF3343" w:rsidRDefault="00FF3343" w:rsidP="00FF3343">
      <w:pPr>
        <w:jc w:val="both"/>
        <w:rPr>
          <w:rFonts w:ascii="Arial" w:hAnsi="Arial" w:cs="Arial"/>
          <w:i/>
          <w:sz w:val="24"/>
          <w:szCs w:val="24"/>
          <w:lang w:val="es-CL"/>
        </w:rPr>
      </w:pPr>
    </w:p>
    <w:p w14:paraId="309E02AD" w14:textId="77777777" w:rsidR="00FF3343" w:rsidRDefault="00FF3343" w:rsidP="00FF3343">
      <w:pPr>
        <w:jc w:val="both"/>
        <w:rPr>
          <w:rFonts w:ascii="Arial" w:hAnsi="Arial" w:cs="Arial"/>
          <w:i/>
          <w:sz w:val="24"/>
          <w:szCs w:val="24"/>
          <w:lang w:val="es-CL"/>
        </w:rPr>
      </w:pPr>
    </w:p>
    <w:p w14:paraId="0A2DBCFE" w14:textId="77777777" w:rsidR="00FF3343" w:rsidRDefault="00FF3343" w:rsidP="00FF3343">
      <w:pPr>
        <w:jc w:val="both"/>
        <w:rPr>
          <w:rFonts w:ascii="Arial" w:hAnsi="Arial" w:cs="Arial"/>
          <w:i/>
          <w:sz w:val="24"/>
          <w:szCs w:val="24"/>
          <w:lang w:val="es-CL"/>
        </w:rPr>
      </w:pPr>
    </w:p>
    <w:p w14:paraId="0DCAAD33" w14:textId="77777777" w:rsidR="00FF3343" w:rsidRDefault="00FF3343" w:rsidP="00FF3343">
      <w:pPr>
        <w:jc w:val="both"/>
        <w:rPr>
          <w:rFonts w:ascii="Arial" w:hAnsi="Arial" w:cs="Arial"/>
          <w:i/>
          <w:sz w:val="24"/>
          <w:szCs w:val="24"/>
          <w:lang w:val="es-CL"/>
        </w:rPr>
      </w:pPr>
    </w:p>
    <w:p w14:paraId="7DB2582C" w14:textId="77777777" w:rsidR="00FF3343" w:rsidRDefault="00FF3343" w:rsidP="00FF3343">
      <w:pPr>
        <w:jc w:val="both"/>
        <w:rPr>
          <w:rFonts w:ascii="Arial" w:hAnsi="Arial" w:cs="Arial"/>
          <w:i/>
          <w:sz w:val="24"/>
          <w:szCs w:val="24"/>
          <w:lang w:val="es-CL"/>
        </w:rPr>
      </w:pPr>
    </w:p>
    <w:p w14:paraId="3D4CD5F1" w14:textId="77777777" w:rsidR="00FF3343" w:rsidRDefault="00FF3343" w:rsidP="00FF3343">
      <w:pPr>
        <w:jc w:val="both"/>
        <w:rPr>
          <w:rFonts w:ascii="Arial" w:hAnsi="Arial" w:cs="Arial"/>
          <w:i/>
          <w:sz w:val="24"/>
          <w:szCs w:val="24"/>
          <w:lang w:val="es-CL"/>
        </w:rPr>
      </w:pPr>
    </w:p>
    <w:p w14:paraId="0391839F" w14:textId="77777777" w:rsidR="00FF3343" w:rsidRDefault="00FF3343" w:rsidP="00FF3343">
      <w:pPr>
        <w:jc w:val="both"/>
        <w:rPr>
          <w:rFonts w:ascii="Arial" w:hAnsi="Arial" w:cs="Arial"/>
          <w:i/>
          <w:sz w:val="24"/>
          <w:szCs w:val="24"/>
          <w:lang w:val="es-CL"/>
        </w:rPr>
      </w:pPr>
    </w:p>
    <w:p w14:paraId="58FD571E" w14:textId="77777777" w:rsidR="00FF3343" w:rsidRDefault="00FF3343" w:rsidP="00FF3343">
      <w:pPr>
        <w:jc w:val="both"/>
        <w:rPr>
          <w:rFonts w:ascii="Arial" w:hAnsi="Arial" w:cs="Arial"/>
          <w:i/>
          <w:sz w:val="24"/>
          <w:szCs w:val="24"/>
          <w:lang w:val="es-CL"/>
        </w:rPr>
      </w:pPr>
    </w:p>
    <w:p w14:paraId="3829C02C" w14:textId="77777777" w:rsidR="004E169C" w:rsidRDefault="004E169C" w:rsidP="00FF3343">
      <w:pPr>
        <w:jc w:val="center"/>
        <w:rPr>
          <w:rFonts w:ascii="Arial" w:hAnsi="Arial" w:cs="Arial"/>
          <w:b/>
          <w:bCs/>
          <w:i/>
          <w:sz w:val="144"/>
          <w:szCs w:val="144"/>
          <w:lang w:val="es-CL"/>
        </w:rPr>
      </w:pPr>
    </w:p>
    <w:p w14:paraId="7B79AC23" w14:textId="77777777" w:rsidR="004E169C" w:rsidRDefault="004E169C" w:rsidP="00FF3343">
      <w:pPr>
        <w:jc w:val="center"/>
        <w:rPr>
          <w:rFonts w:ascii="Arial" w:hAnsi="Arial" w:cs="Arial"/>
          <w:b/>
          <w:bCs/>
          <w:i/>
          <w:sz w:val="144"/>
          <w:szCs w:val="144"/>
          <w:lang w:val="es-CL"/>
        </w:rPr>
      </w:pPr>
    </w:p>
    <w:p w14:paraId="59D3DCA6" w14:textId="34BE16B3" w:rsidR="00FF3343" w:rsidRDefault="00FF3343" w:rsidP="00FF3343">
      <w:pPr>
        <w:jc w:val="center"/>
        <w:rPr>
          <w:rFonts w:ascii="Arial" w:hAnsi="Arial" w:cs="Arial"/>
          <w:b/>
          <w:bCs/>
          <w:i/>
          <w:sz w:val="144"/>
          <w:szCs w:val="144"/>
          <w:lang w:val="es-CL"/>
        </w:rPr>
      </w:pPr>
      <w:r w:rsidRPr="00FF3343">
        <w:rPr>
          <w:rFonts w:ascii="Arial" w:hAnsi="Arial" w:cs="Arial"/>
          <w:b/>
          <w:bCs/>
          <w:i/>
          <w:sz w:val="144"/>
          <w:szCs w:val="144"/>
          <w:lang w:val="es-CL"/>
        </w:rPr>
        <w:t>ANEXOS</w:t>
      </w:r>
    </w:p>
    <w:p w14:paraId="586D6B78" w14:textId="77777777" w:rsidR="00FF3343" w:rsidRDefault="00FF3343" w:rsidP="00FF3343">
      <w:pPr>
        <w:jc w:val="center"/>
        <w:rPr>
          <w:rFonts w:ascii="Arial" w:hAnsi="Arial" w:cs="Arial"/>
          <w:b/>
          <w:bCs/>
          <w:i/>
          <w:sz w:val="144"/>
          <w:szCs w:val="144"/>
          <w:lang w:val="es-CL"/>
        </w:rPr>
      </w:pPr>
    </w:p>
    <w:p w14:paraId="415C1D50" w14:textId="77777777" w:rsidR="00F91254" w:rsidRDefault="00F91254" w:rsidP="00FF3343">
      <w:pPr>
        <w:jc w:val="center"/>
        <w:rPr>
          <w:rFonts w:ascii="Arial" w:hAnsi="Arial" w:cs="Arial"/>
          <w:b/>
          <w:bCs/>
          <w:i/>
          <w:sz w:val="144"/>
          <w:szCs w:val="144"/>
          <w:lang w:val="es-CL"/>
        </w:rPr>
      </w:pPr>
    </w:p>
    <w:p w14:paraId="15EEF289" w14:textId="77777777" w:rsidR="00F91254" w:rsidRDefault="00F91254" w:rsidP="00FF3343">
      <w:pPr>
        <w:jc w:val="center"/>
        <w:rPr>
          <w:rFonts w:ascii="Arial" w:hAnsi="Arial" w:cs="Arial"/>
          <w:b/>
          <w:bCs/>
          <w:i/>
          <w:sz w:val="144"/>
          <w:szCs w:val="144"/>
          <w:lang w:val="es-CL"/>
        </w:rPr>
      </w:pPr>
    </w:p>
    <w:p w14:paraId="17303108" w14:textId="77777777" w:rsidR="00F91254" w:rsidRDefault="00F91254" w:rsidP="00FF3343">
      <w:pPr>
        <w:jc w:val="center"/>
        <w:rPr>
          <w:rFonts w:ascii="Arial" w:hAnsi="Arial" w:cs="Arial"/>
          <w:b/>
          <w:bCs/>
          <w:i/>
          <w:sz w:val="24"/>
          <w:szCs w:val="24"/>
          <w:lang w:val="es-CL"/>
        </w:rPr>
      </w:pPr>
    </w:p>
    <w:p w14:paraId="6BA00EE6" w14:textId="17E4D313" w:rsidR="00F91254" w:rsidRPr="00F91254" w:rsidRDefault="00F91254" w:rsidP="00F912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bookmarkStart w:id="3" w:name="_Hlk217892594"/>
      <w:r>
        <w:rPr>
          <w:rFonts w:ascii="Arial" w:hAnsi="Arial" w:cs="Arial"/>
          <w:b/>
          <w:bCs/>
          <w:i/>
          <w:sz w:val="24"/>
          <w:szCs w:val="24"/>
          <w:lang w:val="es-CL"/>
        </w:rPr>
        <w:lastRenderedPageBreak/>
        <w:t>ANEXO 1: DEC</w:t>
      </w:r>
      <w:r w:rsidR="000576E8">
        <w:rPr>
          <w:rFonts w:ascii="Arial" w:hAnsi="Arial" w:cs="Arial"/>
          <w:b/>
          <w:bCs/>
          <w:i/>
          <w:sz w:val="24"/>
          <w:szCs w:val="24"/>
          <w:lang w:val="es-CL"/>
        </w:rPr>
        <w:t xml:space="preserve"> (Esquema)</w:t>
      </w:r>
    </w:p>
    <w:bookmarkEnd w:id="3"/>
    <w:p w14:paraId="6119E72B" w14:textId="77777777" w:rsidR="00F91254" w:rsidRDefault="00F91254" w:rsidP="00FF3343">
      <w:pPr>
        <w:jc w:val="center"/>
        <w:rPr>
          <w:rFonts w:ascii="Arial" w:hAnsi="Arial" w:cs="Arial"/>
          <w:b/>
          <w:bCs/>
          <w:i/>
          <w:noProof/>
          <w:sz w:val="144"/>
          <w:szCs w:val="144"/>
          <w:lang w:val="es-CL"/>
        </w:rPr>
      </w:pPr>
      <w:r>
        <w:rPr>
          <w:rFonts w:ascii="Arial" w:hAnsi="Arial" w:cs="Arial"/>
          <w:b/>
          <w:bCs/>
          <w:i/>
          <w:noProof/>
          <w:sz w:val="144"/>
          <w:szCs w:val="144"/>
          <w:lang w:val="es-CL"/>
        </w:rPr>
        <w:drawing>
          <wp:inline distT="0" distB="0" distL="0" distR="0" wp14:anchorId="577FF020" wp14:editId="02FA7CC2">
            <wp:extent cx="5591175" cy="3790950"/>
            <wp:effectExtent l="0" t="0" r="9525" b="0"/>
            <wp:docPr id="1177734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5541" cy="3793910"/>
                    </a:xfrm>
                    <a:prstGeom prst="rect">
                      <a:avLst/>
                    </a:prstGeom>
                    <a:noFill/>
                  </pic:spPr>
                </pic:pic>
              </a:graphicData>
            </a:graphic>
          </wp:inline>
        </w:drawing>
      </w:r>
    </w:p>
    <w:p w14:paraId="07B3558C" w14:textId="33EBE0B7" w:rsidR="00F91254" w:rsidRDefault="00F91254" w:rsidP="00F91254">
      <w:pPr>
        <w:rPr>
          <w:rFonts w:ascii="Arial" w:hAnsi="Arial" w:cs="Arial"/>
          <w:sz w:val="144"/>
          <w:szCs w:val="144"/>
          <w:lang w:val="es-CL"/>
        </w:rPr>
      </w:pPr>
      <w:r>
        <w:rPr>
          <w:rFonts w:ascii="Arial" w:hAnsi="Arial" w:cs="Arial"/>
          <w:noProof/>
          <w:sz w:val="144"/>
          <w:szCs w:val="144"/>
          <w:lang w:val="es-CL"/>
        </w:rPr>
        <w:drawing>
          <wp:inline distT="0" distB="0" distL="0" distR="0" wp14:anchorId="5259CC2E" wp14:editId="68CC7906">
            <wp:extent cx="5476032" cy="3771900"/>
            <wp:effectExtent l="0" t="0" r="0" b="0"/>
            <wp:docPr id="13471355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3559" cy="3783973"/>
                    </a:xfrm>
                    <a:prstGeom prst="rect">
                      <a:avLst/>
                    </a:prstGeom>
                    <a:noFill/>
                  </pic:spPr>
                </pic:pic>
              </a:graphicData>
            </a:graphic>
          </wp:inline>
        </w:drawing>
      </w:r>
    </w:p>
    <w:p w14:paraId="7FFDE8B5" w14:textId="6D4542AF" w:rsidR="000576E8" w:rsidRPr="00F91254" w:rsidRDefault="000576E8" w:rsidP="00057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bookmarkStart w:id="4" w:name="_Hlk217892765"/>
      <w:r>
        <w:rPr>
          <w:rFonts w:ascii="Arial" w:hAnsi="Arial" w:cs="Arial"/>
          <w:b/>
          <w:bCs/>
          <w:i/>
          <w:sz w:val="24"/>
          <w:szCs w:val="24"/>
          <w:lang w:val="es-CL"/>
        </w:rPr>
        <w:lastRenderedPageBreak/>
        <w:t xml:space="preserve">ANEXO </w:t>
      </w:r>
      <w:r>
        <w:rPr>
          <w:rFonts w:ascii="Arial" w:hAnsi="Arial" w:cs="Arial"/>
          <w:b/>
          <w:bCs/>
          <w:i/>
          <w:sz w:val="24"/>
          <w:szCs w:val="24"/>
          <w:lang w:val="es-CL"/>
        </w:rPr>
        <w:t>2</w:t>
      </w:r>
      <w:r>
        <w:rPr>
          <w:rFonts w:ascii="Arial" w:hAnsi="Arial" w:cs="Arial"/>
          <w:b/>
          <w:bCs/>
          <w:i/>
          <w:sz w:val="24"/>
          <w:szCs w:val="24"/>
          <w:lang w:val="es-CL"/>
        </w:rPr>
        <w:t xml:space="preserve">: </w:t>
      </w:r>
      <w:r>
        <w:rPr>
          <w:rFonts w:ascii="Arial" w:hAnsi="Arial" w:cs="Arial"/>
          <w:b/>
          <w:bCs/>
          <w:i/>
          <w:sz w:val="24"/>
          <w:szCs w:val="24"/>
          <w:lang w:val="es-CL"/>
        </w:rPr>
        <w:t>PAEC</w:t>
      </w:r>
    </w:p>
    <w:bookmarkEnd w:id="4"/>
    <w:p w14:paraId="50E49FC8" w14:textId="459E3311" w:rsidR="00FF3343" w:rsidRDefault="00FF3343" w:rsidP="00FF3343">
      <w:pPr>
        <w:jc w:val="center"/>
        <w:rPr>
          <w:rFonts w:ascii="Arial" w:hAnsi="Arial" w:cs="Arial"/>
          <w:b/>
          <w:bCs/>
          <w:i/>
          <w:sz w:val="144"/>
          <w:szCs w:val="144"/>
          <w:lang w:val="es-CL"/>
        </w:rPr>
      </w:pPr>
      <w:r w:rsidRPr="00FF3343">
        <w:rPr>
          <w:rFonts w:ascii="Arial" w:hAnsi="Arial" w:cs="Arial"/>
          <w:b/>
          <w:bCs/>
          <w:i/>
          <w:sz w:val="144"/>
          <w:szCs w:val="144"/>
          <w:lang w:val="es-CL"/>
        </w:rPr>
        <w:drawing>
          <wp:inline distT="0" distB="0" distL="0" distR="0" wp14:anchorId="2BE3DB55" wp14:editId="50ECACA5">
            <wp:extent cx="4514850" cy="7181850"/>
            <wp:effectExtent l="0" t="0" r="0" b="0"/>
            <wp:docPr id="2066629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29179" name=""/>
                    <pic:cNvPicPr/>
                  </pic:nvPicPr>
                  <pic:blipFill>
                    <a:blip r:embed="rId13"/>
                    <a:stretch>
                      <a:fillRect/>
                    </a:stretch>
                  </pic:blipFill>
                  <pic:spPr>
                    <a:xfrm>
                      <a:off x="0" y="0"/>
                      <a:ext cx="4515480" cy="7182852"/>
                    </a:xfrm>
                    <a:prstGeom prst="rect">
                      <a:avLst/>
                    </a:prstGeom>
                  </pic:spPr>
                </pic:pic>
              </a:graphicData>
            </a:graphic>
          </wp:inline>
        </w:drawing>
      </w:r>
    </w:p>
    <w:p w14:paraId="25D9588C" w14:textId="7F69B9D5" w:rsidR="00FF3343" w:rsidRDefault="00F91254" w:rsidP="00FF3343">
      <w:pPr>
        <w:jc w:val="center"/>
        <w:rPr>
          <w:rFonts w:ascii="Arial" w:hAnsi="Arial" w:cs="Arial"/>
          <w:b/>
          <w:bCs/>
          <w:i/>
          <w:sz w:val="144"/>
          <w:szCs w:val="144"/>
          <w:lang w:val="es-CL"/>
        </w:rPr>
      </w:pPr>
      <w:r>
        <w:rPr>
          <w:rFonts w:ascii="Arial" w:hAnsi="Arial" w:cs="Arial"/>
          <w:b/>
          <w:bCs/>
          <w:i/>
          <w:noProof/>
          <w:sz w:val="144"/>
          <w:szCs w:val="144"/>
          <w:lang w:val="es-CL"/>
        </w:rPr>
        <w:lastRenderedPageBreak/>
        <w:drawing>
          <wp:inline distT="0" distB="0" distL="0" distR="0" wp14:anchorId="302E6160" wp14:editId="4B4CFFB9">
            <wp:extent cx="4515485" cy="7696200"/>
            <wp:effectExtent l="0" t="0" r="0" b="0"/>
            <wp:docPr id="1518183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5485" cy="7696200"/>
                    </a:xfrm>
                    <a:prstGeom prst="rect">
                      <a:avLst/>
                    </a:prstGeom>
                    <a:noFill/>
                  </pic:spPr>
                </pic:pic>
              </a:graphicData>
            </a:graphic>
          </wp:inline>
        </w:drawing>
      </w:r>
    </w:p>
    <w:p w14:paraId="452FB764" w14:textId="2C0466B1" w:rsidR="00F91254" w:rsidRDefault="00F91254" w:rsidP="00FF3343">
      <w:pPr>
        <w:jc w:val="center"/>
        <w:rPr>
          <w:rFonts w:ascii="Arial" w:hAnsi="Arial" w:cs="Arial"/>
          <w:b/>
          <w:bCs/>
          <w:i/>
          <w:sz w:val="144"/>
          <w:szCs w:val="144"/>
          <w:lang w:val="es-CL"/>
        </w:rPr>
      </w:pPr>
      <w:r>
        <w:rPr>
          <w:rFonts w:ascii="Arial" w:hAnsi="Arial" w:cs="Arial"/>
          <w:b/>
          <w:bCs/>
          <w:i/>
          <w:noProof/>
          <w:sz w:val="144"/>
          <w:szCs w:val="144"/>
          <w:lang w:val="es-CL"/>
        </w:rPr>
        <w:lastRenderedPageBreak/>
        <w:drawing>
          <wp:inline distT="0" distB="0" distL="0" distR="0" wp14:anchorId="22FDE0F7" wp14:editId="6598A525">
            <wp:extent cx="4572635" cy="7411720"/>
            <wp:effectExtent l="0" t="0" r="0" b="0"/>
            <wp:docPr id="5879837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7411720"/>
                    </a:xfrm>
                    <a:prstGeom prst="rect">
                      <a:avLst/>
                    </a:prstGeom>
                    <a:noFill/>
                  </pic:spPr>
                </pic:pic>
              </a:graphicData>
            </a:graphic>
          </wp:inline>
        </w:drawing>
      </w:r>
    </w:p>
    <w:p w14:paraId="36E40976" w14:textId="01E91521" w:rsidR="00F91254" w:rsidRDefault="00F91254" w:rsidP="00FF3343">
      <w:pPr>
        <w:jc w:val="center"/>
        <w:rPr>
          <w:rFonts w:ascii="Arial" w:hAnsi="Arial" w:cs="Arial"/>
          <w:b/>
          <w:bCs/>
          <w:i/>
          <w:sz w:val="144"/>
          <w:szCs w:val="144"/>
          <w:lang w:val="es-CL"/>
        </w:rPr>
      </w:pPr>
      <w:r>
        <w:rPr>
          <w:rFonts w:ascii="Arial" w:hAnsi="Arial" w:cs="Arial"/>
          <w:b/>
          <w:bCs/>
          <w:i/>
          <w:noProof/>
          <w:sz w:val="144"/>
          <w:szCs w:val="144"/>
          <w:lang w:val="es-CL"/>
        </w:rPr>
        <w:lastRenderedPageBreak/>
        <w:drawing>
          <wp:inline distT="0" distB="0" distL="0" distR="0" wp14:anchorId="272DF54A" wp14:editId="07772C3F">
            <wp:extent cx="4810760" cy="3086735"/>
            <wp:effectExtent l="0" t="0" r="8890" b="0"/>
            <wp:docPr id="10999223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760" cy="3086735"/>
                    </a:xfrm>
                    <a:prstGeom prst="rect">
                      <a:avLst/>
                    </a:prstGeom>
                    <a:noFill/>
                  </pic:spPr>
                </pic:pic>
              </a:graphicData>
            </a:graphic>
          </wp:inline>
        </w:drawing>
      </w:r>
    </w:p>
    <w:p w14:paraId="4BE4934C" w14:textId="77777777" w:rsidR="00F91254" w:rsidRDefault="00F91254" w:rsidP="00FF3343">
      <w:pPr>
        <w:jc w:val="center"/>
        <w:rPr>
          <w:rFonts w:ascii="Arial" w:hAnsi="Arial" w:cs="Arial"/>
          <w:b/>
          <w:bCs/>
          <w:i/>
          <w:sz w:val="144"/>
          <w:szCs w:val="144"/>
          <w:lang w:val="es-CL"/>
        </w:rPr>
      </w:pPr>
    </w:p>
    <w:p w14:paraId="0F016C93" w14:textId="77777777" w:rsidR="00F91254" w:rsidRDefault="00F91254" w:rsidP="00FF3343">
      <w:pPr>
        <w:jc w:val="center"/>
        <w:rPr>
          <w:rFonts w:ascii="Arial" w:hAnsi="Arial" w:cs="Arial"/>
          <w:b/>
          <w:bCs/>
          <w:i/>
          <w:sz w:val="144"/>
          <w:szCs w:val="144"/>
          <w:lang w:val="es-CL"/>
        </w:rPr>
      </w:pPr>
    </w:p>
    <w:p w14:paraId="70B04B30" w14:textId="77777777" w:rsidR="000576E8" w:rsidRDefault="000576E8" w:rsidP="00FF3343">
      <w:pPr>
        <w:jc w:val="center"/>
        <w:rPr>
          <w:rFonts w:ascii="Arial" w:hAnsi="Arial" w:cs="Arial"/>
          <w:b/>
          <w:bCs/>
          <w:i/>
          <w:sz w:val="144"/>
          <w:szCs w:val="144"/>
          <w:lang w:val="es-CL"/>
        </w:rPr>
      </w:pPr>
    </w:p>
    <w:p w14:paraId="4A69599B" w14:textId="77777777" w:rsidR="000576E8" w:rsidRDefault="000576E8" w:rsidP="00FF3343">
      <w:pPr>
        <w:jc w:val="center"/>
        <w:rPr>
          <w:rFonts w:ascii="Arial" w:hAnsi="Arial" w:cs="Arial"/>
          <w:b/>
          <w:bCs/>
          <w:i/>
          <w:sz w:val="48"/>
          <w:szCs w:val="48"/>
          <w:lang w:val="es-CL"/>
        </w:rPr>
      </w:pPr>
    </w:p>
    <w:p w14:paraId="6C375F4E" w14:textId="77777777" w:rsidR="004E169C" w:rsidRPr="000576E8" w:rsidRDefault="004E169C" w:rsidP="00FF3343">
      <w:pPr>
        <w:jc w:val="center"/>
        <w:rPr>
          <w:rFonts w:ascii="Arial" w:hAnsi="Arial" w:cs="Arial"/>
          <w:b/>
          <w:bCs/>
          <w:i/>
          <w:sz w:val="48"/>
          <w:szCs w:val="48"/>
          <w:lang w:val="es-CL"/>
        </w:rPr>
      </w:pPr>
    </w:p>
    <w:p w14:paraId="0F8A0018" w14:textId="07A3ADE8" w:rsidR="000576E8" w:rsidRPr="00F91254" w:rsidRDefault="000576E8" w:rsidP="000576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bookmarkStart w:id="5" w:name="_Hlk217893172"/>
      <w:r>
        <w:rPr>
          <w:rFonts w:ascii="Arial" w:hAnsi="Arial" w:cs="Arial"/>
          <w:b/>
          <w:bCs/>
          <w:i/>
          <w:sz w:val="24"/>
          <w:szCs w:val="24"/>
          <w:lang w:val="es-CL"/>
        </w:rPr>
        <w:lastRenderedPageBreak/>
        <w:t xml:space="preserve">ANEXO 2: </w:t>
      </w:r>
      <w:r>
        <w:rPr>
          <w:rFonts w:ascii="Arial" w:hAnsi="Arial" w:cs="Arial"/>
          <w:b/>
          <w:bCs/>
          <w:i/>
          <w:sz w:val="24"/>
          <w:szCs w:val="24"/>
          <w:lang w:val="es-CL"/>
        </w:rPr>
        <w:t>Bitácora DEC</w:t>
      </w:r>
    </w:p>
    <w:bookmarkEnd w:id="5"/>
    <w:p w14:paraId="088F5869" w14:textId="64A9422F" w:rsidR="00F91254" w:rsidRDefault="000576E8" w:rsidP="00FF3343">
      <w:pPr>
        <w:jc w:val="center"/>
        <w:rPr>
          <w:rFonts w:ascii="Arial" w:hAnsi="Arial" w:cs="Arial"/>
          <w:b/>
          <w:bCs/>
          <w:i/>
          <w:sz w:val="144"/>
          <w:szCs w:val="144"/>
          <w:lang w:val="es-CL"/>
        </w:rPr>
      </w:pPr>
      <w:r w:rsidRPr="000576E8">
        <w:rPr>
          <w:rFonts w:ascii="Arial" w:hAnsi="Arial" w:cs="Arial"/>
          <w:b/>
          <w:bCs/>
          <w:i/>
          <w:sz w:val="144"/>
          <w:szCs w:val="144"/>
          <w:lang w:val="es-CL"/>
        </w:rPr>
        <w:drawing>
          <wp:inline distT="0" distB="0" distL="0" distR="0" wp14:anchorId="4C5D014E" wp14:editId="57A53DF0">
            <wp:extent cx="4248150" cy="7087315"/>
            <wp:effectExtent l="0" t="0" r="0" b="0"/>
            <wp:docPr id="897643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3813" name=""/>
                    <pic:cNvPicPr/>
                  </pic:nvPicPr>
                  <pic:blipFill rotWithShape="1">
                    <a:blip r:embed="rId17"/>
                    <a:srcRect t="8440"/>
                    <a:stretch>
                      <a:fillRect/>
                    </a:stretch>
                  </pic:blipFill>
                  <pic:spPr bwMode="auto">
                    <a:xfrm>
                      <a:off x="0" y="0"/>
                      <a:ext cx="4253428" cy="7096120"/>
                    </a:xfrm>
                    <a:prstGeom prst="rect">
                      <a:avLst/>
                    </a:prstGeom>
                    <a:ln>
                      <a:noFill/>
                    </a:ln>
                    <a:extLst>
                      <a:ext uri="{53640926-AAD7-44D8-BBD7-CCE9431645EC}">
                        <a14:shadowObscured xmlns:a14="http://schemas.microsoft.com/office/drawing/2010/main"/>
                      </a:ext>
                    </a:extLst>
                  </pic:spPr>
                </pic:pic>
              </a:graphicData>
            </a:graphic>
          </wp:inline>
        </w:drawing>
      </w:r>
    </w:p>
    <w:p w14:paraId="359D6FD2" w14:textId="76D0C220" w:rsidR="000576E8" w:rsidRDefault="000576E8" w:rsidP="00FF3343">
      <w:pPr>
        <w:jc w:val="center"/>
        <w:rPr>
          <w:rFonts w:ascii="Arial" w:hAnsi="Arial" w:cs="Arial"/>
          <w:b/>
          <w:bCs/>
          <w:i/>
          <w:sz w:val="144"/>
          <w:szCs w:val="144"/>
          <w:lang w:val="es-CL"/>
        </w:rPr>
      </w:pPr>
      <w:r w:rsidRPr="000576E8">
        <w:rPr>
          <w:rFonts w:ascii="Arial" w:hAnsi="Arial" w:cs="Arial"/>
          <w:b/>
          <w:bCs/>
          <w:i/>
          <w:sz w:val="144"/>
          <w:szCs w:val="144"/>
          <w:lang w:val="es-CL"/>
        </w:rPr>
        <w:lastRenderedPageBreak/>
        <w:drawing>
          <wp:inline distT="0" distB="0" distL="0" distR="0" wp14:anchorId="41B44B72" wp14:editId="3CBF3E23">
            <wp:extent cx="3953427" cy="7449590"/>
            <wp:effectExtent l="0" t="0" r="9525" b="0"/>
            <wp:docPr id="1844821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21864" name=""/>
                    <pic:cNvPicPr/>
                  </pic:nvPicPr>
                  <pic:blipFill>
                    <a:blip r:embed="rId18"/>
                    <a:stretch>
                      <a:fillRect/>
                    </a:stretch>
                  </pic:blipFill>
                  <pic:spPr>
                    <a:xfrm>
                      <a:off x="0" y="0"/>
                      <a:ext cx="3953427" cy="7449590"/>
                    </a:xfrm>
                    <a:prstGeom prst="rect">
                      <a:avLst/>
                    </a:prstGeom>
                  </pic:spPr>
                </pic:pic>
              </a:graphicData>
            </a:graphic>
          </wp:inline>
        </w:drawing>
      </w:r>
    </w:p>
    <w:p w14:paraId="5418A66F" w14:textId="77777777" w:rsidR="004E169C" w:rsidRPr="004E169C" w:rsidRDefault="004E169C" w:rsidP="00FF3343">
      <w:pPr>
        <w:jc w:val="center"/>
        <w:rPr>
          <w:rFonts w:ascii="Arial" w:hAnsi="Arial" w:cs="Arial"/>
          <w:b/>
          <w:bCs/>
          <w:i/>
          <w:sz w:val="44"/>
          <w:szCs w:val="44"/>
          <w:lang w:val="es-CL"/>
        </w:rPr>
      </w:pPr>
    </w:p>
    <w:p w14:paraId="30782D52" w14:textId="6C0A3D5C" w:rsidR="00FF3922" w:rsidRPr="00FF3922" w:rsidRDefault="00FF3922" w:rsidP="00FF39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r>
        <w:rPr>
          <w:rFonts w:ascii="Arial" w:hAnsi="Arial" w:cs="Arial"/>
          <w:b/>
          <w:bCs/>
          <w:i/>
          <w:sz w:val="24"/>
          <w:szCs w:val="24"/>
          <w:lang w:val="es-CL"/>
        </w:rPr>
        <w:lastRenderedPageBreak/>
        <w:t xml:space="preserve">ANEXO </w:t>
      </w:r>
      <w:r>
        <w:rPr>
          <w:rFonts w:ascii="Arial" w:hAnsi="Arial" w:cs="Arial"/>
          <w:b/>
          <w:bCs/>
          <w:i/>
          <w:sz w:val="24"/>
          <w:szCs w:val="24"/>
          <w:lang w:val="es-CL"/>
        </w:rPr>
        <w:t xml:space="preserve">3: </w:t>
      </w:r>
      <w:r>
        <w:rPr>
          <w:rFonts w:ascii="Arial" w:hAnsi="Arial" w:cs="Arial"/>
          <w:sz w:val="24"/>
          <w:szCs w:val="24"/>
          <w:lang w:val="es-CL"/>
        </w:rPr>
        <w:t>Autorización de consentimiento informado protocolo TEA.</w:t>
      </w:r>
    </w:p>
    <w:p w14:paraId="647F2D84" w14:textId="439CEC22" w:rsidR="00F91254" w:rsidRDefault="00F91254" w:rsidP="00FF3343">
      <w:pPr>
        <w:jc w:val="center"/>
        <w:rPr>
          <w:rFonts w:ascii="Arial" w:hAnsi="Arial" w:cs="Arial"/>
          <w:b/>
          <w:bCs/>
          <w:i/>
          <w:sz w:val="144"/>
          <w:szCs w:val="144"/>
          <w:lang w:val="es-CL"/>
        </w:rPr>
      </w:pPr>
      <w:r>
        <w:rPr>
          <w:rFonts w:ascii="Arial" w:hAnsi="Arial" w:cs="Arial"/>
          <w:b/>
          <w:bCs/>
          <w:i/>
          <w:noProof/>
          <w:sz w:val="144"/>
          <w:szCs w:val="144"/>
          <w:lang w:val="es-CL"/>
        </w:rPr>
        <w:drawing>
          <wp:inline distT="0" distB="0" distL="0" distR="0" wp14:anchorId="2CE81074" wp14:editId="0CEC6179">
            <wp:extent cx="4639310" cy="6391275"/>
            <wp:effectExtent l="0" t="0" r="8890" b="9525"/>
            <wp:docPr id="20586435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9310" cy="6391275"/>
                    </a:xfrm>
                    <a:prstGeom prst="rect">
                      <a:avLst/>
                    </a:prstGeom>
                    <a:noFill/>
                  </pic:spPr>
                </pic:pic>
              </a:graphicData>
            </a:graphic>
          </wp:inline>
        </w:drawing>
      </w:r>
    </w:p>
    <w:p w14:paraId="103FC8F0" w14:textId="77777777" w:rsidR="00FF3922" w:rsidRDefault="00FF3922" w:rsidP="00FF3343">
      <w:pPr>
        <w:jc w:val="center"/>
        <w:rPr>
          <w:rFonts w:ascii="Arial" w:hAnsi="Arial" w:cs="Arial"/>
          <w:b/>
          <w:bCs/>
          <w:i/>
          <w:sz w:val="56"/>
          <w:szCs w:val="56"/>
          <w:lang w:val="es-CL"/>
        </w:rPr>
      </w:pPr>
    </w:p>
    <w:p w14:paraId="0E3050BB" w14:textId="77777777" w:rsidR="004E169C" w:rsidRPr="00FF3922" w:rsidRDefault="004E169C" w:rsidP="00FF3343">
      <w:pPr>
        <w:jc w:val="center"/>
        <w:rPr>
          <w:rFonts w:ascii="Arial" w:hAnsi="Arial" w:cs="Arial"/>
          <w:b/>
          <w:bCs/>
          <w:i/>
          <w:sz w:val="56"/>
          <w:szCs w:val="56"/>
          <w:lang w:val="es-CL"/>
        </w:rPr>
      </w:pPr>
    </w:p>
    <w:p w14:paraId="0D4ACCD9" w14:textId="1F5ED1E1" w:rsidR="00FF3922" w:rsidRPr="00FF3922" w:rsidRDefault="00FF3922" w:rsidP="00FF39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bookmarkStart w:id="6" w:name="_Hlk217893355"/>
      <w:r>
        <w:rPr>
          <w:rFonts w:ascii="Arial" w:hAnsi="Arial" w:cs="Arial"/>
          <w:b/>
          <w:bCs/>
          <w:i/>
          <w:sz w:val="24"/>
          <w:szCs w:val="24"/>
          <w:lang w:val="es-CL"/>
        </w:rPr>
        <w:lastRenderedPageBreak/>
        <w:t xml:space="preserve">ANEXO </w:t>
      </w:r>
      <w:r>
        <w:rPr>
          <w:rFonts w:ascii="Arial" w:hAnsi="Arial" w:cs="Arial"/>
          <w:b/>
          <w:bCs/>
          <w:i/>
          <w:sz w:val="24"/>
          <w:szCs w:val="24"/>
          <w:lang w:val="es-CL"/>
        </w:rPr>
        <w:t>4</w:t>
      </w:r>
      <w:r>
        <w:rPr>
          <w:rFonts w:ascii="Arial" w:hAnsi="Arial" w:cs="Arial"/>
          <w:b/>
          <w:bCs/>
          <w:i/>
          <w:sz w:val="24"/>
          <w:szCs w:val="24"/>
          <w:lang w:val="es-CL"/>
        </w:rPr>
        <w:t xml:space="preserve">: </w:t>
      </w:r>
      <w:r w:rsidRPr="00FF3922">
        <w:rPr>
          <w:rFonts w:ascii="Arial" w:hAnsi="Arial" w:cs="Arial"/>
          <w:b/>
          <w:bCs/>
          <w:sz w:val="24"/>
          <w:szCs w:val="24"/>
          <w:lang w:val="es-CL"/>
        </w:rPr>
        <w:t>Certificado de</w:t>
      </w:r>
      <w:r>
        <w:rPr>
          <w:rFonts w:ascii="Arial" w:hAnsi="Arial" w:cs="Arial"/>
          <w:b/>
          <w:bCs/>
          <w:sz w:val="24"/>
          <w:szCs w:val="24"/>
          <w:lang w:val="es-CL"/>
        </w:rPr>
        <w:t xml:space="preserve"> atención</w:t>
      </w:r>
      <w:r w:rsidRPr="00FF3922">
        <w:rPr>
          <w:rFonts w:ascii="Arial" w:hAnsi="Arial" w:cs="Arial"/>
          <w:b/>
          <w:bCs/>
          <w:sz w:val="24"/>
          <w:szCs w:val="24"/>
          <w:lang w:val="es-CL"/>
        </w:rPr>
        <w:t xml:space="preserve"> desregulación al apoderado:</w:t>
      </w:r>
      <w:r>
        <w:rPr>
          <w:rFonts w:ascii="Arial" w:hAnsi="Arial" w:cs="Arial"/>
          <w:sz w:val="24"/>
          <w:szCs w:val="24"/>
          <w:lang w:val="es-CL"/>
        </w:rPr>
        <w:t xml:space="preserve"> Registro anecdótico</w:t>
      </w:r>
    </w:p>
    <w:bookmarkEnd w:id="6"/>
    <w:p w14:paraId="209CEC77" w14:textId="6DEDEEBF" w:rsidR="00F91254" w:rsidRDefault="00FF3922" w:rsidP="00FF3343">
      <w:pPr>
        <w:jc w:val="center"/>
        <w:rPr>
          <w:rFonts w:ascii="Arial" w:hAnsi="Arial" w:cs="Arial"/>
          <w:b/>
          <w:bCs/>
          <w:i/>
          <w:sz w:val="144"/>
          <w:szCs w:val="144"/>
          <w:lang w:val="es-CL"/>
        </w:rPr>
      </w:pPr>
      <w:r>
        <w:rPr>
          <w:rFonts w:ascii="Arial" w:hAnsi="Arial" w:cs="Arial"/>
          <w:b/>
          <w:bCs/>
          <w:i/>
          <w:noProof/>
          <w:sz w:val="144"/>
          <w:szCs w:val="144"/>
          <w:lang w:val="es-CL"/>
        </w:rPr>
        <w:drawing>
          <wp:inline distT="0" distB="0" distL="0" distR="0" wp14:anchorId="5BED1A15" wp14:editId="320E8BD8">
            <wp:extent cx="4705985" cy="5715635"/>
            <wp:effectExtent l="0" t="0" r="0" b="0"/>
            <wp:docPr id="605045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985" cy="5715635"/>
                    </a:xfrm>
                    <a:prstGeom prst="rect">
                      <a:avLst/>
                    </a:prstGeom>
                    <a:noFill/>
                  </pic:spPr>
                </pic:pic>
              </a:graphicData>
            </a:graphic>
          </wp:inline>
        </w:drawing>
      </w:r>
    </w:p>
    <w:p w14:paraId="53981DDB" w14:textId="77777777" w:rsidR="00FF3922" w:rsidRDefault="00FF3922" w:rsidP="00FF3343">
      <w:pPr>
        <w:jc w:val="center"/>
        <w:rPr>
          <w:rFonts w:ascii="Arial" w:hAnsi="Arial" w:cs="Arial"/>
          <w:b/>
          <w:bCs/>
          <w:i/>
          <w:sz w:val="144"/>
          <w:szCs w:val="144"/>
          <w:lang w:val="es-CL"/>
        </w:rPr>
      </w:pPr>
    </w:p>
    <w:p w14:paraId="03F22319" w14:textId="77777777" w:rsidR="004E169C" w:rsidRPr="004E169C" w:rsidRDefault="004E169C" w:rsidP="00FF3343">
      <w:pPr>
        <w:jc w:val="center"/>
        <w:rPr>
          <w:rFonts w:ascii="Arial" w:hAnsi="Arial" w:cs="Arial"/>
          <w:b/>
          <w:bCs/>
          <w:i/>
          <w:sz w:val="52"/>
          <w:szCs w:val="52"/>
          <w:lang w:val="es-CL"/>
        </w:rPr>
      </w:pPr>
    </w:p>
    <w:p w14:paraId="09985220" w14:textId="0D51B9C8" w:rsidR="00FF3922" w:rsidRPr="00FF3922" w:rsidRDefault="00FF3922" w:rsidP="00FF39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r>
        <w:rPr>
          <w:rFonts w:ascii="Arial" w:hAnsi="Arial" w:cs="Arial"/>
          <w:b/>
          <w:bCs/>
          <w:i/>
          <w:sz w:val="24"/>
          <w:szCs w:val="24"/>
          <w:lang w:val="es-CL"/>
        </w:rPr>
        <w:lastRenderedPageBreak/>
        <w:t xml:space="preserve">ANEXO </w:t>
      </w:r>
      <w:r>
        <w:rPr>
          <w:rFonts w:ascii="Arial" w:hAnsi="Arial" w:cs="Arial"/>
          <w:b/>
          <w:bCs/>
          <w:i/>
          <w:sz w:val="24"/>
          <w:szCs w:val="24"/>
          <w:lang w:val="es-CL"/>
        </w:rPr>
        <w:t>5</w:t>
      </w:r>
      <w:r>
        <w:rPr>
          <w:rFonts w:ascii="Arial" w:hAnsi="Arial" w:cs="Arial"/>
          <w:b/>
          <w:bCs/>
          <w:i/>
          <w:sz w:val="24"/>
          <w:szCs w:val="24"/>
          <w:lang w:val="es-CL"/>
        </w:rPr>
        <w:t xml:space="preserve">: </w:t>
      </w:r>
      <w:r>
        <w:rPr>
          <w:rFonts w:ascii="Arial" w:hAnsi="Arial" w:cs="Arial"/>
          <w:sz w:val="24"/>
          <w:szCs w:val="24"/>
          <w:lang w:val="es-CL"/>
        </w:rPr>
        <w:t>Deberes en situación de crisis.</w:t>
      </w:r>
    </w:p>
    <w:p w14:paraId="207EC923" w14:textId="510495C7" w:rsidR="00F91254" w:rsidRDefault="00F91254" w:rsidP="00FF3343">
      <w:pPr>
        <w:jc w:val="center"/>
        <w:rPr>
          <w:rFonts w:ascii="Arial" w:hAnsi="Arial" w:cs="Arial"/>
          <w:b/>
          <w:bCs/>
          <w:i/>
          <w:sz w:val="144"/>
          <w:szCs w:val="144"/>
          <w:lang w:val="es-CL"/>
        </w:rPr>
      </w:pPr>
      <w:r>
        <w:rPr>
          <w:rFonts w:ascii="Arial" w:hAnsi="Arial" w:cs="Arial"/>
          <w:b/>
          <w:bCs/>
          <w:i/>
          <w:noProof/>
          <w:sz w:val="144"/>
          <w:szCs w:val="144"/>
          <w:lang w:val="es-CL"/>
        </w:rPr>
        <w:drawing>
          <wp:inline distT="0" distB="0" distL="0" distR="0" wp14:anchorId="30C63558" wp14:editId="1CF82746">
            <wp:extent cx="4620260" cy="7334250"/>
            <wp:effectExtent l="0" t="0" r="8890" b="0"/>
            <wp:docPr id="1389803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0260" cy="7334250"/>
                    </a:xfrm>
                    <a:prstGeom prst="rect">
                      <a:avLst/>
                    </a:prstGeom>
                    <a:noFill/>
                  </pic:spPr>
                </pic:pic>
              </a:graphicData>
            </a:graphic>
          </wp:inline>
        </w:drawing>
      </w:r>
    </w:p>
    <w:p w14:paraId="6D7E3869" w14:textId="77777777" w:rsidR="004E169C" w:rsidRPr="004E169C" w:rsidRDefault="004E169C" w:rsidP="00FF3343">
      <w:pPr>
        <w:jc w:val="center"/>
        <w:rPr>
          <w:rFonts w:ascii="Arial" w:hAnsi="Arial" w:cs="Arial"/>
          <w:b/>
          <w:bCs/>
          <w:i/>
          <w:sz w:val="36"/>
          <w:szCs w:val="36"/>
          <w:lang w:val="es-CL"/>
        </w:rPr>
      </w:pPr>
    </w:p>
    <w:p w14:paraId="72DBC83D" w14:textId="76001A81" w:rsidR="00FF3922" w:rsidRPr="00FF3922" w:rsidRDefault="00FF3922" w:rsidP="00FF39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r>
        <w:rPr>
          <w:rFonts w:ascii="Arial" w:hAnsi="Arial" w:cs="Arial"/>
          <w:b/>
          <w:bCs/>
          <w:i/>
          <w:sz w:val="24"/>
          <w:szCs w:val="24"/>
          <w:lang w:val="es-CL"/>
        </w:rPr>
        <w:lastRenderedPageBreak/>
        <w:t xml:space="preserve">ANEXO </w:t>
      </w:r>
      <w:r>
        <w:rPr>
          <w:rFonts w:ascii="Arial" w:hAnsi="Arial" w:cs="Arial"/>
          <w:b/>
          <w:bCs/>
          <w:i/>
          <w:sz w:val="24"/>
          <w:szCs w:val="24"/>
          <w:lang w:val="es-CL"/>
        </w:rPr>
        <w:t>6</w:t>
      </w:r>
      <w:r>
        <w:rPr>
          <w:rFonts w:ascii="Arial" w:hAnsi="Arial" w:cs="Arial"/>
          <w:b/>
          <w:bCs/>
          <w:i/>
          <w:sz w:val="24"/>
          <w:szCs w:val="24"/>
          <w:lang w:val="es-CL"/>
        </w:rPr>
        <w:t xml:space="preserve">: </w:t>
      </w:r>
      <w:r>
        <w:rPr>
          <w:rFonts w:ascii="Arial" w:hAnsi="Arial" w:cs="Arial"/>
          <w:sz w:val="24"/>
          <w:szCs w:val="24"/>
          <w:lang w:val="es-CL"/>
        </w:rPr>
        <w:t>Certificado de concurrencia por situación de emergencia.</w:t>
      </w:r>
    </w:p>
    <w:p w14:paraId="7AC82B18" w14:textId="0335E3F9" w:rsidR="00F91254" w:rsidRDefault="00F91254" w:rsidP="00FF3343">
      <w:pPr>
        <w:jc w:val="center"/>
        <w:rPr>
          <w:rFonts w:ascii="Arial" w:hAnsi="Arial" w:cs="Arial"/>
          <w:b/>
          <w:bCs/>
          <w:i/>
          <w:sz w:val="144"/>
          <w:szCs w:val="144"/>
          <w:lang w:val="es-CL"/>
        </w:rPr>
      </w:pPr>
      <w:r>
        <w:rPr>
          <w:rFonts w:ascii="Arial" w:hAnsi="Arial" w:cs="Arial"/>
          <w:b/>
          <w:bCs/>
          <w:i/>
          <w:noProof/>
          <w:sz w:val="144"/>
          <w:szCs w:val="144"/>
          <w:lang w:val="es-CL"/>
        </w:rPr>
        <w:drawing>
          <wp:inline distT="0" distB="0" distL="0" distR="0" wp14:anchorId="2B59C2ED" wp14:editId="3878893E">
            <wp:extent cx="4705985" cy="4858385"/>
            <wp:effectExtent l="0" t="0" r="0" b="0"/>
            <wp:docPr id="17573711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985" cy="4858385"/>
                    </a:xfrm>
                    <a:prstGeom prst="rect">
                      <a:avLst/>
                    </a:prstGeom>
                    <a:noFill/>
                  </pic:spPr>
                </pic:pic>
              </a:graphicData>
            </a:graphic>
          </wp:inline>
        </w:drawing>
      </w:r>
    </w:p>
    <w:p w14:paraId="1207A7C5" w14:textId="77777777" w:rsidR="00F91254" w:rsidRDefault="00F91254" w:rsidP="00FF3343">
      <w:pPr>
        <w:jc w:val="center"/>
        <w:rPr>
          <w:rFonts w:ascii="Arial" w:hAnsi="Arial" w:cs="Arial"/>
          <w:b/>
          <w:bCs/>
          <w:i/>
          <w:sz w:val="144"/>
          <w:szCs w:val="144"/>
          <w:lang w:val="es-CL"/>
        </w:rPr>
      </w:pPr>
    </w:p>
    <w:p w14:paraId="6F568861" w14:textId="77777777" w:rsidR="00F02877" w:rsidRDefault="00F02877" w:rsidP="00FF3343">
      <w:pPr>
        <w:jc w:val="center"/>
        <w:rPr>
          <w:rFonts w:ascii="Arial" w:hAnsi="Arial" w:cs="Arial"/>
          <w:b/>
          <w:bCs/>
          <w:i/>
          <w:sz w:val="72"/>
          <w:szCs w:val="72"/>
          <w:lang w:val="es-CL"/>
        </w:rPr>
      </w:pPr>
    </w:p>
    <w:p w14:paraId="505FE747" w14:textId="77777777" w:rsidR="00F02877" w:rsidRDefault="00F02877" w:rsidP="00FF3343">
      <w:pPr>
        <w:jc w:val="center"/>
        <w:rPr>
          <w:rFonts w:ascii="Arial" w:hAnsi="Arial" w:cs="Arial"/>
          <w:b/>
          <w:bCs/>
          <w:i/>
          <w:sz w:val="24"/>
          <w:szCs w:val="24"/>
          <w:lang w:val="es-CL"/>
        </w:rPr>
      </w:pPr>
    </w:p>
    <w:p w14:paraId="27910FE8" w14:textId="77777777" w:rsidR="004E169C" w:rsidRPr="00F02877" w:rsidRDefault="004E169C" w:rsidP="00FF3343">
      <w:pPr>
        <w:jc w:val="center"/>
        <w:rPr>
          <w:rFonts w:ascii="Arial" w:hAnsi="Arial" w:cs="Arial"/>
          <w:b/>
          <w:bCs/>
          <w:i/>
          <w:sz w:val="24"/>
          <w:szCs w:val="24"/>
          <w:lang w:val="es-CL"/>
        </w:rPr>
      </w:pPr>
    </w:p>
    <w:p w14:paraId="1FE04293" w14:textId="63B8E73D" w:rsidR="00F02877" w:rsidRPr="00FF3922" w:rsidRDefault="00F02877" w:rsidP="00F028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jc w:val="center"/>
        <w:rPr>
          <w:rFonts w:ascii="Arial" w:hAnsi="Arial" w:cs="Arial"/>
          <w:b/>
          <w:bCs/>
          <w:i/>
          <w:sz w:val="24"/>
          <w:szCs w:val="24"/>
          <w:lang w:val="es-CL"/>
        </w:rPr>
      </w:pPr>
      <w:r>
        <w:rPr>
          <w:rFonts w:ascii="Arial" w:hAnsi="Arial" w:cs="Arial"/>
          <w:b/>
          <w:bCs/>
          <w:i/>
          <w:sz w:val="24"/>
          <w:szCs w:val="24"/>
          <w:lang w:val="es-CL"/>
        </w:rPr>
        <w:lastRenderedPageBreak/>
        <w:t xml:space="preserve">ANEXO </w:t>
      </w:r>
      <w:r w:rsidR="004E169C">
        <w:rPr>
          <w:rFonts w:ascii="Arial" w:hAnsi="Arial" w:cs="Arial"/>
          <w:b/>
          <w:bCs/>
          <w:i/>
          <w:sz w:val="24"/>
          <w:szCs w:val="24"/>
          <w:lang w:val="es-CL"/>
        </w:rPr>
        <w:t>7</w:t>
      </w:r>
      <w:r>
        <w:rPr>
          <w:rFonts w:ascii="Arial" w:hAnsi="Arial" w:cs="Arial"/>
          <w:b/>
          <w:bCs/>
          <w:i/>
          <w:sz w:val="24"/>
          <w:szCs w:val="24"/>
          <w:lang w:val="es-CL"/>
        </w:rPr>
        <w:t xml:space="preserve">: </w:t>
      </w:r>
      <w:r w:rsidRPr="00F02877">
        <w:rPr>
          <w:rFonts w:ascii="Arial" w:hAnsi="Arial" w:cs="Arial"/>
          <w:lang w:val="es-CL" w:eastAsia="es-CL"/>
        </w:rPr>
        <w:t>Procedimiento de Higiene y Minutas Diferenciadas para Estudiantes</w:t>
      </w:r>
      <w:r>
        <w:rPr>
          <w:rFonts w:ascii="Arial" w:hAnsi="Arial" w:cs="Arial"/>
          <w:lang w:val="es-CL" w:eastAsia="es-CL"/>
        </w:rPr>
        <w:t xml:space="preserve"> TEA.</w:t>
      </w:r>
    </w:p>
    <w:p w14:paraId="39DA82C0" w14:textId="77777777" w:rsidR="00F02877" w:rsidRPr="00F02877" w:rsidRDefault="00F02877" w:rsidP="00F02877">
      <w:pPr>
        <w:jc w:val="center"/>
        <w:rPr>
          <w:rFonts w:ascii="Arial" w:hAnsi="Arial" w:cs="Arial"/>
          <w:sz w:val="28"/>
          <w:szCs w:val="28"/>
          <w:lang w:val="es-CL" w:eastAsia="es-CL"/>
        </w:rPr>
      </w:pPr>
      <w:bookmarkStart w:id="7" w:name="_Hlk217893864"/>
      <w:r w:rsidRPr="00F02877">
        <w:rPr>
          <w:rFonts w:ascii="Arial" w:hAnsi="Arial" w:cs="Arial"/>
          <w:sz w:val="28"/>
          <w:szCs w:val="28"/>
          <w:lang w:val="es-CL" w:eastAsia="es-CL"/>
        </w:rPr>
        <w:t xml:space="preserve">Procedimiento de Higiene y Minutas Diferenciadas para Estudiantes </w:t>
      </w:r>
      <w:bookmarkEnd w:id="7"/>
      <w:r w:rsidRPr="00F02877">
        <w:rPr>
          <w:rFonts w:ascii="Arial" w:hAnsi="Arial" w:cs="Arial"/>
          <w:sz w:val="28"/>
          <w:szCs w:val="28"/>
          <w:lang w:val="es-CL" w:eastAsia="es-CL"/>
        </w:rPr>
        <w:t>con Trastorno del Espectro Autista (TEA)</w:t>
      </w:r>
    </w:p>
    <w:p w14:paraId="0ED6E3C8"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1. Fundamentación</w:t>
      </w:r>
    </w:p>
    <w:p w14:paraId="64ED35F0" w14:textId="77777777" w:rsidR="00F02877" w:rsidRPr="00F02877" w:rsidRDefault="00F02877" w:rsidP="00F02877">
      <w:pPr>
        <w:jc w:val="both"/>
        <w:rPr>
          <w:rFonts w:ascii="Arial" w:hAnsi="Arial" w:cs="Arial"/>
          <w:lang w:val="es-CL" w:eastAsia="es-CL"/>
        </w:rPr>
      </w:pPr>
      <w:r w:rsidRPr="00F02877">
        <w:rPr>
          <w:rFonts w:ascii="Arial" w:hAnsi="Arial" w:cs="Arial"/>
          <w:lang w:val="es-CL" w:eastAsia="es-CL"/>
        </w:rPr>
        <w:t>El presente procedimiento tiene por finalidad establecer lineamientos claros y sistemáticos para asegurar condiciones adecuadas de higiene personal, alimentaria y minutas diferenciadas para estudiantes con Trastorno del Espectro Autista (TEA), garantizando el derecho a la educación inclusiva, a la salud y al bienestar integral, conforme a la normativa vigente en Chile.</w:t>
      </w:r>
    </w:p>
    <w:p w14:paraId="7B3B208F" w14:textId="77777777" w:rsidR="00F02877" w:rsidRPr="00F02877" w:rsidRDefault="00F02877" w:rsidP="00F02877">
      <w:pPr>
        <w:jc w:val="both"/>
        <w:rPr>
          <w:rFonts w:ascii="Arial" w:hAnsi="Arial" w:cs="Arial"/>
          <w:lang w:val="es-CL" w:eastAsia="es-CL"/>
        </w:rPr>
      </w:pPr>
      <w:r w:rsidRPr="00F02877">
        <w:rPr>
          <w:rFonts w:ascii="Arial" w:hAnsi="Arial" w:cs="Arial"/>
          <w:lang w:val="es-CL" w:eastAsia="es-CL"/>
        </w:rPr>
        <w:t>Este documento se enmarca en el enfoque de derechos, inclusión educativa y atención a la diversidad, promoviendo la participación plena y segura de los estudiantes con TEA en el contexto escolar.</w:t>
      </w:r>
    </w:p>
    <w:p w14:paraId="265D0F21" w14:textId="77777777" w:rsidR="00F02877" w:rsidRPr="00F02877" w:rsidRDefault="00F02877" w:rsidP="00F02877">
      <w:pPr>
        <w:jc w:val="both"/>
        <w:rPr>
          <w:rFonts w:ascii="Arial" w:hAnsi="Arial" w:cs="Arial"/>
          <w:b/>
          <w:bCs/>
          <w:lang w:val="es-CL" w:eastAsia="es-CL"/>
        </w:rPr>
      </w:pPr>
      <w:r w:rsidRPr="00F02877">
        <w:rPr>
          <w:rFonts w:ascii="Arial" w:hAnsi="Arial" w:cs="Arial"/>
          <w:b/>
          <w:bCs/>
          <w:lang w:val="es-CL" w:eastAsia="es-CL"/>
        </w:rPr>
        <w:t>2. Marco Normativo Vigente (Chile)</w:t>
      </w:r>
    </w:p>
    <w:p w14:paraId="5B1A1E28" w14:textId="77777777" w:rsidR="00F02877" w:rsidRPr="00F02877" w:rsidRDefault="00F02877" w:rsidP="00F02877">
      <w:pPr>
        <w:pStyle w:val="Prrafodelista"/>
        <w:numPr>
          <w:ilvl w:val="0"/>
          <w:numId w:val="26"/>
        </w:numPr>
        <w:jc w:val="both"/>
        <w:rPr>
          <w:rFonts w:ascii="Arial" w:hAnsi="Arial" w:cs="Arial"/>
          <w:lang w:val="es-CL" w:eastAsia="es-CL"/>
        </w:rPr>
      </w:pPr>
      <w:proofErr w:type="gramStart"/>
      <w:r w:rsidRPr="00F02877">
        <w:rPr>
          <w:rFonts w:ascii="Arial" w:hAnsi="Arial" w:cs="Arial"/>
          <w:lang w:val="es-CL" w:eastAsia="es-CL"/>
        </w:rPr>
        <w:t>Ley N.º</w:t>
      </w:r>
      <w:proofErr w:type="gramEnd"/>
      <w:r w:rsidRPr="00F02877">
        <w:rPr>
          <w:rFonts w:ascii="Arial" w:hAnsi="Arial" w:cs="Arial"/>
          <w:lang w:val="es-CL" w:eastAsia="es-CL"/>
        </w:rPr>
        <w:t xml:space="preserve"> 20.845 de Inclusión Escolar.</w:t>
      </w:r>
    </w:p>
    <w:p w14:paraId="1403D514" w14:textId="77777777" w:rsidR="00F02877" w:rsidRPr="00F02877" w:rsidRDefault="00F02877" w:rsidP="00F02877">
      <w:pPr>
        <w:pStyle w:val="Prrafodelista"/>
        <w:numPr>
          <w:ilvl w:val="0"/>
          <w:numId w:val="26"/>
        </w:numPr>
        <w:jc w:val="both"/>
        <w:rPr>
          <w:rFonts w:ascii="Arial" w:hAnsi="Arial" w:cs="Arial"/>
          <w:lang w:val="es-CL" w:eastAsia="es-CL"/>
        </w:rPr>
      </w:pPr>
      <w:proofErr w:type="gramStart"/>
      <w:r w:rsidRPr="00F02877">
        <w:rPr>
          <w:rFonts w:ascii="Arial" w:hAnsi="Arial" w:cs="Arial"/>
          <w:lang w:val="es-CL" w:eastAsia="es-CL"/>
        </w:rPr>
        <w:t>Ley N.º</w:t>
      </w:r>
      <w:proofErr w:type="gramEnd"/>
      <w:r w:rsidRPr="00F02877">
        <w:rPr>
          <w:rFonts w:ascii="Arial" w:hAnsi="Arial" w:cs="Arial"/>
          <w:lang w:val="es-CL" w:eastAsia="es-CL"/>
        </w:rPr>
        <w:t xml:space="preserve"> 21.545 (Ley TEA), que promueve la inclusión, atención integral y protección de derechos de las personas con TEA.</w:t>
      </w:r>
    </w:p>
    <w:p w14:paraId="72120CFF" w14:textId="77777777" w:rsidR="00F02877" w:rsidRPr="00F02877" w:rsidRDefault="00F02877" w:rsidP="00F02877">
      <w:pPr>
        <w:pStyle w:val="Prrafodelista"/>
        <w:numPr>
          <w:ilvl w:val="0"/>
          <w:numId w:val="26"/>
        </w:numPr>
        <w:jc w:val="both"/>
        <w:rPr>
          <w:rFonts w:ascii="Arial" w:hAnsi="Arial" w:cs="Arial"/>
          <w:lang w:val="es-CL" w:eastAsia="es-CL"/>
        </w:rPr>
      </w:pPr>
      <w:r w:rsidRPr="00F02877">
        <w:rPr>
          <w:rFonts w:ascii="Arial" w:hAnsi="Arial" w:cs="Arial"/>
          <w:lang w:val="es-CL" w:eastAsia="es-CL"/>
        </w:rPr>
        <w:t>Decreto N.º 170/2009, que regula las Necesidades Educativas Especiales (NEE).</w:t>
      </w:r>
    </w:p>
    <w:p w14:paraId="39897D56" w14:textId="77777777" w:rsidR="00F02877" w:rsidRPr="00F02877" w:rsidRDefault="00F02877" w:rsidP="00F02877">
      <w:pPr>
        <w:pStyle w:val="Prrafodelista"/>
        <w:numPr>
          <w:ilvl w:val="0"/>
          <w:numId w:val="26"/>
        </w:numPr>
        <w:jc w:val="both"/>
        <w:rPr>
          <w:rFonts w:ascii="Arial" w:hAnsi="Arial" w:cs="Arial"/>
          <w:lang w:val="es-CL" w:eastAsia="es-CL"/>
        </w:rPr>
      </w:pPr>
      <w:r w:rsidRPr="00F02877">
        <w:rPr>
          <w:rFonts w:ascii="Arial" w:hAnsi="Arial" w:cs="Arial"/>
          <w:lang w:val="es-CL" w:eastAsia="es-CL"/>
        </w:rPr>
        <w:t>Decreto N.º 67/2018, sobre evaluación, calificación y promoción.</w:t>
      </w:r>
    </w:p>
    <w:p w14:paraId="6A9A18E4" w14:textId="77777777" w:rsidR="00F02877" w:rsidRPr="00F02877" w:rsidRDefault="00F02877" w:rsidP="00F02877">
      <w:pPr>
        <w:pStyle w:val="Prrafodelista"/>
        <w:numPr>
          <w:ilvl w:val="0"/>
          <w:numId w:val="26"/>
        </w:numPr>
        <w:jc w:val="both"/>
        <w:rPr>
          <w:rFonts w:ascii="Arial" w:hAnsi="Arial" w:cs="Arial"/>
          <w:lang w:val="es-CL" w:eastAsia="es-CL"/>
        </w:rPr>
      </w:pPr>
      <w:proofErr w:type="gramStart"/>
      <w:r w:rsidRPr="00F02877">
        <w:rPr>
          <w:rFonts w:ascii="Arial" w:hAnsi="Arial" w:cs="Arial"/>
          <w:lang w:val="es-CL" w:eastAsia="es-CL"/>
        </w:rPr>
        <w:t>Ley N.º</w:t>
      </w:r>
      <w:proofErr w:type="gramEnd"/>
      <w:r w:rsidRPr="00F02877">
        <w:rPr>
          <w:rFonts w:ascii="Arial" w:hAnsi="Arial" w:cs="Arial"/>
          <w:lang w:val="es-CL" w:eastAsia="es-CL"/>
        </w:rPr>
        <w:t xml:space="preserve"> 20.422, sobre igualdad de oportunidades e inclusión social de personas con discapacidad.</w:t>
      </w:r>
    </w:p>
    <w:p w14:paraId="34B9DC10" w14:textId="77777777" w:rsidR="00F02877" w:rsidRPr="00F02877" w:rsidRDefault="00F02877" w:rsidP="00F02877">
      <w:pPr>
        <w:pStyle w:val="Prrafodelista"/>
        <w:numPr>
          <w:ilvl w:val="0"/>
          <w:numId w:val="26"/>
        </w:numPr>
        <w:jc w:val="both"/>
        <w:rPr>
          <w:rFonts w:ascii="Arial" w:hAnsi="Arial" w:cs="Arial"/>
          <w:lang w:val="es-CL" w:eastAsia="es-CL"/>
        </w:rPr>
      </w:pPr>
      <w:r w:rsidRPr="00F02877">
        <w:rPr>
          <w:rFonts w:ascii="Arial" w:hAnsi="Arial" w:cs="Arial"/>
          <w:lang w:val="es-CL" w:eastAsia="es-CL"/>
        </w:rPr>
        <w:t>Marco para la Buena Enseñanza (MBE).</w:t>
      </w:r>
    </w:p>
    <w:p w14:paraId="593C279B" w14:textId="77777777" w:rsidR="00F02877" w:rsidRPr="00F02877" w:rsidRDefault="00F02877" w:rsidP="00F02877">
      <w:pPr>
        <w:pStyle w:val="Prrafodelista"/>
        <w:numPr>
          <w:ilvl w:val="0"/>
          <w:numId w:val="26"/>
        </w:numPr>
        <w:jc w:val="both"/>
        <w:rPr>
          <w:rFonts w:ascii="Arial" w:hAnsi="Arial" w:cs="Arial"/>
          <w:lang w:val="es-CL" w:eastAsia="es-CL"/>
        </w:rPr>
      </w:pPr>
      <w:r w:rsidRPr="00F02877">
        <w:rPr>
          <w:rFonts w:ascii="Arial" w:hAnsi="Arial" w:cs="Arial"/>
          <w:lang w:val="es-CL" w:eastAsia="es-CL"/>
        </w:rPr>
        <w:t>Orientaciones del Ministerio de Educación sobre Programas de Integración Escolar (PIE).</w:t>
      </w:r>
    </w:p>
    <w:p w14:paraId="63BBB17A" w14:textId="77777777" w:rsidR="0087680C" w:rsidRDefault="00F02877" w:rsidP="0087680C">
      <w:pPr>
        <w:pStyle w:val="Prrafodelista"/>
        <w:numPr>
          <w:ilvl w:val="0"/>
          <w:numId w:val="26"/>
        </w:numPr>
        <w:jc w:val="both"/>
        <w:rPr>
          <w:rFonts w:ascii="Arial" w:hAnsi="Arial" w:cs="Arial"/>
          <w:lang w:val="es-CL" w:eastAsia="es-CL"/>
        </w:rPr>
      </w:pPr>
      <w:r w:rsidRPr="00F02877">
        <w:rPr>
          <w:rFonts w:ascii="Arial" w:hAnsi="Arial" w:cs="Arial"/>
          <w:lang w:val="es-CL" w:eastAsia="es-CL"/>
        </w:rPr>
        <w:t>Protocolos del Ministerio de Salud y JUNAEB (en caso de alimentación escolar).</w:t>
      </w:r>
    </w:p>
    <w:p w14:paraId="7DC76D4A" w14:textId="66B6C10A" w:rsidR="00F02877" w:rsidRDefault="0087680C" w:rsidP="0087680C">
      <w:pPr>
        <w:pStyle w:val="Prrafodelista"/>
        <w:numPr>
          <w:ilvl w:val="0"/>
          <w:numId w:val="26"/>
        </w:numPr>
        <w:jc w:val="both"/>
        <w:rPr>
          <w:rFonts w:ascii="Arial" w:hAnsi="Arial" w:cs="Arial"/>
          <w:lang w:val="es-CL" w:eastAsia="es-CL"/>
        </w:rPr>
      </w:pPr>
      <w:r w:rsidRPr="0087680C">
        <w:rPr>
          <w:rFonts w:ascii="Arial" w:hAnsi="Arial" w:cs="Arial"/>
          <w:lang w:val="es-CL" w:eastAsia="es-CL"/>
        </w:rPr>
        <w:t>Oficio N°2610/2025</w:t>
      </w:r>
      <w:r>
        <w:rPr>
          <w:rFonts w:ascii="Arial" w:hAnsi="Arial" w:cs="Arial"/>
          <w:lang w:val="es-CL" w:eastAsia="es-CL"/>
        </w:rPr>
        <w:t xml:space="preserve"> O</w:t>
      </w:r>
      <w:r w:rsidRPr="0087680C">
        <w:rPr>
          <w:rFonts w:ascii="Arial" w:hAnsi="Arial" w:cs="Arial"/>
          <w:lang w:val="es-CL" w:eastAsia="es-CL"/>
        </w:rPr>
        <w:t>rientaciones a los establecimientos para el apoyo a estudiantes que requieren asistencia en las AVD en el contexto educativo.</w:t>
      </w:r>
    </w:p>
    <w:p w14:paraId="22F00156" w14:textId="77777777" w:rsidR="0087680C" w:rsidRPr="0087680C" w:rsidRDefault="0087680C" w:rsidP="0087680C">
      <w:pPr>
        <w:pStyle w:val="Prrafodelista"/>
        <w:jc w:val="both"/>
        <w:rPr>
          <w:rFonts w:ascii="Arial" w:hAnsi="Arial" w:cs="Arial"/>
          <w:lang w:val="es-CL" w:eastAsia="es-CL"/>
        </w:rPr>
      </w:pPr>
    </w:p>
    <w:p w14:paraId="640BC7E6" w14:textId="7DECBACE" w:rsidR="00F02877" w:rsidRPr="00F02877" w:rsidRDefault="00F02877" w:rsidP="00F02877">
      <w:pPr>
        <w:jc w:val="both"/>
        <w:rPr>
          <w:rFonts w:ascii="Arial" w:hAnsi="Arial" w:cs="Arial"/>
          <w:b/>
          <w:bCs/>
          <w:lang w:val="es-CL" w:eastAsia="es-CL"/>
        </w:rPr>
      </w:pPr>
      <w:r w:rsidRPr="00F02877">
        <w:rPr>
          <w:rFonts w:ascii="Arial" w:hAnsi="Arial" w:cs="Arial"/>
          <w:b/>
          <w:bCs/>
          <w:lang w:val="es-CL" w:eastAsia="es-CL"/>
        </w:rPr>
        <w:t>3. Objetivos</w:t>
      </w:r>
    </w:p>
    <w:p w14:paraId="3300A2FD" w14:textId="77777777" w:rsidR="00F02877" w:rsidRPr="00F02877" w:rsidRDefault="00F02877" w:rsidP="00F02877">
      <w:pPr>
        <w:jc w:val="both"/>
        <w:rPr>
          <w:rFonts w:ascii="Arial" w:hAnsi="Arial" w:cs="Arial"/>
          <w:b/>
          <w:bCs/>
          <w:lang w:val="es-CL" w:eastAsia="es-CL"/>
        </w:rPr>
      </w:pPr>
      <w:r w:rsidRPr="00F02877">
        <w:rPr>
          <w:rFonts w:ascii="Arial" w:hAnsi="Arial" w:cs="Arial"/>
          <w:b/>
          <w:bCs/>
          <w:lang w:val="es-CL" w:eastAsia="es-CL"/>
        </w:rPr>
        <w:t>Objetivo General</w:t>
      </w:r>
    </w:p>
    <w:p w14:paraId="3A7994FC" w14:textId="77777777" w:rsidR="00F02877" w:rsidRPr="00F02877" w:rsidRDefault="00F02877" w:rsidP="00F02877">
      <w:pPr>
        <w:jc w:val="both"/>
        <w:rPr>
          <w:rFonts w:ascii="Arial" w:hAnsi="Arial" w:cs="Arial"/>
          <w:lang w:val="es-CL" w:eastAsia="es-CL"/>
        </w:rPr>
      </w:pPr>
      <w:r w:rsidRPr="00F02877">
        <w:rPr>
          <w:rFonts w:ascii="Arial" w:hAnsi="Arial" w:cs="Arial"/>
          <w:lang w:val="es-CL" w:eastAsia="es-CL"/>
        </w:rPr>
        <w:t>Garantizar prácticas de higiene y alimentación diferenciadas, seguras y respetuosas de las necesidades sensoriales, conductuales y médicas de estudiantes con TEA.</w:t>
      </w:r>
    </w:p>
    <w:p w14:paraId="5498E123" w14:textId="77777777" w:rsidR="00F02877" w:rsidRDefault="00F02877" w:rsidP="00F02877">
      <w:pPr>
        <w:rPr>
          <w:rFonts w:ascii="Arial" w:hAnsi="Arial" w:cs="Arial"/>
          <w:lang w:val="es-CL" w:eastAsia="es-CL"/>
        </w:rPr>
      </w:pPr>
    </w:p>
    <w:p w14:paraId="5BC38E64" w14:textId="77777777" w:rsidR="00F02877" w:rsidRDefault="00F02877" w:rsidP="00F02877">
      <w:pPr>
        <w:rPr>
          <w:rFonts w:ascii="Arial" w:hAnsi="Arial" w:cs="Arial"/>
          <w:lang w:val="es-CL" w:eastAsia="es-CL"/>
        </w:rPr>
      </w:pPr>
    </w:p>
    <w:p w14:paraId="75DB6DB4" w14:textId="77777777" w:rsidR="00F02877" w:rsidRDefault="00F02877" w:rsidP="00F02877">
      <w:pPr>
        <w:rPr>
          <w:rFonts w:ascii="Arial" w:hAnsi="Arial" w:cs="Arial"/>
          <w:lang w:val="es-CL" w:eastAsia="es-CL"/>
        </w:rPr>
      </w:pPr>
    </w:p>
    <w:p w14:paraId="65554F8D" w14:textId="66B8A4D8" w:rsidR="00F02877" w:rsidRPr="00F02877" w:rsidRDefault="00F02877" w:rsidP="00F02877">
      <w:pPr>
        <w:rPr>
          <w:rFonts w:ascii="Arial" w:hAnsi="Arial" w:cs="Arial"/>
          <w:b/>
          <w:bCs/>
          <w:lang w:val="es-CL" w:eastAsia="es-CL"/>
        </w:rPr>
      </w:pPr>
      <w:r w:rsidRPr="00F02877">
        <w:rPr>
          <w:rFonts w:ascii="Arial" w:hAnsi="Arial" w:cs="Arial"/>
          <w:b/>
          <w:bCs/>
          <w:lang w:val="es-CL" w:eastAsia="es-CL"/>
        </w:rPr>
        <w:lastRenderedPageBreak/>
        <w:t>Objetivos Específicos</w:t>
      </w:r>
    </w:p>
    <w:p w14:paraId="14D9C36B" w14:textId="77777777" w:rsidR="00F02877" w:rsidRPr="00F02877" w:rsidRDefault="00F02877" w:rsidP="00F02877">
      <w:pPr>
        <w:pStyle w:val="Prrafodelista"/>
        <w:numPr>
          <w:ilvl w:val="0"/>
          <w:numId w:val="27"/>
        </w:numPr>
        <w:rPr>
          <w:rFonts w:ascii="Arial" w:hAnsi="Arial" w:cs="Arial"/>
          <w:lang w:val="es-CL" w:eastAsia="es-CL"/>
        </w:rPr>
      </w:pPr>
      <w:r w:rsidRPr="00F02877">
        <w:rPr>
          <w:rFonts w:ascii="Arial" w:hAnsi="Arial" w:cs="Arial"/>
          <w:lang w:val="es-CL" w:eastAsia="es-CL"/>
        </w:rPr>
        <w:t>Establecer rutinas de higiene adaptadas.</w:t>
      </w:r>
    </w:p>
    <w:p w14:paraId="012AA8A1" w14:textId="77777777" w:rsidR="00F02877" w:rsidRPr="00F02877" w:rsidRDefault="00F02877" w:rsidP="00F02877">
      <w:pPr>
        <w:pStyle w:val="Prrafodelista"/>
        <w:numPr>
          <w:ilvl w:val="0"/>
          <w:numId w:val="27"/>
        </w:numPr>
        <w:rPr>
          <w:rFonts w:ascii="Arial" w:hAnsi="Arial" w:cs="Arial"/>
          <w:lang w:val="es-CL" w:eastAsia="es-CL"/>
        </w:rPr>
      </w:pPr>
      <w:r w:rsidRPr="00F02877">
        <w:rPr>
          <w:rFonts w:ascii="Arial" w:hAnsi="Arial" w:cs="Arial"/>
          <w:lang w:val="es-CL" w:eastAsia="es-CL"/>
        </w:rPr>
        <w:t>Implementar minutas diferenciadas según indicación profesional.</w:t>
      </w:r>
    </w:p>
    <w:p w14:paraId="5C93EA46" w14:textId="77777777" w:rsidR="00F02877" w:rsidRPr="00F02877" w:rsidRDefault="00F02877" w:rsidP="00F02877">
      <w:pPr>
        <w:pStyle w:val="Prrafodelista"/>
        <w:numPr>
          <w:ilvl w:val="0"/>
          <w:numId w:val="27"/>
        </w:numPr>
        <w:rPr>
          <w:rFonts w:ascii="Arial" w:hAnsi="Arial" w:cs="Arial"/>
          <w:lang w:val="es-CL" w:eastAsia="es-CL"/>
        </w:rPr>
      </w:pPr>
      <w:r w:rsidRPr="00F02877">
        <w:rPr>
          <w:rFonts w:ascii="Arial" w:hAnsi="Arial" w:cs="Arial"/>
          <w:lang w:val="es-CL" w:eastAsia="es-CL"/>
        </w:rPr>
        <w:t>Prevenir riesgos sanitarios y situaciones de desregulación.</w:t>
      </w:r>
    </w:p>
    <w:p w14:paraId="318F6BB4" w14:textId="77777777" w:rsidR="00F02877" w:rsidRPr="00F02877" w:rsidRDefault="00F02877" w:rsidP="00F02877">
      <w:pPr>
        <w:pStyle w:val="Prrafodelista"/>
        <w:numPr>
          <w:ilvl w:val="0"/>
          <w:numId w:val="27"/>
        </w:numPr>
        <w:rPr>
          <w:rFonts w:ascii="Arial" w:hAnsi="Arial" w:cs="Arial"/>
          <w:lang w:val="es-CL" w:eastAsia="es-CL"/>
        </w:rPr>
      </w:pPr>
      <w:r w:rsidRPr="00F02877">
        <w:rPr>
          <w:rFonts w:ascii="Arial" w:hAnsi="Arial" w:cs="Arial"/>
          <w:lang w:val="es-CL" w:eastAsia="es-CL"/>
        </w:rPr>
        <w:t>Promover la autonomía progresiva del estudiante.</w:t>
      </w:r>
    </w:p>
    <w:p w14:paraId="6623A963" w14:textId="77777777" w:rsidR="00F02877" w:rsidRPr="00F02877" w:rsidRDefault="00F02877" w:rsidP="00F02877">
      <w:pPr>
        <w:pStyle w:val="Prrafodelista"/>
        <w:numPr>
          <w:ilvl w:val="0"/>
          <w:numId w:val="27"/>
        </w:numPr>
        <w:rPr>
          <w:rFonts w:ascii="Arial" w:hAnsi="Arial" w:cs="Arial"/>
          <w:lang w:val="es-CL" w:eastAsia="es-CL"/>
        </w:rPr>
      </w:pPr>
      <w:r w:rsidRPr="00F02877">
        <w:rPr>
          <w:rFonts w:ascii="Arial" w:hAnsi="Arial" w:cs="Arial"/>
          <w:lang w:val="es-CL" w:eastAsia="es-CL"/>
        </w:rPr>
        <w:t>Asegurar la corresponsabilidad de la comunidad educativa.</w:t>
      </w:r>
    </w:p>
    <w:p w14:paraId="4B0B4781" w14:textId="77777777" w:rsidR="00F02877" w:rsidRPr="00F02877" w:rsidRDefault="00F02877" w:rsidP="00F02877">
      <w:pPr>
        <w:rPr>
          <w:rFonts w:ascii="Arial" w:hAnsi="Arial" w:cs="Arial"/>
          <w:b/>
          <w:bCs/>
          <w:lang w:val="es-CL" w:eastAsia="es-CL"/>
        </w:rPr>
      </w:pPr>
    </w:p>
    <w:p w14:paraId="0126225F" w14:textId="0801E06C" w:rsidR="00F02877" w:rsidRPr="00F02877" w:rsidRDefault="00F02877" w:rsidP="00F02877">
      <w:pPr>
        <w:rPr>
          <w:rFonts w:ascii="Arial" w:hAnsi="Arial" w:cs="Arial"/>
          <w:b/>
          <w:bCs/>
          <w:lang w:val="es-CL" w:eastAsia="es-CL"/>
        </w:rPr>
      </w:pPr>
      <w:r w:rsidRPr="00F02877">
        <w:rPr>
          <w:rFonts w:ascii="Arial" w:hAnsi="Arial" w:cs="Arial"/>
          <w:b/>
          <w:bCs/>
          <w:lang w:val="es-CL" w:eastAsia="es-CL"/>
        </w:rPr>
        <w:t>4. Procedimiento de Higiene para Estudiantes con TEA</w:t>
      </w:r>
    </w:p>
    <w:p w14:paraId="2F013D1A"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4.1 Principios Orientadores</w:t>
      </w:r>
    </w:p>
    <w:p w14:paraId="5D91D6D3" w14:textId="77777777" w:rsidR="00F02877" w:rsidRPr="00F02877" w:rsidRDefault="00F02877" w:rsidP="00F02877">
      <w:pPr>
        <w:pStyle w:val="Prrafodelista"/>
        <w:numPr>
          <w:ilvl w:val="0"/>
          <w:numId w:val="28"/>
        </w:numPr>
        <w:rPr>
          <w:rFonts w:ascii="Arial" w:hAnsi="Arial" w:cs="Arial"/>
          <w:lang w:val="es-CL" w:eastAsia="es-CL"/>
        </w:rPr>
      </w:pPr>
      <w:r w:rsidRPr="00F02877">
        <w:rPr>
          <w:rFonts w:ascii="Arial" w:hAnsi="Arial" w:cs="Arial"/>
          <w:lang w:val="es-CL" w:eastAsia="es-CL"/>
        </w:rPr>
        <w:t>Respeto por la dignidad y privacidad del estudiante.</w:t>
      </w:r>
    </w:p>
    <w:p w14:paraId="3EEB53D4" w14:textId="77777777" w:rsidR="00F02877" w:rsidRPr="00F02877" w:rsidRDefault="00F02877" w:rsidP="00F02877">
      <w:pPr>
        <w:pStyle w:val="Prrafodelista"/>
        <w:numPr>
          <w:ilvl w:val="0"/>
          <w:numId w:val="28"/>
        </w:numPr>
        <w:rPr>
          <w:rFonts w:ascii="Arial" w:hAnsi="Arial" w:cs="Arial"/>
          <w:lang w:val="es-CL" w:eastAsia="es-CL"/>
        </w:rPr>
      </w:pPr>
      <w:r w:rsidRPr="00F02877">
        <w:rPr>
          <w:rFonts w:ascii="Arial" w:hAnsi="Arial" w:cs="Arial"/>
          <w:lang w:val="es-CL" w:eastAsia="es-CL"/>
        </w:rPr>
        <w:t>Anticipación y estructuración de rutinas.</w:t>
      </w:r>
    </w:p>
    <w:p w14:paraId="64FBAEDA" w14:textId="77777777" w:rsidR="00F02877" w:rsidRPr="00F02877" w:rsidRDefault="00F02877" w:rsidP="00F02877">
      <w:pPr>
        <w:pStyle w:val="Prrafodelista"/>
        <w:numPr>
          <w:ilvl w:val="0"/>
          <w:numId w:val="28"/>
        </w:numPr>
        <w:rPr>
          <w:rFonts w:ascii="Arial" w:hAnsi="Arial" w:cs="Arial"/>
          <w:lang w:val="es-CL" w:eastAsia="es-CL"/>
        </w:rPr>
      </w:pPr>
      <w:r w:rsidRPr="00F02877">
        <w:rPr>
          <w:rFonts w:ascii="Arial" w:hAnsi="Arial" w:cs="Arial"/>
          <w:lang w:val="es-CL" w:eastAsia="es-CL"/>
        </w:rPr>
        <w:t>Uso de apoyos visuales (pictogramas, agendas).</w:t>
      </w:r>
    </w:p>
    <w:p w14:paraId="266FBBEF" w14:textId="77777777" w:rsidR="00F02877" w:rsidRPr="00F02877" w:rsidRDefault="00F02877" w:rsidP="00F02877">
      <w:pPr>
        <w:pStyle w:val="Prrafodelista"/>
        <w:numPr>
          <w:ilvl w:val="0"/>
          <w:numId w:val="28"/>
        </w:numPr>
        <w:rPr>
          <w:rFonts w:ascii="Arial" w:hAnsi="Arial" w:cs="Arial"/>
          <w:lang w:val="es-CL" w:eastAsia="es-CL"/>
        </w:rPr>
      </w:pPr>
      <w:r w:rsidRPr="00F02877">
        <w:rPr>
          <w:rFonts w:ascii="Arial" w:hAnsi="Arial" w:cs="Arial"/>
          <w:lang w:val="es-CL" w:eastAsia="es-CL"/>
        </w:rPr>
        <w:t>Flexibilidad y ajustes razonables.</w:t>
      </w:r>
    </w:p>
    <w:p w14:paraId="3AB7E5F4" w14:textId="77777777" w:rsidR="00F02877" w:rsidRDefault="00F02877" w:rsidP="00F02877">
      <w:pPr>
        <w:rPr>
          <w:rFonts w:ascii="Arial" w:hAnsi="Arial" w:cs="Arial"/>
          <w:lang w:val="es-CL" w:eastAsia="es-CL"/>
        </w:rPr>
      </w:pPr>
    </w:p>
    <w:p w14:paraId="27899864" w14:textId="65BA64BF" w:rsidR="00F02877" w:rsidRPr="00F02877" w:rsidRDefault="00F02877" w:rsidP="00F02877">
      <w:pPr>
        <w:rPr>
          <w:rFonts w:ascii="Arial" w:hAnsi="Arial" w:cs="Arial"/>
          <w:b/>
          <w:bCs/>
          <w:lang w:val="es-CL" w:eastAsia="es-CL"/>
        </w:rPr>
      </w:pPr>
      <w:r w:rsidRPr="00F02877">
        <w:rPr>
          <w:rFonts w:ascii="Arial" w:hAnsi="Arial" w:cs="Arial"/>
          <w:b/>
          <w:bCs/>
          <w:lang w:val="es-CL" w:eastAsia="es-CL"/>
        </w:rPr>
        <w:t>4.2 Higiene Personal</w:t>
      </w:r>
    </w:p>
    <w:p w14:paraId="64A802A0" w14:textId="77777777" w:rsidR="00F02877" w:rsidRP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Las rutinas de higiene deberán ser:</w:t>
      </w:r>
    </w:p>
    <w:p w14:paraId="1C79AD36" w14:textId="77777777" w:rsidR="00F02877" w:rsidRP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Claras, predecibles y anticipadas.</w:t>
      </w:r>
    </w:p>
    <w:p w14:paraId="02F6B87A" w14:textId="77777777" w:rsidR="00F02877" w:rsidRP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Adaptadas a la edad cronológica y nivel de desarrollo.</w:t>
      </w:r>
    </w:p>
    <w:p w14:paraId="4E0FDB37" w14:textId="77777777" w:rsidR="00F02877" w:rsidRP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Acciones específicas:</w:t>
      </w:r>
    </w:p>
    <w:p w14:paraId="51599DFB" w14:textId="77777777" w:rsidR="00F02877" w:rsidRP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Lavado de manos antes y después de comer, tras ir al baño y luego de actividades prácticas.</w:t>
      </w:r>
    </w:p>
    <w:p w14:paraId="760E7E39" w14:textId="77777777" w:rsidR="00F02877" w:rsidRP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Supervisión diferenciada según nivel de autonomía.</w:t>
      </w:r>
    </w:p>
    <w:p w14:paraId="250D3AF5" w14:textId="77777777" w:rsidR="00F02877" w:rsidRP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Uso de apoyos visuales paso a paso.</w:t>
      </w:r>
    </w:p>
    <w:p w14:paraId="079B925D" w14:textId="77777777" w:rsidR="00F02877" w:rsidRDefault="00F02877" w:rsidP="00F02877">
      <w:pPr>
        <w:pStyle w:val="Prrafodelista"/>
        <w:numPr>
          <w:ilvl w:val="0"/>
          <w:numId w:val="29"/>
        </w:numPr>
        <w:jc w:val="both"/>
        <w:rPr>
          <w:rFonts w:ascii="Arial" w:hAnsi="Arial" w:cs="Arial"/>
          <w:lang w:val="es-CL" w:eastAsia="es-CL"/>
        </w:rPr>
      </w:pPr>
      <w:r w:rsidRPr="00F02877">
        <w:rPr>
          <w:rFonts w:ascii="Arial" w:hAnsi="Arial" w:cs="Arial"/>
          <w:lang w:val="es-CL" w:eastAsia="es-CL"/>
        </w:rPr>
        <w:t>Acompañamiento respetuoso por adulto significativo cuando sea necesario.</w:t>
      </w:r>
    </w:p>
    <w:p w14:paraId="4305DFFC" w14:textId="77777777" w:rsidR="00F02877" w:rsidRPr="00F02877" w:rsidRDefault="00F02877" w:rsidP="00F02877">
      <w:pPr>
        <w:pStyle w:val="Prrafodelista"/>
        <w:jc w:val="both"/>
        <w:rPr>
          <w:rFonts w:ascii="Arial" w:hAnsi="Arial" w:cs="Arial"/>
          <w:lang w:val="es-CL" w:eastAsia="es-CL"/>
        </w:rPr>
      </w:pPr>
    </w:p>
    <w:p w14:paraId="764AA697"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4.3 Higiene en Espacios Comunes</w:t>
      </w:r>
    </w:p>
    <w:p w14:paraId="28E5E086" w14:textId="77777777" w:rsidR="00F02877" w:rsidRPr="00F02877" w:rsidRDefault="00F02877" w:rsidP="00F02877">
      <w:pPr>
        <w:pStyle w:val="Prrafodelista"/>
        <w:numPr>
          <w:ilvl w:val="0"/>
          <w:numId w:val="30"/>
        </w:numPr>
        <w:jc w:val="both"/>
        <w:rPr>
          <w:rFonts w:ascii="Arial" w:hAnsi="Arial" w:cs="Arial"/>
          <w:lang w:val="es-CL" w:eastAsia="es-CL"/>
        </w:rPr>
      </w:pPr>
      <w:r w:rsidRPr="00F02877">
        <w:rPr>
          <w:rFonts w:ascii="Arial" w:hAnsi="Arial" w:cs="Arial"/>
          <w:lang w:val="es-CL" w:eastAsia="es-CL"/>
        </w:rPr>
        <w:t>Aseo frecuente de salas, baños y comedores.</w:t>
      </w:r>
    </w:p>
    <w:p w14:paraId="74FFB26C" w14:textId="77777777" w:rsidR="00F02877" w:rsidRDefault="00F02877" w:rsidP="00F02877">
      <w:pPr>
        <w:pStyle w:val="Prrafodelista"/>
        <w:numPr>
          <w:ilvl w:val="0"/>
          <w:numId w:val="30"/>
        </w:numPr>
        <w:jc w:val="both"/>
        <w:rPr>
          <w:rFonts w:ascii="Arial" w:hAnsi="Arial" w:cs="Arial"/>
          <w:lang w:val="es-CL" w:eastAsia="es-CL"/>
        </w:rPr>
      </w:pPr>
      <w:r w:rsidRPr="00F02877">
        <w:rPr>
          <w:rFonts w:ascii="Arial" w:hAnsi="Arial" w:cs="Arial"/>
          <w:lang w:val="es-CL" w:eastAsia="es-CL"/>
        </w:rPr>
        <w:t>Preferencia por espacios tranquilos para estudiantes con hipersensibilidad sensorial.</w:t>
      </w:r>
    </w:p>
    <w:p w14:paraId="49B2F3BC" w14:textId="3F1322A9" w:rsidR="00F02877" w:rsidRDefault="00F02877" w:rsidP="00F02877">
      <w:pPr>
        <w:pStyle w:val="Prrafodelista"/>
        <w:numPr>
          <w:ilvl w:val="0"/>
          <w:numId w:val="30"/>
        </w:numPr>
        <w:jc w:val="both"/>
        <w:rPr>
          <w:rFonts w:ascii="Arial" w:hAnsi="Arial" w:cs="Arial"/>
          <w:lang w:val="es-CL" w:eastAsia="es-CL"/>
        </w:rPr>
      </w:pPr>
      <w:r w:rsidRPr="00F02877">
        <w:rPr>
          <w:rFonts w:ascii="Arial" w:hAnsi="Arial" w:cs="Arial"/>
          <w:lang w:val="es-CL" w:eastAsia="es-CL"/>
        </w:rPr>
        <w:t>Uso de elementos de protección personal cuando corresponda</w:t>
      </w:r>
      <w:r>
        <w:rPr>
          <w:rFonts w:ascii="Arial" w:hAnsi="Arial" w:cs="Arial"/>
          <w:lang w:val="es-CL" w:eastAsia="es-CL"/>
        </w:rPr>
        <w:t xml:space="preserve"> (proporcionado por el empleador)</w:t>
      </w:r>
      <w:r w:rsidRPr="00F02877">
        <w:rPr>
          <w:rFonts w:ascii="Arial" w:hAnsi="Arial" w:cs="Arial"/>
          <w:lang w:val="es-CL" w:eastAsia="es-CL"/>
        </w:rPr>
        <w:t>.</w:t>
      </w:r>
    </w:p>
    <w:p w14:paraId="6BDC3AE7" w14:textId="5EC1F6C3" w:rsidR="00F02877" w:rsidRPr="0087680C" w:rsidRDefault="0087680C" w:rsidP="0087680C">
      <w:pPr>
        <w:pStyle w:val="Prrafodelista"/>
        <w:numPr>
          <w:ilvl w:val="0"/>
          <w:numId w:val="30"/>
        </w:numPr>
        <w:jc w:val="both"/>
        <w:rPr>
          <w:rFonts w:ascii="Arial" w:hAnsi="Arial" w:cs="Arial"/>
          <w:lang w:val="es-CL" w:eastAsia="es-CL"/>
        </w:rPr>
      </w:pPr>
      <w:proofErr w:type="spellStart"/>
      <w:r>
        <w:rPr>
          <w:rFonts w:ascii="Arial" w:hAnsi="Arial" w:cs="Arial"/>
          <w:lang w:val="es-CL" w:eastAsia="es-CL"/>
        </w:rPr>
        <w:t>Mudador</w:t>
      </w:r>
      <w:proofErr w:type="spellEnd"/>
      <w:r>
        <w:rPr>
          <w:rFonts w:ascii="Arial" w:hAnsi="Arial" w:cs="Arial"/>
          <w:lang w:val="es-CL" w:eastAsia="es-CL"/>
        </w:rPr>
        <w:t xml:space="preserve"> y espacio para alimentación con sonda.</w:t>
      </w:r>
    </w:p>
    <w:p w14:paraId="713D4172"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5. Procedimiento de Minutas Diferenciadas para Estudiantes con TEA</w:t>
      </w:r>
    </w:p>
    <w:p w14:paraId="56049D8F"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5.1 Fundamentación</w:t>
      </w:r>
    </w:p>
    <w:p w14:paraId="0A1D6D90" w14:textId="77777777" w:rsidR="00F02877" w:rsidRDefault="00F02877" w:rsidP="00F02877">
      <w:pPr>
        <w:rPr>
          <w:rFonts w:ascii="Arial" w:hAnsi="Arial" w:cs="Arial"/>
          <w:lang w:val="es-CL" w:eastAsia="es-CL"/>
        </w:rPr>
      </w:pPr>
      <w:r w:rsidRPr="00F02877">
        <w:rPr>
          <w:rFonts w:ascii="Arial" w:hAnsi="Arial" w:cs="Arial"/>
          <w:lang w:val="es-CL" w:eastAsia="es-CL"/>
        </w:rPr>
        <w:lastRenderedPageBreak/>
        <w:t>Las minutas diferenciadas responden a necesidades sensoriales, selectividad alimentaria, condiciones médicas (alergias, intolerancias) o indicaciones profesionales, evitando prácticas discriminatorias.</w:t>
      </w:r>
    </w:p>
    <w:p w14:paraId="189BF1E0" w14:textId="77777777" w:rsidR="00F02877" w:rsidRPr="00F02877" w:rsidRDefault="00F02877" w:rsidP="00F02877">
      <w:pPr>
        <w:rPr>
          <w:rFonts w:ascii="Arial" w:hAnsi="Arial" w:cs="Arial"/>
          <w:lang w:val="es-CL" w:eastAsia="es-CL"/>
        </w:rPr>
      </w:pPr>
    </w:p>
    <w:p w14:paraId="2600F565"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5.2 Criterios para Minutas Diferenciadas</w:t>
      </w:r>
    </w:p>
    <w:p w14:paraId="0DD2F37E" w14:textId="77777777" w:rsidR="00F02877" w:rsidRPr="00F02877" w:rsidRDefault="00F02877" w:rsidP="00F02877">
      <w:pPr>
        <w:pStyle w:val="Prrafodelista"/>
        <w:numPr>
          <w:ilvl w:val="0"/>
          <w:numId w:val="31"/>
        </w:numPr>
        <w:rPr>
          <w:rFonts w:ascii="Arial" w:hAnsi="Arial" w:cs="Arial"/>
          <w:lang w:val="es-CL" w:eastAsia="es-CL"/>
        </w:rPr>
      </w:pPr>
      <w:r w:rsidRPr="00F02877">
        <w:rPr>
          <w:rFonts w:ascii="Arial" w:hAnsi="Arial" w:cs="Arial"/>
          <w:lang w:val="es-CL" w:eastAsia="es-CL"/>
        </w:rPr>
        <w:t>Las adecuaciones alimentarias podrán considerar:</w:t>
      </w:r>
    </w:p>
    <w:p w14:paraId="70D3ED68" w14:textId="77777777" w:rsidR="00F02877" w:rsidRPr="00F02877" w:rsidRDefault="00F02877" w:rsidP="00F02877">
      <w:pPr>
        <w:pStyle w:val="Prrafodelista"/>
        <w:numPr>
          <w:ilvl w:val="0"/>
          <w:numId w:val="31"/>
        </w:numPr>
        <w:rPr>
          <w:rFonts w:ascii="Arial" w:hAnsi="Arial" w:cs="Arial"/>
          <w:lang w:val="es-CL" w:eastAsia="es-CL"/>
        </w:rPr>
      </w:pPr>
      <w:r w:rsidRPr="00F02877">
        <w:rPr>
          <w:rFonts w:ascii="Arial" w:hAnsi="Arial" w:cs="Arial"/>
          <w:lang w:val="es-CL" w:eastAsia="es-CL"/>
        </w:rPr>
        <w:t>Textura de los alimentos (blando, triturado, sólido).</w:t>
      </w:r>
    </w:p>
    <w:p w14:paraId="0D47974F" w14:textId="77777777" w:rsidR="00F02877" w:rsidRPr="00F02877" w:rsidRDefault="00F02877" w:rsidP="00F02877">
      <w:pPr>
        <w:pStyle w:val="Prrafodelista"/>
        <w:numPr>
          <w:ilvl w:val="0"/>
          <w:numId w:val="31"/>
        </w:numPr>
        <w:rPr>
          <w:rFonts w:ascii="Arial" w:hAnsi="Arial" w:cs="Arial"/>
          <w:lang w:val="es-CL" w:eastAsia="es-CL"/>
        </w:rPr>
      </w:pPr>
      <w:r w:rsidRPr="00F02877">
        <w:rPr>
          <w:rFonts w:ascii="Arial" w:hAnsi="Arial" w:cs="Arial"/>
          <w:lang w:val="es-CL" w:eastAsia="es-CL"/>
        </w:rPr>
        <w:t>Temperatura y presentación.</w:t>
      </w:r>
    </w:p>
    <w:p w14:paraId="0E84742A" w14:textId="77777777" w:rsidR="00F02877" w:rsidRPr="00F02877" w:rsidRDefault="00F02877" w:rsidP="00F02877">
      <w:pPr>
        <w:pStyle w:val="Prrafodelista"/>
        <w:numPr>
          <w:ilvl w:val="0"/>
          <w:numId w:val="31"/>
        </w:numPr>
        <w:rPr>
          <w:rFonts w:ascii="Arial" w:hAnsi="Arial" w:cs="Arial"/>
          <w:lang w:val="es-CL" w:eastAsia="es-CL"/>
        </w:rPr>
      </w:pPr>
      <w:r w:rsidRPr="00F02877">
        <w:rPr>
          <w:rFonts w:ascii="Arial" w:hAnsi="Arial" w:cs="Arial"/>
          <w:lang w:val="es-CL" w:eastAsia="es-CL"/>
        </w:rPr>
        <w:t>Exclusión de alimentos por hipersensibilidad sensorial.</w:t>
      </w:r>
    </w:p>
    <w:p w14:paraId="0A692728" w14:textId="77777777" w:rsidR="00F02877" w:rsidRDefault="00F02877" w:rsidP="00F02877">
      <w:pPr>
        <w:pStyle w:val="Prrafodelista"/>
        <w:numPr>
          <w:ilvl w:val="0"/>
          <w:numId w:val="31"/>
        </w:numPr>
        <w:rPr>
          <w:rFonts w:ascii="Arial" w:hAnsi="Arial" w:cs="Arial"/>
          <w:lang w:val="es-CL" w:eastAsia="es-CL"/>
        </w:rPr>
      </w:pPr>
      <w:r w:rsidRPr="00F02877">
        <w:rPr>
          <w:rFonts w:ascii="Arial" w:hAnsi="Arial" w:cs="Arial"/>
          <w:lang w:val="es-CL" w:eastAsia="es-CL"/>
        </w:rPr>
        <w:t>Restricciones médicas acreditadas.</w:t>
      </w:r>
    </w:p>
    <w:p w14:paraId="35D592EB" w14:textId="77777777" w:rsidR="00F02877" w:rsidRPr="00F02877" w:rsidRDefault="00F02877" w:rsidP="00F02877">
      <w:pPr>
        <w:rPr>
          <w:rFonts w:ascii="Arial" w:hAnsi="Arial" w:cs="Arial"/>
          <w:lang w:val="es-CL" w:eastAsia="es-CL"/>
        </w:rPr>
      </w:pPr>
    </w:p>
    <w:p w14:paraId="7F0FF056"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5.3 Procedimiento</w:t>
      </w:r>
    </w:p>
    <w:p w14:paraId="21840609" w14:textId="77777777" w:rsidR="00F02877" w:rsidRPr="00F02877" w:rsidRDefault="00F02877" w:rsidP="00F02877">
      <w:pPr>
        <w:rPr>
          <w:rFonts w:ascii="Arial" w:hAnsi="Arial" w:cs="Arial"/>
          <w:lang w:val="es-CL" w:eastAsia="es-CL"/>
        </w:rPr>
      </w:pPr>
      <w:r w:rsidRPr="00F02877">
        <w:rPr>
          <w:rFonts w:ascii="Arial" w:hAnsi="Arial" w:cs="Arial"/>
          <w:lang w:val="es-CL" w:eastAsia="es-CL"/>
        </w:rPr>
        <w:t>Detección de la necesidad: Informada por la familia y/o profesionales del PIE.</w:t>
      </w:r>
    </w:p>
    <w:p w14:paraId="60E8453C" w14:textId="77777777" w:rsidR="00F02877" w:rsidRPr="00F02877" w:rsidRDefault="00F02877" w:rsidP="00F02877">
      <w:pPr>
        <w:pStyle w:val="Prrafodelista"/>
        <w:numPr>
          <w:ilvl w:val="0"/>
          <w:numId w:val="32"/>
        </w:numPr>
        <w:rPr>
          <w:rFonts w:ascii="Arial" w:hAnsi="Arial" w:cs="Arial"/>
          <w:lang w:val="es-CL" w:eastAsia="es-CL"/>
        </w:rPr>
      </w:pPr>
      <w:r w:rsidRPr="00F02877">
        <w:rPr>
          <w:rFonts w:ascii="Arial" w:hAnsi="Arial" w:cs="Arial"/>
          <w:b/>
          <w:bCs/>
          <w:lang w:val="es-CL" w:eastAsia="es-CL"/>
        </w:rPr>
        <w:t>Respaldo profesional:</w:t>
      </w:r>
      <w:r w:rsidRPr="00F02877">
        <w:rPr>
          <w:rFonts w:ascii="Arial" w:hAnsi="Arial" w:cs="Arial"/>
          <w:lang w:val="es-CL" w:eastAsia="es-CL"/>
        </w:rPr>
        <w:t xml:space="preserve"> Informe médico, nutricional o fonoaudiológico cuando corresponda.</w:t>
      </w:r>
    </w:p>
    <w:p w14:paraId="49B4F0F4" w14:textId="77777777" w:rsidR="00F02877" w:rsidRPr="00F02877" w:rsidRDefault="00F02877" w:rsidP="00F02877">
      <w:pPr>
        <w:pStyle w:val="Prrafodelista"/>
        <w:numPr>
          <w:ilvl w:val="0"/>
          <w:numId w:val="32"/>
        </w:numPr>
        <w:rPr>
          <w:rFonts w:ascii="Arial" w:hAnsi="Arial" w:cs="Arial"/>
          <w:lang w:val="es-CL" w:eastAsia="es-CL"/>
        </w:rPr>
      </w:pPr>
      <w:r w:rsidRPr="00F02877">
        <w:rPr>
          <w:rFonts w:ascii="Arial" w:hAnsi="Arial" w:cs="Arial"/>
          <w:b/>
          <w:bCs/>
          <w:lang w:val="es-CL" w:eastAsia="es-CL"/>
        </w:rPr>
        <w:t>Registro:</w:t>
      </w:r>
      <w:r w:rsidRPr="00F02877">
        <w:rPr>
          <w:rFonts w:ascii="Arial" w:hAnsi="Arial" w:cs="Arial"/>
          <w:lang w:val="es-CL" w:eastAsia="es-CL"/>
        </w:rPr>
        <w:t xml:space="preserve"> Incorporación en el Plan de Apoyo Individual (PAI).</w:t>
      </w:r>
    </w:p>
    <w:p w14:paraId="3D8C9888" w14:textId="77777777" w:rsidR="00F02877" w:rsidRPr="00F02877" w:rsidRDefault="00F02877" w:rsidP="00F02877">
      <w:pPr>
        <w:pStyle w:val="Prrafodelista"/>
        <w:numPr>
          <w:ilvl w:val="0"/>
          <w:numId w:val="32"/>
        </w:numPr>
        <w:rPr>
          <w:rFonts w:ascii="Arial" w:hAnsi="Arial" w:cs="Arial"/>
          <w:lang w:val="es-CL" w:eastAsia="es-CL"/>
        </w:rPr>
      </w:pPr>
      <w:r w:rsidRPr="00F02877">
        <w:rPr>
          <w:rFonts w:ascii="Arial" w:hAnsi="Arial" w:cs="Arial"/>
          <w:b/>
          <w:bCs/>
          <w:lang w:val="es-CL" w:eastAsia="es-CL"/>
        </w:rPr>
        <w:t>Coordinación:</w:t>
      </w:r>
      <w:r w:rsidRPr="00F02877">
        <w:rPr>
          <w:rFonts w:ascii="Arial" w:hAnsi="Arial" w:cs="Arial"/>
          <w:lang w:val="es-CL" w:eastAsia="es-CL"/>
        </w:rPr>
        <w:t xml:space="preserve"> Equipo PIE, docente, manipuladora de alimentos y familia.</w:t>
      </w:r>
    </w:p>
    <w:p w14:paraId="55C475B8" w14:textId="77777777" w:rsidR="00F02877" w:rsidRPr="00F02877" w:rsidRDefault="00F02877" w:rsidP="00F02877">
      <w:pPr>
        <w:pStyle w:val="Prrafodelista"/>
        <w:numPr>
          <w:ilvl w:val="0"/>
          <w:numId w:val="32"/>
        </w:numPr>
        <w:rPr>
          <w:rFonts w:ascii="Arial" w:hAnsi="Arial" w:cs="Arial"/>
          <w:lang w:val="es-CL" w:eastAsia="es-CL"/>
        </w:rPr>
      </w:pPr>
      <w:r w:rsidRPr="00F02877">
        <w:rPr>
          <w:rFonts w:ascii="Arial" w:hAnsi="Arial" w:cs="Arial"/>
          <w:lang w:val="es-CL" w:eastAsia="es-CL"/>
        </w:rPr>
        <w:t>Implementación: Entrega de minuta diferenciada respetando protocolos sanitarios.</w:t>
      </w:r>
    </w:p>
    <w:p w14:paraId="6CE4E54A" w14:textId="77777777" w:rsidR="00F02877" w:rsidRPr="00F02877" w:rsidRDefault="00F02877" w:rsidP="00F02877">
      <w:pPr>
        <w:pStyle w:val="Prrafodelista"/>
        <w:numPr>
          <w:ilvl w:val="0"/>
          <w:numId w:val="32"/>
        </w:numPr>
        <w:rPr>
          <w:rFonts w:ascii="Arial" w:hAnsi="Arial" w:cs="Arial"/>
          <w:lang w:val="es-CL" w:eastAsia="es-CL"/>
        </w:rPr>
      </w:pPr>
      <w:r w:rsidRPr="00F02877">
        <w:rPr>
          <w:rFonts w:ascii="Arial" w:hAnsi="Arial" w:cs="Arial"/>
          <w:b/>
          <w:bCs/>
          <w:lang w:val="es-CL" w:eastAsia="es-CL"/>
        </w:rPr>
        <w:t>Seguimiento:</w:t>
      </w:r>
      <w:r w:rsidRPr="00F02877">
        <w:rPr>
          <w:rFonts w:ascii="Arial" w:hAnsi="Arial" w:cs="Arial"/>
          <w:lang w:val="es-CL" w:eastAsia="es-CL"/>
        </w:rPr>
        <w:t xml:space="preserve"> Evaluación periódica de la pertinencia de la medida.</w:t>
      </w:r>
    </w:p>
    <w:p w14:paraId="6F79B70C" w14:textId="77777777" w:rsidR="00F02877" w:rsidRDefault="00F02877" w:rsidP="00F02877">
      <w:pPr>
        <w:rPr>
          <w:rFonts w:ascii="Arial" w:hAnsi="Arial" w:cs="Arial"/>
          <w:lang w:val="es-CL" w:eastAsia="es-CL"/>
        </w:rPr>
      </w:pPr>
    </w:p>
    <w:p w14:paraId="21A5DEFA"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6. Roles y Responsabilidades</w:t>
      </w:r>
    </w:p>
    <w:p w14:paraId="7367EBA4"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Equipo Directivo</w:t>
      </w:r>
    </w:p>
    <w:p w14:paraId="74C7F613" w14:textId="77777777" w:rsidR="00F02877" w:rsidRPr="00F02877" w:rsidRDefault="00F02877" w:rsidP="00F02877">
      <w:pPr>
        <w:pStyle w:val="Prrafodelista"/>
        <w:numPr>
          <w:ilvl w:val="0"/>
          <w:numId w:val="33"/>
        </w:numPr>
        <w:rPr>
          <w:rFonts w:ascii="Arial" w:hAnsi="Arial" w:cs="Arial"/>
          <w:lang w:val="es-CL" w:eastAsia="es-CL"/>
        </w:rPr>
      </w:pPr>
      <w:r w:rsidRPr="00F02877">
        <w:rPr>
          <w:rFonts w:ascii="Arial" w:hAnsi="Arial" w:cs="Arial"/>
          <w:lang w:val="es-CL" w:eastAsia="es-CL"/>
        </w:rPr>
        <w:t>Velar por el cumplimiento del procedimiento.</w:t>
      </w:r>
    </w:p>
    <w:p w14:paraId="36382EB7" w14:textId="7354D193" w:rsidR="00F02877" w:rsidRDefault="00F02877" w:rsidP="00F02877">
      <w:pPr>
        <w:pStyle w:val="Prrafodelista"/>
        <w:numPr>
          <w:ilvl w:val="0"/>
          <w:numId w:val="33"/>
        </w:numPr>
        <w:rPr>
          <w:rFonts w:ascii="Arial" w:hAnsi="Arial" w:cs="Arial"/>
          <w:lang w:val="es-CL" w:eastAsia="es-CL"/>
        </w:rPr>
      </w:pPr>
      <w:r w:rsidRPr="00F02877">
        <w:rPr>
          <w:rFonts w:ascii="Arial" w:hAnsi="Arial" w:cs="Arial"/>
          <w:lang w:val="es-CL" w:eastAsia="es-CL"/>
        </w:rPr>
        <w:t>Gestionar recursos</w:t>
      </w:r>
      <w:r w:rsidR="0087680C">
        <w:rPr>
          <w:rFonts w:ascii="Arial" w:hAnsi="Arial" w:cs="Arial"/>
          <w:lang w:val="es-CL" w:eastAsia="es-CL"/>
        </w:rPr>
        <w:t xml:space="preserve">, </w:t>
      </w:r>
      <w:r w:rsidRPr="00F02877">
        <w:rPr>
          <w:rFonts w:ascii="Arial" w:hAnsi="Arial" w:cs="Arial"/>
          <w:lang w:val="es-CL" w:eastAsia="es-CL"/>
        </w:rPr>
        <w:t>apoyos</w:t>
      </w:r>
      <w:r w:rsidR="0087680C">
        <w:rPr>
          <w:rFonts w:ascii="Arial" w:hAnsi="Arial" w:cs="Arial"/>
          <w:lang w:val="es-CL" w:eastAsia="es-CL"/>
        </w:rPr>
        <w:t xml:space="preserve"> y espacios</w:t>
      </w:r>
      <w:r w:rsidRPr="00F02877">
        <w:rPr>
          <w:rFonts w:ascii="Arial" w:hAnsi="Arial" w:cs="Arial"/>
          <w:lang w:val="es-CL" w:eastAsia="es-CL"/>
        </w:rPr>
        <w:t>.</w:t>
      </w:r>
    </w:p>
    <w:p w14:paraId="60C557C6" w14:textId="548A7BCE" w:rsidR="0087680C" w:rsidRPr="00F02877" w:rsidRDefault="0087680C" w:rsidP="00F02877">
      <w:pPr>
        <w:pStyle w:val="Prrafodelista"/>
        <w:numPr>
          <w:ilvl w:val="0"/>
          <w:numId w:val="33"/>
        </w:numPr>
        <w:rPr>
          <w:rFonts w:ascii="Arial" w:hAnsi="Arial" w:cs="Arial"/>
          <w:lang w:val="es-CL" w:eastAsia="es-CL"/>
        </w:rPr>
      </w:pPr>
      <w:r>
        <w:rPr>
          <w:rFonts w:ascii="Arial" w:hAnsi="Arial" w:cs="Arial"/>
          <w:lang w:val="es-CL" w:eastAsia="es-CL"/>
        </w:rPr>
        <w:t>Informar al asistente de educación de su rol en manejo de sonda y muda, teniendo su consentimiento de acuerdo.</w:t>
      </w:r>
    </w:p>
    <w:p w14:paraId="581348C1" w14:textId="77777777" w:rsidR="00F02877" w:rsidRDefault="00F02877" w:rsidP="00F02877">
      <w:pPr>
        <w:rPr>
          <w:rFonts w:ascii="Arial" w:hAnsi="Arial" w:cs="Arial"/>
          <w:lang w:val="es-CL" w:eastAsia="es-CL"/>
        </w:rPr>
      </w:pPr>
    </w:p>
    <w:p w14:paraId="4871C9BC" w14:textId="77777777" w:rsidR="00F02877" w:rsidRDefault="00F02877" w:rsidP="00F02877">
      <w:pPr>
        <w:rPr>
          <w:rFonts w:ascii="Arial" w:hAnsi="Arial" w:cs="Arial"/>
          <w:lang w:val="es-CL" w:eastAsia="es-CL"/>
        </w:rPr>
      </w:pPr>
    </w:p>
    <w:p w14:paraId="2464E70B" w14:textId="325DEB29" w:rsidR="00F02877" w:rsidRPr="00F02877" w:rsidRDefault="00F02877" w:rsidP="00F02877">
      <w:pPr>
        <w:rPr>
          <w:rFonts w:ascii="Arial" w:hAnsi="Arial" w:cs="Arial"/>
          <w:b/>
          <w:bCs/>
          <w:lang w:val="es-CL" w:eastAsia="es-CL"/>
        </w:rPr>
      </w:pPr>
      <w:r w:rsidRPr="00F02877">
        <w:rPr>
          <w:rFonts w:ascii="Arial" w:hAnsi="Arial" w:cs="Arial"/>
          <w:b/>
          <w:bCs/>
          <w:lang w:val="es-CL" w:eastAsia="es-CL"/>
        </w:rPr>
        <w:t>Equipo PIE</w:t>
      </w:r>
    </w:p>
    <w:p w14:paraId="4E004C30" w14:textId="77777777" w:rsidR="00F02877" w:rsidRPr="00F02877" w:rsidRDefault="00F02877" w:rsidP="00F02877">
      <w:pPr>
        <w:pStyle w:val="Prrafodelista"/>
        <w:numPr>
          <w:ilvl w:val="0"/>
          <w:numId w:val="34"/>
        </w:numPr>
        <w:rPr>
          <w:rFonts w:ascii="Arial" w:hAnsi="Arial" w:cs="Arial"/>
          <w:lang w:val="es-CL" w:eastAsia="es-CL"/>
        </w:rPr>
      </w:pPr>
      <w:r w:rsidRPr="00F02877">
        <w:rPr>
          <w:rFonts w:ascii="Arial" w:hAnsi="Arial" w:cs="Arial"/>
          <w:lang w:val="es-CL" w:eastAsia="es-CL"/>
        </w:rPr>
        <w:t>Evaluar necesidades.</w:t>
      </w:r>
    </w:p>
    <w:p w14:paraId="7C77BA4E" w14:textId="77777777" w:rsidR="00F02877" w:rsidRPr="00F02877" w:rsidRDefault="00F02877" w:rsidP="00F02877">
      <w:pPr>
        <w:pStyle w:val="Prrafodelista"/>
        <w:numPr>
          <w:ilvl w:val="0"/>
          <w:numId w:val="34"/>
        </w:numPr>
        <w:rPr>
          <w:rFonts w:ascii="Arial" w:hAnsi="Arial" w:cs="Arial"/>
          <w:lang w:val="es-CL" w:eastAsia="es-CL"/>
        </w:rPr>
      </w:pPr>
      <w:r w:rsidRPr="00F02877">
        <w:rPr>
          <w:rFonts w:ascii="Arial" w:hAnsi="Arial" w:cs="Arial"/>
          <w:lang w:val="es-CL" w:eastAsia="es-CL"/>
        </w:rPr>
        <w:t>Elaborar y actualizar el PAI.</w:t>
      </w:r>
    </w:p>
    <w:p w14:paraId="18333F9E" w14:textId="77777777" w:rsidR="00F02877" w:rsidRPr="00F02877" w:rsidRDefault="00F02877" w:rsidP="00F02877">
      <w:pPr>
        <w:pStyle w:val="Prrafodelista"/>
        <w:numPr>
          <w:ilvl w:val="0"/>
          <w:numId w:val="34"/>
        </w:numPr>
        <w:rPr>
          <w:rFonts w:ascii="Arial" w:hAnsi="Arial" w:cs="Arial"/>
          <w:lang w:val="es-CL" w:eastAsia="es-CL"/>
        </w:rPr>
      </w:pPr>
      <w:r w:rsidRPr="00F02877">
        <w:rPr>
          <w:rFonts w:ascii="Arial" w:hAnsi="Arial" w:cs="Arial"/>
          <w:lang w:val="es-CL" w:eastAsia="es-CL"/>
        </w:rPr>
        <w:t>Asesorar a docentes y asistentes.</w:t>
      </w:r>
    </w:p>
    <w:p w14:paraId="4FC7EFA2" w14:textId="77777777" w:rsidR="00F02877" w:rsidRDefault="00F02877" w:rsidP="00F02877">
      <w:pPr>
        <w:rPr>
          <w:rFonts w:ascii="Arial" w:hAnsi="Arial" w:cs="Arial"/>
          <w:lang w:val="es-CL" w:eastAsia="es-CL"/>
        </w:rPr>
      </w:pPr>
    </w:p>
    <w:p w14:paraId="011C5EDA" w14:textId="2684CD62" w:rsidR="00F02877" w:rsidRPr="00F02877" w:rsidRDefault="00F02877" w:rsidP="00F02877">
      <w:pPr>
        <w:rPr>
          <w:rFonts w:ascii="Arial" w:hAnsi="Arial" w:cs="Arial"/>
          <w:b/>
          <w:bCs/>
          <w:lang w:val="es-CL" w:eastAsia="es-CL"/>
        </w:rPr>
      </w:pPr>
      <w:r w:rsidRPr="00F02877">
        <w:rPr>
          <w:rFonts w:ascii="Arial" w:hAnsi="Arial" w:cs="Arial"/>
          <w:b/>
          <w:bCs/>
          <w:lang w:val="es-CL" w:eastAsia="es-CL"/>
        </w:rPr>
        <w:lastRenderedPageBreak/>
        <w:t>Docentes</w:t>
      </w:r>
    </w:p>
    <w:p w14:paraId="386F8B7E" w14:textId="77777777" w:rsidR="00F02877" w:rsidRPr="00F02877" w:rsidRDefault="00F02877" w:rsidP="00F02877">
      <w:pPr>
        <w:pStyle w:val="Prrafodelista"/>
        <w:numPr>
          <w:ilvl w:val="0"/>
          <w:numId w:val="35"/>
        </w:numPr>
        <w:rPr>
          <w:rFonts w:ascii="Arial" w:hAnsi="Arial" w:cs="Arial"/>
          <w:lang w:val="es-CL" w:eastAsia="es-CL"/>
        </w:rPr>
      </w:pPr>
      <w:r w:rsidRPr="00F02877">
        <w:rPr>
          <w:rFonts w:ascii="Arial" w:hAnsi="Arial" w:cs="Arial"/>
          <w:lang w:val="es-CL" w:eastAsia="es-CL"/>
        </w:rPr>
        <w:t>Aplicar rutinas de higiene.</w:t>
      </w:r>
    </w:p>
    <w:p w14:paraId="2A472064" w14:textId="77777777" w:rsidR="00F02877" w:rsidRPr="00F02877" w:rsidRDefault="00F02877" w:rsidP="00F02877">
      <w:pPr>
        <w:pStyle w:val="Prrafodelista"/>
        <w:numPr>
          <w:ilvl w:val="0"/>
          <w:numId w:val="35"/>
        </w:numPr>
        <w:rPr>
          <w:rFonts w:ascii="Arial" w:hAnsi="Arial" w:cs="Arial"/>
          <w:lang w:val="es-CL" w:eastAsia="es-CL"/>
        </w:rPr>
      </w:pPr>
      <w:r w:rsidRPr="00F02877">
        <w:rPr>
          <w:rFonts w:ascii="Arial" w:hAnsi="Arial" w:cs="Arial"/>
          <w:lang w:val="es-CL" w:eastAsia="es-CL"/>
        </w:rPr>
        <w:t>Promover hábitos saludables.</w:t>
      </w:r>
    </w:p>
    <w:p w14:paraId="05B26370" w14:textId="77777777" w:rsidR="00F02877" w:rsidRPr="00F02877" w:rsidRDefault="00F02877" w:rsidP="00F02877">
      <w:pPr>
        <w:pStyle w:val="Prrafodelista"/>
        <w:numPr>
          <w:ilvl w:val="0"/>
          <w:numId w:val="35"/>
        </w:numPr>
        <w:rPr>
          <w:rFonts w:ascii="Arial" w:hAnsi="Arial" w:cs="Arial"/>
          <w:lang w:val="es-CL" w:eastAsia="es-CL"/>
        </w:rPr>
      </w:pPr>
      <w:r w:rsidRPr="00F02877">
        <w:rPr>
          <w:rFonts w:ascii="Arial" w:hAnsi="Arial" w:cs="Arial"/>
          <w:lang w:val="es-CL" w:eastAsia="es-CL"/>
        </w:rPr>
        <w:t>Respetar adecuaciones.</w:t>
      </w:r>
    </w:p>
    <w:p w14:paraId="5A869A55" w14:textId="77777777" w:rsidR="00F02877" w:rsidRPr="00F02877" w:rsidRDefault="00F02877" w:rsidP="00F02877">
      <w:pPr>
        <w:rPr>
          <w:rFonts w:ascii="Arial" w:hAnsi="Arial" w:cs="Arial"/>
          <w:lang w:val="es-CL" w:eastAsia="es-CL"/>
        </w:rPr>
      </w:pPr>
    </w:p>
    <w:p w14:paraId="279D81A0"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Asistentes de la Educación</w:t>
      </w:r>
    </w:p>
    <w:p w14:paraId="6082AAF8" w14:textId="0A52CD80" w:rsidR="00F02877" w:rsidRPr="00F02877" w:rsidRDefault="00F02877" w:rsidP="00F02877">
      <w:pPr>
        <w:pStyle w:val="Prrafodelista"/>
        <w:numPr>
          <w:ilvl w:val="0"/>
          <w:numId w:val="36"/>
        </w:numPr>
        <w:rPr>
          <w:rFonts w:ascii="Arial" w:hAnsi="Arial" w:cs="Arial"/>
          <w:lang w:val="es-CL" w:eastAsia="es-CL"/>
        </w:rPr>
      </w:pPr>
      <w:r w:rsidRPr="00F02877">
        <w:rPr>
          <w:rFonts w:ascii="Arial" w:hAnsi="Arial" w:cs="Arial"/>
          <w:lang w:val="es-CL" w:eastAsia="es-CL"/>
        </w:rPr>
        <w:t>Apoyar rutinas de higiene y alimentación</w:t>
      </w:r>
      <w:r w:rsidR="0087680C">
        <w:rPr>
          <w:rFonts w:ascii="Arial" w:hAnsi="Arial" w:cs="Arial"/>
          <w:lang w:val="es-CL" w:eastAsia="es-CL"/>
        </w:rPr>
        <w:t xml:space="preserve"> (Sonda y muda)</w:t>
      </w:r>
      <w:r w:rsidRPr="00F02877">
        <w:rPr>
          <w:rFonts w:ascii="Arial" w:hAnsi="Arial" w:cs="Arial"/>
          <w:lang w:val="es-CL" w:eastAsia="es-CL"/>
        </w:rPr>
        <w:t>.</w:t>
      </w:r>
    </w:p>
    <w:p w14:paraId="0FE5CFC0" w14:textId="77777777" w:rsidR="00F02877" w:rsidRPr="00F02877" w:rsidRDefault="00F02877" w:rsidP="00F02877">
      <w:pPr>
        <w:pStyle w:val="Prrafodelista"/>
        <w:numPr>
          <w:ilvl w:val="0"/>
          <w:numId w:val="36"/>
        </w:numPr>
        <w:rPr>
          <w:rFonts w:ascii="Arial" w:hAnsi="Arial" w:cs="Arial"/>
          <w:lang w:val="es-CL" w:eastAsia="es-CL"/>
        </w:rPr>
      </w:pPr>
      <w:r w:rsidRPr="00F02877">
        <w:rPr>
          <w:rFonts w:ascii="Arial" w:hAnsi="Arial" w:cs="Arial"/>
          <w:lang w:val="es-CL" w:eastAsia="es-CL"/>
        </w:rPr>
        <w:t>Informar situaciones relevantes.</w:t>
      </w:r>
    </w:p>
    <w:p w14:paraId="0BF1120B" w14:textId="77777777" w:rsidR="00F02877" w:rsidRPr="00F02877" w:rsidRDefault="00F02877" w:rsidP="00F02877">
      <w:pPr>
        <w:rPr>
          <w:rFonts w:ascii="Arial" w:hAnsi="Arial" w:cs="Arial"/>
          <w:lang w:val="es-CL" w:eastAsia="es-CL"/>
        </w:rPr>
      </w:pPr>
    </w:p>
    <w:p w14:paraId="7E5FC28D"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Familia</w:t>
      </w:r>
    </w:p>
    <w:p w14:paraId="3AB79834" w14:textId="77777777" w:rsidR="00F02877" w:rsidRPr="00F02877" w:rsidRDefault="00F02877" w:rsidP="00F02877">
      <w:pPr>
        <w:pStyle w:val="Prrafodelista"/>
        <w:numPr>
          <w:ilvl w:val="0"/>
          <w:numId w:val="37"/>
        </w:numPr>
        <w:rPr>
          <w:rFonts w:ascii="Arial" w:hAnsi="Arial" w:cs="Arial"/>
          <w:lang w:val="es-CL" w:eastAsia="es-CL"/>
        </w:rPr>
      </w:pPr>
      <w:r w:rsidRPr="00F02877">
        <w:rPr>
          <w:rFonts w:ascii="Arial" w:hAnsi="Arial" w:cs="Arial"/>
          <w:lang w:val="es-CL" w:eastAsia="es-CL"/>
        </w:rPr>
        <w:t>Entregar información actualizada.</w:t>
      </w:r>
    </w:p>
    <w:p w14:paraId="3056DBD5" w14:textId="77777777" w:rsidR="00F02877" w:rsidRDefault="00F02877" w:rsidP="00F02877">
      <w:pPr>
        <w:pStyle w:val="Prrafodelista"/>
        <w:numPr>
          <w:ilvl w:val="0"/>
          <w:numId w:val="37"/>
        </w:numPr>
        <w:rPr>
          <w:rFonts w:ascii="Arial" w:hAnsi="Arial" w:cs="Arial"/>
          <w:lang w:val="es-CL" w:eastAsia="es-CL"/>
        </w:rPr>
      </w:pPr>
      <w:r w:rsidRPr="00F02877">
        <w:rPr>
          <w:rFonts w:ascii="Arial" w:hAnsi="Arial" w:cs="Arial"/>
          <w:lang w:val="es-CL" w:eastAsia="es-CL"/>
        </w:rPr>
        <w:t>Colaborar con hábitos y acuerdos.</w:t>
      </w:r>
    </w:p>
    <w:p w14:paraId="2049F852" w14:textId="7ABF2D5C" w:rsidR="00F02877" w:rsidRPr="00F02877" w:rsidRDefault="00F02877" w:rsidP="00F02877">
      <w:pPr>
        <w:pStyle w:val="Prrafodelista"/>
        <w:numPr>
          <w:ilvl w:val="0"/>
          <w:numId w:val="37"/>
        </w:numPr>
        <w:rPr>
          <w:rFonts w:ascii="Arial" w:hAnsi="Arial" w:cs="Arial"/>
          <w:lang w:val="es-CL" w:eastAsia="es-CL"/>
        </w:rPr>
      </w:pPr>
      <w:r>
        <w:rPr>
          <w:rFonts w:ascii="Arial" w:hAnsi="Arial" w:cs="Arial"/>
          <w:lang w:val="es-CL" w:eastAsia="es-CL"/>
        </w:rPr>
        <w:t>Informar uso de sonda y acompañar al equipo en su utilización (capacitar).</w:t>
      </w:r>
    </w:p>
    <w:p w14:paraId="1BC90CF7" w14:textId="77777777" w:rsidR="00F02877" w:rsidRPr="00F02877" w:rsidRDefault="00F02877" w:rsidP="00F02877">
      <w:pPr>
        <w:rPr>
          <w:rFonts w:ascii="Arial" w:hAnsi="Arial" w:cs="Arial"/>
          <w:lang w:val="es-CL" w:eastAsia="es-CL"/>
        </w:rPr>
      </w:pPr>
    </w:p>
    <w:p w14:paraId="0F3C4529"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7. Medidas de Seguridad y Prevención</w:t>
      </w:r>
    </w:p>
    <w:p w14:paraId="1635F403" w14:textId="77777777" w:rsidR="00F02877" w:rsidRPr="00F02877" w:rsidRDefault="00F02877" w:rsidP="00F02877">
      <w:pPr>
        <w:pStyle w:val="Prrafodelista"/>
        <w:numPr>
          <w:ilvl w:val="0"/>
          <w:numId w:val="38"/>
        </w:numPr>
        <w:rPr>
          <w:rFonts w:ascii="Arial" w:hAnsi="Arial" w:cs="Arial"/>
          <w:lang w:val="es-CL" w:eastAsia="es-CL"/>
        </w:rPr>
      </w:pPr>
      <w:r w:rsidRPr="00F02877">
        <w:rPr>
          <w:rFonts w:ascii="Arial" w:hAnsi="Arial" w:cs="Arial"/>
          <w:lang w:val="es-CL" w:eastAsia="es-CL"/>
        </w:rPr>
        <w:t>Supervisión permanente durante la alimentación.</w:t>
      </w:r>
    </w:p>
    <w:p w14:paraId="2EDEE0D2" w14:textId="77777777" w:rsidR="00F02877" w:rsidRPr="00F02877" w:rsidRDefault="00F02877" w:rsidP="00F02877">
      <w:pPr>
        <w:pStyle w:val="Prrafodelista"/>
        <w:numPr>
          <w:ilvl w:val="0"/>
          <w:numId w:val="38"/>
        </w:numPr>
        <w:rPr>
          <w:rFonts w:ascii="Arial" w:hAnsi="Arial" w:cs="Arial"/>
          <w:lang w:val="es-CL" w:eastAsia="es-CL"/>
        </w:rPr>
      </w:pPr>
      <w:r w:rsidRPr="00F02877">
        <w:rPr>
          <w:rFonts w:ascii="Arial" w:hAnsi="Arial" w:cs="Arial"/>
          <w:lang w:val="es-CL" w:eastAsia="es-CL"/>
        </w:rPr>
        <w:t>Prevención de atragantamientos.</w:t>
      </w:r>
    </w:p>
    <w:p w14:paraId="68A76A20" w14:textId="77777777" w:rsidR="00124466" w:rsidRDefault="00F02877" w:rsidP="00F02877">
      <w:pPr>
        <w:pStyle w:val="Prrafodelista"/>
        <w:numPr>
          <w:ilvl w:val="0"/>
          <w:numId w:val="38"/>
        </w:numPr>
        <w:rPr>
          <w:rFonts w:ascii="Arial" w:hAnsi="Arial" w:cs="Arial"/>
          <w:lang w:val="es-CL" w:eastAsia="es-CL"/>
        </w:rPr>
      </w:pPr>
      <w:r w:rsidRPr="00F02877">
        <w:rPr>
          <w:rFonts w:ascii="Arial" w:hAnsi="Arial" w:cs="Arial"/>
          <w:lang w:val="es-CL" w:eastAsia="es-CL"/>
        </w:rPr>
        <w:t>Registro de incidentes.</w:t>
      </w:r>
    </w:p>
    <w:p w14:paraId="052E7F41" w14:textId="1795CB5D" w:rsidR="00F02877" w:rsidRDefault="00F02877" w:rsidP="00F02877">
      <w:pPr>
        <w:pStyle w:val="Prrafodelista"/>
        <w:numPr>
          <w:ilvl w:val="0"/>
          <w:numId w:val="38"/>
        </w:numPr>
        <w:rPr>
          <w:rFonts w:ascii="Arial" w:hAnsi="Arial" w:cs="Arial"/>
          <w:lang w:val="es-CL" w:eastAsia="es-CL"/>
        </w:rPr>
      </w:pPr>
      <w:r w:rsidRPr="00124466">
        <w:rPr>
          <w:rFonts w:ascii="Arial" w:hAnsi="Arial" w:cs="Arial"/>
          <w:lang w:val="es-CL" w:eastAsia="es-CL"/>
        </w:rPr>
        <w:t>Protocolos de actuación ante crisis sensoriales.</w:t>
      </w:r>
    </w:p>
    <w:p w14:paraId="6EAA98FF" w14:textId="77777777" w:rsidR="00124466" w:rsidRPr="00124466" w:rsidRDefault="00124466" w:rsidP="00124466">
      <w:pPr>
        <w:rPr>
          <w:rFonts w:ascii="Arial" w:hAnsi="Arial" w:cs="Arial"/>
          <w:lang w:val="es-CL" w:eastAsia="es-CL"/>
        </w:rPr>
      </w:pPr>
    </w:p>
    <w:p w14:paraId="63D484A7"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8. Evaluación y Seguimiento</w:t>
      </w:r>
    </w:p>
    <w:p w14:paraId="6AF1E2AB" w14:textId="77777777" w:rsidR="00F02877" w:rsidRPr="00124466" w:rsidRDefault="00F02877" w:rsidP="00124466">
      <w:pPr>
        <w:pStyle w:val="Prrafodelista"/>
        <w:numPr>
          <w:ilvl w:val="0"/>
          <w:numId w:val="39"/>
        </w:numPr>
        <w:rPr>
          <w:rFonts w:ascii="Arial" w:hAnsi="Arial" w:cs="Arial"/>
          <w:lang w:val="es-CL" w:eastAsia="es-CL"/>
        </w:rPr>
      </w:pPr>
      <w:r w:rsidRPr="00124466">
        <w:rPr>
          <w:rFonts w:ascii="Arial" w:hAnsi="Arial" w:cs="Arial"/>
          <w:lang w:val="es-CL" w:eastAsia="es-CL"/>
        </w:rPr>
        <w:t>Revisión semestral del procedimiento.</w:t>
      </w:r>
    </w:p>
    <w:p w14:paraId="5C919874" w14:textId="77777777" w:rsidR="00F02877" w:rsidRPr="00124466" w:rsidRDefault="00F02877" w:rsidP="00124466">
      <w:pPr>
        <w:pStyle w:val="Prrafodelista"/>
        <w:numPr>
          <w:ilvl w:val="0"/>
          <w:numId w:val="39"/>
        </w:numPr>
        <w:rPr>
          <w:rFonts w:ascii="Arial" w:hAnsi="Arial" w:cs="Arial"/>
          <w:lang w:val="es-CL" w:eastAsia="es-CL"/>
        </w:rPr>
      </w:pPr>
      <w:r w:rsidRPr="00124466">
        <w:rPr>
          <w:rFonts w:ascii="Arial" w:hAnsi="Arial" w:cs="Arial"/>
          <w:lang w:val="es-CL" w:eastAsia="es-CL"/>
        </w:rPr>
        <w:t>Registro de avances en autonomía.</w:t>
      </w:r>
    </w:p>
    <w:p w14:paraId="58928E5A" w14:textId="77777777" w:rsidR="00F02877" w:rsidRPr="00124466" w:rsidRDefault="00F02877" w:rsidP="00124466">
      <w:pPr>
        <w:pStyle w:val="Prrafodelista"/>
        <w:numPr>
          <w:ilvl w:val="0"/>
          <w:numId w:val="39"/>
        </w:numPr>
        <w:rPr>
          <w:rFonts w:ascii="Arial" w:hAnsi="Arial" w:cs="Arial"/>
          <w:lang w:val="es-CL" w:eastAsia="es-CL"/>
        </w:rPr>
      </w:pPr>
      <w:r w:rsidRPr="00124466">
        <w:rPr>
          <w:rFonts w:ascii="Arial" w:hAnsi="Arial" w:cs="Arial"/>
          <w:lang w:val="es-CL" w:eastAsia="es-CL"/>
        </w:rPr>
        <w:t>Ajustes según evolución del estudiante.</w:t>
      </w:r>
    </w:p>
    <w:p w14:paraId="096C0856" w14:textId="77777777" w:rsidR="00F02877" w:rsidRPr="00F02877" w:rsidRDefault="00F02877" w:rsidP="00F02877">
      <w:pPr>
        <w:rPr>
          <w:rFonts w:ascii="Arial" w:hAnsi="Arial" w:cs="Arial"/>
          <w:b/>
          <w:bCs/>
          <w:lang w:val="es-CL" w:eastAsia="es-CL"/>
        </w:rPr>
      </w:pPr>
      <w:r w:rsidRPr="00F02877">
        <w:rPr>
          <w:rFonts w:ascii="Arial" w:hAnsi="Arial" w:cs="Arial"/>
          <w:b/>
          <w:bCs/>
          <w:lang w:val="es-CL" w:eastAsia="es-CL"/>
        </w:rPr>
        <w:t>9. Enfoque Inclusivo y de Derechos</w:t>
      </w:r>
    </w:p>
    <w:p w14:paraId="10888577" w14:textId="06378F0D" w:rsidR="00F02877" w:rsidRDefault="00F02877" w:rsidP="00F02877">
      <w:pPr>
        <w:rPr>
          <w:rFonts w:ascii="Arial" w:hAnsi="Arial" w:cs="Arial"/>
          <w:lang w:val="es-CL" w:eastAsia="es-CL"/>
        </w:rPr>
      </w:pPr>
      <w:r w:rsidRPr="00F02877">
        <w:rPr>
          <w:rFonts w:ascii="Arial" w:hAnsi="Arial" w:cs="Arial"/>
          <w:lang w:val="es-CL" w:eastAsia="es-CL"/>
        </w:rPr>
        <w:t>Este procedimiento se sustenta en el principio de no discriminación, promoviendo la igualdad de oportunidades, el bienestar y la participación activa de estudiantes con TEA, conforme a la legislación vigente y al Proyecto Educativo Institucional.</w:t>
      </w:r>
      <w:r w:rsidR="00124466">
        <w:rPr>
          <w:rFonts w:ascii="Arial" w:hAnsi="Arial" w:cs="Arial"/>
          <w:lang w:val="es-CL" w:eastAsia="es-CL"/>
        </w:rPr>
        <w:t xml:space="preserve"> </w:t>
      </w:r>
    </w:p>
    <w:p w14:paraId="79DCC65B" w14:textId="77777777" w:rsidR="00667ECF" w:rsidRDefault="00667ECF" w:rsidP="00F02877">
      <w:pPr>
        <w:rPr>
          <w:rFonts w:ascii="Arial" w:hAnsi="Arial" w:cs="Arial"/>
          <w:lang w:val="es-CL" w:eastAsia="es-CL"/>
        </w:rPr>
      </w:pPr>
    </w:p>
    <w:p w14:paraId="4CACBDFC" w14:textId="77777777" w:rsidR="00667ECF" w:rsidRDefault="00667ECF" w:rsidP="00F02877">
      <w:pPr>
        <w:rPr>
          <w:rFonts w:ascii="Arial" w:hAnsi="Arial" w:cs="Arial"/>
          <w:lang w:val="es-CL" w:eastAsia="es-CL"/>
        </w:rPr>
      </w:pPr>
    </w:p>
    <w:p w14:paraId="3BEDCD0C" w14:textId="77777777" w:rsidR="00667ECF" w:rsidRDefault="00667ECF" w:rsidP="00F02877">
      <w:pPr>
        <w:rPr>
          <w:rFonts w:ascii="Arial" w:hAnsi="Arial" w:cs="Arial"/>
          <w:lang w:val="es-CL" w:eastAsia="es-CL"/>
        </w:rPr>
      </w:pPr>
    </w:p>
    <w:p w14:paraId="29D53ED6" w14:textId="77777777" w:rsidR="00667ECF" w:rsidRDefault="00667ECF" w:rsidP="00F02877">
      <w:pPr>
        <w:rPr>
          <w:rFonts w:ascii="Arial" w:hAnsi="Arial" w:cs="Arial"/>
          <w:lang w:val="es-CL" w:eastAsia="es-CL"/>
        </w:rPr>
      </w:pPr>
    </w:p>
    <w:p w14:paraId="2A378498" w14:textId="77777777" w:rsidR="00667ECF" w:rsidRDefault="00667ECF" w:rsidP="00F02877">
      <w:pPr>
        <w:rPr>
          <w:rFonts w:ascii="Arial" w:hAnsi="Arial" w:cs="Arial"/>
          <w:lang w:val="es-CL" w:eastAsia="es-CL"/>
        </w:rPr>
      </w:pPr>
    </w:p>
    <w:p w14:paraId="5B311D51" w14:textId="77777777" w:rsidR="00667ECF" w:rsidRDefault="00667ECF" w:rsidP="00F02877">
      <w:pPr>
        <w:rPr>
          <w:rFonts w:ascii="Arial" w:hAnsi="Arial" w:cs="Arial"/>
          <w:lang w:val="es-CL" w:eastAsia="es-CL"/>
        </w:rPr>
      </w:pPr>
    </w:p>
    <w:p w14:paraId="26EE392C" w14:textId="77777777" w:rsidR="00667ECF" w:rsidRDefault="00667ECF" w:rsidP="00F02877">
      <w:pPr>
        <w:rPr>
          <w:rFonts w:ascii="Arial" w:hAnsi="Arial" w:cs="Arial"/>
          <w:lang w:val="es-CL" w:eastAsia="es-CL"/>
        </w:rPr>
      </w:pPr>
    </w:p>
    <w:p w14:paraId="4811AD24" w14:textId="77777777" w:rsidR="00667ECF" w:rsidRDefault="00667ECF" w:rsidP="00F02877">
      <w:pPr>
        <w:rPr>
          <w:rFonts w:ascii="Arial" w:hAnsi="Arial" w:cs="Arial"/>
          <w:lang w:val="es-CL" w:eastAsia="es-CL"/>
        </w:rPr>
      </w:pPr>
    </w:p>
    <w:p w14:paraId="5AE66C52" w14:textId="77777777" w:rsidR="00667ECF" w:rsidRDefault="00667ECF" w:rsidP="00F02877">
      <w:pPr>
        <w:rPr>
          <w:rFonts w:ascii="Arial" w:hAnsi="Arial" w:cs="Arial"/>
          <w:lang w:val="es-CL" w:eastAsia="es-CL"/>
        </w:rPr>
      </w:pPr>
    </w:p>
    <w:p w14:paraId="3E563E37" w14:textId="77777777" w:rsidR="00667ECF" w:rsidRDefault="00667ECF" w:rsidP="00F02877">
      <w:pPr>
        <w:rPr>
          <w:rFonts w:ascii="Arial" w:hAnsi="Arial" w:cs="Arial"/>
          <w:lang w:val="es-CL" w:eastAsia="es-CL"/>
        </w:rPr>
      </w:pPr>
    </w:p>
    <w:p w14:paraId="6FE7F38C" w14:textId="77777777" w:rsidR="00667ECF" w:rsidRDefault="00667ECF" w:rsidP="00F02877">
      <w:pPr>
        <w:rPr>
          <w:rFonts w:ascii="Arial" w:hAnsi="Arial" w:cs="Arial"/>
          <w:lang w:val="es-CL" w:eastAsia="es-CL"/>
        </w:rPr>
      </w:pPr>
    </w:p>
    <w:p w14:paraId="6A846DAD" w14:textId="77777777" w:rsidR="00667ECF" w:rsidRDefault="00667ECF" w:rsidP="00F02877">
      <w:pPr>
        <w:rPr>
          <w:rFonts w:ascii="Arial" w:hAnsi="Arial" w:cs="Arial"/>
          <w:lang w:val="es-CL" w:eastAsia="es-CL"/>
        </w:rPr>
      </w:pPr>
    </w:p>
    <w:p w14:paraId="7885D5E2" w14:textId="77777777" w:rsidR="00667ECF" w:rsidRDefault="00667ECF" w:rsidP="00F02877">
      <w:pPr>
        <w:rPr>
          <w:rFonts w:ascii="Arial" w:hAnsi="Arial" w:cs="Arial"/>
          <w:lang w:val="es-CL" w:eastAsia="es-CL"/>
        </w:rPr>
      </w:pPr>
    </w:p>
    <w:p w14:paraId="49C76C53" w14:textId="77777777" w:rsidR="00667ECF" w:rsidRDefault="00667ECF" w:rsidP="00F02877">
      <w:pPr>
        <w:rPr>
          <w:rFonts w:ascii="Arial" w:hAnsi="Arial" w:cs="Arial"/>
          <w:lang w:val="es-CL" w:eastAsia="es-CL"/>
        </w:rPr>
      </w:pPr>
    </w:p>
    <w:p w14:paraId="5F4558DA" w14:textId="77777777" w:rsidR="004E169C" w:rsidRDefault="004E169C" w:rsidP="004E169C">
      <w:pPr>
        <w:rPr>
          <w:rFonts w:ascii="Arial" w:hAnsi="Arial" w:cs="Arial"/>
          <w:lang w:val="es-CL" w:eastAsia="es-CL"/>
        </w:rPr>
      </w:pPr>
    </w:p>
    <w:p w14:paraId="1589D59D" w14:textId="478BF511" w:rsidR="002826E0" w:rsidRDefault="002826E0" w:rsidP="004E169C">
      <w:pPr>
        <w:rPr>
          <w:rFonts w:ascii="Arial" w:hAnsi="Arial" w:cs="Arial"/>
          <w:b/>
          <w:bCs/>
          <w:i/>
          <w:sz w:val="96"/>
          <w:szCs w:val="96"/>
          <w:lang w:val="es-CL"/>
        </w:rPr>
      </w:pPr>
      <w:r w:rsidRPr="002826E0">
        <w:rPr>
          <w:rFonts w:ascii="Arial" w:hAnsi="Arial" w:cs="Arial"/>
          <w:b/>
          <w:bCs/>
          <w:i/>
          <w:sz w:val="96"/>
          <w:szCs w:val="96"/>
          <w:lang w:val="es-CL"/>
        </w:rPr>
        <w:t>PROTOCOLOS</w:t>
      </w:r>
    </w:p>
    <w:p w14:paraId="651C61E4" w14:textId="77777777" w:rsidR="002826E0" w:rsidRDefault="002826E0" w:rsidP="00FF3343">
      <w:pPr>
        <w:jc w:val="center"/>
        <w:rPr>
          <w:rFonts w:ascii="Arial" w:hAnsi="Arial" w:cs="Arial"/>
          <w:b/>
          <w:bCs/>
          <w:i/>
          <w:sz w:val="96"/>
          <w:szCs w:val="96"/>
          <w:lang w:val="es-CL"/>
        </w:rPr>
      </w:pPr>
    </w:p>
    <w:p w14:paraId="2E80EEB9" w14:textId="77777777" w:rsidR="002826E0" w:rsidRDefault="002826E0" w:rsidP="00FF3343">
      <w:pPr>
        <w:jc w:val="center"/>
        <w:rPr>
          <w:rFonts w:ascii="Arial" w:hAnsi="Arial" w:cs="Arial"/>
          <w:b/>
          <w:bCs/>
          <w:i/>
          <w:sz w:val="96"/>
          <w:szCs w:val="96"/>
          <w:lang w:val="es-CL"/>
        </w:rPr>
      </w:pPr>
    </w:p>
    <w:p w14:paraId="091ABF6C" w14:textId="77777777" w:rsidR="002826E0" w:rsidRDefault="002826E0" w:rsidP="00893C50">
      <w:pPr>
        <w:rPr>
          <w:rFonts w:ascii="Arial" w:hAnsi="Arial" w:cs="Arial"/>
          <w:b/>
          <w:bCs/>
          <w:i/>
          <w:sz w:val="96"/>
          <w:szCs w:val="96"/>
          <w:lang w:val="es-CL"/>
        </w:rPr>
      </w:pPr>
    </w:p>
    <w:p w14:paraId="666035AD" w14:textId="77777777" w:rsidR="004E169C" w:rsidRDefault="00893C50" w:rsidP="00893C50">
      <w:pPr>
        <w:pStyle w:val="Textoindependiente"/>
        <w:spacing w:before="13" w:line="393" w:lineRule="auto"/>
        <w:ind w:right="49"/>
        <w:jc w:val="center"/>
        <w:rPr>
          <w:rFonts w:ascii="Arial" w:hAnsi="Arial" w:cs="Arial"/>
          <w:sz w:val="96"/>
          <w:szCs w:val="96"/>
          <w:lang w:val="es-CL"/>
        </w:rPr>
      </w:pPr>
      <w:r>
        <w:rPr>
          <w:rFonts w:ascii="Arial" w:hAnsi="Arial" w:cs="Arial"/>
          <w:sz w:val="96"/>
          <w:szCs w:val="96"/>
          <w:lang w:val="es-CL"/>
        </w:rPr>
        <w:tab/>
      </w:r>
    </w:p>
    <w:p w14:paraId="32311B3A" w14:textId="77777777" w:rsidR="004E169C" w:rsidRDefault="004E169C" w:rsidP="00893C50">
      <w:pPr>
        <w:pStyle w:val="Textoindependiente"/>
        <w:spacing w:before="13" w:line="393" w:lineRule="auto"/>
        <w:ind w:right="49"/>
        <w:jc w:val="center"/>
        <w:rPr>
          <w:rFonts w:ascii="Arial" w:hAnsi="Arial" w:cs="Arial"/>
          <w:sz w:val="96"/>
          <w:szCs w:val="96"/>
          <w:lang w:val="es-CL"/>
        </w:rPr>
      </w:pPr>
    </w:p>
    <w:p w14:paraId="76D41430" w14:textId="13F8285C" w:rsidR="00893C50" w:rsidRDefault="00893C50" w:rsidP="00893C50">
      <w:pPr>
        <w:pStyle w:val="Textoindependiente"/>
        <w:spacing w:before="13" w:line="393" w:lineRule="auto"/>
        <w:ind w:right="49"/>
        <w:jc w:val="center"/>
        <w:rPr>
          <w:rFonts w:ascii="Arial" w:hAnsi="Arial" w:cs="Arial"/>
          <w:b/>
          <w:bCs/>
          <w:sz w:val="56"/>
          <w:szCs w:val="56"/>
        </w:rPr>
      </w:pPr>
      <w:r w:rsidRPr="007D2561">
        <w:rPr>
          <w:rFonts w:ascii="Arial" w:hAnsi="Arial" w:cs="Arial"/>
          <w:b/>
          <w:bCs/>
          <w:sz w:val="56"/>
          <w:szCs w:val="56"/>
        </w:rPr>
        <w:t>PROTOCOLO DE RESPUESTA A DESREGULACIÓN EMOCIONAL Y</w:t>
      </w:r>
      <w:r>
        <w:rPr>
          <w:rFonts w:ascii="Arial" w:hAnsi="Arial" w:cs="Arial"/>
          <w:b/>
          <w:bCs/>
          <w:sz w:val="56"/>
          <w:szCs w:val="56"/>
        </w:rPr>
        <w:t xml:space="preserve"> CONDUCTUAL DE ESTUDIANTES  2026</w:t>
      </w:r>
    </w:p>
    <w:p w14:paraId="411761EF" w14:textId="77777777" w:rsidR="00893C50" w:rsidRDefault="00893C50" w:rsidP="00893C50">
      <w:pPr>
        <w:pStyle w:val="Textoindependiente"/>
        <w:spacing w:before="13" w:line="393" w:lineRule="auto"/>
        <w:ind w:right="49"/>
        <w:jc w:val="center"/>
        <w:rPr>
          <w:rFonts w:ascii="Arial" w:hAnsi="Arial" w:cs="Arial"/>
          <w:b/>
          <w:bCs/>
          <w:sz w:val="56"/>
          <w:szCs w:val="56"/>
        </w:rPr>
      </w:pPr>
      <w:r w:rsidRPr="00003580">
        <w:rPr>
          <w:rFonts w:ascii="Arial" w:hAnsi="Arial" w:cs="Arial"/>
          <w:b/>
          <w:bCs/>
          <w:noProof/>
          <w:sz w:val="56"/>
          <w:szCs w:val="56"/>
        </w:rPr>
        <w:drawing>
          <wp:anchor distT="0" distB="0" distL="114300" distR="114300" simplePos="0" relativeHeight="251662336" behindDoc="1" locked="0" layoutInCell="1" allowOverlap="1" wp14:anchorId="4F1D9734" wp14:editId="3D3E8354">
            <wp:simplePos x="0" y="0"/>
            <wp:positionH relativeFrom="column">
              <wp:posOffset>1339215</wp:posOffset>
            </wp:positionH>
            <wp:positionV relativeFrom="paragraph">
              <wp:posOffset>612775</wp:posOffset>
            </wp:positionV>
            <wp:extent cx="3048000" cy="3048000"/>
            <wp:effectExtent l="0" t="0" r="0" b="0"/>
            <wp:wrapNone/>
            <wp:docPr id="1459549604" name="Imagen 1459549604" descr="Centro Educacional Ado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Educacional Adon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4E843" w14:textId="77777777" w:rsidR="00893C50" w:rsidRDefault="00893C50" w:rsidP="00893C50">
      <w:pPr>
        <w:pStyle w:val="Textoindependiente"/>
        <w:spacing w:before="13" w:line="393" w:lineRule="auto"/>
        <w:ind w:right="49"/>
        <w:jc w:val="center"/>
        <w:rPr>
          <w:rFonts w:ascii="Arial" w:hAnsi="Arial" w:cs="Arial"/>
          <w:b/>
          <w:bCs/>
          <w:sz w:val="56"/>
          <w:szCs w:val="56"/>
        </w:rPr>
      </w:pPr>
      <w:r>
        <w:rPr>
          <w:rFonts w:ascii="Arial" w:hAnsi="Arial" w:cs="Arial"/>
          <w:b/>
          <w:bCs/>
          <w:noProof/>
          <w:sz w:val="56"/>
          <w:szCs w:val="56"/>
        </w:rPr>
        <mc:AlternateContent>
          <mc:Choice Requires="wps">
            <w:drawing>
              <wp:anchor distT="0" distB="0" distL="114300" distR="114300" simplePos="0" relativeHeight="251661312" behindDoc="0" locked="0" layoutInCell="1" allowOverlap="1" wp14:anchorId="2240F466" wp14:editId="30ECC073">
                <wp:simplePos x="0" y="0"/>
                <wp:positionH relativeFrom="column">
                  <wp:posOffset>-3810</wp:posOffset>
                </wp:positionH>
                <wp:positionV relativeFrom="paragraph">
                  <wp:posOffset>4583430</wp:posOffset>
                </wp:positionV>
                <wp:extent cx="5619750" cy="628650"/>
                <wp:effectExtent l="0" t="0" r="0" b="0"/>
                <wp:wrapNone/>
                <wp:docPr id="80777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28650"/>
                        </a:xfrm>
                        <a:prstGeom prst="rect">
                          <a:avLst/>
                        </a:prstGeom>
                        <a:solidFill>
                          <a:srgbClr val="FFFFFF"/>
                        </a:solidFill>
                        <a:ln w="9525">
                          <a:solidFill>
                            <a:schemeClr val="bg1">
                              <a:lumMod val="100000"/>
                              <a:lumOff val="0"/>
                            </a:schemeClr>
                          </a:solidFill>
                          <a:miter lim="800000"/>
                          <a:headEnd/>
                          <a:tailEnd/>
                        </a:ln>
                      </wps:spPr>
                      <wps:txbx>
                        <w:txbxContent>
                          <w:p w14:paraId="22E99A60" w14:textId="77777777" w:rsidR="00893C50" w:rsidRPr="007D2561" w:rsidRDefault="00893C50" w:rsidP="00893C50">
                            <w:pPr>
                              <w:jc w:val="center"/>
                              <w:rPr>
                                <w:rFonts w:ascii="Arial" w:hAnsi="Arial" w:cs="Arial"/>
                                <w:i/>
                                <w:sz w:val="52"/>
                                <w:szCs w:val="52"/>
                                <w:lang w:val="es-ES"/>
                              </w:rPr>
                            </w:pPr>
                            <w:r>
                              <w:rPr>
                                <w:rFonts w:ascii="Arial" w:hAnsi="Arial" w:cs="Arial"/>
                                <w:i/>
                                <w:sz w:val="52"/>
                                <w:szCs w:val="52"/>
                                <w:lang w:val="es-ES"/>
                              </w:rPr>
                              <w:t>Curicó,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0F466" id="_x0000_t202" coordsize="21600,21600" o:spt="202" path="m,l,21600r21600,l21600,xe">
                <v:stroke joinstyle="miter"/>
                <v:path gradientshapeok="t" o:connecttype="rect"/>
              </v:shapetype>
              <v:shape id="Text Box 2" o:spid="_x0000_s1026" type="#_x0000_t202" style="position:absolute;left:0;text-align:left;margin-left:-.3pt;margin-top:360.9pt;width:442.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" strokecolor="white [3212]">
                <v:textbox>
                  <w:txbxContent>
                    <w:p w14:paraId="22E99A60" w14:textId="77777777" w:rsidR="00893C50" w:rsidRPr="007D2561" w:rsidRDefault="00893C50" w:rsidP="00893C50">
                      <w:pPr>
                        <w:jc w:val="center"/>
                        <w:rPr>
                          <w:rFonts w:ascii="Arial" w:hAnsi="Arial" w:cs="Arial"/>
                          <w:i/>
                          <w:sz w:val="52"/>
                          <w:szCs w:val="52"/>
                          <w:lang w:val="es-ES"/>
                        </w:rPr>
                      </w:pPr>
                      <w:r>
                        <w:rPr>
                          <w:rFonts w:ascii="Arial" w:hAnsi="Arial" w:cs="Arial"/>
                          <w:i/>
                          <w:sz w:val="52"/>
                          <w:szCs w:val="52"/>
                          <w:lang w:val="es-ES"/>
                        </w:rPr>
                        <w:t>Curicó, 2026</w:t>
                      </w:r>
                    </w:p>
                  </w:txbxContent>
                </v:textbox>
              </v:shape>
            </w:pict>
          </mc:Fallback>
        </mc:AlternateContent>
      </w:r>
    </w:p>
    <w:p w14:paraId="721F3564" w14:textId="77777777" w:rsidR="00893C50" w:rsidRPr="007D2561" w:rsidRDefault="00893C50" w:rsidP="00893C50">
      <w:pPr>
        <w:pStyle w:val="Textoindependiente"/>
        <w:spacing w:before="13" w:line="393" w:lineRule="auto"/>
        <w:ind w:right="49"/>
        <w:jc w:val="center"/>
        <w:rPr>
          <w:rFonts w:ascii="Arial" w:hAnsi="Arial" w:cs="Arial"/>
          <w:b/>
          <w:bCs/>
          <w:sz w:val="56"/>
          <w:szCs w:val="56"/>
        </w:rPr>
        <w:sectPr w:rsidR="00893C50" w:rsidRPr="007D2561" w:rsidSect="00893C50">
          <w:headerReference w:type="default" r:id="rId24"/>
          <w:pgSz w:w="12240" w:h="15840"/>
          <w:pgMar w:top="1134" w:right="1701" w:bottom="1134" w:left="1701" w:header="602" w:footer="0" w:gutter="0"/>
          <w:cols w:space="720"/>
          <w:docGrid w:linePitch="299"/>
        </w:sectPr>
      </w:pPr>
    </w:p>
    <w:p w14:paraId="3250427A" w14:textId="77777777" w:rsidR="00893C50" w:rsidRPr="00901BC0" w:rsidRDefault="00893C50" w:rsidP="00893C50">
      <w:pPr>
        <w:pStyle w:val="Textoindependiente"/>
        <w:spacing w:before="13" w:line="393" w:lineRule="auto"/>
        <w:ind w:right="49"/>
        <w:jc w:val="center"/>
        <w:rPr>
          <w:rFonts w:ascii="Arial" w:hAnsi="Arial" w:cs="Arial"/>
          <w:b/>
          <w:bCs/>
        </w:rPr>
      </w:pPr>
      <w:r w:rsidRPr="00901BC0">
        <w:rPr>
          <w:rFonts w:ascii="Arial" w:hAnsi="Arial" w:cs="Arial"/>
          <w:b/>
          <w:bCs/>
        </w:rPr>
        <w:lastRenderedPageBreak/>
        <w:t>PROTOCOLO DE RESPUESTA A DESREGULACIÓN EMOCIONAL Y CONDUCTUAL DE ESTUDIANTES AÑO: 202</w:t>
      </w:r>
      <w:r>
        <w:rPr>
          <w:rFonts w:ascii="Arial" w:hAnsi="Arial" w:cs="Arial"/>
          <w:b/>
          <w:bCs/>
        </w:rPr>
        <w:t>6</w:t>
      </w:r>
    </w:p>
    <w:p w14:paraId="4C13139E" w14:textId="77777777" w:rsidR="00893C50" w:rsidRPr="00901BC0" w:rsidRDefault="00893C50" w:rsidP="00893C50">
      <w:pPr>
        <w:pStyle w:val="Textoindependiente"/>
        <w:spacing w:before="13" w:line="393" w:lineRule="auto"/>
        <w:ind w:right="49"/>
        <w:jc w:val="both"/>
        <w:rPr>
          <w:b/>
          <w:bCs/>
        </w:rPr>
      </w:pPr>
    </w:p>
    <w:p w14:paraId="12E47150" w14:textId="77777777" w:rsidR="00893C50" w:rsidRPr="004A04F2" w:rsidRDefault="00893C50" w:rsidP="00893C50">
      <w:pPr>
        <w:pStyle w:val="Textoindependiente"/>
        <w:spacing w:before="175" w:line="360" w:lineRule="auto"/>
        <w:ind w:right="49"/>
        <w:jc w:val="both"/>
        <w:rPr>
          <w:rFonts w:ascii="Arial" w:hAnsi="Arial" w:cs="Arial"/>
          <w:b/>
          <w:bCs/>
        </w:rPr>
      </w:pPr>
      <w:r w:rsidRPr="004A04F2">
        <w:rPr>
          <w:rFonts w:ascii="Arial" w:hAnsi="Arial" w:cs="Arial"/>
          <w:b/>
          <w:bCs/>
        </w:rPr>
        <w:t>INTRODUCCION</w:t>
      </w:r>
    </w:p>
    <w:p w14:paraId="60DBC687" w14:textId="77777777" w:rsidR="00893C50" w:rsidRDefault="00893C50" w:rsidP="00893C50">
      <w:pPr>
        <w:pStyle w:val="Textoindependiente"/>
        <w:spacing w:before="175" w:line="360" w:lineRule="auto"/>
        <w:ind w:right="49"/>
        <w:jc w:val="both"/>
        <w:rPr>
          <w:rFonts w:ascii="Arial" w:hAnsi="Arial" w:cs="Arial"/>
        </w:rPr>
      </w:pPr>
      <w:r w:rsidRPr="00DB31BB">
        <w:rPr>
          <w:rFonts w:ascii="Arial" w:hAnsi="Arial" w:cs="Arial"/>
        </w:rPr>
        <w:t xml:space="preserve">El derecho a la </w:t>
      </w:r>
      <w:proofErr w:type="spellStart"/>
      <w:r w:rsidRPr="00DB31BB">
        <w:rPr>
          <w:rFonts w:ascii="Arial" w:hAnsi="Arial" w:cs="Arial"/>
        </w:rPr>
        <w:t>educación</w:t>
      </w:r>
      <w:proofErr w:type="spellEnd"/>
      <w:r w:rsidRPr="00DB31BB">
        <w:rPr>
          <w:rFonts w:ascii="Arial" w:hAnsi="Arial" w:cs="Arial"/>
        </w:rPr>
        <w:t xml:space="preserve"> es un derecho fundamental e </w:t>
      </w:r>
      <w:proofErr w:type="spellStart"/>
      <w:r w:rsidRPr="00DB31BB">
        <w:rPr>
          <w:rFonts w:ascii="Arial" w:hAnsi="Arial" w:cs="Arial"/>
        </w:rPr>
        <w:t>inherente</w:t>
      </w:r>
      <w:proofErr w:type="spellEnd"/>
      <w:r w:rsidRPr="00DB31BB">
        <w:rPr>
          <w:rFonts w:ascii="Arial" w:hAnsi="Arial" w:cs="Arial"/>
        </w:rPr>
        <w:t xml:space="preserve"> al ser </w:t>
      </w:r>
      <w:proofErr w:type="spellStart"/>
      <w:r w:rsidRPr="00DB31BB">
        <w:rPr>
          <w:rFonts w:ascii="Arial" w:hAnsi="Arial" w:cs="Arial"/>
        </w:rPr>
        <w:t>humano</w:t>
      </w:r>
      <w:proofErr w:type="spellEnd"/>
      <w:r w:rsidRPr="00DB31BB">
        <w:rPr>
          <w:rFonts w:ascii="Arial" w:hAnsi="Arial" w:cs="Arial"/>
        </w:rPr>
        <w:t xml:space="preserve">, </w:t>
      </w:r>
      <w:proofErr w:type="spellStart"/>
      <w:r w:rsidRPr="00DB31BB">
        <w:rPr>
          <w:rFonts w:ascii="Arial" w:hAnsi="Arial" w:cs="Arial"/>
        </w:rPr>
        <w:t>orientado</w:t>
      </w:r>
      <w:proofErr w:type="spellEnd"/>
      <w:r w:rsidRPr="00DB31BB">
        <w:rPr>
          <w:rFonts w:ascii="Arial" w:hAnsi="Arial" w:cs="Arial"/>
        </w:rPr>
        <w:t xml:space="preserve"> al pleno </w:t>
      </w:r>
      <w:proofErr w:type="spellStart"/>
      <w:r w:rsidRPr="00DB31BB">
        <w:rPr>
          <w:rFonts w:ascii="Arial" w:hAnsi="Arial" w:cs="Arial"/>
        </w:rPr>
        <w:t>desarrollo</w:t>
      </w:r>
      <w:proofErr w:type="spellEnd"/>
      <w:r w:rsidRPr="00DB31BB">
        <w:rPr>
          <w:rFonts w:ascii="Arial" w:hAnsi="Arial" w:cs="Arial"/>
        </w:rPr>
        <w:t xml:space="preserve"> de la </w:t>
      </w:r>
      <w:proofErr w:type="spellStart"/>
      <w:r w:rsidRPr="00DB31BB">
        <w:rPr>
          <w:rFonts w:ascii="Arial" w:hAnsi="Arial" w:cs="Arial"/>
        </w:rPr>
        <w:t>personalidad</w:t>
      </w:r>
      <w:proofErr w:type="spellEnd"/>
      <w:r w:rsidRPr="00DB31BB">
        <w:rPr>
          <w:rFonts w:ascii="Arial" w:hAnsi="Arial" w:cs="Arial"/>
        </w:rPr>
        <w:t xml:space="preserve"> humana y del </w:t>
      </w:r>
      <w:proofErr w:type="spellStart"/>
      <w:r w:rsidRPr="00DB31BB">
        <w:rPr>
          <w:rFonts w:ascii="Arial" w:hAnsi="Arial" w:cs="Arial"/>
        </w:rPr>
        <w:t>sentido</w:t>
      </w:r>
      <w:proofErr w:type="spellEnd"/>
      <w:r w:rsidRPr="00DB31BB">
        <w:rPr>
          <w:rFonts w:ascii="Arial" w:hAnsi="Arial" w:cs="Arial"/>
        </w:rPr>
        <w:t xml:space="preserve"> de </w:t>
      </w:r>
      <w:proofErr w:type="spellStart"/>
      <w:r w:rsidRPr="00DB31BB">
        <w:rPr>
          <w:rFonts w:ascii="Arial" w:hAnsi="Arial" w:cs="Arial"/>
        </w:rPr>
        <w:t>su</w:t>
      </w:r>
      <w:proofErr w:type="spellEnd"/>
      <w:r w:rsidRPr="00DB31BB">
        <w:rPr>
          <w:rFonts w:ascii="Arial" w:hAnsi="Arial" w:cs="Arial"/>
        </w:rPr>
        <w:t xml:space="preserve"> </w:t>
      </w:r>
      <w:proofErr w:type="spellStart"/>
      <w:r w:rsidRPr="00DB31BB">
        <w:rPr>
          <w:rFonts w:ascii="Arial" w:hAnsi="Arial" w:cs="Arial"/>
        </w:rPr>
        <w:t>dignidad</w:t>
      </w:r>
      <w:proofErr w:type="spellEnd"/>
      <w:r w:rsidRPr="00DB31BB">
        <w:rPr>
          <w:rFonts w:ascii="Arial" w:hAnsi="Arial" w:cs="Arial"/>
        </w:rPr>
        <w:t xml:space="preserve">, </w:t>
      </w:r>
      <w:proofErr w:type="spellStart"/>
      <w:r w:rsidRPr="00DB31BB">
        <w:rPr>
          <w:rFonts w:ascii="Arial" w:hAnsi="Arial" w:cs="Arial"/>
        </w:rPr>
        <w:t>así</w:t>
      </w:r>
      <w:proofErr w:type="spellEnd"/>
      <w:r w:rsidRPr="00DB31BB">
        <w:rPr>
          <w:rFonts w:ascii="Arial" w:hAnsi="Arial" w:cs="Arial"/>
        </w:rPr>
        <w:t xml:space="preserve"> </w:t>
      </w:r>
      <w:proofErr w:type="spellStart"/>
      <w:r w:rsidRPr="00DB31BB">
        <w:rPr>
          <w:rFonts w:ascii="Arial" w:hAnsi="Arial" w:cs="Arial"/>
        </w:rPr>
        <w:t>como</w:t>
      </w:r>
      <w:proofErr w:type="spellEnd"/>
      <w:r w:rsidRPr="00DB31BB">
        <w:rPr>
          <w:rFonts w:ascii="Arial" w:hAnsi="Arial" w:cs="Arial"/>
        </w:rPr>
        <w:t xml:space="preserve"> a </w:t>
      </w:r>
      <w:proofErr w:type="spellStart"/>
      <w:r w:rsidRPr="00DB31BB">
        <w:rPr>
          <w:rFonts w:ascii="Arial" w:hAnsi="Arial" w:cs="Arial"/>
        </w:rPr>
        <w:t>fortalecer</w:t>
      </w:r>
      <w:proofErr w:type="spellEnd"/>
      <w:r w:rsidRPr="00DB31BB">
        <w:rPr>
          <w:rFonts w:ascii="Arial" w:hAnsi="Arial" w:cs="Arial"/>
        </w:rPr>
        <w:t xml:space="preserve"> </w:t>
      </w:r>
      <w:proofErr w:type="spellStart"/>
      <w:r w:rsidRPr="00DB31BB">
        <w:rPr>
          <w:rFonts w:ascii="Arial" w:hAnsi="Arial" w:cs="Arial"/>
        </w:rPr>
        <w:t>el</w:t>
      </w:r>
      <w:proofErr w:type="spellEnd"/>
      <w:r w:rsidRPr="00DB31BB">
        <w:rPr>
          <w:rFonts w:ascii="Arial" w:hAnsi="Arial" w:cs="Arial"/>
        </w:rPr>
        <w:t xml:space="preserve"> </w:t>
      </w:r>
      <w:proofErr w:type="spellStart"/>
      <w:r w:rsidRPr="00DB31BB">
        <w:rPr>
          <w:rFonts w:ascii="Arial" w:hAnsi="Arial" w:cs="Arial"/>
        </w:rPr>
        <w:t>respeto</w:t>
      </w:r>
      <w:proofErr w:type="spellEnd"/>
      <w:r w:rsidRPr="00DB31BB">
        <w:rPr>
          <w:rFonts w:ascii="Arial" w:hAnsi="Arial" w:cs="Arial"/>
        </w:rPr>
        <w:t xml:space="preserve"> </w:t>
      </w:r>
      <w:proofErr w:type="spellStart"/>
      <w:r w:rsidRPr="00DB31BB">
        <w:rPr>
          <w:rFonts w:ascii="Arial" w:hAnsi="Arial" w:cs="Arial"/>
        </w:rPr>
        <w:t>por</w:t>
      </w:r>
      <w:proofErr w:type="spellEnd"/>
      <w:r w:rsidRPr="00DB31BB">
        <w:rPr>
          <w:rFonts w:ascii="Arial" w:hAnsi="Arial" w:cs="Arial"/>
        </w:rPr>
        <w:t xml:space="preserve"> </w:t>
      </w:r>
      <w:proofErr w:type="spellStart"/>
      <w:r w:rsidRPr="00DB31BB">
        <w:rPr>
          <w:rFonts w:ascii="Arial" w:hAnsi="Arial" w:cs="Arial"/>
        </w:rPr>
        <w:t>los</w:t>
      </w:r>
      <w:proofErr w:type="spellEnd"/>
      <w:r w:rsidRPr="00DB31BB">
        <w:rPr>
          <w:rFonts w:ascii="Arial" w:hAnsi="Arial" w:cs="Arial"/>
        </w:rPr>
        <w:t xml:space="preserve"> derechos </w:t>
      </w:r>
      <w:proofErr w:type="spellStart"/>
      <w:r w:rsidRPr="00DB31BB">
        <w:rPr>
          <w:rFonts w:ascii="Arial" w:hAnsi="Arial" w:cs="Arial"/>
        </w:rPr>
        <w:t>humanos</w:t>
      </w:r>
      <w:proofErr w:type="spellEnd"/>
      <w:r w:rsidRPr="00DB31BB">
        <w:rPr>
          <w:rFonts w:ascii="Arial" w:hAnsi="Arial" w:cs="Arial"/>
        </w:rPr>
        <w:t xml:space="preserve"> y las </w:t>
      </w:r>
      <w:proofErr w:type="spellStart"/>
      <w:r w:rsidRPr="00DB31BB">
        <w:rPr>
          <w:rFonts w:ascii="Arial" w:hAnsi="Arial" w:cs="Arial"/>
        </w:rPr>
        <w:t>libertades</w:t>
      </w:r>
      <w:proofErr w:type="spellEnd"/>
      <w:r w:rsidRPr="00DB31BB">
        <w:rPr>
          <w:rFonts w:ascii="Arial" w:hAnsi="Arial" w:cs="Arial"/>
        </w:rPr>
        <w:t xml:space="preserve"> </w:t>
      </w:r>
      <w:proofErr w:type="spellStart"/>
      <w:r w:rsidRPr="00DB31BB">
        <w:rPr>
          <w:rFonts w:ascii="Arial" w:hAnsi="Arial" w:cs="Arial"/>
        </w:rPr>
        <w:t>fundamentales</w:t>
      </w:r>
      <w:proofErr w:type="spellEnd"/>
      <w:r w:rsidRPr="00DB31BB">
        <w:rPr>
          <w:rFonts w:ascii="Arial" w:hAnsi="Arial" w:cs="Arial"/>
        </w:rPr>
        <w:t xml:space="preserve">, </w:t>
      </w:r>
      <w:proofErr w:type="spellStart"/>
      <w:r w:rsidRPr="00DB31BB">
        <w:rPr>
          <w:rFonts w:ascii="Arial" w:hAnsi="Arial" w:cs="Arial"/>
        </w:rPr>
        <w:t>cuya</w:t>
      </w:r>
      <w:proofErr w:type="spellEnd"/>
      <w:r w:rsidRPr="00DB31BB">
        <w:rPr>
          <w:rFonts w:ascii="Arial" w:hAnsi="Arial" w:cs="Arial"/>
        </w:rPr>
        <w:t xml:space="preserve"> </w:t>
      </w:r>
      <w:proofErr w:type="spellStart"/>
      <w:r w:rsidRPr="00DB31BB">
        <w:rPr>
          <w:rFonts w:ascii="Arial" w:hAnsi="Arial" w:cs="Arial"/>
        </w:rPr>
        <w:t>protección</w:t>
      </w:r>
      <w:proofErr w:type="spellEnd"/>
      <w:r w:rsidRPr="00DB31BB">
        <w:rPr>
          <w:rFonts w:ascii="Arial" w:hAnsi="Arial" w:cs="Arial"/>
        </w:rPr>
        <w:t xml:space="preserve"> </w:t>
      </w:r>
      <w:proofErr w:type="spellStart"/>
      <w:r w:rsidRPr="00DB31BB">
        <w:rPr>
          <w:rFonts w:ascii="Arial" w:hAnsi="Arial" w:cs="Arial"/>
        </w:rPr>
        <w:t>tiene</w:t>
      </w:r>
      <w:proofErr w:type="spellEnd"/>
      <w:r w:rsidRPr="00DB31BB">
        <w:rPr>
          <w:rFonts w:ascii="Arial" w:hAnsi="Arial" w:cs="Arial"/>
        </w:rPr>
        <w:t xml:space="preserve"> </w:t>
      </w:r>
      <w:proofErr w:type="spellStart"/>
      <w:r w:rsidRPr="00DB31BB">
        <w:rPr>
          <w:rFonts w:ascii="Arial" w:hAnsi="Arial" w:cs="Arial"/>
        </w:rPr>
        <w:t>raigambre</w:t>
      </w:r>
      <w:proofErr w:type="spellEnd"/>
      <w:r w:rsidRPr="00DB31BB">
        <w:rPr>
          <w:rFonts w:ascii="Arial" w:hAnsi="Arial" w:cs="Arial"/>
        </w:rPr>
        <w:t xml:space="preserve"> a </w:t>
      </w:r>
      <w:proofErr w:type="spellStart"/>
      <w:r w:rsidRPr="00DB31BB">
        <w:rPr>
          <w:rFonts w:ascii="Arial" w:hAnsi="Arial" w:cs="Arial"/>
        </w:rPr>
        <w:t>nivel</w:t>
      </w:r>
      <w:proofErr w:type="spellEnd"/>
      <w:r w:rsidRPr="00DB31BB">
        <w:rPr>
          <w:rFonts w:ascii="Arial" w:hAnsi="Arial" w:cs="Arial"/>
        </w:rPr>
        <w:t xml:space="preserve"> </w:t>
      </w:r>
      <w:proofErr w:type="spellStart"/>
      <w:r w:rsidRPr="00DB31BB">
        <w:rPr>
          <w:rFonts w:ascii="Arial" w:hAnsi="Arial" w:cs="Arial"/>
        </w:rPr>
        <w:t>nacional</w:t>
      </w:r>
      <w:proofErr w:type="spellEnd"/>
      <w:r w:rsidRPr="00DB31BB">
        <w:rPr>
          <w:rFonts w:ascii="Arial" w:hAnsi="Arial" w:cs="Arial"/>
        </w:rPr>
        <w:t xml:space="preserve"> e </w:t>
      </w:r>
      <w:proofErr w:type="spellStart"/>
      <w:r w:rsidRPr="00DB31BB">
        <w:rPr>
          <w:rFonts w:ascii="Arial" w:hAnsi="Arial" w:cs="Arial"/>
        </w:rPr>
        <w:t>internacional</w:t>
      </w:r>
      <w:proofErr w:type="spellEnd"/>
      <w:r>
        <w:rPr>
          <w:rFonts w:ascii="Arial" w:hAnsi="Arial" w:cs="Arial"/>
        </w:rPr>
        <w:t>.</w:t>
      </w:r>
    </w:p>
    <w:p w14:paraId="6A5C1949" w14:textId="77777777" w:rsidR="00893C50" w:rsidRPr="00901BC0" w:rsidRDefault="00893C50" w:rsidP="00893C50">
      <w:pPr>
        <w:pStyle w:val="Textoindependiente"/>
        <w:spacing w:before="175" w:line="360" w:lineRule="auto"/>
        <w:ind w:right="49"/>
        <w:jc w:val="both"/>
        <w:rPr>
          <w:rFonts w:ascii="Arial" w:hAnsi="Arial" w:cs="Arial"/>
        </w:rPr>
      </w:pPr>
      <w:r w:rsidRPr="00901BC0">
        <w:rPr>
          <w:rFonts w:ascii="Arial" w:hAnsi="Arial" w:cs="Arial"/>
        </w:rPr>
        <w:t xml:space="preserve">El </w:t>
      </w:r>
      <w:proofErr w:type="spellStart"/>
      <w:r w:rsidRPr="00901BC0">
        <w:rPr>
          <w:rFonts w:ascii="Arial" w:hAnsi="Arial" w:cs="Arial"/>
        </w:rPr>
        <w:t>siguiente</w:t>
      </w:r>
      <w:proofErr w:type="spellEnd"/>
      <w:r w:rsidRPr="00901BC0">
        <w:rPr>
          <w:rFonts w:ascii="Arial" w:hAnsi="Arial" w:cs="Arial"/>
        </w:rPr>
        <w:t xml:space="preserve"> </w:t>
      </w:r>
      <w:proofErr w:type="spellStart"/>
      <w:r w:rsidRPr="00901BC0">
        <w:rPr>
          <w:rFonts w:ascii="Arial" w:hAnsi="Arial" w:cs="Arial"/>
        </w:rPr>
        <w:t>instrumento</w:t>
      </w:r>
      <w:proofErr w:type="spellEnd"/>
      <w:r w:rsidRPr="00901BC0">
        <w:rPr>
          <w:rFonts w:ascii="Arial" w:hAnsi="Arial" w:cs="Arial"/>
        </w:rPr>
        <w:t xml:space="preserve"> </w:t>
      </w:r>
      <w:proofErr w:type="spellStart"/>
      <w:r w:rsidRPr="00901BC0">
        <w:rPr>
          <w:rFonts w:ascii="Arial" w:hAnsi="Arial" w:cs="Arial"/>
        </w:rPr>
        <w:t>busca</w:t>
      </w:r>
      <w:proofErr w:type="spellEnd"/>
      <w:r w:rsidRPr="00901BC0">
        <w:rPr>
          <w:rFonts w:ascii="Arial" w:hAnsi="Arial" w:cs="Arial"/>
        </w:rPr>
        <w:t xml:space="preserve"> </w:t>
      </w:r>
      <w:proofErr w:type="spellStart"/>
      <w:r w:rsidRPr="00901BC0">
        <w:rPr>
          <w:rFonts w:ascii="Arial" w:hAnsi="Arial" w:cs="Arial"/>
        </w:rPr>
        <w:t>entregar</w:t>
      </w:r>
      <w:proofErr w:type="spellEnd"/>
      <w:r w:rsidRPr="00901BC0">
        <w:rPr>
          <w:rFonts w:ascii="Arial" w:hAnsi="Arial" w:cs="Arial"/>
        </w:rPr>
        <w:t xml:space="preserve"> </w:t>
      </w:r>
      <w:proofErr w:type="spellStart"/>
      <w:r w:rsidRPr="00901BC0">
        <w:rPr>
          <w:rFonts w:ascii="Arial" w:hAnsi="Arial" w:cs="Arial"/>
        </w:rPr>
        <w:t>orientaciones</w:t>
      </w:r>
      <w:proofErr w:type="spellEnd"/>
      <w:r w:rsidRPr="00901BC0">
        <w:rPr>
          <w:rFonts w:ascii="Arial" w:hAnsi="Arial" w:cs="Arial"/>
        </w:rPr>
        <w:t xml:space="preserve"> a la </w:t>
      </w:r>
      <w:proofErr w:type="spellStart"/>
      <w:r w:rsidRPr="00901BC0">
        <w:rPr>
          <w:rFonts w:ascii="Arial" w:hAnsi="Arial" w:cs="Arial"/>
        </w:rPr>
        <w:t>comunidad</w:t>
      </w:r>
      <w:proofErr w:type="spellEnd"/>
      <w:r w:rsidRPr="00901BC0">
        <w:rPr>
          <w:rFonts w:ascii="Arial" w:hAnsi="Arial" w:cs="Arial"/>
        </w:rPr>
        <w:t xml:space="preserve"> </w:t>
      </w:r>
      <w:proofErr w:type="spellStart"/>
      <w:r w:rsidRPr="00901BC0">
        <w:rPr>
          <w:rFonts w:ascii="Arial" w:hAnsi="Arial" w:cs="Arial"/>
        </w:rPr>
        <w:t>educativa</w:t>
      </w:r>
      <w:proofErr w:type="spellEnd"/>
      <w:r w:rsidRPr="00901BC0">
        <w:rPr>
          <w:rFonts w:ascii="Arial" w:hAnsi="Arial" w:cs="Arial"/>
        </w:rPr>
        <w:t xml:space="preserve"> </w:t>
      </w:r>
      <w:proofErr w:type="spellStart"/>
      <w:r w:rsidRPr="00901BC0">
        <w:rPr>
          <w:rFonts w:ascii="Arial" w:hAnsi="Arial" w:cs="Arial"/>
        </w:rPr>
        <w:t>desde</w:t>
      </w:r>
      <w:proofErr w:type="spellEnd"/>
      <w:r w:rsidRPr="00901BC0">
        <w:rPr>
          <w:rFonts w:ascii="Arial" w:hAnsi="Arial" w:cs="Arial"/>
        </w:rPr>
        <w:t xml:space="preserve"> un </w:t>
      </w:r>
      <w:proofErr w:type="spellStart"/>
      <w:r w:rsidRPr="00901BC0">
        <w:rPr>
          <w:rFonts w:ascii="Arial" w:hAnsi="Arial" w:cs="Arial"/>
        </w:rPr>
        <w:t>enfoque</w:t>
      </w:r>
      <w:proofErr w:type="spellEnd"/>
      <w:r w:rsidRPr="00901BC0">
        <w:rPr>
          <w:rFonts w:ascii="Arial" w:hAnsi="Arial" w:cs="Arial"/>
        </w:rPr>
        <w:t xml:space="preserve"> </w:t>
      </w:r>
      <w:proofErr w:type="spellStart"/>
      <w:r w:rsidRPr="00901BC0">
        <w:rPr>
          <w:rFonts w:ascii="Arial" w:hAnsi="Arial" w:cs="Arial"/>
        </w:rPr>
        <w:t>preventivo</w:t>
      </w:r>
      <w:proofErr w:type="spellEnd"/>
      <w:r w:rsidRPr="00901BC0">
        <w:rPr>
          <w:rFonts w:ascii="Arial" w:hAnsi="Arial" w:cs="Arial"/>
        </w:rPr>
        <w:t xml:space="preserve"> </w:t>
      </w:r>
      <w:proofErr w:type="spellStart"/>
      <w:r w:rsidRPr="00901BC0">
        <w:rPr>
          <w:rFonts w:ascii="Arial" w:hAnsi="Arial" w:cs="Arial"/>
        </w:rPr>
        <w:t>como</w:t>
      </w:r>
      <w:proofErr w:type="spellEnd"/>
      <w:r w:rsidRPr="00901BC0">
        <w:rPr>
          <w:rFonts w:ascii="Arial" w:hAnsi="Arial" w:cs="Arial"/>
        </w:rPr>
        <w:t xml:space="preserve"> de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intervención</w:t>
      </w:r>
      <w:proofErr w:type="spellEnd"/>
      <w:r w:rsidRPr="00901BC0">
        <w:rPr>
          <w:rFonts w:ascii="Arial" w:hAnsi="Arial" w:cs="Arial"/>
        </w:rPr>
        <w:t xml:space="preserve"> </w:t>
      </w:r>
      <w:proofErr w:type="spellStart"/>
      <w:r w:rsidRPr="00901BC0">
        <w:rPr>
          <w:rFonts w:ascii="Arial" w:hAnsi="Arial" w:cs="Arial"/>
        </w:rPr>
        <w:t>directa</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aquellas</w:t>
      </w:r>
      <w:proofErr w:type="spellEnd"/>
      <w:r w:rsidRPr="00901BC0">
        <w:rPr>
          <w:rFonts w:ascii="Arial" w:hAnsi="Arial" w:cs="Arial"/>
        </w:rPr>
        <w:t xml:space="preserve"> </w:t>
      </w:r>
      <w:proofErr w:type="spellStart"/>
      <w:r w:rsidRPr="00901BC0">
        <w:rPr>
          <w:rFonts w:ascii="Arial" w:hAnsi="Arial" w:cs="Arial"/>
        </w:rPr>
        <w:t>situaciones</w:t>
      </w:r>
      <w:proofErr w:type="spellEnd"/>
      <w:r w:rsidRPr="00901BC0">
        <w:rPr>
          <w:rFonts w:ascii="Arial" w:hAnsi="Arial" w:cs="Arial"/>
        </w:rPr>
        <w:t xml:space="preserve"> de </w:t>
      </w:r>
      <w:proofErr w:type="spellStart"/>
      <w:r w:rsidRPr="00901BC0">
        <w:rPr>
          <w:rFonts w:ascii="Arial" w:hAnsi="Arial" w:cs="Arial"/>
        </w:rPr>
        <w:t>desregulación</w:t>
      </w:r>
      <w:proofErr w:type="spellEnd"/>
      <w:r w:rsidRPr="00901BC0">
        <w:rPr>
          <w:rFonts w:ascii="Arial" w:hAnsi="Arial" w:cs="Arial"/>
        </w:rPr>
        <w:t xml:space="preserve"> </w:t>
      </w:r>
      <w:proofErr w:type="spellStart"/>
      <w:r w:rsidRPr="00901BC0">
        <w:rPr>
          <w:rFonts w:ascii="Arial" w:hAnsi="Arial" w:cs="Arial"/>
        </w:rPr>
        <w:t>emocional</w:t>
      </w:r>
      <w:proofErr w:type="spellEnd"/>
      <w:r w:rsidRPr="00901BC0">
        <w:rPr>
          <w:rFonts w:ascii="Arial" w:hAnsi="Arial" w:cs="Arial"/>
        </w:rPr>
        <w:t xml:space="preserve"> y </w:t>
      </w:r>
      <w:proofErr w:type="spellStart"/>
      <w:r w:rsidRPr="00901BC0">
        <w:rPr>
          <w:rFonts w:ascii="Arial" w:hAnsi="Arial" w:cs="Arial"/>
        </w:rPr>
        <w:t>conductual</w:t>
      </w:r>
      <w:proofErr w:type="spellEnd"/>
      <w:r w:rsidRPr="00901BC0">
        <w:rPr>
          <w:rFonts w:ascii="Arial" w:hAnsi="Arial" w:cs="Arial"/>
        </w:rPr>
        <w:t xml:space="preserve"> (DEC) de </w:t>
      </w:r>
      <w:proofErr w:type="spellStart"/>
      <w:r w:rsidRPr="00901BC0">
        <w:rPr>
          <w:rFonts w:ascii="Arial" w:hAnsi="Arial" w:cs="Arial"/>
        </w:rPr>
        <w:t>estudiantes</w:t>
      </w:r>
      <w:proofErr w:type="spellEnd"/>
      <w:r w:rsidRPr="00901BC0">
        <w:rPr>
          <w:rFonts w:ascii="Arial" w:hAnsi="Arial" w:cs="Arial"/>
        </w:rPr>
        <w:t xml:space="preserve"> u </w:t>
      </w:r>
      <w:proofErr w:type="spellStart"/>
      <w:r w:rsidRPr="00901BC0">
        <w:rPr>
          <w:rFonts w:ascii="Arial" w:hAnsi="Arial" w:cs="Arial"/>
        </w:rPr>
        <w:t>otros</w:t>
      </w:r>
      <w:proofErr w:type="spellEnd"/>
      <w:r w:rsidRPr="00901BC0">
        <w:rPr>
          <w:rFonts w:ascii="Arial" w:hAnsi="Arial" w:cs="Arial"/>
        </w:rPr>
        <w:t xml:space="preserve"> </w:t>
      </w:r>
      <w:proofErr w:type="spellStart"/>
      <w:r w:rsidRPr="00901BC0">
        <w:rPr>
          <w:rFonts w:ascii="Arial" w:hAnsi="Arial" w:cs="Arial"/>
        </w:rPr>
        <w:t>miembros</w:t>
      </w:r>
      <w:proofErr w:type="spellEnd"/>
      <w:r w:rsidRPr="00901BC0">
        <w:rPr>
          <w:rFonts w:ascii="Arial" w:hAnsi="Arial" w:cs="Arial"/>
        </w:rPr>
        <w:t xml:space="preserve"> del </w:t>
      </w:r>
      <w:proofErr w:type="spellStart"/>
      <w:r w:rsidRPr="00901BC0">
        <w:rPr>
          <w:rFonts w:ascii="Arial" w:hAnsi="Arial" w:cs="Arial"/>
        </w:rPr>
        <w:t>establecimiento</w:t>
      </w:r>
      <w:proofErr w:type="spellEnd"/>
      <w:r w:rsidRPr="00901BC0">
        <w:rPr>
          <w:rFonts w:ascii="Arial" w:hAnsi="Arial" w:cs="Arial"/>
        </w:rPr>
        <w:t xml:space="preserve"> que </w:t>
      </w:r>
      <w:proofErr w:type="spellStart"/>
      <w:r w:rsidRPr="00901BC0">
        <w:rPr>
          <w:rFonts w:ascii="Arial" w:hAnsi="Arial" w:cs="Arial"/>
        </w:rPr>
        <w:t>por</w:t>
      </w:r>
      <w:proofErr w:type="spellEnd"/>
      <w:r w:rsidRPr="00901BC0">
        <w:rPr>
          <w:rFonts w:ascii="Arial" w:hAnsi="Arial" w:cs="Arial"/>
        </w:rPr>
        <w:t xml:space="preserve"> la </w:t>
      </w:r>
      <w:proofErr w:type="spellStart"/>
      <w:r w:rsidRPr="00901BC0">
        <w:rPr>
          <w:rFonts w:ascii="Arial" w:hAnsi="Arial" w:cs="Arial"/>
        </w:rPr>
        <w:t>intensidad</w:t>
      </w:r>
      <w:proofErr w:type="spellEnd"/>
      <w:r w:rsidRPr="00901BC0">
        <w:rPr>
          <w:rFonts w:ascii="Arial" w:hAnsi="Arial" w:cs="Arial"/>
        </w:rPr>
        <w:t xml:space="preserve"> de </w:t>
      </w:r>
      <w:proofErr w:type="spellStart"/>
      <w:r w:rsidRPr="00901BC0">
        <w:rPr>
          <w:rFonts w:ascii="Arial" w:hAnsi="Arial" w:cs="Arial"/>
        </w:rPr>
        <w:t>ésta</w:t>
      </w:r>
      <w:proofErr w:type="spellEnd"/>
      <w:r w:rsidRPr="00901BC0">
        <w:rPr>
          <w:rFonts w:ascii="Arial" w:hAnsi="Arial" w:cs="Arial"/>
        </w:rPr>
        <w:t xml:space="preserve"> </w:t>
      </w:r>
      <w:proofErr w:type="spellStart"/>
      <w:r w:rsidRPr="00901BC0">
        <w:rPr>
          <w:rFonts w:ascii="Arial" w:hAnsi="Arial" w:cs="Arial"/>
        </w:rPr>
        <w:t>podría</w:t>
      </w:r>
      <w:proofErr w:type="spellEnd"/>
      <w:r w:rsidRPr="00901BC0">
        <w:rPr>
          <w:rFonts w:ascii="Arial" w:hAnsi="Arial" w:cs="Arial"/>
        </w:rPr>
        <w:t xml:space="preserve"> </w:t>
      </w:r>
      <w:proofErr w:type="spellStart"/>
      <w:r w:rsidRPr="00901BC0">
        <w:rPr>
          <w:rFonts w:ascii="Arial" w:hAnsi="Arial" w:cs="Arial"/>
        </w:rPr>
        <w:t>causar</w:t>
      </w:r>
      <w:proofErr w:type="spellEnd"/>
      <w:r w:rsidRPr="00901BC0">
        <w:rPr>
          <w:rFonts w:ascii="Arial" w:hAnsi="Arial" w:cs="Arial"/>
        </w:rPr>
        <w:t xml:space="preserve"> </w:t>
      </w:r>
      <w:proofErr w:type="spellStart"/>
      <w:r w:rsidRPr="00901BC0">
        <w:rPr>
          <w:rFonts w:ascii="Arial" w:hAnsi="Arial" w:cs="Arial"/>
        </w:rPr>
        <w:t>daño</w:t>
      </w:r>
      <w:proofErr w:type="spellEnd"/>
      <w:r w:rsidRPr="00901BC0">
        <w:rPr>
          <w:rFonts w:ascii="Arial" w:hAnsi="Arial" w:cs="Arial"/>
        </w:rPr>
        <w:t xml:space="preserve"> </w:t>
      </w:r>
      <w:proofErr w:type="spellStart"/>
      <w:r w:rsidRPr="00901BC0">
        <w:rPr>
          <w:rFonts w:ascii="Arial" w:hAnsi="Arial" w:cs="Arial"/>
        </w:rPr>
        <w:t>físico</w:t>
      </w:r>
      <w:proofErr w:type="spellEnd"/>
      <w:r w:rsidRPr="00901BC0">
        <w:rPr>
          <w:rFonts w:ascii="Arial" w:hAnsi="Arial" w:cs="Arial"/>
        </w:rPr>
        <w:t xml:space="preserve"> y/o </w:t>
      </w:r>
      <w:proofErr w:type="spellStart"/>
      <w:r w:rsidRPr="00901BC0">
        <w:rPr>
          <w:rFonts w:ascii="Arial" w:hAnsi="Arial" w:cs="Arial"/>
        </w:rPr>
        <w:t>emocional</w:t>
      </w:r>
      <w:proofErr w:type="spellEnd"/>
      <w:r w:rsidRPr="00901BC0">
        <w:rPr>
          <w:rFonts w:ascii="Arial" w:hAnsi="Arial" w:cs="Arial"/>
        </w:rPr>
        <w:t xml:space="preserve"> para </w:t>
      </w:r>
      <w:proofErr w:type="spellStart"/>
      <w:r w:rsidRPr="00901BC0">
        <w:rPr>
          <w:rFonts w:ascii="Arial" w:hAnsi="Arial" w:cs="Arial"/>
        </w:rPr>
        <w:t>esa</w:t>
      </w:r>
      <w:proofErr w:type="spellEnd"/>
      <w:r w:rsidRPr="00901BC0">
        <w:rPr>
          <w:rFonts w:ascii="Arial" w:hAnsi="Arial" w:cs="Arial"/>
        </w:rPr>
        <w:t xml:space="preserve"> </w:t>
      </w:r>
      <w:proofErr w:type="spellStart"/>
      <w:r w:rsidRPr="00901BC0">
        <w:rPr>
          <w:rFonts w:ascii="Arial" w:hAnsi="Arial" w:cs="Arial"/>
        </w:rPr>
        <w:t>propia</w:t>
      </w:r>
      <w:proofErr w:type="spellEnd"/>
      <w:r w:rsidRPr="00901BC0">
        <w:rPr>
          <w:rFonts w:ascii="Arial" w:hAnsi="Arial" w:cs="Arial"/>
        </w:rPr>
        <w:t xml:space="preserve"> persona </w:t>
      </w:r>
      <w:proofErr w:type="spellStart"/>
      <w:r w:rsidRPr="00901BC0">
        <w:rPr>
          <w:rFonts w:ascii="Arial" w:hAnsi="Arial" w:cs="Arial"/>
        </w:rPr>
        <w:t>como</w:t>
      </w:r>
      <w:proofErr w:type="spellEnd"/>
      <w:r w:rsidRPr="00901BC0">
        <w:rPr>
          <w:rFonts w:ascii="Arial" w:hAnsi="Arial" w:cs="Arial"/>
        </w:rPr>
        <w:t xml:space="preserve"> para </w:t>
      </w:r>
      <w:proofErr w:type="spellStart"/>
      <w:r w:rsidRPr="00901BC0">
        <w:rPr>
          <w:rFonts w:ascii="Arial" w:hAnsi="Arial" w:cs="Arial"/>
        </w:rPr>
        <w:t>otra</w:t>
      </w:r>
      <w:proofErr w:type="spellEnd"/>
      <w:r w:rsidRPr="00901BC0">
        <w:rPr>
          <w:rFonts w:ascii="Arial" w:hAnsi="Arial" w:cs="Arial"/>
        </w:rPr>
        <w:t xml:space="preserve"> </w:t>
      </w:r>
      <w:proofErr w:type="spellStart"/>
      <w:r w:rsidRPr="00901BC0">
        <w:rPr>
          <w:rFonts w:ascii="Arial" w:hAnsi="Arial" w:cs="Arial"/>
        </w:rPr>
        <w:t>miembro</w:t>
      </w:r>
      <w:proofErr w:type="spellEnd"/>
      <w:r w:rsidRPr="00901BC0">
        <w:rPr>
          <w:rFonts w:ascii="Arial" w:hAnsi="Arial" w:cs="Arial"/>
        </w:rPr>
        <w:t xml:space="preserve"> de la </w:t>
      </w:r>
      <w:proofErr w:type="spellStart"/>
      <w:r w:rsidRPr="00901BC0">
        <w:rPr>
          <w:rFonts w:ascii="Arial" w:hAnsi="Arial" w:cs="Arial"/>
        </w:rPr>
        <w:t>comunidad</w:t>
      </w:r>
      <w:proofErr w:type="spellEnd"/>
      <w:r w:rsidRPr="00901BC0">
        <w:rPr>
          <w:rFonts w:ascii="Arial" w:hAnsi="Arial" w:cs="Arial"/>
        </w:rPr>
        <w:t xml:space="preserve"> escolar. </w:t>
      </w:r>
      <w:proofErr w:type="spellStart"/>
      <w:r w:rsidRPr="00901BC0">
        <w:rPr>
          <w:rFonts w:ascii="Arial" w:hAnsi="Arial" w:cs="Arial"/>
        </w:rPr>
        <w:t>Siempre</w:t>
      </w:r>
      <w:proofErr w:type="spellEnd"/>
      <w:r w:rsidRPr="00901BC0">
        <w:rPr>
          <w:rFonts w:ascii="Arial" w:hAnsi="Arial" w:cs="Arial"/>
        </w:rPr>
        <w:t xml:space="preserve"> </w:t>
      </w:r>
      <w:proofErr w:type="spellStart"/>
      <w:r w:rsidRPr="00901BC0">
        <w:rPr>
          <w:rFonts w:ascii="Arial" w:hAnsi="Arial" w:cs="Arial"/>
        </w:rPr>
        <w:t>este</w:t>
      </w:r>
      <w:proofErr w:type="spellEnd"/>
      <w:r w:rsidRPr="00901BC0">
        <w:rPr>
          <w:rFonts w:ascii="Arial" w:hAnsi="Arial" w:cs="Arial"/>
        </w:rPr>
        <w:t xml:space="preserve"> </w:t>
      </w:r>
      <w:proofErr w:type="spellStart"/>
      <w:r w:rsidRPr="00901BC0">
        <w:rPr>
          <w:rFonts w:ascii="Arial" w:hAnsi="Arial" w:cs="Arial"/>
        </w:rPr>
        <w:t>abordaje</w:t>
      </w:r>
      <w:proofErr w:type="spellEnd"/>
      <w:r w:rsidRPr="00901BC0">
        <w:rPr>
          <w:rFonts w:ascii="Arial" w:hAnsi="Arial" w:cs="Arial"/>
        </w:rPr>
        <w:t xml:space="preserve"> </w:t>
      </w:r>
      <w:proofErr w:type="spellStart"/>
      <w:r w:rsidRPr="00901BC0">
        <w:rPr>
          <w:rFonts w:ascii="Arial" w:hAnsi="Arial" w:cs="Arial"/>
        </w:rPr>
        <w:t>incorpora</w:t>
      </w:r>
      <w:proofErr w:type="spellEnd"/>
      <w:r w:rsidRPr="00901BC0">
        <w:rPr>
          <w:rFonts w:ascii="Arial" w:hAnsi="Arial" w:cs="Arial"/>
        </w:rPr>
        <w:t xml:space="preserve"> la </w:t>
      </w:r>
      <w:proofErr w:type="spellStart"/>
      <w:r w:rsidRPr="00901BC0">
        <w:rPr>
          <w:rFonts w:ascii="Arial" w:hAnsi="Arial" w:cs="Arial"/>
        </w:rPr>
        <w:t>participación</w:t>
      </w:r>
      <w:proofErr w:type="spellEnd"/>
      <w:r w:rsidRPr="00901BC0">
        <w:rPr>
          <w:rFonts w:ascii="Arial" w:hAnsi="Arial" w:cs="Arial"/>
        </w:rPr>
        <w:t xml:space="preserve"> de la familia y </w:t>
      </w:r>
      <w:proofErr w:type="spellStart"/>
      <w:r w:rsidRPr="00901BC0">
        <w:rPr>
          <w:rFonts w:ascii="Arial" w:hAnsi="Arial" w:cs="Arial"/>
        </w:rPr>
        <w:t>considera</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criterio</w:t>
      </w:r>
      <w:proofErr w:type="spellEnd"/>
      <w:r w:rsidRPr="00901BC0">
        <w:rPr>
          <w:rFonts w:ascii="Arial" w:hAnsi="Arial" w:cs="Arial"/>
        </w:rPr>
        <w:t xml:space="preserve"> de </w:t>
      </w:r>
      <w:proofErr w:type="spellStart"/>
      <w:r w:rsidRPr="00901BC0">
        <w:rPr>
          <w:rFonts w:ascii="Arial" w:hAnsi="Arial" w:cs="Arial"/>
        </w:rPr>
        <w:t>cada</w:t>
      </w:r>
      <w:proofErr w:type="spellEnd"/>
      <w:r w:rsidRPr="00901BC0">
        <w:rPr>
          <w:rFonts w:ascii="Arial" w:hAnsi="Arial" w:cs="Arial"/>
        </w:rPr>
        <w:t xml:space="preserve"> </w:t>
      </w:r>
      <w:proofErr w:type="spellStart"/>
      <w:r w:rsidRPr="00901BC0">
        <w:rPr>
          <w:rFonts w:ascii="Arial" w:hAnsi="Arial" w:cs="Arial"/>
        </w:rPr>
        <w:t>realidad</w:t>
      </w:r>
      <w:proofErr w:type="spellEnd"/>
      <w:r w:rsidRPr="00901BC0">
        <w:rPr>
          <w:rFonts w:ascii="Arial" w:hAnsi="Arial" w:cs="Arial"/>
        </w:rPr>
        <w:t xml:space="preserve"> particular.</w:t>
      </w:r>
    </w:p>
    <w:p w14:paraId="6A42E31A" w14:textId="77777777" w:rsidR="00893C50" w:rsidRDefault="00893C50" w:rsidP="00893C50">
      <w:pPr>
        <w:pStyle w:val="Textoindependiente"/>
        <w:spacing w:before="168" w:line="360" w:lineRule="auto"/>
        <w:ind w:right="49"/>
        <w:jc w:val="both"/>
        <w:rPr>
          <w:rFonts w:ascii="Arial" w:hAnsi="Arial" w:cs="Arial"/>
        </w:rPr>
      </w:pPr>
      <w:proofErr w:type="spellStart"/>
      <w:r w:rsidRPr="00901BC0">
        <w:rPr>
          <w:rFonts w:ascii="Arial" w:hAnsi="Arial" w:cs="Arial"/>
        </w:rPr>
        <w:t>Estas</w:t>
      </w:r>
      <w:proofErr w:type="spellEnd"/>
      <w:r w:rsidRPr="00901BC0">
        <w:rPr>
          <w:rFonts w:ascii="Arial" w:hAnsi="Arial" w:cs="Arial"/>
        </w:rPr>
        <w:t xml:space="preserve"> </w:t>
      </w:r>
      <w:proofErr w:type="spellStart"/>
      <w:r w:rsidRPr="00901BC0">
        <w:rPr>
          <w:rFonts w:ascii="Arial" w:hAnsi="Arial" w:cs="Arial"/>
        </w:rPr>
        <w:t>orientaciones</w:t>
      </w:r>
      <w:proofErr w:type="spellEnd"/>
      <w:r w:rsidRPr="00901BC0">
        <w:rPr>
          <w:rFonts w:ascii="Arial" w:hAnsi="Arial" w:cs="Arial"/>
        </w:rPr>
        <w:t xml:space="preserve"> se </w:t>
      </w:r>
      <w:proofErr w:type="spellStart"/>
      <w:r w:rsidRPr="00901BC0">
        <w:rPr>
          <w:rFonts w:ascii="Arial" w:hAnsi="Arial" w:cs="Arial"/>
        </w:rPr>
        <w:t>enmarcan</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la Ley General de </w:t>
      </w:r>
      <w:proofErr w:type="spellStart"/>
      <w:r w:rsidRPr="00901BC0">
        <w:rPr>
          <w:rFonts w:ascii="Arial" w:hAnsi="Arial" w:cs="Arial"/>
        </w:rPr>
        <w:t>Educación</w:t>
      </w:r>
      <w:proofErr w:type="spellEnd"/>
      <w:r w:rsidRPr="00901BC0">
        <w:rPr>
          <w:rFonts w:ascii="Arial" w:hAnsi="Arial" w:cs="Arial"/>
        </w:rPr>
        <w:t xml:space="preserve"> (2009), </w:t>
      </w:r>
      <w:proofErr w:type="spellStart"/>
      <w:r w:rsidRPr="00901BC0">
        <w:rPr>
          <w:rFonts w:ascii="Arial" w:hAnsi="Arial" w:cs="Arial"/>
        </w:rPr>
        <w:t>especialmente</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cuanto</w:t>
      </w:r>
      <w:proofErr w:type="spellEnd"/>
      <w:r w:rsidRPr="00901BC0">
        <w:rPr>
          <w:rFonts w:ascii="Arial" w:hAnsi="Arial" w:cs="Arial"/>
        </w:rPr>
        <w:t xml:space="preserve"> a </w:t>
      </w:r>
      <w:proofErr w:type="spellStart"/>
      <w:r w:rsidRPr="00901BC0">
        <w:rPr>
          <w:rFonts w:ascii="Arial" w:hAnsi="Arial" w:cs="Arial"/>
        </w:rPr>
        <w:t>los</w:t>
      </w:r>
      <w:proofErr w:type="spellEnd"/>
      <w:r w:rsidRPr="00901BC0">
        <w:rPr>
          <w:rFonts w:ascii="Arial" w:hAnsi="Arial" w:cs="Arial"/>
        </w:rPr>
        <w:t xml:space="preserve"> derechos </w:t>
      </w:r>
      <w:proofErr w:type="spellStart"/>
      <w:r w:rsidRPr="00901BC0">
        <w:rPr>
          <w:rFonts w:ascii="Arial" w:hAnsi="Arial" w:cs="Arial"/>
        </w:rPr>
        <w:t>garantizados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la Constitución, </w:t>
      </w:r>
      <w:proofErr w:type="spellStart"/>
      <w:r w:rsidRPr="00901BC0">
        <w:rPr>
          <w:rFonts w:ascii="Arial" w:hAnsi="Arial" w:cs="Arial"/>
        </w:rPr>
        <w:t>tratados</w:t>
      </w:r>
      <w:proofErr w:type="spellEnd"/>
      <w:r w:rsidRPr="00901BC0">
        <w:rPr>
          <w:rFonts w:ascii="Arial" w:hAnsi="Arial" w:cs="Arial"/>
        </w:rPr>
        <w:t xml:space="preserve"> </w:t>
      </w:r>
      <w:proofErr w:type="spellStart"/>
      <w:r w:rsidRPr="00901BC0">
        <w:rPr>
          <w:rFonts w:ascii="Arial" w:hAnsi="Arial" w:cs="Arial"/>
        </w:rPr>
        <w:t>internacionales</w:t>
      </w:r>
      <w:proofErr w:type="spellEnd"/>
      <w:r w:rsidRPr="00901BC0">
        <w:rPr>
          <w:rFonts w:ascii="Arial" w:hAnsi="Arial" w:cs="Arial"/>
        </w:rPr>
        <w:t xml:space="preserve"> </w:t>
      </w:r>
      <w:proofErr w:type="spellStart"/>
      <w:r w:rsidRPr="00901BC0">
        <w:rPr>
          <w:rFonts w:ascii="Arial" w:hAnsi="Arial" w:cs="Arial"/>
        </w:rPr>
        <w:t>ratificados</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Chile, y </w:t>
      </w:r>
      <w:proofErr w:type="spellStart"/>
      <w:r w:rsidRPr="00901BC0">
        <w:rPr>
          <w:rFonts w:ascii="Arial" w:hAnsi="Arial" w:cs="Arial"/>
        </w:rPr>
        <w:t>principios</w:t>
      </w:r>
      <w:proofErr w:type="spellEnd"/>
      <w:r w:rsidRPr="00901BC0">
        <w:rPr>
          <w:rFonts w:ascii="Arial" w:hAnsi="Arial" w:cs="Arial"/>
        </w:rPr>
        <w:t xml:space="preserve"> </w:t>
      </w:r>
      <w:proofErr w:type="spellStart"/>
      <w:r w:rsidRPr="00901BC0">
        <w:rPr>
          <w:rFonts w:ascii="Arial" w:hAnsi="Arial" w:cs="Arial"/>
        </w:rPr>
        <w:t>descritos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la </w:t>
      </w:r>
      <w:proofErr w:type="spellStart"/>
      <w:r w:rsidRPr="00901BC0">
        <w:rPr>
          <w:rFonts w:ascii="Arial" w:hAnsi="Arial" w:cs="Arial"/>
        </w:rPr>
        <w:t>misma</w:t>
      </w:r>
      <w:proofErr w:type="spellEnd"/>
      <w:r w:rsidRPr="00901BC0">
        <w:rPr>
          <w:rFonts w:ascii="Arial" w:hAnsi="Arial" w:cs="Arial"/>
        </w:rPr>
        <w:t xml:space="preserve"> que </w:t>
      </w:r>
      <w:proofErr w:type="spellStart"/>
      <w:r w:rsidRPr="00901BC0">
        <w:rPr>
          <w:rFonts w:ascii="Arial" w:hAnsi="Arial" w:cs="Arial"/>
        </w:rPr>
        <w:t>deben</w:t>
      </w:r>
      <w:proofErr w:type="spellEnd"/>
      <w:r w:rsidRPr="00901BC0">
        <w:rPr>
          <w:rFonts w:ascii="Arial" w:hAnsi="Arial" w:cs="Arial"/>
        </w:rPr>
        <w:t xml:space="preserve"> </w:t>
      </w:r>
      <w:proofErr w:type="spellStart"/>
      <w:r w:rsidRPr="00901BC0">
        <w:rPr>
          <w:rFonts w:ascii="Arial" w:hAnsi="Arial" w:cs="Arial"/>
        </w:rPr>
        <w:t>inspirar</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sistema</w:t>
      </w:r>
      <w:proofErr w:type="spellEnd"/>
      <w:r w:rsidRPr="00901BC0">
        <w:rPr>
          <w:rFonts w:ascii="Arial" w:hAnsi="Arial" w:cs="Arial"/>
        </w:rPr>
        <w:t xml:space="preserve"> </w:t>
      </w:r>
      <w:proofErr w:type="spellStart"/>
      <w:r w:rsidRPr="00901BC0">
        <w:rPr>
          <w:rFonts w:ascii="Arial" w:hAnsi="Arial" w:cs="Arial"/>
        </w:rPr>
        <w:t>educativo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la Ley de </w:t>
      </w:r>
      <w:proofErr w:type="spellStart"/>
      <w:r w:rsidRPr="00901BC0">
        <w:rPr>
          <w:rFonts w:ascii="Arial" w:hAnsi="Arial" w:cs="Arial"/>
        </w:rPr>
        <w:t>Inclusión</w:t>
      </w:r>
      <w:proofErr w:type="spellEnd"/>
      <w:r w:rsidRPr="00901BC0">
        <w:rPr>
          <w:rFonts w:ascii="Arial" w:hAnsi="Arial" w:cs="Arial"/>
        </w:rPr>
        <w:t xml:space="preserve"> Escolar (2015); la </w:t>
      </w:r>
      <w:proofErr w:type="spellStart"/>
      <w:r w:rsidRPr="00901BC0">
        <w:rPr>
          <w:rFonts w:ascii="Arial" w:hAnsi="Arial" w:cs="Arial"/>
        </w:rPr>
        <w:t>Declaración</w:t>
      </w:r>
      <w:proofErr w:type="spellEnd"/>
      <w:r w:rsidRPr="00901BC0">
        <w:rPr>
          <w:rFonts w:ascii="Arial" w:hAnsi="Arial" w:cs="Arial"/>
        </w:rPr>
        <w:t xml:space="preserve"> Universal de Derechos Humanos (ONU, 1948); la </w:t>
      </w:r>
      <w:proofErr w:type="spellStart"/>
      <w:r w:rsidRPr="00901BC0">
        <w:rPr>
          <w:rFonts w:ascii="Arial" w:hAnsi="Arial" w:cs="Arial"/>
        </w:rPr>
        <w:t>Declaración</w:t>
      </w:r>
      <w:proofErr w:type="spellEnd"/>
      <w:r w:rsidRPr="00901BC0">
        <w:rPr>
          <w:rFonts w:ascii="Arial" w:hAnsi="Arial" w:cs="Arial"/>
        </w:rPr>
        <w:t xml:space="preserve"> de </w:t>
      </w:r>
      <w:proofErr w:type="spellStart"/>
      <w:r w:rsidRPr="00901BC0">
        <w:rPr>
          <w:rFonts w:ascii="Arial" w:hAnsi="Arial" w:cs="Arial"/>
        </w:rPr>
        <w:t>los</w:t>
      </w:r>
      <w:proofErr w:type="spellEnd"/>
      <w:r w:rsidRPr="00901BC0">
        <w:rPr>
          <w:rFonts w:ascii="Arial" w:hAnsi="Arial" w:cs="Arial"/>
        </w:rPr>
        <w:t xml:space="preserve"> Derechos del Niño (ONU, 1959, </w:t>
      </w:r>
      <w:proofErr w:type="spellStart"/>
      <w:r w:rsidRPr="00901BC0">
        <w:rPr>
          <w:rFonts w:ascii="Arial" w:hAnsi="Arial" w:cs="Arial"/>
        </w:rPr>
        <w:t>ratificada</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Chile </w:t>
      </w:r>
      <w:proofErr w:type="spellStart"/>
      <w:r w:rsidRPr="00901BC0">
        <w:rPr>
          <w:rFonts w:ascii="Arial" w:hAnsi="Arial" w:cs="Arial"/>
        </w:rPr>
        <w:t>en</w:t>
      </w:r>
      <w:proofErr w:type="spellEnd"/>
      <w:r w:rsidRPr="00901BC0">
        <w:rPr>
          <w:rFonts w:ascii="Arial" w:hAnsi="Arial" w:cs="Arial"/>
        </w:rPr>
        <w:t xml:space="preserve"> 1990); la </w:t>
      </w:r>
      <w:proofErr w:type="spellStart"/>
      <w:r w:rsidRPr="00901BC0">
        <w:rPr>
          <w:rFonts w:ascii="Arial" w:hAnsi="Arial" w:cs="Arial"/>
        </w:rPr>
        <w:t>Convención</w:t>
      </w:r>
      <w:proofErr w:type="spellEnd"/>
      <w:r w:rsidRPr="00901BC0">
        <w:rPr>
          <w:rFonts w:ascii="Arial" w:hAnsi="Arial" w:cs="Arial"/>
        </w:rPr>
        <w:t xml:space="preserve"> Internacional </w:t>
      </w:r>
      <w:proofErr w:type="spellStart"/>
      <w:r w:rsidRPr="00901BC0">
        <w:rPr>
          <w:rFonts w:ascii="Arial" w:hAnsi="Arial" w:cs="Arial"/>
        </w:rPr>
        <w:t>sobre</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Derechos de las Personas con </w:t>
      </w:r>
      <w:proofErr w:type="spellStart"/>
      <w:r w:rsidRPr="00901BC0">
        <w:rPr>
          <w:rFonts w:ascii="Arial" w:hAnsi="Arial" w:cs="Arial"/>
        </w:rPr>
        <w:t>Discapacidad</w:t>
      </w:r>
      <w:proofErr w:type="spellEnd"/>
      <w:r w:rsidRPr="00901BC0">
        <w:rPr>
          <w:rFonts w:ascii="Arial" w:hAnsi="Arial" w:cs="Arial"/>
        </w:rPr>
        <w:t xml:space="preserve"> (ONU, 2006; </w:t>
      </w:r>
      <w:proofErr w:type="spellStart"/>
      <w:r w:rsidRPr="00901BC0">
        <w:rPr>
          <w:rFonts w:ascii="Arial" w:hAnsi="Arial" w:cs="Arial"/>
        </w:rPr>
        <w:t>ratificado</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Chile </w:t>
      </w:r>
      <w:proofErr w:type="spellStart"/>
      <w:r w:rsidRPr="00901BC0">
        <w:rPr>
          <w:rFonts w:ascii="Arial" w:hAnsi="Arial" w:cs="Arial"/>
        </w:rPr>
        <w:t>en</w:t>
      </w:r>
      <w:proofErr w:type="spellEnd"/>
      <w:r w:rsidRPr="00901BC0">
        <w:rPr>
          <w:rFonts w:ascii="Arial" w:hAnsi="Arial" w:cs="Arial"/>
        </w:rPr>
        <w:t xml:space="preserve"> 2008), la Ley N°20.422 de 2010, que </w:t>
      </w:r>
      <w:proofErr w:type="spellStart"/>
      <w:r w:rsidRPr="00901BC0">
        <w:rPr>
          <w:rFonts w:ascii="Arial" w:hAnsi="Arial" w:cs="Arial"/>
        </w:rPr>
        <w:t>establece</w:t>
      </w:r>
      <w:proofErr w:type="spellEnd"/>
      <w:r w:rsidRPr="00901BC0">
        <w:rPr>
          <w:rFonts w:ascii="Arial" w:hAnsi="Arial" w:cs="Arial"/>
        </w:rPr>
        <w:t xml:space="preserve"> </w:t>
      </w:r>
      <w:proofErr w:type="spellStart"/>
      <w:r w:rsidRPr="00901BC0">
        <w:rPr>
          <w:rFonts w:ascii="Arial" w:hAnsi="Arial" w:cs="Arial"/>
        </w:rPr>
        <w:t>normas</w:t>
      </w:r>
      <w:proofErr w:type="spellEnd"/>
      <w:r w:rsidRPr="00901BC0">
        <w:rPr>
          <w:rFonts w:ascii="Arial" w:hAnsi="Arial" w:cs="Arial"/>
        </w:rPr>
        <w:t xml:space="preserve"> </w:t>
      </w:r>
      <w:proofErr w:type="spellStart"/>
      <w:r w:rsidRPr="00901BC0">
        <w:rPr>
          <w:rFonts w:ascii="Arial" w:hAnsi="Arial" w:cs="Arial"/>
        </w:rPr>
        <w:t>sobre</w:t>
      </w:r>
      <w:proofErr w:type="spellEnd"/>
      <w:r w:rsidRPr="00901BC0">
        <w:rPr>
          <w:rFonts w:ascii="Arial" w:hAnsi="Arial" w:cs="Arial"/>
        </w:rPr>
        <w:t xml:space="preserve"> </w:t>
      </w:r>
      <w:proofErr w:type="spellStart"/>
      <w:r w:rsidRPr="00901BC0">
        <w:rPr>
          <w:rFonts w:ascii="Arial" w:hAnsi="Arial" w:cs="Arial"/>
        </w:rPr>
        <w:t>Igualdad</w:t>
      </w:r>
      <w:proofErr w:type="spellEnd"/>
      <w:r w:rsidRPr="00901BC0">
        <w:rPr>
          <w:rFonts w:ascii="Arial" w:hAnsi="Arial" w:cs="Arial"/>
        </w:rPr>
        <w:t xml:space="preserve"> de </w:t>
      </w:r>
      <w:proofErr w:type="spellStart"/>
      <w:r w:rsidRPr="00901BC0">
        <w:rPr>
          <w:rFonts w:ascii="Arial" w:hAnsi="Arial" w:cs="Arial"/>
        </w:rPr>
        <w:t>Oportunidades</w:t>
      </w:r>
      <w:proofErr w:type="spellEnd"/>
      <w:r w:rsidRPr="00901BC0">
        <w:rPr>
          <w:rFonts w:ascii="Arial" w:hAnsi="Arial" w:cs="Arial"/>
        </w:rPr>
        <w:t xml:space="preserve"> e </w:t>
      </w:r>
      <w:proofErr w:type="spellStart"/>
      <w:r w:rsidRPr="00901BC0">
        <w:rPr>
          <w:rFonts w:ascii="Arial" w:hAnsi="Arial" w:cs="Arial"/>
        </w:rPr>
        <w:t>Inclusión</w:t>
      </w:r>
      <w:proofErr w:type="spellEnd"/>
      <w:r w:rsidRPr="00901BC0">
        <w:rPr>
          <w:rFonts w:ascii="Arial" w:hAnsi="Arial" w:cs="Arial"/>
        </w:rPr>
        <w:t xml:space="preserve"> Social de Personas con </w:t>
      </w:r>
      <w:proofErr w:type="spellStart"/>
      <w:r w:rsidRPr="00901BC0">
        <w:rPr>
          <w:rFonts w:ascii="Arial" w:hAnsi="Arial" w:cs="Arial"/>
        </w:rPr>
        <w:t>Discapacidad</w:t>
      </w:r>
      <w:proofErr w:type="spellEnd"/>
      <w:r w:rsidRPr="00901BC0">
        <w:rPr>
          <w:rFonts w:ascii="Arial" w:hAnsi="Arial" w:cs="Arial"/>
        </w:rPr>
        <w:t xml:space="preserve">; lo </w:t>
      </w:r>
      <w:proofErr w:type="spellStart"/>
      <w:r w:rsidRPr="00901BC0">
        <w:rPr>
          <w:rFonts w:ascii="Arial" w:hAnsi="Arial" w:cs="Arial"/>
        </w:rPr>
        <w:t>estipulado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Currículum</w:t>
      </w:r>
      <w:proofErr w:type="spellEnd"/>
      <w:r w:rsidRPr="00901BC0">
        <w:rPr>
          <w:rFonts w:ascii="Arial" w:hAnsi="Arial" w:cs="Arial"/>
        </w:rPr>
        <w:t xml:space="preserve"> Nacional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todos</w:t>
      </w:r>
      <w:proofErr w:type="spellEnd"/>
      <w:r w:rsidRPr="00901BC0">
        <w:rPr>
          <w:rFonts w:ascii="Arial" w:hAnsi="Arial" w:cs="Arial"/>
        </w:rPr>
        <w:t xml:space="preserve"> sus </w:t>
      </w:r>
      <w:proofErr w:type="spellStart"/>
      <w:r w:rsidRPr="00901BC0">
        <w:rPr>
          <w:rFonts w:ascii="Arial" w:hAnsi="Arial" w:cs="Arial"/>
        </w:rPr>
        <w:t>niveles</w:t>
      </w:r>
      <w:proofErr w:type="spellEnd"/>
      <w:r w:rsidRPr="00901BC0">
        <w:rPr>
          <w:rFonts w:ascii="Arial" w:hAnsi="Arial" w:cs="Arial"/>
        </w:rPr>
        <w:t xml:space="preserve"> y </w:t>
      </w:r>
      <w:proofErr w:type="spellStart"/>
      <w:r w:rsidRPr="00901BC0">
        <w:rPr>
          <w:rFonts w:ascii="Arial" w:hAnsi="Arial" w:cs="Arial"/>
        </w:rPr>
        <w:t>modalidades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especial a lo </w:t>
      </w:r>
      <w:proofErr w:type="spellStart"/>
      <w:r w:rsidRPr="00901BC0">
        <w:rPr>
          <w:rFonts w:ascii="Arial" w:hAnsi="Arial" w:cs="Arial"/>
        </w:rPr>
        <w:t>referido</w:t>
      </w:r>
      <w:proofErr w:type="spellEnd"/>
      <w:r w:rsidRPr="00901BC0">
        <w:rPr>
          <w:rFonts w:ascii="Arial" w:hAnsi="Arial" w:cs="Arial"/>
        </w:rPr>
        <w:t xml:space="preserve"> a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Objetivos</w:t>
      </w:r>
      <w:proofErr w:type="spellEnd"/>
      <w:r w:rsidRPr="00901BC0">
        <w:rPr>
          <w:rFonts w:ascii="Arial" w:hAnsi="Arial" w:cs="Arial"/>
        </w:rPr>
        <w:t xml:space="preserve"> de </w:t>
      </w:r>
      <w:proofErr w:type="spellStart"/>
      <w:r w:rsidRPr="00901BC0">
        <w:rPr>
          <w:rFonts w:ascii="Arial" w:hAnsi="Arial" w:cs="Arial"/>
        </w:rPr>
        <w:t>Aprendizajes</w:t>
      </w:r>
      <w:proofErr w:type="spellEnd"/>
      <w:r w:rsidRPr="00901BC0">
        <w:rPr>
          <w:rFonts w:ascii="Arial" w:hAnsi="Arial" w:cs="Arial"/>
        </w:rPr>
        <w:t xml:space="preserve"> </w:t>
      </w:r>
      <w:proofErr w:type="spellStart"/>
      <w:r w:rsidRPr="00901BC0">
        <w:rPr>
          <w:rFonts w:ascii="Arial" w:hAnsi="Arial" w:cs="Arial"/>
        </w:rPr>
        <w:t>Transversales</w:t>
      </w:r>
      <w:proofErr w:type="spellEnd"/>
      <w:r w:rsidRPr="00901BC0">
        <w:rPr>
          <w:rFonts w:ascii="Arial" w:hAnsi="Arial" w:cs="Arial"/>
        </w:rPr>
        <w:t xml:space="preserve"> y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principios</w:t>
      </w:r>
      <w:proofErr w:type="spellEnd"/>
      <w:r w:rsidRPr="00901BC0">
        <w:rPr>
          <w:rFonts w:ascii="Arial" w:hAnsi="Arial" w:cs="Arial"/>
        </w:rPr>
        <w:t xml:space="preserve"> </w:t>
      </w:r>
      <w:proofErr w:type="spellStart"/>
      <w:r w:rsidRPr="00901BC0">
        <w:rPr>
          <w:rFonts w:ascii="Arial" w:hAnsi="Arial" w:cs="Arial"/>
        </w:rPr>
        <w:t>pedagógicos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todo</w:t>
      </w:r>
      <w:proofErr w:type="spellEnd"/>
      <w:r w:rsidRPr="00901BC0">
        <w:rPr>
          <w:rFonts w:ascii="Arial" w:hAnsi="Arial" w:cs="Arial"/>
        </w:rPr>
        <w:t xml:space="preserve"> lo </w:t>
      </w:r>
      <w:proofErr w:type="spellStart"/>
      <w:r w:rsidRPr="00901BC0">
        <w:rPr>
          <w:rFonts w:ascii="Arial" w:hAnsi="Arial" w:cs="Arial"/>
        </w:rPr>
        <w:t>referido</w:t>
      </w:r>
      <w:proofErr w:type="spellEnd"/>
      <w:r w:rsidRPr="00901BC0">
        <w:rPr>
          <w:rFonts w:ascii="Arial" w:hAnsi="Arial" w:cs="Arial"/>
        </w:rPr>
        <w:t xml:space="preserve"> a la </w:t>
      </w:r>
      <w:proofErr w:type="spellStart"/>
      <w:r w:rsidRPr="00901BC0">
        <w:rPr>
          <w:rFonts w:ascii="Arial" w:hAnsi="Arial" w:cs="Arial"/>
        </w:rPr>
        <w:t>atención</w:t>
      </w:r>
      <w:proofErr w:type="spellEnd"/>
      <w:r w:rsidRPr="00901BC0">
        <w:rPr>
          <w:rFonts w:ascii="Arial" w:hAnsi="Arial" w:cs="Arial"/>
        </w:rPr>
        <w:t xml:space="preserve"> a la </w:t>
      </w:r>
      <w:proofErr w:type="spellStart"/>
      <w:r w:rsidRPr="00901BC0">
        <w:rPr>
          <w:rFonts w:ascii="Arial" w:hAnsi="Arial" w:cs="Arial"/>
        </w:rPr>
        <w:t>diversidad</w:t>
      </w:r>
      <w:proofErr w:type="spellEnd"/>
      <w:r w:rsidRPr="00901BC0">
        <w:rPr>
          <w:rFonts w:ascii="Arial" w:hAnsi="Arial" w:cs="Arial"/>
        </w:rPr>
        <w:t xml:space="preserve"> de </w:t>
      </w:r>
      <w:proofErr w:type="spellStart"/>
      <w:r w:rsidRPr="00901BC0">
        <w:rPr>
          <w:rFonts w:ascii="Arial" w:hAnsi="Arial" w:cs="Arial"/>
        </w:rPr>
        <w:t>estudiantes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sistema</w:t>
      </w:r>
      <w:proofErr w:type="spellEnd"/>
      <w:r w:rsidRPr="00901BC0">
        <w:rPr>
          <w:rFonts w:ascii="Arial" w:hAnsi="Arial" w:cs="Arial"/>
        </w:rPr>
        <w:t xml:space="preserve"> </w:t>
      </w:r>
      <w:proofErr w:type="spellStart"/>
      <w:r w:rsidRPr="00901BC0">
        <w:rPr>
          <w:rFonts w:ascii="Arial" w:hAnsi="Arial" w:cs="Arial"/>
        </w:rPr>
        <w:t>educativo</w:t>
      </w:r>
      <w:proofErr w:type="spellEnd"/>
      <w:r w:rsidRPr="00901BC0">
        <w:rPr>
          <w:rFonts w:ascii="Arial" w:hAnsi="Arial" w:cs="Arial"/>
        </w:rPr>
        <w:t xml:space="preserve"> </w:t>
      </w:r>
      <w:proofErr w:type="spellStart"/>
      <w:r w:rsidRPr="00901BC0">
        <w:rPr>
          <w:rFonts w:ascii="Arial" w:hAnsi="Arial" w:cs="Arial"/>
        </w:rPr>
        <w:t>contenidas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Decreto</w:t>
      </w:r>
      <w:proofErr w:type="spellEnd"/>
      <w:r w:rsidRPr="00901BC0">
        <w:rPr>
          <w:rFonts w:ascii="Arial" w:hAnsi="Arial" w:cs="Arial"/>
        </w:rPr>
        <w:t xml:space="preserve"> 170 del 2009;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Decreto</w:t>
      </w:r>
      <w:proofErr w:type="spellEnd"/>
      <w:r w:rsidRPr="00901BC0">
        <w:rPr>
          <w:rFonts w:ascii="Arial" w:hAnsi="Arial" w:cs="Arial"/>
        </w:rPr>
        <w:t xml:space="preserve"> 83 del 2015; la Ley de </w:t>
      </w:r>
      <w:proofErr w:type="spellStart"/>
      <w:r w:rsidRPr="00901BC0">
        <w:rPr>
          <w:rFonts w:ascii="Arial" w:hAnsi="Arial" w:cs="Arial"/>
        </w:rPr>
        <w:t>Subvención</w:t>
      </w:r>
      <w:proofErr w:type="spellEnd"/>
      <w:r w:rsidRPr="00901BC0">
        <w:rPr>
          <w:rFonts w:ascii="Arial" w:hAnsi="Arial" w:cs="Arial"/>
        </w:rPr>
        <w:t xml:space="preserve"> Escolar </w:t>
      </w:r>
      <w:proofErr w:type="spellStart"/>
      <w:r w:rsidRPr="00901BC0">
        <w:rPr>
          <w:rFonts w:ascii="Arial" w:hAnsi="Arial" w:cs="Arial"/>
        </w:rPr>
        <w:t>Preferencial</w:t>
      </w:r>
      <w:proofErr w:type="spellEnd"/>
      <w:r w:rsidRPr="00901BC0">
        <w:rPr>
          <w:rFonts w:ascii="Arial" w:hAnsi="Arial" w:cs="Arial"/>
        </w:rPr>
        <w:t xml:space="preserve">, SEP (2008); las </w:t>
      </w:r>
      <w:proofErr w:type="spellStart"/>
      <w:r w:rsidRPr="00901BC0">
        <w:rPr>
          <w:rFonts w:ascii="Arial" w:hAnsi="Arial" w:cs="Arial"/>
        </w:rPr>
        <w:t>orientaciones</w:t>
      </w:r>
      <w:proofErr w:type="spellEnd"/>
      <w:r w:rsidRPr="00901BC0">
        <w:rPr>
          <w:rFonts w:ascii="Arial" w:hAnsi="Arial" w:cs="Arial"/>
        </w:rPr>
        <w:t xml:space="preserve"> </w:t>
      </w:r>
      <w:proofErr w:type="spellStart"/>
      <w:r w:rsidRPr="00901BC0">
        <w:rPr>
          <w:rFonts w:ascii="Arial" w:hAnsi="Arial" w:cs="Arial"/>
        </w:rPr>
        <w:t>nacionales</w:t>
      </w:r>
      <w:proofErr w:type="spellEnd"/>
      <w:r w:rsidRPr="00901BC0">
        <w:rPr>
          <w:rFonts w:ascii="Arial" w:hAnsi="Arial" w:cs="Arial"/>
        </w:rPr>
        <w:t xml:space="preserve"> del </w:t>
      </w:r>
      <w:proofErr w:type="spellStart"/>
      <w:r w:rsidRPr="00901BC0">
        <w:rPr>
          <w:rFonts w:ascii="Arial" w:hAnsi="Arial" w:cs="Arial"/>
        </w:rPr>
        <w:t>Ministerio</w:t>
      </w:r>
      <w:proofErr w:type="spellEnd"/>
      <w:r w:rsidRPr="00901BC0">
        <w:rPr>
          <w:rFonts w:ascii="Arial" w:hAnsi="Arial" w:cs="Arial"/>
        </w:rPr>
        <w:t xml:space="preserve"> de </w:t>
      </w:r>
      <w:proofErr w:type="spellStart"/>
      <w:r w:rsidRPr="00901BC0">
        <w:rPr>
          <w:rFonts w:ascii="Arial" w:hAnsi="Arial" w:cs="Arial"/>
        </w:rPr>
        <w:t>Educación</w:t>
      </w:r>
      <w:proofErr w:type="spellEnd"/>
      <w:r w:rsidRPr="00901BC0">
        <w:rPr>
          <w:rFonts w:ascii="Arial" w:hAnsi="Arial" w:cs="Arial"/>
        </w:rPr>
        <w:t xml:space="preserve"> (MINEDUC) para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sistema</w:t>
      </w:r>
      <w:proofErr w:type="spellEnd"/>
      <w:r w:rsidRPr="00901BC0">
        <w:rPr>
          <w:rFonts w:ascii="Arial" w:hAnsi="Arial" w:cs="Arial"/>
        </w:rPr>
        <w:t xml:space="preserve"> </w:t>
      </w:r>
      <w:proofErr w:type="spellStart"/>
      <w:r w:rsidRPr="00901BC0">
        <w:rPr>
          <w:rFonts w:ascii="Arial" w:hAnsi="Arial" w:cs="Arial"/>
        </w:rPr>
        <w:t>educativo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materias</w:t>
      </w:r>
      <w:proofErr w:type="spellEnd"/>
      <w:r w:rsidRPr="00901BC0">
        <w:rPr>
          <w:rFonts w:ascii="Arial" w:hAnsi="Arial" w:cs="Arial"/>
        </w:rPr>
        <w:t xml:space="preserve"> de </w:t>
      </w:r>
      <w:proofErr w:type="spellStart"/>
      <w:r w:rsidRPr="00901BC0">
        <w:rPr>
          <w:rFonts w:ascii="Arial" w:hAnsi="Arial" w:cs="Arial"/>
        </w:rPr>
        <w:t>inclusión</w:t>
      </w:r>
      <w:proofErr w:type="spellEnd"/>
      <w:r w:rsidRPr="00901BC0">
        <w:rPr>
          <w:rFonts w:ascii="Arial" w:hAnsi="Arial" w:cs="Arial"/>
        </w:rPr>
        <w:t>; y la Política de Convivencia Escolar.</w:t>
      </w:r>
    </w:p>
    <w:p w14:paraId="230F57A1" w14:textId="77777777" w:rsidR="00893C50" w:rsidRPr="00037E04" w:rsidRDefault="00893C50" w:rsidP="00893C50">
      <w:pPr>
        <w:pStyle w:val="Textoindependiente"/>
        <w:spacing w:before="168" w:line="360" w:lineRule="auto"/>
        <w:ind w:right="49"/>
        <w:jc w:val="both"/>
        <w:rPr>
          <w:rFonts w:ascii="Arial" w:hAnsi="Arial" w:cs="Arial"/>
        </w:rPr>
      </w:pPr>
      <w:proofErr w:type="spellStart"/>
      <w:r>
        <w:rPr>
          <w:rFonts w:ascii="Arial" w:hAnsi="Arial" w:cs="Arial"/>
        </w:rPr>
        <w:lastRenderedPageBreak/>
        <w:t>Coherente</w:t>
      </w:r>
      <w:proofErr w:type="spellEnd"/>
      <w:r>
        <w:rPr>
          <w:rFonts w:ascii="Arial" w:hAnsi="Arial" w:cs="Arial"/>
        </w:rPr>
        <w:t xml:space="preserve"> con </w:t>
      </w:r>
      <w:proofErr w:type="spellStart"/>
      <w:r>
        <w:rPr>
          <w:rFonts w:ascii="Arial" w:hAnsi="Arial" w:cs="Arial"/>
        </w:rPr>
        <w:t>este</w:t>
      </w:r>
      <w:proofErr w:type="spellEnd"/>
      <w:r>
        <w:rPr>
          <w:rFonts w:ascii="Arial" w:hAnsi="Arial" w:cs="Arial"/>
        </w:rPr>
        <w:t xml:space="preserve"> derecho a la plena </w:t>
      </w:r>
      <w:proofErr w:type="spellStart"/>
      <w:r>
        <w:rPr>
          <w:rFonts w:ascii="Arial" w:hAnsi="Arial" w:cs="Arial"/>
        </w:rPr>
        <w:t>inclusión</w:t>
      </w:r>
      <w:proofErr w:type="spellEnd"/>
      <w:r>
        <w:rPr>
          <w:rFonts w:ascii="Arial" w:hAnsi="Arial" w:cs="Arial"/>
        </w:rPr>
        <w:t xml:space="preserve">, se </w:t>
      </w:r>
      <w:proofErr w:type="spellStart"/>
      <w:r>
        <w:rPr>
          <w:rFonts w:ascii="Arial" w:hAnsi="Arial" w:cs="Arial"/>
        </w:rPr>
        <w:t>promulgó</w:t>
      </w:r>
      <w:proofErr w:type="spellEnd"/>
      <w:r>
        <w:rPr>
          <w:rFonts w:ascii="Arial" w:hAnsi="Arial" w:cs="Arial"/>
        </w:rPr>
        <w:t xml:space="preserve"> </w:t>
      </w:r>
      <w:proofErr w:type="spellStart"/>
      <w:r>
        <w:rPr>
          <w:rFonts w:ascii="Arial" w:hAnsi="Arial" w:cs="Arial"/>
        </w:rPr>
        <w:t>el</w:t>
      </w:r>
      <w:proofErr w:type="spellEnd"/>
      <w:r>
        <w:rPr>
          <w:rFonts w:ascii="Arial" w:hAnsi="Arial" w:cs="Arial"/>
        </w:rPr>
        <w:t xml:space="preserve"> </w:t>
      </w:r>
      <w:proofErr w:type="spellStart"/>
      <w:r>
        <w:rPr>
          <w:rFonts w:ascii="Arial" w:hAnsi="Arial" w:cs="Arial"/>
        </w:rPr>
        <w:t>año</w:t>
      </w:r>
      <w:proofErr w:type="spellEnd"/>
      <w:r>
        <w:rPr>
          <w:rFonts w:ascii="Arial" w:hAnsi="Arial" w:cs="Arial"/>
        </w:rPr>
        <w:t xml:space="preserve"> </w:t>
      </w:r>
      <w:proofErr w:type="spellStart"/>
      <w:r>
        <w:rPr>
          <w:rFonts w:ascii="Arial" w:hAnsi="Arial" w:cs="Arial"/>
        </w:rPr>
        <w:t>pasado</w:t>
      </w:r>
      <w:proofErr w:type="spellEnd"/>
      <w:r>
        <w:rPr>
          <w:rFonts w:ascii="Arial" w:hAnsi="Arial" w:cs="Arial"/>
        </w:rPr>
        <w:t xml:space="preserve"> la </w:t>
      </w:r>
      <w:r w:rsidRPr="00037E04">
        <w:rPr>
          <w:rFonts w:ascii="Arial" w:hAnsi="Arial" w:cs="Arial"/>
        </w:rPr>
        <w:t xml:space="preserve">Ley N° 21.545, que </w:t>
      </w:r>
      <w:proofErr w:type="spellStart"/>
      <w:r w:rsidRPr="00037E04">
        <w:rPr>
          <w:rFonts w:ascii="Arial" w:hAnsi="Arial" w:cs="Arial"/>
        </w:rPr>
        <w:t>establece</w:t>
      </w:r>
      <w:proofErr w:type="spellEnd"/>
      <w:r w:rsidRPr="00037E04">
        <w:rPr>
          <w:rFonts w:ascii="Arial" w:hAnsi="Arial" w:cs="Arial"/>
        </w:rPr>
        <w:t xml:space="preserve"> la </w:t>
      </w:r>
      <w:proofErr w:type="spellStart"/>
      <w:r w:rsidRPr="00037E04">
        <w:rPr>
          <w:rFonts w:ascii="Arial" w:hAnsi="Arial" w:cs="Arial"/>
        </w:rPr>
        <w:t>promoción</w:t>
      </w:r>
      <w:proofErr w:type="spellEnd"/>
      <w:r w:rsidRPr="00037E04">
        <w:rPr>
          <w:rFonts w:ascii="Arial" w:hAnsi="Arial" w:cs="Arial"/>
        </w:rPr>
        <w:t xml:space="preserve"> de la </w:t>
      </w:r>
      <w:proofErr w:type="spellStart"/>
      <w:r w:rsidRPr="00037E04">
        <w:rPr>
          <w:rFonts w:ascii="Arial" w:hAnsi="Arial" w:cs="Arial"/>
        </w:rPr>
        <w:t>inclusión</w:t>
      </w:r>
      <w:proofErr w:type="spellEnd"/>
      <w:r w:rsidRPr="00037E04">
        <w:rPr>
          <w:rFonts w:ascii="Arial" w:hAnsi="Arial" w:cs="Arial"/>
        </w:rPr>
        <w:t xml:space="preserve">, la </w:t>
      </w:r>
      <w:proofErr w:type="spellStart"/>
      <w:r w:rsidRPr="00037E04">
        <w:rPr>
          <w:rFonts w:ascii="Arial" w:hAnsi="Arial" w:cs="Arial"/>
        </w:rPr>
        <w:t>atención</w:t>
      </w:r>
      <w:proofErr w:type="spellEnd"/>
      <w:r w:rsidRPr="00037E04">
        <w:rPr>
          <w:rFonts w:ascii="Arial" w:hAnsi="Arial" w:cs="Arial"/>
        </w:rPr>
        <w:t xml:space="preserve"> integral, y la </w:t>
      </w:r>
      <w:proofErr w:type="spellStart"/>
      <w:r w:rsidRPr="00037E04">
        <w:rPr>
          <w:rFonts w:ascii="Arial" w:hAnsi="Arial" w:cs="Arial"/>
        </w:rPr>
        <w:t>protección</w:t>
      </w:r>
      <w:proofErr w:type="spellEnd"/>
      <w:r w:rsidRPr="00037E04">
        <w:rPr>
          <w:rFonts w:ascii="Arial" w:hAnsi="Arial" w:cs="Arial"/>
        </w:rPr>
        <w:t xml:space="preserve"> de </w:t>
      </w:r>
      <w:proofErr w:type="spellStart"/>
      <w:r w:rsidRPr="00037E04">
        <w:rPr>
          <w:rFonts w:ascii="Arial" w:hAnsi="Arial" w:cs="Arial"/>
        </w:rPr>
        <w:t>los</w:t>
      </w:r>
      <w:proofErr w:type="spellEnd"/>
      <w:r w:rsidRPr="00037E04">
        <w:rPr>
          <w:rFonts w:ascii="Arial" w:hAnsi="Arial" w:cs="Arial"/>
        </w:rPr>
        <w:t xml:space="preserve"> derechos de las personas con </w:t>
      </w:r>
      <w:proofErr w:type="spellStart"/>
      <w:r w:rsidRPr="00037E04">
        <w:rPr>
          <w:rFonts w:ascii="Arial" w:hAnsi="Arial" w:cs="Arial"/>
        </w:rPr>
        <w:t>trastorno</w:t>
      </w:r>
      <w:proofErr w:type="spellEnd"/>
      <w:r w:rsidRPr="00037E04">
        <w:rPr>
          <w:rFonts w:ascii="Arial" w:hAnsi="Arial" w:cs="Arial"/>
        </w:rPr>
        <w:t xml:space="preserve"> del </w:t>
      </w:r>
      <w:proofErr w:type="spellStart"/>
      <w:r w:rsidRPr="00037E04">
        <w:rPr>
          <w:rFonts w:ascii="Arial" w:hAnsi="Arial" w:cs="Arial"/>
        </w:rPr>
        <w:t>espectro</w:t>
      </w:r>
      <w:proofErr w:type="spellEnd"/>
      <w:r w:rsidRPr="00037E04">
        <w:rPr>
          <w:rFonts w:ascii="Arial" w:hAnsi="Arial" w:cs="Arial"/>
        </w:rPr>
        <w:t xml:space="preserve"> </w:t>
      </w:r>
      <w:proofErr w:type="spellStart"/>
      <w:r w:rsidRPr="00037E04">
        <w:rPr>
          <w:rFonts w:ascii="Arial" w:hAnsi="Arial" w:cs="Arial"/>
        </w:rPr>
        <w:t>autista</w:t>
      </w:r>
      <w:proofErr w:type="spellEnd"/>
      <w:r w:rsidRPr="00037E04">
        <w:rPr>
          <w:rFonts w:ascii="Arial" w:hAnsi="Arial" w:cs="Arial"/>
        </w:rPr>
        <w:t xml:space="preserve"> </w:t>
      </w:r>
      <w:proofErr w:type="spellStart"/>
      <w:r w:rsidRPr="00037E04">
        <w:rPr>
          <w:rFonts w:ascii="Arial" w:hAnsi="Arial" w:cs="Arial"/>
        </w:rPr>
        <w:t>en</w:t>
      </w:r>
      <w:proofErr w:type="spellEnd"/>
      <w:r w:rsidRPr="00037E04">
        <w:rPr>
          <w:rFonts w:ascii="Arial" w:hAnsi="Arial" w:cs="Arial"/>
        </w:rPr>
        <w:t xml:space="preserve"> </w:t>
      </w:r>
      <w:proofErr w:type="spellStart"/>
      <w:r w:rsidRPr="00037E04">
        <w:rPr>
          <w:rFonts w:ascii="Arial" w:hAnsi="Arial" w:cs="Arial"/>
        </w:rPr>
        <w:t>el</w:t>
      </w:r>
      <w:proofErr w:type="spellEnd"/>
      <w:r w:rsidRPr="00037E04">
        <w:rPr>
          <w:rFonts w:ascii="Arial" w:hAnsi="Arial" w:cs="Arial"/>
        </w:rPr>
        <w:t xml:space="preserve"> </w:t>
      </w:r>
      <w:proofErr w:type="spellStart"/>
      <w:r w:rsidRPr="00037E04">
        <w:rPr>
          <w:rFonts w:ascii="Arial" w:hAnsi="Arial" w:cs="Arial"/>
        </w:rPr>
        <w:t>ámbito</w:t>
      </w:r>
      <w:proofErr w:type="spellEnd"/>
      <w:r w:rsidRPr="00037E04">
        <w:rPr>
          <w:rFonts w:ascii="Arial" w:hAnsi="Arial" w:cs="Arial"/>
        </w:rPr>
        <w:t xml:space="preserve"> social, de </w:t>
      </w:r>
      <w:proofErr w:type="spellStart"/>
      <w:r w:rsidRPr="00037E04">
        <w:rPr>
          <w:rFonts w:ascii="Arial" w:hAnsi="Arial" w:cs="Arial"/>
        </w:rPr>
        <w:t>salud</w:t>
      </w:r>
      <w:proofErr w:type="spellEnd"/>
      <w:r w:rsidRPr="00037E04">
        <w:rPr>
          <w:rFonts w:ascii="Arial" w:hAnsi="Arial" w:cs="Arial"/>
        </w:rPr>
        <w:t xml:space="preserve"> y </w:t>
      </w:r>
      <w:proofErr w:type="spellStart"/>
      <w:r w:rsidRPr="00037E04">
        <w:rPr>
          <w:rFonts w:ascii="Arial" w:hAnsi="Arial" w:cs="Arial"/>
        </w:rPr>
        <w:t>educación</w:t>
      </w:r>
      <w:proofErr w:type="spellEnd"/>
      <w:r w:rsidRPr="00037E04">
        <w:rPr>
          <w:rFonts w:ascii="Arial" w:hAnsi="Arial" w:cs="Arial"/>
        </w:rPr>
        <w:t xml:space="preserve"> (Ley de </w:t>
      </w:r>
      <w:proofErr w:type="spellStart"/>
      <w:r w:rsidRPr="00037E04">
        <w:rPr>
          <w:rFonts w:ascii="Arial" w:hAnsi="Arial" w:cs="Arial"/>
        </w:rPr>
        <w:t>Autismo</w:t>
      </w:r>
      <w:proofErr w:type="spellEnd"/>
      <w:r w:rsidRPr="00037E04">
        <w:rPr>
          <w:rFonts w:ascii="Arial" w:hAnsi="Arial" w:cs="Arial"/>
        </w:rPr>
        <w:t>)</w:t>
      </w:r>
      <w:r>
        <w:rPr>
          <w:rFonts w:ascii="Arial" w:hAnsi="Arial" w:cs="Arial"/>
        </w:rPr>
        <w:t xml:space="preserve">, </w:t>
      </w:r>
      <w:proofErr w:type="spellStart"/>
      <w:r>
        <w:rPr>
          <w:rFonts w:ascii="Arial" w:hAnsi="Arial" w:cs="Arial"/>
        </w:rPr>
        <w:t>donde</w:t>
      </w:r>
      <w:proofErr w:type="spellEnd"/>
      <w:r>
        <w:rPr>
          <w:rFonts w:ascii="Arial" w:hAnsi="Arial" w:cs="Arial"/>
        </w:rPr>
        <w:t xml:space="preserve"> para</w:t>
      </w:r>
      <w:r w:rsidRPr="00DB31BB">
        <w:rPr>
          <w:rFonts w:ascii="Arial" w:hAnsi="Arial" w:cs="Arial"/>
        </w:rPr>
        <w:t xml:space="preserve"> </w:t>
      </w:r>
      <w:proofErr w:type="spellStart"/>
      <w:r w:rsidRPr="00DB31BB">
        <w:rPr>
          <w:rFonts w:ascii="Arial" w:hAnsi="Arial" w:cs="Arial"/>
        </w:rPr>
        <w:t>los</w:t>
      </w:r>
      <w:proofErr w:type="spellEnd"/>
      <w:r w:rsidRPr="00DB31BB">
        <w:rPr>
          <w:rFonts w:ascii="Arial" w:hAnsi="Arial" w:cs="Arial"/>
        </w:rPr>
        <w:t xml:space="preserve"> </w:t>
      </w:r>
      <w:proofErr w:type="spellStart"/>
      <w:r w:rsidRPr="00DB31BB">
        <w:rPr>
          <w:rFonts w:ascii="Arial" w:hAnsi="Arial" w:cs="Arial"/>
        </w:rPr>
        <w:t>efectos</w:t>
      </w:r>
      <w:proofErr w:type="spellEnd"/>
      <w:r w:rsidRPr="00DB31BB">
        <w:rPr>
          <w:rFonts w:ascii="Arial" w:hAnsi="Arial" w:cs="Arial"/>
        </w:rPr>
        <w:t xml:space="preserve"> de la </w:t>
      </w:r>
      <w:proofErr w:type="spellStart"/>
      <w:r w:rsidRPr="00DB31BB">
        <w:rPr>
          <w:rFonts w:ascii="Arial" w:hAnsi="Arial" w:cs="Arial"/>
        </w:rPr>
        <w:t>referida</w:t>
      </w:r>
      <w:proofErr w:type="spellEnd"/>
      <w:r w:rsidRPr="00DB31BB">
        <w:rPr>
          <w:rFonts w:ascii="Arial" w:hAnsi="Arial" w:cs="Arial"/>
        </w:rPr>
        <w:t xml:space="preserve"> ley, se </w:t>
      </w:r>
      <w:proofErr w:type="spellStart"/>
      <w:r w:rsidRPr="00DB31BB">
        <w:rPr>
          <w:rFonts w:ascii="Arial" w:hAnsi="Arial" w:cs="Arial"/>
        </w:rPr>
        <w:t>entiende</w:t>
      </w:r>
      <w:proofErr w:type="spellEnd"/>
      <w:r w:rsidRPr="00DB31BB">
        <w:rPr>
          <w:rFonts w:ascii="Arial" w:hAnsi="Arial" w:cs="Arial"/>
        </w:rPr>
        <w:t xml:space="preserve"> </w:t>
      </w:r>
      <w:proofErr w:type="spellStart"/>
      <w:r w:rsidRPr="00DB31BB">
        <w:rPr>
          <w:rFonts w:ascii="Arial" w:hAnsi="Arial" w:cs="Arial"/>
        </w:rPr>
        <w:t>por</w:t>
      </w:r>
      <w:proofErr w:type="spellEnd"/>
      <w:r w:rsidRPr="00DB31BB">
        <w:rPr>
          <w:rFonts w:ascii="Arial" w:hAnsi="Arial" w:cs="Arial"/>
        </w:rPr>
        <w:t xml:space="preserve"> persona con </w:t>
      </w:r>
      <w:proofErr w:type="spellStart"/>
      <w:r w:rsidRPr="00DB31BB">
        <w:rPr>
          <w:rFonts w:ascii="Arial" w:hAnsi="Arial" w:cs="Arial"/>
        </w:rPr>
        <w:t>trastorno</w:t>
      </w:r>
      <w:proofErr w:type="spellEnd"/>
      <w:r w:rsidRPr="00DB31BB">
        <w:rPr>
          <w:rFonts w:ascii="Arial" w:hAnsi="Arial" w:cs="Arial"/>
        </w:rPr>
        <w:t xml:space="preserve"> del </w:t>
      </w:r>
      <w:proofErr w:type="spellStart"/>
      <w:r w:rsidRPr="00DB31BB">
        <w:rPr>
          <w:rFonts w:ascii="Arial" w:hAnsi="Arial" w:cs="Arial"/>
        </w:rPr>
        <w:t>espectro</w:t>
      </w:r>
      <w:proofErr w:type="spellEnd"/>
      <w:r w:rsidRPr="00DB31BB">
        <w:rPr>
          <w:rFonts w:ascii="Arial" w:hAnsi="Arial" w:cs="Arial"/>
        </w:rPr>
        <w:t xml:space="preserve"> </w:t>
      </w:r>
      <w:proofErr w:type="spellStart"/>
      <w:r w:rsidRPr="00DB31BB">
        <w:rPr>
          <w:rFonts w:ascii="Arial" w:hAnsi="Arial" w:cs="Arial"/>
        </w:rPr>
        <w:t>autista</w:t>
      </w:r>
      <w:proofErr w:type="spellEnd"/>
      <w:r w:rsidRPr="00DB31BB">
        <w:rPr>
          <w:rFonts w:ascii="Arial" w:hAnsi="Arial" w:cs="Arial"/>
        </w:rPr>
        <w:t xml:space="preserve">, o persona </w:t>
      </w:r>
      <w:proofErr w:type="spellStart"/>
      <w:r w:rsidRPr="00DB31BB">
        <w:rPr>
          <w:rFonts w:ascii="Arial" w:hAnsi="Arial" w:cs="Arial"/>
        </w:rPr>
        <w:t>autista</w:t>
      </w:r>
      <w:proofErr w:type="spellEnd"/>
      <w:r w:rsidRPr="00DB31BB">
        <w:rPr>
          <w:rFonts w:ascii="Arial" w:hAnsi="Arial" w:cs="Arial"/>
        </w:rPr>
        <w:t xml:space="preserve">, a </w:t>
      </w:r>
      <w:proofErr w:type="spellStart"/>
      <w:r w:rsidRPr="00DB31BB">
        <w:rPr>
          <w:rFonts w:ascii="Arial" w:hAnsi="Arial" w:cs="Arial"/>
        </w:rPr>
        <w:t>aquella</w:t>
      </w:r>
      <w:proofErr w:type="spellEnd"/>
      <w:r w:rsidRPr="00DB31BB">
        <w:rPr>
          <w:rFonts w:ascii="Arial" w:hAnsi="Arial" w:cs="Arial"/>
        </w:rPr>
        <w:t xml:space="preserve"> que </w:t>
      </w:r>
      <w:proofErr w:type="spellStart"/>
      <w:r w:rsidRPr="00DB31BB">
        <w:rPr>
          <w:rFonts w:ascii="Arial" w:hAnsi="Arial" w:cs="Arial"/>
        </w:rPr>
        <w:t>presenta</w:t>
      </w:r>
      <w:proofErr w:type="spellEnd"/>
      <w:r w:rsidRPr="00DB31BB">
        <w:rPr>
          <w:rFonts w:ascii="Arial" w:hAnsi="Arial" w:cs="Arial"/>
        </w:rPr>
        <w:t xml:space="preserve"> </w:t>
      </w:r>
      <w:proofErr w:type="spellStart"/>
      <w:r w:rsidRPr="00DB31BB">
        <w:rPr>
          <w:rFonts w:ascii="Arial" w:hAnsi="Arial" w:cs="Arial"/>
        </w:rPr>
        <w:t>una</w:t>
      </w:r>
      <w:proofErr w:type="spellEnd"/>
      <w:r w:rsidRPr="00DB31BB">
        <w:rPr>
          <w:rFonts w:ascii="Arial" w:hAnsi="Arial" w:cs="Arial"/>
        </w:rPr>
        <w:t xml:space="preserve"> </w:t>
      </w:r>
      <w:proofErr w:type="spellStart"/>
      <w:r w:rsidRPr="00DB31BB">
        <w:rPr>
          <w:rFonts w:ascii="Arial" w:hAnsi="Arial" w:cs="Arial"/>
        </w:rPr>
        <w:t>diferencia</w:t>
      </w:r>
      <w:proofErr w:type="spellEnd"/>
      <w:r w:rsidRPr="00DB31BB">
        <w:rPr>
          <w:rFonts w:ascii="Arial" w:hAnsi="Arial" w:cs="Arial"/>
        </w:rPr>
        <w:t xml:space="preserve"> o </w:t>
      </w:r>
      <w:proofErr w:type="spellStart"/>
      <w:r w:rsidRPr="00DB31BB">
        <w:rPr>
          <w:rFonts w:ascii="Arial" w:hAnsi="Arial" w:cs="Arial"/>
        </w:rPr>
        <w:t>diversidad</w:t>
      </w:r>
      <w:proofErr w:type="spellEnd"/>
      <w:r w:rsidRPr="00DB31BB">
        <w:rPr>
          <w:rFonts w:ascii="Arial" w:hAnsi="Arial" w:cs="Arial"/>
        </w:rPr>
        <w:t xml:space="preserve"> </w:t>
      </w:r>
      <w:proofErr w:type="spellStart"/>
      <w:r w:rsidRPr="00DB31BB">
        <w:rPr>
          <w:rFonts w:ascii="Arial" w:hAnsi="Arial" w:cs="Arial"/>
        </w:rPr>
        <w:t>en</w:t>
      </w:r>
      <w:proofErr w:type="spellEnd"/>
      <w:r w:rsidRPr="00DB31BB">
        <w:rPr>
          <w:rFonts w:ascii="Arial" w:hAnsi="Arial" w:cs="Arial"/>
        </w:rPr>
        <w:t xml:space="preserve"> </w:t>
      </w:r>
      <w:proofErr w:type="spellStart"/>
      <w:r w:rsidRPr="00DB31BB">
        <w:rPr>
          <w:rFonts w:ascii="Arial" w:hAnsi="Arial" w:cs="Arial"/>
        </w:rPr>
        <w:t>el</w:t>
      </w:r>
      <w:proofErr w:type="spellEnd"/>
      <w:r w:rsidRPr="00DB31BB">
        <w:rPr>
          <w:rFonts w:ascii="Arial" w:hAnsi="Arial" w:cs="Arial"/>
        </w:rPr>
        <w:t xml:space="preserve"> </w:t>
      </w:r>
      <w:proofErr w:type="spellStart"/>
      <w:r w:rsidRPr="00DB31BB">
        <w:rPr>
          <w:rFonts w:ascii="Arial" w:hAnsi="Arial" w:cs="Arial"/>
        </w:rPr>
        <w:t>neurodesarrollo</w:t>
      </w:r>
      <w:proofErr w:type="spellEnd"/>
      <w:r w:rsidRPr="00DB31BB">
        <w:rPr>
          <w:rFonts w:ascii="Arial" w:hAnsi="Arial" w:cs="Arial"/>
        </w:rPr>
        <w:t xml:space="preserve"> </w:t>
      </w:r>
      <w:proofErr w:type="spellStart"/>
      <w:r w:rsidRPr="00DB31BB">
        <w:rPr>
          <w:rFonts w:ascii="Arial" w:hAnsi="Arial" w:cs="Arial"/>
        </w:rPr>
        <w:t>típico</w:t>
      </w:r>
      <w:proofErr w:type="spellEnd"/>
      <w:r w:rsidRPr="00DB31BB">
        <w:rPr>
          <w:rFonts w:ascii="Arial" w:hAnsi="Arial" w:cs="Arial"/>
        </w:rPr>
        <w:t xml:space="preserve">, que se </w:t>
      </w:r>
      <w:proofErr w:type="spellStart"/>
      <w:r w:rsidRPr="00DB31BB">
        <w:rPr>
          <w:rFonts w:ascii="Arial" w:hAnsi="Arial" w:cs="Arial"/>
        </w:rPr>
        <w:t>manifiesta</w:t>
      </w:r>
      <w:proofErr w:type="spellEnd"/>
      <w:r w:rsidRPr="00DB31BB">
        <w:rPr>
          <w:rFonts w:ascii="Arial" w:hAnsi="Arial" w:cs="Arial"/>
        </w:rPr>
        <w:t xml:space="preserve"> </w:t>
      </w:r>
      <w:proofErr w:type="spellStart"/>
      <w:r w:rsidRPr="00DB31BB">
        <w:rPr>
          <w:rFonts w:ascii="Arial" w:hAnsi="Arial" w:cs="Arial"/>
        </w:rPr>
        <w:t>en</w:t>
      </w:r>
      <w:proofErr w:type="spellEnd"/>
      <w:r w:rsidRPr="00DB31BB">
        <w:rPr>
          <w:rFonts w:ascii="Arial" w:hAnsi="Arial" w:cs="Arial"/>
        </w:rPr>
        <w:t xml:space="preserve"> </w:t>
      </w:r>
      <w:proofErr w:type="spellStart"/>
      <w:r w:rsidRPr="00DB31BB">
        <w:rPr>
          <w:rFonts w:ascii="Arial" w:hAnsi="Arial" w:cs="Arial"/>
        </w:rPr>
        <w:t>dificultades</w:t>
      </w:r>
      <w:proofErr w:type="spellEnd"/>
      <w:r w:rsidRPr="00DB31BB">
        <w:rPr>
          <w:rFonts w:ascii="Arial" w:hAnsi="Arial" w:cs="Arial"/>
        </w:rPr>
        <w:t xml:space="preserve"> </w:t>
      </w:r>
      <w:proofErr w:type="spellStart"/>
      <w:r w:rsidRPr="00DB31BB">
        <w:rPr>
          <w:rFonts w:ascii="Arial" w:hAnsi="Arial" w:cs="Arial"/>
        </w:rPr>
        <w:t>significativas</w:t>
      </w:r>
      <w:proofErr w:type="spellEnd"/>
      <w:r w:rsidRPr="00DB31BB">
        <w:rPr>
          <w:rFonts w:ascii="Arial" w:hAnsi="Arial" w:cs="Arial"/>
        </w:rPr>
        <w:t xml:space="preserve"> </w:t>
      </w:r>
      <w:proofErr w:type="spellStart"/>
      <w:r w:rsidRPr="00DB31BB">
        <w:rPr>
          <w:rFonts w:ascii="Arial" w:hAnsi="Arial" w:cs="Arial"/>
        </w:rPr>
        <w:t>en</w:t>
      </w:r>
      <w:proofErr w:type="spellEnd"/>
      <w:r w:rsidRPr="00DB31BB">
        <w:rPr>
          <w:rFonts w:ascii="Arial" w:hAnsi="Arial" w:cs="Arial"/>
        </w:rPr>
        <w:t xml:space="preserve"> la </w:t>
      </w:r>
      <w:proofErr w:type="spellStart"/>
      <w:r w:rsidRPr="00DB31BB">
        <w:rPr>
          <w:rFonts w:ascii="Arial" w:hAnsi="Arial" w:cs="Arial"/>
        </w:rPr>
        <w:t>iniciación</w:t>
      </w:r>
      <w:proofErr w:type="spellEnd"/>
      <w:r w:rsidRPr="00DB31BB">
        <w:rPr>
          <w:rFonts w:ascii="Arial" w:hAnsi="Arial" w:cs="Arial"/>
        </w:rPr>
        <w:t xml:space="preserve">, </w:t>
      </w:r>
      <w:proofErr w:type="spellStart"/>
      <w:r w:rsidRPr="00DB31BB">
        <w:rPr>
          <w:rFonts w:ascii="Arial" w:hAnsi="Arial" w:cs="Arial"/>
        </w:rPr>
        <w:t>reciprocidad</w:t>
      </w:r>
      <w:proofErr w:type="spellEnd"/>
      <w:r w:rsidRPr="00DB31BB">
        <w:rPr>
          <w:rFonts w:ascii="Arial" w:hAnsi="Arial" w:cs="Arial"/>
        </w:rPr>
        <w:t xml:space="preserve"> y </w:t>
      </w:r>
      <w:proofErr w:type="spellStart"/>
      <w:r w:rsidRPr="00DB31BB">
        <w:rPr>
          <w:rFonts w:ascii="Arial" w:hAnsi="Arial" w:cs="Arial"/>
        </w:rPr>
        <w:t>mantención</w:t>
      </w:r>
      <w:proofErr w:type="spellEnd"/>
      <w:r w:rsidRPr="00DB31BB">
        <w:rPr>
          <w:rFonts w:ascii="Arial" w:hAnsi="Arial" w:cs="Arial"/>
        </w:rPr>
        <w:t xml:space="preserve"> de la </w:t>
      </w:r>
      <w:proofErr w:type="spellStart"/>
      <w:r w:rsidRPr="00DB31BB">
        <w:rPr>
          <w:rFonts w:ascii="Arial" w:hAnsi="Arial" w:cs="Arial"/>
        </w:rPr>
        <w:t>interacción</w:t>
      </w:r>
      <w:proofErr w:type="spellEnd"/>
      <w:r w:rsidRPr="00DB31BB">
        <w:rPr>
          <w:rFonts w:ascii="Arial" w:hAnsi="Arial" w:cs="Arial"/>
        </w:rPr>
        <w:t xml:space="preserve"> y </w:t>
      </w:r>
      <w:proofErr w:type="spellStart"/>
      <w:r w:rsidRPr="00DB31BB">
        <w:rPr>
          <w:rFonts w:ascii="Arial" w:hAnsi="Arial" w:cs="Arial"/>
        </w:rPr>
        <w:t>comunicación</w:t>
      </w:r>
      <w:proofErr w:type="spellEnd"/>
      <w:r w:rsidRPr="00DB31BB">
        <w:rPr>
          <w:rFonts w:ascii="Arial" w:hAnsi="Arial" w:cs="Arial"/>
        </w:rPr>
        <w:t xml:space="preserve"> social al </w:t>
      </w:r>
      <w:proofErr w:type="spellStart"/>
      <w:r w:rsidRPr="00DB31BB">
        <w:rPr>
          <w:rFonts w:ascii="Arial" w:hAnsi="Arial" w:cs="Arial"/>
        </w:rPr>
        <w:t>interactuar</w:t>
      </w:r>
      <w:proofErr w:type="spellEnd"/>
      <w:r w:rsidRPr="00DB31BB">
        <w:rPr>
          <w:rFonts w:ascii="Arial" w:hAnsi="Arial" w:cs="Arial"/>
        </w:rPr>
        <w:t xml:space="preserve"> con </w:t>
      </w:r>
      <w:proofErr w:type="spellStart"/>
      <w:r w:rsidRPr="00DB31BB">
        <w:rPr>
          <w:rFonts w:ascii="Arial" w:hAnsi="Arial" w:cs="Arial"/>
        </w:rPr>
        <w:t>los</w:t>
      </w:r>
      <w:proofErr w:type="spellEnd"/>
      <w:r w:rsidRPr="00DB31BB">
        <w:rPr>
          <w:rFonts w:ascii="Arial" w:hAnsi="Arial" w:cs="Arial"/>
        </w:rPr>
        <w:t xml:space="preserve"> </w:t>
      </w:r>
      <w:proofErr w:type="spellStart"/>
      <w:r w:rsidRPr="00DB31BB">
        <w:rPr>
          <w:rFonts w:ascii="Arial" w:hAnsi="Arial" w:cs="Arial"/>
        </w:rPr>
        <w:t>diferentes</w:t>
      </w:r>
      <w:proofErr w:type="spellEnd"/>
      <w:r w:rsidRPr="00DB31BB">
        <w:rPr>
          <w:rFonts w:ascii="Arial" w:hAnsi="Arial" w:cs="Arial"/>
        </w:rPr>
        <w:t xml:space="preserve"> </w:t>
      </w:r>
      <w:proofErr w:type="spellStart"/>
      <w:r w:rsidRPr="00DB31BB">
        <w:rPr>
          <w:rFonts w:ascii="Arial" w:hAnsi="Arial" w:cs="Arial"/>
        </w:rPr>
        <w:t>entornos</w:t>
      </w:r>
      <w:proofErr w:type="spellEnd"/>
      <w:r w:rsidRPr="00DB31BB">
        <w:rPr>
          <w:rFonts w:ascii="Arial" w:hAnsi="Arial" w:cs="Arial"/>
        </w:rPr>
        <w:t xml:space="preserve">, </w:t>
      </w:r>
      <w:proofErr w:type="spellStart"/>
      <w:r w:rsidRPr="00DB31BB">
        <w:rPr>
          <w:rFonts w:ascii="Arial" w:hAnsi="Arial" w:cs="Arial"/>
        </w:rPr>
        <w:t>así</w:t>
      </w:r>
      <w:proofErr w:type="spellEnd"/>
      <w:r w:rsidRPr="00DB31BB">
        <w:rPr>
          <w:rFonts w:ascii="Arial" w:hAnsi="Arial" w:cs="Arial"/>
        </w:rPr>
        <w:t xml:space="preserve"> </w:t>
      </w:r>
      <w:proofErr w:type="spellStart"/>
      <w:r w:rsidRPr="00DB31BB">
        <w:rPr>
          <w:rFonts w:ascii="Arial" w:hAnsi="Arial" w:cs="Arial"/>
        </w:rPr>
        <w:t>como</w:t>
      </w:r>
      <w:proofErr w:type="spellEnd"/>
      <w:r w:rsidRPr="00DB31BB">
        <w:rPr>
          <w:rFonts w:ascii="Arial" w:hAnsi="Arial" w:cs="Arial"/>
        </w:rPr>
        <w:t xml:space="preserve"> también </w:t>
      </w:r>
      <w:proofErr w:type="spellStart"/>
      <w:r w:rsidRPr="00DB31BB">
        <w:rPr>
          <w:rFonts w:ascii="Arial" w:hAnsi="Arial" w:cs="Arial"/>
        </w:rPr>
        <w:t>en</w:t>
      </w:r>
      <w:proofErr w:type="spellEnd"/>
      <w:r w:rsidRPr="00DB31BB">
        <w:rPr>
          <w:rFonts w:ascii="Arial" w:hAnsi="Arial" w:cs="Arial"/>
        </w:rPr>
        <w:t xml:space="preserve"> </w:t>
      </w:r>
      <w:proofErr w:type="spellStart"/>
      <w:r w:rsidRPr="00DB31BB">
        <w:rPr>
          <w:rFonts w:ascii="Arial" w:hAnsi="Arial" w:cs="Arial"/>
        </w:rPr>
        <w:t>conductas</w:t>
      </w:r>
      <w:proofErr w:type="spellEnd"/>
      <w:r w:rsidRPr="00DB31BB">
        <w:rPr>
          <w:rFonts w:ascii="Arial" w:hAnsi="Arial" w:cs="Arial"/>
        </w:rPr>
        <w:t xml:space="preserve"> o </w:t>
      </w:r>
      <w:proofErr w:type="spellStart"/>
      <w:r w:rsidRPr="00DB31BB">
        <w:rPr>
          <w:rFonts w:ascii="Arial" w:hAnsi="Arial" w:cs="Arial"/>
        </w:rPr>
        <w:t>intereses</w:t>
      </w:r>
      <w:proofErr w:type="spellEnd"/>
      <w:r w:rsidRPr="00DB31BB">
        <w:rPr>
          <w:rFonts w:ascii="Arial" w:hAnsi="Arial" w:cs="Arial"/>
        </w:rPr>
        <w:t xml:space="preserve"> </w:t>
      </w:r>
      <w:proofErr w:type="spellStart"/>
      <w:r w:rsidRPr="00DB31BB">
        <w:rPr>
          <w:rFonts w:ascii="Arial" w:hAnsi="Arial" w:cs="Arial"/>
        </w:rPr>
        <w:t>restrictivos</w:t>
      </w:r>
      <w:proofErr w:type="spellEnd"/>
      <w:r w:rsidRPr="00DB31BB">
        <w:rPr>
          <w:rFonts w:ascii="Arial" w:hAnsi="Arial" w:cs="Arial"/>
        </w:rPr>
        <w:t xml:space="preserve"> o </w:t>
      </w:r>
      <w:proofErr w:type="spellStart"/>
      <w:r w:rsidRPr="00DB31BB">
        <w:rPr>
          <w:rFonts w:ascii="Arial" w:hAnsi="Arial" w:cs="Arial"/>
        </w:rPr>
        <w:t>repetitivos</w:t>
      </w:r>
      <w:proofErr w:type="spellEnd"/>
      <w:r w:rsidRPr="00DB31BB">
        <w:rPr>
          <w:rFonts w:ascii="Arial" w:hAnsi="Arial" w:cs="Arial"/>
        </w:rPr>
        <w:t xml:space="preserve">. El </w:t>
      </w:r>
      <w:proofErr w:type="spellStart"/>
      <w:r w:rsidRPr="00DB31BB">
        <w:rPr>
          <w:rFonts w:ascii="Arial" w:hAnsi="Arial" w:cs="Arial"/>
        </w:rPr>
        <w:t>espectro</w:t>
      </w:r>
      <w:proofErr w:type="spellEnd"/>
      <w:r w:rsidRPr="00DB31BB">
        <w:rPr>
          <w:rFonts w:ascii="Arial" w:hAnsi="Arial" w:cs="Arial"/>
        </w:rPr>
        <w:t xml:space="preserve"> de </w:t>
      </w:r>
      <w:proofErr w:type="spellStart"/>
      <w:r w:rsidRPr="00DB31BB">
        <w:rPr>
          <w:rFonts w:ascii="Arial" w:hAnsi="Arial" w:cs="Arial"/>
        </w:rPr>
        <w:t>dificultad</w:t>
      </w:r>
      <w:proofErr w:type="spellEnd"/>
      <w:r>
        <w:rPr>
          <w:rFonts w:ascii="Arial" w:hAnsi="Arial" w:cs="Arial"/>
        </w:rPr>
        <w:t xml:space="preserve"> </w:t>
      </w:r>
      <w:proofErr w:type="spellStart"/>
      <w:r w:rsidRPr="00037E04">
        <w:rPr>
          <w:rFonts w:ascii="Arial" w:hAnsi="Arial" w:cs="Arial"/>
        </w:rPr>
        <w:t>significativa</w:t>
      </w:r>
      <w:proofErr w:type="spellEnd"/>
      <w:r w:rsidRPr="00037E04">
        <w:rPr>
          <w:rFonts w:ascii="Arial" w:hAnsi="Arial" w:cs="Arial"/>
        </w:rPr>
        <w:t xml:space="preserve"> </w:t>
      </w:r>
      <w:proofErr w:type="spellStart"/>
      <w:r w:rsidRPr="00037E04">
        <w:rPr>
          <w:rFonts w:ascii="Arial" w:hAnsi="Arial" w:cs="Arial"/>
        </w:rPr>
        <w:t>en</w:t>
      </w:r>
      <w:proofErr w:type="spellEnd"/>
      <w:r w:rsidRPr="00037E04">
        <w:rPr>
          <w:rFonts w:ascii="Arial" w:hAnsi="Arial" w:cs="Arial"/>
        </w:rPr>
        <w:t xml:space="preserve"> </w:t>
      </w:r>
      <w:proofErr w:type="spellStart"/>
      <w:r w:rsidRPr="00037E04">
        <w:rPr>
          <w:rFonts w:ascii="Arial" w:hAnsi="Arial" w:cs="Arial"/>
        </w:rPr>
        <w:t>estas</w:t>
      </w:r>
      <w:proofErr w:type="spellEnd"/>
      <w:r w:rsidRPr="00037E04">
        <w:rPr>
          <w:rFonts w:ascii="Arial" w:hAnsi="Arial" w:cs="Arial"/>
        </w:rPr>
        <w:t xml:space="preserve"> </w:t>
      </w:r>
      <w:proofErr w:type="spellStart"/>
      <w:r w:rsidRPr="00037E04">
        <w:rPr>
          <w:rFonts w:ascii="Arial" w:hAnsi="Arial" w:cs="Arial"/>
        </w:rPr>
        <w:t>áreas</w:t>
      </w:r>
      <w:proofErr w:type="spellEnd"/>
      <w:r w:rsidRPr="00037E04">
        <w:rPr>
          <w:rFonts w:ascii="Arial" w:hAnsi="Arial" w:cs="Arial"/>
        </w:rPr>
        <w:t xml:space="preserve"> es </w:t>
      </w:r>
      <w:proofErr w:type="spellStart"/>
      <w:r w:rsidRPr="00037E04">
        <w:rPr>
          <w:rFonts w:ascii="Arial" w:hAnsi="Arial" w:cs="Arial"/>
        </w:rPr>
        <w:t>amplio</w:t>
      </w:r>
      <w:proofErr w:type="spellEnd"/>
      <w:r w:rsidRPr="00037E04">
        <w:rPr>
          <w:rFonts w:ascii="Arial" w:hAnsi="Arial" w:cs="Arial"/>
        </w:rPr>
        <w:t xml:space="preserve"> y </w:t>
      </w:r>
      <w:proofErr w:type="spellStart"/>
      <w:r w:rsidRPr="00037E04">
        <w:rPr>
          <w:rFonts w:ascii="Arial" w:hAnsi="Arial" w:cs="Arial"/>
        </w:rPr>
        <w:t>varía</w:t>
      </w:r>
      <w:proofErr w:type="spellEnd"/>
      <w:r w:rsidRPr="00037E04">
        <w:rPr>
          <w:rFonts w:ascii="Arial" w:hAnsi="Arial" w:cs="Arial"/>
        </w:rPr>
        <w:t xml:space="preserve"> </w:t>
      </w:r>
      <w:proofErr w:type="spellStart"/>
      <w:r w:rsidRPr="00037E04">
        <w:rPr>
          <w:rFonts w:ascii="Arial" w:hAnsi="Arial" w:cs="Arial"/>
        </w:rPr>
        <w:t>en</w:t>
      </w:r>
      <w:proofErr w:type="spellEnd"/>
      <w:r w:rsidRPr="00037E04">
        <w:rPr>
          <w:rFonts w:ascii="Arial" w:hAnsi="Arial" w:cs="Arial"/>
        </w:rPr>
        <w:t xml:space="preserve"> </w:t>
      </w:r>
      <w:proofErr w:type="spellStart"/>
      <w:r w:rsidRPr="00037E04">
        <w:rPr>
          <w:rFonts w:ascii="Arial" w:hAnsi="Arial" w:cs="Arial"/>
        </w:rPr>
        <w:t>cada</w:t>
      </w:r>
      <w:proofErr w:type="spellEnd"/>
      <w:r w:rsidRPr="00037E04">
        <w:rPr>
          <w:rFonts w:ascii="Arial" w:hAnsi="Arial" w:cs="Arial"/>
        </w:rPr>
        <w:t xml:space="preserve"> persona</w:t>
      </w:r>
      <w:r>
        <w:rPr>
          <w:rStyle w:val="Refdenotaalpie"/>
          <w:rFonts w:ascii="Arial" w:hAnsi="Arial" w:cs="Arial"/>
        </w:rPr>
        <w:footnoteReference w:id="1"/>
      </w:r>
      <w:r w:rsidRPr="00037E04">
        <w:rPr>
          <w:rFonts w:ascii="Arial" w:hAnsi="Arial" w:cs="Arial"/>
        </w:rPr>
        <w:t xml:space="preserve">. </w:t>
      </w:r>
      <w:proofErr w:type="spellStart"/>
      <w:r w:rsidRPr="00037E04">
        <w:rPr>
          <w:rFonts w:ascii="Arial" w:hAnsi="Arial" w:cs="Arial"/>
        </w:rPr>
        <w:t>Además</w:t>
      </w:r>
      <w:proofErr w:type="spellEnd"/>
      <w:r w:rsidRPr="00037E04">
        <w:rPr>
          <w:rFonts w:ascii="Arial" w:hAnsi="Arial" w:cs="Arial"/>
        </w:rPr>
        <w:t xml:space="preserve">, al </w:t>
      </w:r>
      <w:proofErr w:type="spellStart"/>
      <w:r w:rsidRPr="00037E04">
        <w:rPr>
          <w:rFonts w:ascii="Arial" w:hAnsi="Arial" w:cs="Arial"/>
        </w:rPr>
        <w:t>corresponder</w:t>
      </w:r>
      <w:proofErr w:type="spellEnd"/>
      <w:r w:rsidRPr="00037E04">
        <w:rPr>
          <w:rFonts w:ascii="Arial" w:hAnsi="Arial" w:cs="Arial"/>
        </w:rPr>
        <w:t xml:space="preserve"> a un </w:t>
      </w:r>
      <w:proofErr w:type="spellStart"/>
      <w:r w:rsidRPr="00037E04">
        <w:rPr>
          <w:rFonts w:ascii="Arial" w:hAnsi="Arial" w:cs="Arial"/>
        </w:rPr>
        <w:t>neurotipo</w:t>
      </w:r>
      <w:proofErr w:type="spellEnd"/>
      <w:r w:rsidRPr="00037E04">
        <w:rPr>
          <w:rFonts w:ascii="Arial" w:hAnsi="Arial" w:cs="Arial"/>
        </w:rPr>
        <w:t xml:space="preserve"> </w:t>
      </w:r>
      <w:proofErr w:type="spellStart"/>
      <w:r w:rsidRPr="00037E04">
        <w:rPr>
          <w:rFonts w:ascii="Arial" w:hAnsi="Arial" w:cs="Arial"/>
        </w:rPr>
        <w:t>genérico</w:t>
      </w:r>
      <w:proofErr w:type="spellEnd"/>
      <w:r w:rsidRPr="00037E04">
        <w:rPr>
          <w:rFonts w:ascii="Arial" w:hAnsi="Arial" w:cs="Arial"/>
        </w:rPr>
        <w:t xml:space="preserve">, </w:t>
      </w:r>
      <w:proofErr w:type="spellStart"/>
      <w:r w:rsidRPr="00037E04">
        <w:rPr>
          <w:rFonts w:ascii="Arial" w:hAnsi="Arial" w:cs="Arial"/>
        </w:rPr>
        <w:t>los</w:t>
      </w:r>
      <w:proofErr w:type="spellEnd"/>
      <w:r w:rsidRPr="00037E04">
        <w:rPr>
          <w:rFonts w:ascii="Arial" w:hAnsi="Arial" w:cs="Arial"/>
        </w:rPr>
        <w:t xml:space="preserve"> derechos </w:t>
      </w:r>
      <w:proofErr w:type="spellStart"/>
      <w:r w:rsidRPr="00037E04">
        <w:rPr>
          <w:rFonts w:ascii="Arial" w:hAnsi="Arial" w:cs="Arial"/>
        </w:rPr>
        <w:t>contemplados</w:t>
      </w:r>
      <w:proofErr w:type="spellEnd"/>
      <w:r w:rsidRPr="00037E04">
        <w:rPr>
          <w:rFonts w:ascii="Arial" w:hAnsi="Arial" w:cs="Arial"/>
        </w:rPr>
        <w:t xml:space="preserve"> </w:t>
      </w:r>
      <w:proofErr w:type="spellStart"/>
      <w:r w:rsidRPr="00037E04">
        <w:rPr>
          <w:rFonts w:ascii="Arial" w:hAnsi="Arial" w:cs="Arial"/>
        </w:rPr>
        <w:t>en</w:t>
      </w:r>
      <w:proofErr w:type="spellEnd"/>
      <w:r w:rsidRPr="00037E04">
        <w:rPr>
          <w:rFonts w:ascii="Arial" w:hAnsi="Arial" w:cs="Arial"/>
        </w:rPr>
        <w:t xml:space="preserve"> la </w:t>
      </w:r>
      <w:proofErr w:type="spellStart"/>
      <w:r w:rsidRPr="00037E04">
        <w:rPr>
          <w:rFonts w:ascii="Arial" w:hAnsi="Arial" w:cs="Arial"/>
        </w:rPr>
        <w:t>referida</w:t>
      </w:r>
      <w:proofErr w:type="spellEnd"/>
      <w:r w:rsidRPr="00037E04">
        <w:rPr>
          <w:rFonts w:ascii="Arial" w:hAnsi="Arial" w:cs="Arial"/>
        </w:rPr>
        <w:t xml:space="preserve"> ley </w:t>
      </w:r>
      <w:proofErr w:type="spellStart"/>
      <w:r w:rsidRPr="00037E04">
        <w:rPr>
          <w:rFonts w:ascii="Arial" w:hAnsi="Arial" w:cs="Arial"/>
        </w:rPr>
        <w:t>abarcan</w:t>
      </w:r>
      <w:proofErr w:type="spellEnd"/>
      <w:r w:rsidRPr="00037E04">
        <w:rPr>
          <w:rFonts w:ascii="Arial" w:hAnsi="Arial" w:cs="Arial"/>
        </w:rPr>
        <w:t xml:space="preserve"> </w:t>
      </w:r>
      <w:proofErr w:type="spellStart"/>
      <w:r w:rsidRPr="00037E04">
        <w:rPr>
          <w:rFonts w:ascii="Arial" w:hAnsi="Arial" w:cs="Arial"/>
        </w:rPr>
        <w:t>todo</w:t>
      </w:r>
      <w:proofErr w:type="spellEnd"/>
      <w:r w:rsidRPr="00037E04">
        <w:rPr>
          <w:rFonts w:ascii="Arial" w:hAnsi="Arial" w:cs="Arial"/>
        </w:rPr>
        <w:t xml:space="preserve"> </w:t>
      </w:r>
      <w:proofErr w:type="spellStart"/>
      <w:r w:rsidRPr="00037E04">
        <w:rPr>
          <w:rFonts w:ascii="Arial" w:hAnsi="Arial" w:cs="Arial"/>
        </w:rPr>
        <w:t>el</w:t>
      </w:r>
      <w:proofErr w:type="spellEnd"/>
      <w:r w:rsidRPr="00037E04">
        <w:rPr>
          <w:rFonts w:ascii="Arial" w:hAnsi="Arial" w:cs="Arial"/>
        </w:rPr>
        <w:t xml:space="preserve"> </w:t>
      </w:r>
      <w:proofErr w:type="spellStart"/>
      <w:r w:rsidRPr="00037E04">
        <w:rPr>
          <w:rFonts w:ascii="Arial" w:hAnsi="Arial" w:cs="Arial"/>
        </w:rPr>
        <w:t>ciclo</w:t>
      </w:r>
      <w:proofErr w:type="spellEnd"/>
      <w:r w:rsidRPr="00037E04">
        <w:rPr>
          <w:rFonts w:ascii="Arial" w:hAnsi="Arial" w:cs="Arial"/>
        </w:rPr>
        <w:t xml:space="preserve"> vital de las personas que lo </w:t>
      </w:r>
      <w:proofErr w:type="spellStart"/>
      <w:r w:rsidRPr="00037E04">
        <w:rPr>
          <w:rFonts w:ascii="Arial" w:hAnsi="Arial" w:cs="Arial"/>
        </w:rPr>
        <w:t>presenten</w:t>
      </w:r>
      <w:proofErr w:type="spellEnd"/>
      <w:r>
        <w:rPr>
          <w:rStyle w:val="Refdenotaalpie"/>
          <w:rFonts w:ascii="Arial" w:hAnsi="Arial" w:cs="Arial"/>
        </w:rPr>
        <w:footnoteReference w:id="2"/>
      </w:r>
      <w:r w:rsidRPr="00037E04">
        <w:rPr>
          <w:rFonts w:ascii="Arial" w:hAnsi="Arial" w:cs="Arial"/>
        </w:rPr>
        <w:t>.</w:t>
      </w:r>
    </w:p>
    <w:p w14:paraId="1EA186A5" w14:textId="77777777" w:rsidR="00893C50" w:rsidRDefault="00893C50" w:rsidP="00893C50">
      <w:pPr>
        <w:pStyle w:val="Textoindependiente"/>
        <w:spacing w:before="168" w:line="360" w:lineRule="auto"/>
        <w:ind w:right="49"/>
        <w:jc w:val="both"/>
        <w:rPr>
          <w:rFonts w:ascii="Arial" w:hAnsi="Arial" w:cs="Arial"/>
        </w:rPr>
      </w:pPr>
      <w:r w:rsidRPr="00037E04">
        <w:rPr>
          <w:rFonts w:ascii="Arial" w:hAnsi="Arial" w:cs="Arial"/>
        </w:rPr>
        <w:t xml:space="preserve">En </w:t>
      </w:r>
      <w:proofErr w:type="spellStart"/>
      <w:r w:rsidRPr="00037E04">
        <w:rPr>
          <w:rFonts w:ascii="Arial" w:hAnsi="Arial" w:cs="Arial"/>
        </w:rPr>
        <w:t>el</w:t>
      </w:r>
      <w:proofErr w:type="spellEnd"/>
      <w:r w:rsidRPr="00037E04">
        <w:rPr>
          <w:rFonts w:ascii="Arial" w:hAnsi="Arial" w:cs="Arial"/>
        </w:rPr>
        <w:t xml:space="preserve"> </w:t>
      </w:r>
      <w:proofErr w:type="spellStart"/>
      <w:r w:rsidRPr="00037E04">
        <w:rPr>
          <w:rFonts w:ascii="Arial" w:hAnsi="Arial" w:cs="Arial"/>
        </w:rPr>
        <w:t>contexto</w:t>
      </w:r>
      <w:proofErr w:type="spellEnd"/>
      <w:r w:rsidRPr="00037E04">
        <w:rPr>
          <w:rFonts w:ascii="Arial" w:hAnsi="Arial" w:cs="Arial"/>
        </w:rPr>
        <w:t xml:space="preserve"> </w:t>
      </w:r>
      <w:proofErr w:type="spellStart"/>
      <w:r w:rsidRPr="00037E04">
        <w:rPr>
          <w:rFonts w:ascii="Arial" w:hAnsi="Arial" w:cs="Arial"/>
        </w:rPr>
        <w:t>educativo</w:t>
      </w:r>
      <w:proofErr w:type="spellEnd"/>
      <w:r w:rsidRPr="00037E04">
        <w:rPr>
          <w:rFonts w:ascii="Arial" w:hAnsi="Arial" w:cs="Arial"/>
        </w:rPr>
        <w:t xml:space="preserve">, </w:t>
      </w:r>
      <w:proofErr w:type="spellStart"/>
      <w:r w:rsidRPr="00037E04">
        <w:rPr>
          <w:rFonts w:ascii="Arial" w:hAnsi="Arial" w:cs="Arial"/>
        </w:rPr>
        <w:t>actualmente</w:t>
      </w:r>
      <w:proofErr w:type="spellEnd"/>
      <w:r w:rsidRPr="00037E04">
        <w:rPr>
          <w:rFonts w:ascii="Arial" w:hAnsi="Arial" w:cs="Arial"/>
        </w:rPr>
        <w:t xml:space="preserve"> es </w:t>
      </w:r>
      <w:proofErr w:type="spellStart"/>
      <w:r w:rsidRPr="00037E04">
        <w:rPr>
          <w:rFonts w:ascii="Arial" w:hAnsi="Arial" w:cs="Arial"/>
        </w:rPr>
        <w:t>calificado</w:t>
      </w:r>
      <w:proofErr w:type="spellEnd"/>
      <w:r w:rsidRPr="00037E04">
        <w:rPr>
          <w:rFonts w:ascii="Arial" w:hAnsi="Arial" w:cs="Arial"/>
        </w:rPr>
        <w:t xml:space="preserve"> </w:t>
      </w:r>
      <w:proofErr w:type="spellStart"/>
      <w:r w:rsidRPr="00037E04">
        <w:rPr>
          <w:rFonts w:ascii="Arial" w:hAnsi="Arial" w:cs="Arial"/>
        </w:rPr>
        <w:t>como</w:t>
      </w:r>
      <w:proofErr w:type="spellEnd"/>
      <w:r w:rsidRPr="00037E04">
        <w:rPr>
          <w:rFonts w:ascii="Arial" w:hAnsi="Arial" w:cs="Arial"/>
        </w:rPr>
        <w:t xml:space="preserve"> </w:t>
      </w:r>
      <w:proofErr w:type="spellStart"/>
      <w:r w:rsidRPr="00037E04">
        <w:rPr>
          <w:rFonts w:ascii="Arial" w:hAnsi="Arial" w:cs="Arial"/>
        </w:rPr>
        <w:t>una</w:t>
      </w:r>
      <w:proofErr w:type="spellEnd"/>
      <w:r w:rsidRPr="00037E04">
        <w:rPr>
          <w:rFonts w:ascii="Arial" w:hAnsi="Arial" w:cs="Arial"/>
        </w:rPr>
        <w:t xml:space="preserve"> </w:t>
      </w:r>
      <w:proofErr w:type="spellStart"/>
      <w:r w:rsidRPr="00037E04">
        <w:rPr>
          <w:rFonts w:ascii="Arial" w:hAnsi="Arial" w:cs="Arial"/>
        </w:rPr>
        <w:t>necesidad</w:t>
      </w:r>
      <w:proofErr w:type="spellEnd"/>
      <w:r w:rsidRPr="00037E04">
        <w:rPr>
          <w:rFonts w:ascii="Arial" w:hAnsi="Arial" w:cs="Arial"/>
        </w:rPr>
        <w:t xml:space="preserve"> </w:t>
      </w:r>
      <w:proofErr w:type="spellStart"/>
      <w:r w:rsidRPr="00037E04">
        <w:rPr>
          <w:rFonts w:ascii="Arial" w:hAnsi="Arial" w:cs="Arial"/>
        </w:rPr>
        <w:t>educativa</w:t>
      </w:r>
      <w:proofErr w:type="spellEnd"/>
      <w:r w:rsidRPr="00037E04">
        <w:rPr>
          <w:rFonts w:ascii="Arial" w:hAnsi="Arial" w:cs="Arial"/>
        </w:rPr>
        <w:t xml:space="preserve"> especial</w:t>
      </w:r>
      <w:r>
        <w:rPr>
          <w:rStyle w:val="Refdenotaalpie"/>
          <w:rFonts w:ascii="Arial" w:hAnsi="Arial" w:cs="Arial"/>
        </w:rPr>
        <w:footnoteReference w:id="3"/>
      </w:r>
      <w:r w:rsidRPr="00037E04">
        <w:rPr>
          <w:rFonts w:ascii="Arial" w:hAnsi="Arial" w:cs="Arial"/>
        </w:rPr>
        <w:t xml:space="preserve">, de </w:t>
      </w:r>
      <w:proofErr w:type="spellStart"/>
      <w:r w:rsidRPr="00037E04">
        <w:rPr>
          <w:rFonts w:ascii="Arial" w:hAnsi="Arial" w:cs="Arial"/>
        </w:rPr>
        <w:t>carácter</w:t>
      </w:r>
      <w:proofErr w:type="spellEnd"/>
      <w:r w:rsidRPr="00037E04">
        <w:rPr>
          <w:rFonts w:ascii="Arial" w:hAnsi="Arial" w:cs="Arial"/>
        </w:rPr>
        <w:t xml:space="preserve"> </w:t>
      </w:r>
      <w:proofErr w:type="spellStart"/>
      <w:r w:rsidRPr="00037E04">
        <w:rPr>
          <w:rFonts w:ascii="Arial" w:hAnsi="Arial" w:cs="Arial"/>
        </w:rPr>
        <w:t>permanente</w:t>
      </w:r>
      <w:proofErr w:type="spellEnd"/>
      <w:r w:rsidRPr="00037E04">
        <w:rPr>
          <w:rFonts w:ascii="Arial" w:hAnsi="Arial" w:cs="Arial"/>
        </w:rPr>
        <w:t xml:space="preserve">, </w:t>
      </w:r>
      <w:proofErr w:type="spellStart"/>
      <w:r w:rsidRPr="00037E04">
        <w:rPr>
          <w:rFonts w:ascii="Arial" w:hAnsi="Arial" w:cs="Arial"/>
        </w:rPr>
        <w:t>toda</w:t>
      </w:r>
      <w:proofErr w:type="spellEnd"/>
      <w:r w:rsidRPr="00037E04">
        <w:rPr>
          <w:rFonts w:ascii="Arial" w:hAnsi="Arial" w:cs="Arial"/>
        </w:rPr>
        <w:t xml:space="preserve"> </w:t>
      </w:r>
      <w:proofErr w:type="spellStart"/>
      <w:r w:rsidRPr="00037E04">
        <w:rPr>
          <w:rFonts w:ascii="Arial" w:hAnsi="Arial" w:cs="Arial"/>
        </w:rPr>
        <w:t>vez</w:t>
      </w:r>
      <w:proofErr w:type="spellEnd"/>
      <w:r w:rsidRPr="00037E04">
        <w:rPr>
          <w:rFonts w:ascii="Arial" w:hAnsi="Arial" w:cs="Arial"/>
        </w:rPr>
        <w:t xml:space="preserve"> que </w:t>
      </w:r>
      <w:proofErr w:type="spellStart"/>
      <w:r w:rsidRPr="00037E04">
        <w:rPr>
          <w:rFonts w:ascii="Arial" w:hAnsi="Arial" w:cs="Arial"/>
        </w:rPr>
        <w:t>implica</w:t>
      </w:r>
      <w:proofErr w:type="spellEnd"/>
      <w:r w:rsidRPr="00037E04">
        <w:rPr>
          <w:rFonts w:ascii="Arial" w:hAnsi="Arial" w:cs="Arial"/>
        </w:rPr>
        <w:t xml:space="preserve"> la </w:t>
      </w:r>
      <w:proofErr w:type="spellStart"/>
      <w:r w:rsidRPr="00037E04">
        <w:rPr>
          <w:rFonts w:ascii="Arial" w:hAnsi="Arial" w:cs="Arial"/>
        </w:rPr>
        <w:t>presencia</w:t>
      </w:r>
      <w:proofErr w:type="spellEnd"/>
      <w:r w:rsidRPr="00037E04">
        <w:rPr>
          <w:rFonts w:ascii="Arial" w:hAnsi="Arial" w:cs="Arial"/>
        </w:rPr>
        <w:t xml:space="preserve"> de barreras para </w:t>
      </w:r>
      <w:proofErr w:type="spellStart"/>
      <w:r w:rsidRPr="00037E04">
        <w:rPr>
          <w:rFonts w:ascii="Arial" w:hAnsi="Arial" w:cs="Arial"/>
        </w:rPr>
        <w:t>aprender</w:t>
      </w:r>
      <w:proofErr w:type="spellEnd"/>
      <w:r w:rsidRPr="00037E04">
        <w:rPr>
          <w:rFonts w:ascii="Arial" w:hAnsi="Arial" w:cs="Arial"/>
        </w:rPr>
        <w:t xml:space="preserve"> y </w:t>
      </w:r>
      <w:proofErr w:type="spellStart"/>
      <w:r w:rsidRPr="00037E04">
        <w:rPr>
          <w:rFonts w:ascii="Arial" w:hAnsi="Arial" w:cs="Arial"/>
        </w:rPr>
        <w:t>participar</w:t>
      </w:r>
      <w:proofErr w:type="spellEnd"/>
      <w:r w:rsidRPr="00037E04">
        <w:rPr>
          <w:rFonts w:ascii="Arial" w:hAnsi="Arial" w:cs="Arial"/>
        </w:rPr>
        <w:t xml:space="preserve">, las que no </w:t>
      </w:r>
      <w:proofErr w:type="spellStart"/>
      <w:r w:rsidRPr="00037E04">
        <w:rPr>
          <w:rFonts w:ascii="Arial" w:hAnsi="Arial" w:cs="Arial"/>
        </w:rPr>
        <w:t>pueden</w:t>
      </w:r>
      <w:proofErr w:type="spellEnd"/>
      <w:r w:rsidRPr="00037E04">
        <w:rPr>
          <w:rFonts w:ascii="Arial" w:hAnsi="Arial" w:cs="Arial"/>
        </w:rPr>
        <w:t xml:space="preserve"> ser </w:t>
      </w:r>
      <w:proofErr w:type="spellStart"/>
      <w:r w:rsidRPr="00037E04">
        <w:rPr>
          <w:rFonts w:ascii="Arial" w:hAnsi="Arial" w:cs="Arial"/>
        </w:rPr>
        <w:t>resueltas</w:t>
      </w:r>
      <w:proofErr w:type="spellEnd"/>
      <w:r w:rsidRPr="00037E04">
        <w:rPr>
          <w:rFonts w:ascii="Arial" w:hAnsi="Arial" w:cs="Arial"/>
        </w:rPr>
        <w:t xml:space="preserve"> a </w:t>
      </w:r>
      <w:proofErr w:type="spellStart"/>
      <w:r w:rsidRPr="00037E04">
        <w:rPr>
          <w:rFonts w:ascii="Arial" w:hAnsi="Arial" w:cs="Arial"/>
        </w:rPr>
        <w:t>través</w:t>
      </w:r>
      <w:proofErr w:type="spellEnd"/>
      <w:r w:rsidRPr="00037E04">
        <w:rPr>
          <w:rFonts w:ascii="Arial" w:hAnsi="Arial" w:cs="Arial"/>
        </w:rPr>
        <w:t xml:space="preserve"> de </w:t>
      </w:r>
      <w:proofErr w:type="spellStart"/>
      <w:r w:rsidRPr="00037E04">
        <w:rPr>
          <w:rFonts w:ascii="Arial" w:hAnsi="Arial" w:cs="Arial"/>
        </w:rPr>
        <w:t>los</w:t>
      </w:r>
      <w:proofErr w:type="spellEnd"/>
      <w:r w:rsidRPr="00037E04">
        <w:rPr>
          <w:rFonts w:ascii="Arial" w:hAnsi="Arial" w:cs="Arial"/>
        </w:rPr>
        <w:t xml:space="preserve"> </w:t>
      </w:r>
      <w:proofErr w:type="spellStart"/>
      <w:r w:rsidRPr="00037E04">
        <w:rPr>
          <w:rFonts w:ascii="Arial" w:hAnsi="Arial" w:cs="Arial"/>
        </w:rPr>
        <w:t>medios</w:t>
      </w:r>
      <w:proofErr w:type="spellEnd"/>
      <w:r w:rsidRPr="00037E04">
        <w:rPr>
          <w:rFonts w:ascii="Arial" w:hAnsi="Arial" w:cs="Arial"/>
        </w:rPr>
        <w:t xml:space="preserve"> y </w:t>
      </w:r>
      <w:proofErr w:type="spellStart"/>
      <w:r w:rsidRPr="00037E04">
        <w:rPr>
          <w:rFonts w:ascii="Arial" w:hAnsi="Arial" w:cs="Arial"/>
        </w:rPr>
        <w:t>recursos</w:t>
      </w:r>
      <w:proofErr w:type="spellEnd"/>
      <w:r w:rsidRPr="00037E04">
        <w:rPr>
          <w:rFonts w:ascii="Arial" w:hAnsi="Arial" w:cs="Arial"/>
        </w:rPr>
        <w:t xml:space="preserve"> </w:t>
      </w:r>
      <w:proofErr w:type="spellStart"/>
      <w:r w:rsidRPr="00037E04">
        <w:rPr>
          <w:rFonts w:ascii="Arial" w:hAnsi="Arial" w:cs="Arial"/>
        </w:rPr>
        <w:t>metodológicos</w:t>
      </w:r>
      <w:proofErr w:type="spellEnd"/>
      <w:r w:rsidRPr="00037E04">
        <w:rPr>
          <w:rFonts w:ascii="Arial" w:hAnsi="Arial" w:cs="Arial"/>
        </w:rPr>
        <w:t xml:space="preserve"> que </w:t>
      </w:r>
      <w:proofErr w:type="spellStart"/>
      <w:r w:rsidRPr="00037E04">
        <w:rPr>
          <w:rFonts w:ascii="Arial" w:hAnsi="Arial" w:cs="Arial"/>
        </w:rPr>
        <w:t>habitualmente</w:t>
      </w:r>
      <w:proofErr w:type="spellEnd"/>
      <w:r w:rsidRPr="00037E04">
        <w:rPr>
          <w:rFonts w:ascii="Arial" w:hAnsi="Arial" w:cs="Arial"/>
        </w:rPr>
        <w:t xml:space="preserve"> </w:t>
      </w:r>
      <w:proofErr w:type="spellStart"/>
      <w:r w:rsidRPr="00037E04">
        <w:rPr>
          <w:rFonts w:ascii="Arial" w:hAnsi="Arial" w:cs="Arial"/>
        </w:rPr>
        <w:t>utiliza</w:t>
      </w:r>
      <w:proofErr w:type="spellEnd"/>
      <w:r w:rsidRPr="00037E04">
        <w:rPr>
          <w:rFonts w:ascii="Arial" w:hAnsi="Arial" w:cs="Arial"/>
        </w:rPr>
        <w:t xml:space="preserve"> </w:t>
      </w:r>
      <w:proofErr w:type="spellStart"/>
      <w:r w:rsidRPr="00037E04">
        <w:rPr>
          <w:rFonts w:ascii="Arial" w:hAnsi="Arial" w:cs="Arial"/>
        </w:rPr>
        <w:t>el</w:t>
      </w:r>
      <w:proofErr w:type="spellEnd"/>
      <w:r w:rsidRPr="00037E04">
        <w:rPr>
          <w:rFonts w:ascii="Arial" w:hAnsi="Arial" w:cs="Arial"/>
        </w:rPr>
        <w:t xml:space="preserve"> </w:t>
      </w:r>
      <w:proofErr w:type="spellStart"/>
      <w:r w:rsidRPr="00037E04">
        <w:rPr>
          <w:rFonts w:ascii="Arial" w:hAnsi="Arial" w:cs="Arial"/>
        </w:rPr>
        <w:t>docente</w:t>
      </w:r>
      <w:proofErr w:type="spellEnd"/>
      <w:r w:rsidRPr="00037E04">
        <w:rPr>
          <w:rFonts w:ascii="Arial" w:hAnsi="Arial" w:cs="Arial"/>
        </w:rPr>
        <w:t xml:space="preserve"> para responder a las </w:t>
      </w:r>
      <w:proofErr w:type="spellStart"/>
      <w:r w:rsidRPr="00037E04">
        <w:rPr>
          <w:rFonts w:ascii="Arial" w:hAnsi="Arial" w:cs="Arial"/>
        </w:rPr>
        <w:t>diferencias</w:t>
      </w:r>
      <w:proofErr w:type="spellEnd"/>
      <w:r w:rsidRPr="00037E04">
        <w:rPr>
          <w:rFonts w:ascii="Arial" w:hAnsi="Arial" w:cs="Arial"/>
        </w:rPr>
        <w:t xml:space="preserve"> </w:t>
      </w:r>
      <w:proofErr w:type="spellStart"/>
      <w:r w:rsidRPr="00037E04">
        <w:rPr>
          <w:rFonts w:ascii="Arial" w:hAnsi="Arial" w:cs="Arial"/>
        </w:rPr>
        <w:t>individuales</w:t>
      </w:r>
      <w:proofErr w:type="spellEnd"/>
      <w:r w:rsidRPr="00037E04">
        <w:rPr>
          <w:rFonts w:ascii="Arial" w:hAnsi="Arial" w:cs="Arial"/>
        </w:rPr>
        <w:t xml:space="preserve"> de sus </w:t>
      </w:r>
      <w:proofErr w:type="spellStart"/>
      <w:r w:rsidRPr="00037E04">
        <w:rPr>
          <w:rFonts w:ascii="Arial" w:hAnsi="Arial" w:cs="Arial"/>
        </w:rPr>
        <w:t>alumnos</w:t>
      </w:r>
      <w:proofErr w:type="spellEnd"/>
      <w:r w:rsidRPr="00037E04">
        <w:rPr>
          <w:rFonts w:ascii="Arial" w:hAnsi="Arial" w:cs="Arial"/>
        </w:rPr>
        <w:t xml:space="preserve"> y que </w:t>
      </w:r>
      <w:proofErr w:type="spellStart"/>
      <w:r w:rsidRPr="00037E04">
        <w:rPr>
          <w:rFonts w:ascii="Arial" w:hAnsi="Arial" w:cs="Arial"/>
        </w:rPr>
        <w:t>requieren</w:t>
      </w:r>
      <w:proofErr w:type="spellEnd"/>
      <w:r w:rsidRPr="00037E04">
        <w:rPr>
          <w:rFonts w:ascii="Arial" w:hAnsi="Arial" w:cs="Arial"/>
        </w:rPr>
        <w:t xml:space="preserve">, para ser </w:t>
      </w:r>
      <w:proofErr w:type="spellStart"/>
      <w:r w:rsidRPr="00037E04">
        <w:rPr>
          <w:rFonts w:ascii="Arial" w:hAnsi="Arial" w:cs="Arial"/>
        </w:rPr>
        <w:t>atendidas</w:t>
      </w:r>
      <w:proofErr w:type="spellEnd"/>
      <w:r w:rsidRPr="00037E04">
        <w:rPr>
          <w:rFonts w:ascii="Arial" w:hAnsi="Arial" w:cs="Arial"/>
        </w:rPr>
        <w:t xml:space="preserve">, de </w:t>
      </w:r>
      <w:proofErr w:type="spellStart"/>
      <w:r w:rsidRPr="00037E04">
        <w:rPr>
          <w:rFonts w:ascii="Arial" w:hAnsi="Arial" w:cs="Arial"/>
        </w:rPr>
        <w:t>ajustes</w:t>
      </w:r>
      <w:proofErr w:type="spellEnd"/>
      <w:r w:rsidRPr="00037E04">
        <w:rPr>
          <w:rFonts w:ascii="Arial" w:hAnsi="Arial" w:cs="Arial"/>
        </w:rPr>
        <w:t xml:space="preserve">, </w:t>
      </w:r>
      <w:proofErr w:type="spellStart"/>
      <w:r w:rsidRPr="00037E04">
        <w:rPr>
          <w:rFonts w:ascii="Arial" w:hAnsi="Arial" w:cs="Arial"/>
        </w:rPr>
        <w:t>recursos</w:t>
      </w:r>
      <w:proofErr w:type="spellEnd"/>
      <w:r w:rsidRPr="00037E04">
        <w:rPr>
          <w:rFonts w:ascii="Arial" w:hAnsi="Arial" w:cs="Arial"/>
        </w:rPr>
        <w:t xml:space="preserve"> y </w:t>
      </w:r>
      <w:proofErr w:type="spellStart"/>
      <w:r w:rsidRPr="00037E04">
        <w:rPr>
          <w:rFonts w:ascii="Arial" w:hAnsi="Arial" w:cs="Arial"/>
        </w:rPr>
        <w:t>medidas</w:t>
      </w:r>
      <w:proofErr w:type="spellEnd"/>
      <w:r w:rsidRPr="00037E04">
        <w:rPr>
          <w:rFonts w:ascii="Arial" w:hAnsi="Arial" w:cs="Arial"/>
        </w:rPr>
        <w:t xml:space="preserve"> </w:t>
      </w:r>
      <w:proofErr w:type="spellStart"/>
      <w:r w:rsidRPr="00037E04">
        <w:rPr>
          <w:rFonts w:ascii="Arial" w:hAnsi="Arial" w:cs="Arial"/>
        </w:rPr>
        <w:t>pedagógicas</w:t>
      </w:r>
      <w:proofErr w:type="spellEnd"/>
      <w:r w:rsidRPr="00037E04">
        <w:rPr>
          <w:rFonts w:ascii="Arial" w:hAnsi="Arial" w:cs="Arial"/>
        </w:rPr>
        <w:t xml:space="preserve"> </w:t>
      </w:r>
      <w:proofErr w:type="spellStart"/>
      <w:r w:rsidRPr="00037E04">
        <w:rPr>
          <w:rFonts w:ascii="Arial" w:hAnsi="Arial" w:cs="Arial"/>
        </w:rPr>
        <w:t>especiales</w:t>
      </w:r>
      <w:proofErr w:type="spellEnd"/>
      <w:r w:rsidRPr="00037E04">
        <w:rPr>
          <w:rFonts w:ascii="Arial" w:hAnsi="Arial" w:cs="Arial"/>
        </w:rPr>
        <w:t xml:space="preserve"> o de </w:t>
      </w:r>
      <w:proofErr w:type="spellStart"/>
      <w:r w:rsidRPr="00037E04">
        <w:rPr>
          <w:rFonts w:ascii="Arial" w:hAnsi="Arial" w:cs="Arial"/>
        </w:rPr>
        <w:t>carácter</w:t>
      </w:r>
      <w:proofErr w:type="spellEnd"/>
      <w:r w:rsidRPr="00037E04">
        <w:rPr>
          <w:rFonts w:ascii="Arial" w:hAnsi="Arial" w:cs="Arial"/>
        </w:rPr>
        <w:t xml:space="preserve"> </w:t>
      </w:r>
      <w:proofErr w:type="spellStart"/>
      <w:r w:rsidRPr="00037E04">
        <w:rPr>
          <w:rFonts w:ascii="Arial" w:hAnsi="Arial" w:cs="Arial"/>
        </w:rPr>
        <w:t>extraordinario</w:t>
      </w:r>
      <w:proofErr w:type="spellEnd"/>
      <w:r w:rsidRPr="00037E04">
        <w:rPr>
          <w:rFonts w:ascii="Arial" w:hAnsi="Arial" w:cs="Arial"/>
        </w:rPr>
        <w:t xml:space="preserve">, </w:t>
      </w:r>
      <w:proofErr w:type="spellStart"/>
      <w:r w:rsidRPr="00037E04">
        <w:rPr>
          <w:rFonts w:ascii="Arial" w:hAnsi="Arial" w:cs="Arial"/>
        </w:rPr>
        <w:t>distintas</w:t>
      </w:r>
      <w:proofErr w:type="spellEnd"/>
      <w:r w:rsidRPr="00037E04">
        <w:rPr>
          <w:rFonts w:ascii="Arial" w:hAnsi="Arial" w:cs="Arial"/>
        </w:rPr>
        <w:t xml:space="preserve"> a las que </w:t>
      </w:r>
      <w:proofErr w:type="spellStart"/>
      <w:r w:rsidRPr="00037E04">
        <w:rPr>
          <w:rFonts w:ascii="Arial" w:hAnsi="Arial" w:cs="Arial"/>
        </w:rPr>
        <w:t>requieren</w:t>
      </w:r>
      <w:proofErr w:type="spellEnd"/>
      <w:r w:rsidRPr="00037E04">
        <w:rPr>
          <w:rFonts w:ascii="Arial" w:hAnsi="Arial" w:cs="Arial"/>
        </w:rPr>
        <w:t xml:space="preserve"> </w:t>
      </w:r>
      <w:proofErr w:type="spellStart"/>
      <w:r w:rsidRPr="00037E04">
        <w:rPr>
          <w:rFonts w:ascii="Arial" w:hAnsi="Arial" w:cs="Arial"/>
        </w:rPr>
        <w:t>comúnmente</w:t>
      </w:r>
      <w:proofErr w:type="spellEnd"/>
      <w:r w:rsidRPr="00037E04">
        <w:rPr>
          <w:rFonts w:ascii="Arial" w:hAnsi="Arial" w:cs="Arial"/>
        </w:rPr>
        <w:t xml:space="preserve"> la </w:t>
      </w:r>
      <w:proofErr w:type="spellStart"/>
      <w:r w:rsidRPr="00037E04">
        <w:rPr>
          <w:rFonts w:ascii="Arial" w:hAnsi="Arial" w:cs="Arial"/>
        </w:rPr>
        <w:t>mayoría</w:t>
      </w:r>
      <w:proofErr w:type="spellEnd"/>
      <w:r w:rsidRPr="00037E04">
        <w:rPr>
          <w:rFonts w:ascii="Arial" w:hAnsi="Arial" w:cs="Arial"/>
        </w:rPr>
        <w:t xml:space="preserve"> de </w:t>
      </w:r>
      <w:proofErr w:type="spellStart"/>
      <w:r w:rsidRPr="00037E04">
        <w:rPr>
          <w:rFonts w:ascii="Arial" w:hAnsi="Arial" w:cs="Arial"/>
        </w:rPr>
        <w:t>los</w:t>
      </w:r>
      <w:proofErr w:type="spellEnd"/>
      <w:r w:rsidRPr="00037E04">
        <w:rPr>
          <w:rFonts w:ascii="Arial" w:hAnsi="Arial" w:cs="Arial"/>
        </w:rPr>
        <w:t xml:space="preserve"> </w:t>
      </w:r>
      <w:proofErr w:type="spellStart"/>
      <w:r w:rsidRPr="00037E04">
        <w:rPr>
          <w:rFonts w:ascii="Arial" w:hAnsi="Arial" w:cs="Arial"/>
        </w:rPr>
        <w:t>estudiantes</w:t>
      </w:r>
      <w:proofErr w:type="spellEnd"/>
      <w:r>
        <w:rPr>
          <w:rStyle w:val="Refdenotaalpie"/>
          <w:rFonts w:ascii="Arial" w:hAnsi="Arial" w:cs="Arial"/>
        </w:rPr>
        <w:footnoteReference w:id="4"/>
      </w:r>
      <w:r>
        <w:rPr>
          <w:rFonts w:ascii="Arial" w:hAnsi="Arial" w:cs="Arial"/>
        </w:rPr>
        <w:t>.</w:t>
      </w:r>
    </w:p>
    <w:p w14:paraId="35B72289" w14:textId="77777777" w:rsidR="00893C50" w:rsidRDefault="00893C50" w:rsidP="00893C50">
      <w:pPr>
        <w:pStyle w:val="Textoindependiente"/>
        <w:spacing w:before="168" w:line="360" w:lineRule="auto"/>
        <w:ind w:right="49"/>
        <w:jc w:val="both"/>
        <w:rPr>
          <w:rFonts w:ascii="Arial" w:hAnsi="Arial" w:cs="Arial"/>
        </w:rPr>
      </w:pPr>
      <w:proofErr w:type="spellStart"/>
      <w:r>
        <w:rPr>
          <w:rFonts w:ascii="Arial" w:hAnsi="Arial" w:cs="Arial"/>
        </w:rPr>
        <w:t>Dentro</w:t>
      </w:r>
      <w:proofErr w:type="spellEnd"/>
      <w:r>
        <w:rPr>
          <w:rFonts w:ascii="Arial" w:hAnsi="Arial" w:cs="Arial"/>
        </w:rPr>
        <w:t xml:space="preserve"> de la </w:t>
      </w:r>
      <w:proofErr w:type="spellStart"/>
      <w:r>
        <w:rPr>
          <w:rFonts w:ascii="Arial" w:hAnsi="Arial" w:cs="Arial"/>
        </w:rPr>
        <w:t>normativa</w:t>
      </w:r>
      <w:proofErr w:type="spellEnd"/>
      <w:r>
        <w:rPr>
          <w:rFonts w:ascii="Arial" w:hAnsi="Arial" w:cs="Arial"/>
        </w:rPr>
        <w:t xml:space="preserve"> para </w:t>
      </w:r>
      <w:proofErr w:type="spellStart"/>
      <w:r>
        <w:rPr>
          <w:rFonts w:ascii="Arial" w:hAnsi="Arial" w:cs="Arial"/>
        </w:rPr>
        <w:t>apoyar</w:t>
      </w:r>
      <w:proofErr w:type="spellEnd"/>
      <w:r>
        <w:rPr>
          <w:rFonts w:ascii="Arial" w:hAnsi="Arial" w:cs="Arial"/>
        </w:rPr>
        <w:t xml:space="preserve"> la plena </w:t>
      </w:r>
      <w:proofErr w:type="spellStart"/>
      <w:r>
        <w:rPr>
          <w:rFonts w:ascii="Arial" w:hAnsi="Arial" w:cs="Arial"/>
        </w:rPr>
        <w:t>inclusión</w:t>
      </w:r>
      <w:proofErr w:type="spellEnd"/>
      <w:r>
        <w:rPr>
          <w:rFonts w:ascii="Arial" w:hAnsi="Arial" w:cs="Arial"/>
        </w:rPr>
        <w:t xml:space="preserve"> de </w:t>
      </w:r>
      <w:proofErr w:type="spellStart"/>
      <w:r>
        <w:rPr>
          <w:rFonts w:ascii="Arial" w:hAnsi="Arial" w:cs="Arial"/>
        </w:rPr>
        <w:t>los</w:t>
      </w:r>
      <w:proofErr w:type="spellEnd"/>
      <w:r>
        <w:rPr>
          <w:rFonts w:ascii="Arial" w:hAnsi="Arial" w:cs="Arial"/>
        </w:rPr>
        <w:t xml:space="preserve"> </w:t>
      </w:r>
      <w:proofErr w:type="spellStart"/>
      <w:r>
        <w:rPr>
          <w:rFonts w:ascii="Arial" w:hAnsi="Arial" w:cs="Arial"/>
        </w:rPr>
        <w:t>estudiantes</w:t>
      </w:r>
      <w:proofErr w:type="spellEnd"/>
      <w:r>
        <w:rPr>
          <w:rFonts w:ascii="Arial" w:hAnsi="Arial" w:cs="Arial"/>
        </w:rPr>
        <w:t xml:space="preserve"> de </w:t>
      </w:r>
      <w:proofErr w:type="spellStart"/>
      <w:r>
        <w:rPr>
          <w:rFonts w:ascii="Arial" w:hAnsi="Arial" w:cs="Arial"/>
        </w:rPr>
        <w:t>condición</w:t>
      </w:r>
      <w:proofErr w:type="spellEnd"/>
      <w:r>
        <w:rPr>
          <w:rFonts w:ascii="Arial" w:hAnsi="Arial" w:cs="Arial"/>
        </w:rPr>
        <w:t xml:space="preserve"> </w:t>
      </w:r>
      <w:proofErr w:type="spellStart"/>
      <w:r>
        <w:rPr>
          <w:rFonts w:ascii="Arial" w:hAnsi="Arial" w:cs="Arial"/>
        </w:rPr>
        <w:t>Autista</w:t>
      </w:r>
      <w:proofErr w:type="spellEnd"/>
      <w:r>
        <w:rPr>
          <w:rFonts w:ascii="Arial" w:hAnsi="Arial" w:cs="Arial"/>
        </w:rPr>
        <w:t xml:space="preserve">, </w:t>
      </w:r>
      <w:proofErr w:type="spellStart"/>
      <w:r>
        <w:rPr>
          <w:rFonts w:ascii="Arial" w:hAnsi="Arial" w:cs="Arial"/>
        </w:rPr>
        <w:t>el</w:t>
      </w:r>
      <w:proofErr w:type="spellEnd"/>
      <w:r>
        <w:rPr>
          <w:rFonts w:ascii="Arial" w:hAnsi="Arial" w:cs="Arial"/>
        </w:rPr>
        <w:t xml:space="preserve"> 27 de </w:t>
      </w:r>
      <w:proofErr w:type="spellStart"/>
      <w:r>
        <w:rPr>
          <w:rFonts w:ascii="Arial" w:hAnsi="Arial" w:cs="Arial"/>
        </w:rPr>
        <w:t>diciembre</w:t>
      </w:r>
      <w:proofErr w:type="spellEnd"/>
      <w:r>
        <w:rPr>
          <w:rFonts w:ascii="Arial" w:hAnsi="Arial" w:cs="Arial"/>
        </w:rPr>
        <w:t xml:space="preserve"> de 2023 </w:t>
      </w:r>
      <w:proofErr w:type="spellStart"/>
      <w:r>
        <w:rPr>
          <w:rFonts w:ascii="Arial" w:hAnsi="Arial" w:cs="Arial"/>
        </w:rPr>
        <w:t>Superintendencia</w:t>
      </w:r>
      <w:proofErr w:type="spellEnd"/>
      <w:r>
        <w:rPr>
          <w:rFonts w:ascii="Arial" w:hAnsi="Arial" w:cs="Arial"/>
        </w:rPr>
        <w:t xml:space="preserve"> de </w:t>
      </w:r>
      <w:proofErr w:type="spellStart"/>
      <w:r>
        <w:rPr>
          <w:rFonts w:ascii="Arial" w:hAnsi="Arial" w:cs="Arial"/>
        </w:rPr>
        <w:t>Educación</w:t>
      </w:r>
      <w:proofErr w:type="spellEnd"/>
      <w:r>
        <w:rPr>
          <w:rFonts w:ascii="Arial" w:hAnsi="Arial" w:cs="Arial"/>
        </w:rPr>
        <w:t xml:space="preserve"> </w:t>
      </w:r>
      <w:proofErr w:type="spellStart"/>
      <w:r>
        <w:rPr>
          <w:rFonts w:ascii="Arial" w:hAnsi="Arial" w:cs="Arial"/>
        </w:rPr>
        <w:t>emitió</w:t>
      </w:r>
      <w:proofErr w:type="spellEnd"/>
      <w:r>
        <w:rPr>
          <w:rFonts w:ascii="Arial" w:hAnsi="Arial" w:cs="Arial"/>
        </w:rPr>
        <w:t xml:space="preserve"> la </w:t>
      </w:r>
      <w:proofErr w:type="spellStart"/>
      <w:r>
        <w:rPr>
          <w:rFonts w:ascii="Arial" w:hAnsi="Arial" w:cs="Arial"/>
        </w:rPr>
        <w:t>Resolución</w:t>
      </w:r>
      <w:proofErr w:type="spellEnd"/>
      <w:r>
        <w:rPr>
          <w:rFonts w:ascii="Arial" w:hAnsi="Arial" w:cs="Arial"/>
        </w:rPr>
        <w:t xml:space="preserve"> </w:t>
      </w:r>
      <w:proofErr w:type="spellStart"/>
      <w:r>
        <w:rPr>
          <w:rFonts w:ascii="Arial" w:hAnsi="Arial" w:cs="Arial"/>
        </w:rPr>
        <w:t>Exenta</w:t>
      </w:r>
      <w:proofErr w:type="spellEnd"/>
      <w:r>
        <w:rPr>
          <w:rFonts w:ascii="Arial" w:hAnsi="Arial" w:cs="Arial"/>
        </w:rPr>
        <w:t xml:space="preserve"> N° 056, </w:t>
      </w:r>
      <w:proofErr w:type="spellStart"/>
      <w:r>
        <w:rPr>
          <w:rFonts w:ascii="Arial" w:hAnsi="Arial" w:cs="Arial"/>
        </w:rPr>
        <w:t>donde</w:t>
      </w:r>
      <w:proofErr w:type="spellEnd"/>
      <w:r>
        <w:rPr>
          <w:rFonts w:ascii="Arial" w:hAnsi="Arial" w:cs="Arial"/>
        </w:rPr>
        <w:t xml:space="preserve"> se </w:t>
      </w:r>
      <w:proofErr w:type="spellStart"/>
      <w:r w:rsidRPr="00037E04">
        <w:rPr>
          <w:rFonts w:ascii="Arial" w:hAnsi="Arial" w:cs="Arial"/>
        </w:rPr>
        <w:t>aprueba</w:t>
      </w:r>
      <w:proofErr w:type="spellEnd"/>
      <w:r w:rsidRPr="00037E04">
        <w:rPr>
          <w:rFonts w:ascii="Arial" w:hAnsi="Arial" w:cs="Arial"/>
        </w:rPr>
        <w:t xml:space="preserve"> circular que </w:t>
      </w:r>
      <w:proofErr w:type="spellStart"/>
      <w:r w:rsidRPr="00037E04">
        <w:rPr>
          <w:rFonts w:ascii="Arial" w:hAnsi="Arial" w:cs="Arial"/>
        </w:rPr>
        <w:t>imparte</w:t>
      </w:r>
      <w:proofErr w:type="spellEnd"/>
      <w:r w:rsidRPr="00037E04">
        <w:rPr>
          <w:rFonts w:ascii="Arial" w:hAnsi="Arial" w:cs="Arial"/>
        </w:rPr>
        <w:t xml:space="preserve"> </w:t>
      </w:r>
      <w:proofErr w:type="spellStart"/>
      <w:r w:rsidRPr="00037E04">
        <w:rPr>
          <w:rFonts w:ascii="Arial" w:hAnsi="Arial" w:cs="Arial"/>
        </w:rPr>
        <w:t>instrucciones</w:t>
      </w:r>
      <w:proofErr w:type="spellEnd"/>
      <w:r w:rsidRPr="00037E04">
        <w:rPr>
          <w:rFonts w:ascii="Arial" w:hAnsi="Arial" w:cs="Arial"/>
        </w:rPr>
        <w:t xml:space="preserve"> </w:t>
      </w:r>
      <w:proofErr w:type="spellStart"/>
      <w:r w:rsidRPr="00037E04">
        <w:rPr>
          <w:rFonts w:ascii="Arial" w:hAnsi="Arial" w:cs="Arial"/>
        </w:rPr>
        <w:t>referidas</w:t>
      </w:r>
      <w:proofErr w:type="spellEnd"/>
      <w:r w:rsidRPr="00037E04">
        <w:rPr>
          <w:rFonts w:ascii="Arial" w:hAnsi="Arial" w:cs="Arial"/>
        </w:rPr>
        <w:t xml:space="preserve"> a la </w:t>
      </w:r>
      <w:proofErr w:type="spellStart"/>
      <w:r w:rsidRPr="00037E04">
        <w:rPr>
          <w:rFonts w:ascii="Arial" w:hAnsi="Arial" w:cs="Arial"/>
        </w:rPr>
        <w:t>promoción</w:t>
      </w:r>
      <w:proofErr w:type="spellEnd"/>
      <w:r w:rsidRPr="00037E04">
        <w:rPr>
          <w:rFonts w:ascii="Arial" w:hAnsi="Arial" w:cs="Arial"/>
        </w:rPr>
        <w:t xml:space="preserve"> de la </w:t>
      </w:r>
      <w:proofErr w:type="spellStart"/>
      <w:r w:rsidRPr="00037E04">
        <w:rPr>
          <w:rFonts w:ascii="Arial" w:hAnsi="Arial" w:cs="Arial"/>
        </w:rPr>
        <w:t>inclusión</w:t>
      </w:r>
      <w:proofErr w:type="spellEnd"/>
      <w:r w:rsidRPr="00037E04">
        <w:rPr>
          <w:rFonts w:ascii="Arial" w:hAnsi="Arial" w:cs="Arial"/>
        </w:rPr>
        <w:t xml:space="preserve">, la </w:t>
      </w:r>
      <w:proofErr w:type="spellStart"/>
      <w:r w:rsidRPr="00037E04">
        <w:rPr>
          <w:rFonts w:ascii="Arial" w:hAnsi="Arial" w:cs="Arial"/>
        </w:rPr>
        <w:t>atención</w:t>
      </w:r>
      <w:proofErr w:type="spellEnd"/>
      <w:r w:rsidRPr="00037E04">
        <w:rPr>
          <w:rFonts w:ascii="Arial" w:hAnsi="Arial" w:cs="Arial"/>
        </w:rPr>
        <w:t xml:space="preserve"> integral y la </w:t>
      </w:r>
      <w:proofErr w:type="spellStart"/>
      <w:r w:rsidRPr="00037E04">
        <w:rPr>
          <w:rFonts w:ascii="Arial" w:hAnsi="Arial" w:cs="Arial"/>
        </w:rPr>
        <w:t>protección</w:t>
      </w:r>
      <w:proofErr w:type="spellEnd"/>
      <w:r w:rsidRPr="00037E04">
        <w:rPr>
          <w:rFonts w:ascii="Arial" w:hAnsi="Arial" w:cs="Arial"/>
        </w:rPr>
        <w:t xml:space="preserve"> de </w:t>
      </w:r>
      <w:proofErr w:type="spellStart"/>
      <w:r w:rsidRPr="00037E04">
        <w:rPr>
          <w:rFonts w:ascii="Arial" w:hAnsi="Arial" w:cs="Arial"/>
        </w:rPr>
        <w:t>los</w:t>
      </w:r>
      <w:proofErr w:type="spellEnd"/>
      <w:r w:rsidRPr="00037E04">
        <w:rPr>
          <w:rFonts w:ascii="Arial" w:hAnsi="Arial" w:cs="Arial"/>
        </w:rPr>
        <w:t xml:space="preserve"> derechos de </w:t>
      </w:r>
      <w:proofErr w:type="spellStart"/>
      <w:r w:rsidRPr="00037E04">
        <w:rPr>
          <w:rFonts w:ascii="Arial" w:hAnsi="Arial" w:cs="Arial"/>
        </w:rPr>
        <w:t>párvulos</w:t>
      </w:r>
      <w:proofErr w:type="spellEnd"/>
      <w:r w:rsidRPr="00037E04">
        <w:rPr>
          <w:rFonts w:ascii="Arial" w:hAnsi="Arial" w:cs="Arial"/>
        </w:rPr>
        <w:t xml:space="preserve"> y </w:t>
      </w:r>
      <w:proofErr w:type="spellStart"/>
      <w:r w:rsidRPr="00037E04">
        <w:rPr>
          <w:rFonts w:ascii="Arial" w:hAnsi="Arial" w:cs="Arial"/>
        </w:rPr>
        <w:t>estudiantes</w:t>
      </w:r>
      <w:proofErr w:type="spellEnd"/>
      <w:r w:rsidRPr="00037E04">
        <w:rPr>
          <w:rFonts w:ascii="Arial" w:hAnsi="Arial" w:cs="Arial"/>
        </w:rPr>
        <w:t xml:space="preserve"> con </w:t>
      </w:r>
      <w:proofErr w:type="spellStart"/>
      <w:r>
        <w:rPr>
          <w:rFonts w:ascii="Arial" w:hAnsi="Arial" w:cs="Arial"/>
        </w:rPr>
        <w:t>T</w:t>
      </w:r>
      <w:r w:rsidRPr="00037E04">
        <w:rPr>
          <w:rFonts w:ascii="Arial" w:hAnsi="Arial" w:cs="Arial"/>
        </w:rPr>
        <w:t>rastorno</w:t>
      </w:r>
      <w:proofErr w:type="spellEnd"/>
      <w:r w:rsidRPr="00037E04">
        <w:rPr>
          <w:rFonts w:ascii="Arial" w:hAnsi="Arial" w:cs="Arial"/>
        </w:rPr>
        <w:t xml:space="preserve"> del </w:t>
      </w:r>
      <w:proofErr w:type="spellStart"/>
      <w:r>
        <w:rPr>
          <w:rFonts w:ascii="Arial" w:hAnsi="Arial" w:cs="Arial"/>
        </w:rPr>
        <w:t>E</w:t>
      </w:r>
      <w:r w:rsidRPr="00037E04">
        <w:rPr>
          <w:rFonts w:ascii="Arial" w:hAnsi="Arial" w:cs="Arial"/>
        </w:rPr>
        <w:t>spectro</w:t>
      </w:r>
      <w:proofErr w:type="spellEnd"/>
      <w:r w:rsidRPr="00037E04">
        <w:rPr>
          <w:rFonts w:ascii="Arial" w:hAnsi="Arial" w:cs="Arial"/>
        </w:rPr>
        <w:t xml:space="preserve"> </w:t>
      </w:r>
      <w:proofErr w:type="spellStart"/>
      <w:r>
        <w:rPr>
          <w:rFonts w:ascii="Arial" w:hAnsi="Arial" w:cs="Arial"/>
        </w:rPr>
        <w:t>A</w:t>
      </w:r>
      <w:r w:rsidRPr="00037E04">
        <w:rPr>
          <w:rFonts w:ascii="Arial" w:hAnsi="Arial" w:cs="Arial"/>
        </w:rPr>
        <w:t>utista</w:t>
      </w:r>
      <w:proofErr w:type="spellEnd"/>
      <w:r>
        <w:rPr>
          <w:rFonts w:ascii="Arial" w:hAnsi="Arial" w:cs="Arial"/>
        </w:rPr>
        <w:t xml:space="preserve">, que </w:t>
      </w:r>
      <w:proofErr w:type="spellStart"/>
      <w:r>
        <w:rPr>
          <w:rFonts w:ascii="Arial" w:hAnsi="Arial" w:cs="Arial"/>
        </w:rPr>
        <w:t>viene</w:t>
      </w:r>
      <w:proofErr w:type="spellEnd"/>
      <w:r>
        <w:rPr>
          <w:rFonts w:ascii="Arial" w:hAnsi="Arial" w:cs="Arial"/>
        </w:rPr>
        <w:t xml:space="preserve"> a </w:t>
      </w:r>
      <w:proofErr w:type="spellStart"/>
      <w:r>
        <w:rPr>
          <w:rFonts w:ascii="Arial" w:hAnsi="Arial" w:cs="Arial"/>
        </w:rPr>
        <w:t>complementar</w:t>
      </w:r>
      <w:proofErr w:type="spellEnd"/>
      <w:r>
        <w:rPr>
          <w:rFonts w:ascii="Arial" w:hAnsi="Arial" w:cs="Arial"/>
        </w:rPr>
        <w:t xml:space="preserve"> y </w:t>
      </w:r>
      <w:proofErr w:type="spellStart"/>
      <w:r>
        <w:rPr>
          <w:rFonts w:ascii="Arial" w:hAnsi="Arial" w:cs="Arial"/>
        </w:rPr>
        <w:t>consolidar</w:t>
      </w:r>
      <w:proofErr w:type="spellEnd"/>
      <w:r>
        <w:rPr>
          <w:rFonts w:ascii="Arial" w:hAnsi="Arial" w:cs="Arial"/>
        </w:rPr>
        <w:t xml:space="preserve"> la </w:t>
      </w:r>
      <w:proofErr w:type="spellStart"/>
      <w:r>
        <w:rPr>
          <w:rFonts w:ascii="Arial" w:hAnsi="Arial" w:cs="Arial"/>
        </w:rPr>
        <w:t>normativa</w:t>
      </w:r>
      <w:proofErr w:type="spellEnd"/>
      <w:r>
        <w:rPr>
          <w:rFonts w:ascii="Arial" w:hAnsi="Arial" w:cs="Arial"/>
        </w:rPr>
        <w:t xml:space="preserve"> </w:t>
      </w:r>
      <w:proofErr w:type="spellStart"/>
      <w:r>
        <w:rPr>
          <w:rFonts w:ascii="Arial" w:hAnsi="Arial" w:cs="Arial"/>
        </w:rPr>
        <w:t>aplicada</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los</w:t>
      </w:r>
      <w:proofErr w:type="spellEnd"/>
      <w:r>
        <w:rPr>
          <w:rFonts w:ascii="Arial" w:hAnsi="Arial" w:cs="Arial"/>
        </w:rPr>
        <w:t xml:space="preserve"> </w:t>
      </w:r>
      <w:proofErr w:type="spellStart"/>
      <w:r>
        <w:rPr>
          <w:rFonts w:ascii="Arial" w:hAnsi="Arial" w:cs="Arial"/>
        </w:rPr>
        <w:t>establecimientos</w:t>
      </w:r>
      <w:proofErr w:type="spellEnd"/>
      <w:r>
        <w:rPr>
          <w:rFonts w:ascii="Arial" w:hAnsi="Arial" w:cs="Arial"/>
        </w:rPr>
        <w:t xml:space="preserve"> </w:t>
      </w:r>
      <w:proofErr w:type="spellStart"/>
      <w:r>
        <w:rPr>
          <w:rFonts w:ascii="Arial" w:hAnsi="Arial" w:cs="Arial"/>
        </w:rPr>
        <w:t>educacionales</w:t>
      </w:r>
      <w:proofErr w:type="spellEnd"/>
      <w:r>
        <w:rPr>
          <w:rFonts w:ascii="Arial" w:hAnsi="Arial" w:cs="Arial"/>
        </w:rPr>
        <w:t xml:space="preserve"> </w:t>
      </w:r>
      <w:proofErr w:type="spellStart"/>
      <w:r>
        <w:rPr>
          <w:rFonts w:ascii="Arial" w:hAnsi="Arial" w:cs="Arial"/>
        </w:rPr>
        <w:t>regidos</w:t>
      </w:r>
      <w:proofErr w:type="spellEnd"/>
      <w:r>
        <w:rPr>
          <w:rFonts w:ascii="Arial" w:hAnsi="Arial" w:cs="Arial"/>
        </w:rPr>
        <w:t xml:space="preserve"> </w:t>
      </w:r>
      <w:proofErr w:type="spellStart"/>
      <w:r>
        <w:rPr>
          <w:rFonts w:ascii="Arial" w:hAnsi="Arial" w:cs="Arial"/>
        </w:rPr>
        <w:t>por</w:t>
      </w:r>
      <w:proofErr w:type="spellEnd"/>
      <w:r>
        <w:rPr>
          <w:rFonts w:ascii="Arial" w:hAnsi="Arial" w:cs="Arial"/>
        </w:rPr>
        <w:t xml:space="preserve"> </w:t>
      </w:r>
      <w:proofErr w:type="spellStart"/>
      <w:r>
        <w:rPr>
          <w:rFonts w:ascii="Arial" w:hAnsi="Arial" w:cs="Arial"/>
        </w:rPr>
        <w:t>el</w:t>
      </w:r>
      <w:proofErr w:type="spellEnd"/>
      <w:r>
        <w:rPr>
          <w:rFonts w:ascii="Arial" w:hAnsi="Arial" w:cs="Arial"/>
        </w:rPr>
        <w:t xml:space="preserve"> DFL N° 2 del MINEDUC.</w:t>
      </w:r>
    </w:p>
    <w:p w14:paraId="4DB4BD42" w14:textId="77777777" w:rsidR="00893C50" w:rsidRDefault="00893C50" w:rsidP="00893C50">
      <w:pPr>
        <w:pStyle w:val="Textoindependiente"/>
        <w:spacing w:before="168" w:line="360" w:lineRule="auto"/>
        <w:ind w:right="49"/>
        <w:jc w:val="both"/>
        <w:rPr>
          <w:rFonts w:ascii="Arial" w:hAnsi="Arial" w:cs="Arial"/>
        </w:rPr>
      </w:pPr>
      <w:r>
        <w:rPr>
          <w:rFonts w:ascii="Arial" w:hAnsi="Arial" w:cs="Arial"/>
        </w:rPr>
        <w:lastRenderedPageBreak/>
        <w:t xml:space="preserve">También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agosto</w:t>
      </w:r>
      <w:proofErr w:type="spellEnd"/>
      <w:r>
        <w:rPr>
          <w:rFonts w:ascii="Arial" w:hAnsi="Arial" w:cs="Arial"/>
        </w:rPr>
        <w:t xml:space="preserve"> de 2022, </w:t>
      </w:r>
      <w:proofErr w:type="spellStart"/>
      <w:r>
        <w:rPr>
          <w:rFonts w:ascii="Arial" w:hAnsi="Arial" w:cs="Arial"/>
        </w:rPr>
        <w:t>como</w:t>
      </w:r>
      <w:proofErr w:type="spellEnd"/>
      <w:r>
        <w:rPr>
          <w:rFonts w:ascii="Arial" w:hAnsi="Arial" w:cs="Arial"/>
        </w:rPr>
        <w:t xml:space="preserve"> </w:t>
      </w:r>
      <w:proofErr w:type="spellStart"/>
      <w:r>
        <w:rPr>
          <w:rFonts w:ascii="Arial" w:hAnsi="Arial" w:cs="Arial"/>
        </w:rPr>
        <w:t>respuesta</w:t>
      </w:r>
      <w:proofErr w:type="spellEnd"/>
      <w:r>
        <w:rPr>
          <w:rFonts w:ascii="Arial" w:hAnsi="Arial" w:cs="Arial"/>
        </w:rPr>
        <w:t xml:space="preserve"> a </w:t>
      </w:r>
      <w:proofErr w:type="spellStart"/>
      <w:r>
        <w:rPr>
          <w:rFonts w:ascii="Arial" w:hAnsi="Arial" w:cs="Arial"/>
        </w:rPr>
        <w:t>los</w:t>
      </w:r>
      <w:proofErr w:type="spellEnd"/>
      <w:r w:rsidRPr="007B751F">
        <w:rPr>
          <w:rFonts w:ascii="Arial" w:hAnsi="Arial" w:cs="Arial"/>
        </w:rPr>
        <w:t xml:space="preserve"> </w:t>
      </w:r>
      <w:proofErr w:type="spellStart"/>
      <w:r w:rsidRPr="007B751F">
        <w:rPr>
          <w:rFonts w:ascii="Arial" w:hAnsi="Arial" w:cs="Arial"/>
        </w:rPr>
        <w:t>desafíos</w:t>
      </w:r>
      <w:proofErr w:type="spellEnd"/>
      <w:r w:rsidRPr="007B751F">
        <w:rPr>
          <w:rFonts w:ascii="Arial" w:hAnsi="Arial" w:cs="Arial"/>
        </w:rPr>
        <w:t xml:space="preserve"> </w:t>
      </w:r>
      <w:proofErr w:type="spellStart"/>
      <w:r w:rsidRPr="007B751F">
        <w:rPr>
          <w:rFonts w:ascii="Arial" w:hAnsi="Arial" w:cs="Arial"/>
        </w:rPr>
        <w:t>relacionados</w:t>
      </w:r>
      <w:proofErr w:type="spellEnd"/>
      <w:r w:rsidRPr="007B751F">
        <w:rPr>
          <w:rFonts w:ascii="Arial" w:hAnsi="Arial" w:cs="Arial"/>
        </w:rPr>
        <w:t xml:space="preserve"> con la </w:t>
      </w:r>
      <w:proofErr w:type="spellStart"/>
      <w:r w:rsidRPr="007B751F">
        <w:rPr>
          <w:rFonts w:ascii="Arial" w:hAnsi="Arial" w:cs="Arial"/>
        </w:rPr>
        <w:t>desregulación</w:t>
      </w:r>
      <w:proofErr w:type="spellEnd"/>
      <w:r w:rsidRPr="007B751F">
        <w:rPr>
          <w:rFonts w:ascii="Arial" w:hAnsi="Arial" w:cs="Arial"/>
        </w:rPr>
        <w:t xml:space="preserve"> </w:t>
      </w:r>
      <w:proofErr w:type="spellStart"/>
      <w:r w:rsidRPr="007B751F">
        <w:rPr>
          <w:rFonts w:ascii="Arial" w:hAnsi="Arial" w:cs="Arial"/>
        </w:rPr>
        <w:t>emocional</w:t>
      </w:r>
      <w:proofErr w:type="spellEnd"/>
      <w:r w:rsidRPr="007B751F">
        <w:rPr>
          <w:rFonts w:ascii="Arial" w:hAnsi="Arial" w:cs="Arial"/>
        </w:rPr>
        <w:t xml:space="preserve"> y </w:t>
      </w:r>
      <w:proofErr w:type="spellStart"/>
      <w:r w:rsidRPr="007B751F">
        <w:rPr>
          <w:rFonts w:ascii="Arial" w:hAnsi="Arial" w:cs="Arial"/>
        </w:rPr>
        <w:t>conductual</w:t>
      </w:r>
      <w:proofErr w:type="spellEnd"/>
      <w:r w:rsidRPr="007B751F">
        <w:rPr>
          <w:rFonts w:ascii="Arial" w:hAnsi="Arial" w:cs="Arial"/>
        </w:rPr>
        <w:t xml:space="preserve"> de </w:t>
      </w:r>
      <w:proofErr w:type="spellStart"/>
      <w:r>
        <w:rPr>
          <w:rFonts w:ascii="Arial" w:hAnsi="Arial" w:cs="Arial"/>
        </w:rPr>
        <w:t>los</w:t>
      </w:r>
      <w:proofErr w:type="spellEnd"/>
      <w:r>
        <w:rPr>
          <w:rFonts w:ascii="Arial" w:hAnsi="Arial" w:cs="Arial"/>
        </w:rPr>
        <w:t xml:space="preserve"> y las</w:t>
      </w:r>
      <w:r w:rsidRPr="007B751F">
        <w:rPr>
          <w:rFonts w:ascii="Arial" w:hAnsi="Arial" w:cs="Arial"/>
        </w:rPr>
        <w:t xml:space="preserve"> </w:t>
      </w:r>
      <w:proofErr w:type="spellStart"/>
      <w:r w:rsidRPr="007B751F">
        <w:rPr>
          <w:rFonts w:ascii="Arial" w:hAnsi="Arial" w:cs="Arial"/>
        </w:rPr>
        <w:t>estudiantes</w:t>
      </w:r>
      <w:proofErr w:type="spellEnd"/>
      <w:r w:rsidRPr="007B751F">
        <w:rPr>
          <w:rFonts w:ascii="Arial" w:hAnsi="Arial" w:cs="Arial"/>
        </w:rPr>
        <w:t xml:space="preserve"> </w:t>
      </w:r>
      <w:proofErr w:type="spellStart"/>
      <w:r w:rsidRPr="007B751F">
        <w:rPr>
          <w:rFonts w:ascii="Arial" w:hAnsi="Arial" w:cs="Arial"/>
        </w:rPr>
        <w:t>en</w:t>
      </w:r>
      <w:proofErr w:type="spellEnd"/>
      <w:r w:rsidRPr="007B751F">
        <w:rPr>
          <w:rFonts w:ascii="Arial" w:hAnsi="Arial" w:cs="Arial"/>
        </w:rPr>
        <w:t xml:space="preserve"> </w:t>
      </w:r>
      <w:proofErr w:type="spellStart"/>
      <w:r w:rsidRPr="007B751F">
        <w:rPr>
          <w:rFonts w:ascii="Arial" w:hAnsi="Arial" w:cs="Arial"/>
        </w:rPr>
        <w:t>establecimientos</w:t>
      </w:r>
      <w:proofErr w:type="spellEnd"/>
      <w:r w:rsidRPr="007B751F">
        <w:rPr>
          <w:rFonts w:ascii="Arial" w:hAnsi="Arial" w:cs="Arial"/>
        </w:rPr>
        <w:t xml:space="preserve"> </w:t>
      </w:r>
      <w:proofErr w:type="spellStart"/>
      <w:r w:rsidRPr="007B751F">
        <w:rPr>
          <w:rFonts w:ascii="Arial" w:hAnsi="Arial" w:cs="Arial"/>
        </w:rPr>
        <w:t>educacionales</w:t>
      </w:r>
      <w:proofErr w:type="spellEnd"/>
      <w:r>
        <w:rPr>
          <w:rFonts w:ascii="Arial" w:hAnsi="Arial" w:cs="Arial"/>
        </w:rPr>
        <w:t xml:space="preserve"> </w:t>
      </w:r>
      <w:proofErr w:type="spellStart"/>
      <w:r>
        <w:rPr>
          <w:rFonts w:ascii="Arial" w:hAnsi="Arial" w:cs="Arial"/>
        </w:rPr>
        <w:t>el</w:t>
      </w:r>
      <w:proofErr w:type="spellEnd"/>
      <w:r>
        <w:rPr>
          <w:rFonts w:ascii="Arial" w:hAnsi="Arial" w:cs="Arial"/>
        </w:rPr>
        <w:t xml:space="preserve"> MINEDUC </w:t>
      </w:r>
      <w:proofErr w:type="spellStart"/>
      <w:r>
        <w:rPr>
          <w:rFonts w:ascii="Arial" w:hAnsi="Arial" w:cs="Arial"/>
        </w:rPr>
        <w:t>entregó</w:t>
      </w:r>
      <w:proofErr w:type="spellEnd"/>
      <w:r>
        <w:rPr>
          <w:rFonts w:ascii="Arial" w:hAnsi="Arial" w:cs="Arial"/>
        </w:rPr>
        <w:t xml:space="preserve"> </w:t>
      </w:r>
      <w:proofErr w:type="spellStart"/>
      <w:r>
        <w:rPr>
          <w:rFonts w:ascii="Arial" w:hAnsi="Arial" w:cs="Arial"/>
        </w:rPr>
        <w:t>orientaciones</w:t>
      </w:r>
      <w:proofErr w:type="spellEnd"/>
      <w:r>
        <w:rPr>
          <w:rFonts w:ascii="Arial" w:hAnsi="Arial" w:cs="Arial"/>
        </w:rPr>
        <w:t xml:space="preserve"> </w:t>
      </w:r>
      <w:r w:rsidRPr="007B751F">
        <w:rPr>
          <w:rFonts w:ascii="Arial" w:hAnsi="Arial" w:cs="Arial"/>
        </w:rPr>
        <w:t xml:space="preserve"> </w:t>
      </w:r>
      <w:r w:rsidRPr="00CE59A2">
        <w:rPr>
          <w:rFonts w:ascii="Arial" w:hAnsi="Arial" w:cs="Arial"/>
        </w:rPr>
        <w:t>“</w:t>
      </w:r>
      <w:proofErr w:type="spellStart"/>
      <w:r w:rsidRPr="00CE59A2">
        <w:rPr>
          <w:rFonts w:ascii="Arial" w:hAnsi="Arial" w:cs="Arial"/>
        </w:rPr>
        <w:t>Protocolo</w:t>
      </w:r>
      <w:proofErr w:type="spellEnd"/>
      <w:r w:rsidRPr="00CE59A2">
        <w:rPr>
          <w:rFonts w:ascii="Arial" w:hAnsi="Arial" w:cs="Arial"/>
        </w:rPr>
        <w:t xml:space="preserve"> de </w:t>
      </w:r>
      <w:proofErr w:type="spellStart"/>
      <w:r w:rsidRPr="00CE59A2">
        <w:rPr>
          <w:rFonts w:ascii="Arial" w:hAnsi="Arial" w:cs="Arial"/>
        </w:rPr>
        <w:t>respuesta</w:t>
      </w:r>
      <w:proofErr w:type="spellEnd"/>
      <w:r w:rsidRPr="00CE59A2">
        <w:rPr>
          <w:rFonts w:ascii="Arial" w:hAnsi="Arial" w:cs="Arial"/>
        </w:rPr>
        <w:t xml:space="preserve"> a </w:t>
      </w:r>
      <w:proofErr w:type="spellStart"/>
      <w:r w:rsidRPr="00CE59A2">
        <w:rPr>
          <w:rFonts w:ascii="Arial" w:hAnsi="Arial" w:cs="Arial"/>
        </w:rPr>
        <w:t>situaciones</w:t>
      </w:r>
      <w:proofErr w:type="spellEnd"/>
      <w:r w:rsidRPr="00CE59A2">
        <w:rPr>
          <w:rFonts w:ascii="Arial" w:hAnsi="Arial" w:cs="Arial"/>
        </w:rPr>
        <w:t xml:space="preserve"> de </w:t>
      </w:r>
      <w:proofErr w:type="spellStart"/>
      <w:r w:rsidRPr="00CE59A2">
        <w:rPr>
          <w:rFonts w:ascii="Arial" w:hAnsi="Arial" w:cs="Arial"/>
        </w:rPr>
        <w:t>desregulación</w:t>
      </w:r>
      <w:proofErr w:type="spellEnd"/>
      <w:r w:rsidRPr="00CE59A2">
        <w:rPr>
          <w:rFonts w:ascii="Arial" w:hAnsi="Arial" w:cs="Arial"/>
        </w:rPr>
        <w:t xml:space="preserve"> </w:t>
      </w:r>
      <w:proofErr w:type="spellStart"/>
      <w:r w:rsidRPr="00CE59A2">
        <w:rPr>
          <w:rFonts w:ascii="Arial" w:hAnsi="Arial" w:cs="Arial"/>
        </w:rPr>
        <w:t>emocional</w:t>
      </w:r>
      <w:proofErr w:type="spellEnd"/>
      <w:r w:rsidRPr="00CE59A2">
        <w:rPr>
          <w:rFonts w:ascii="Arial" w:hAnsi="Arial" w:cs="Arial"/>
        </w:rPr>
        <w:t xml:space="preserve"> y </w:t>
      </w:r>
      <w:proofErr w:type="spellStart"/>
      <w:r w:rsidRPr="00CE59A2">
        <w:rPr>
          <w:rFonts w:ascii="Arial" w:hAnsi="Arial" w:cs="Arial"/>
        </w:rPr>
        <w:t>conductual</w:t>
      </w:r>
      <w:proofErr w:type="spellEnd"/>
      <w:r w:rsidRPr="00CE59A2">
        <w:rPr>
          <w:rFonts w:ascii="Arial" w:hAnsi="Arial" w:cs="Arial"/>
        </w:rPr>
        <w:t xml:space="preserve"> de </w:t>
      </w:r>
      <w:proofErr w:type="spellStart"/>
      <w:r w:rsidRPr="00CE59A2">
        <w:rPr>
          <w:rFonts w:ascii="Arial" w:hAnsi="Arial" w:cs="Arial"/>
        </w:rPr>
        <w:t>estudiantes</w:t>
      </w:r>
      <w:proofErr w:type="spellEnd"/>
      <w:r w:rsidRPr="00CE59A2">
        <w:rPr>
          <w:rFonts w:ascii="Arial" w:hAnsi="Arial" w:cs="Arial"/>
        </w:rPr>
        <w:t xml:space="preserve"> </w:t>
      </w:r>
      <w:proofErr w:type="spellStart"/>
      <w:r w:rsidRPr="00CE59A2">
        <w:rPr>
          <w:rFonts w:ascii="Arial" w:hAnsi="Arial" w:cs="Arial"/>
        </w:rPr>
        <w:t>en</w:t>
      </w:r>
      <w:proofErr w:type="spellEnd"/>
      <w:r w:rsidRPr="00CE59A2">
        <w:rPr>
          <w:rFonts w:ascii="Arial" w:hAnsi="Arial" w:cs="Arial"/>
        </w:rPr>
        <w:t xml:space="preserve"> </w:t>
      </w:r>
      <w:proofErr w:type="spellStart"/>
      <w:r w:rsidRPr="00CE59A2">
        <w:rPr>
          <w:rFonts w:ascii="Arial" w:hAnsi="Arial" w:cs="Arial"/>
        </w:rPr>
        <w:t>establecimientos</w:t>
      </w:r>
      <w:proofErr w:type="spellEnd"/>
      <w:r w:rsidRPr="00CE59A2">
        <w:rPr>
          <w:rFonts w:ascii="Arial" w:hAnsi="Arial" w:cs="Arial"/>
        </w:rPr>
        <w:t xml:space="preserve"> </w:t>
      </w:r>
      <w:proofErr w:type="spellStart"/>
      <w:r w:rsidRPr="00CE59A2">
        <w:rPr>
          <w:rFonts w:ascii="Arial" w:hAnsi="Arial" w:cs="Arial"/>
        </w:rPr>
        <w:t>educacionales</w:t>
      </w:r>
      <w:proofErr w:type="spellEnd"/>
      <w:r>
        <w:rPr>
          <w:rFonts w:ascii="Arial" w:hAnsi="Arial" w:cs="Arial"/>
        </w:rPr>
        <w:t>”,</w:t>
      </w:r>
      <w:r w:rsidRPr="00CE59A2">
        <w:t xml:space="preserve"> </w:t>
      </w:r>
      <w:proofErr w:type="spellStart"/>
      <w:r w:rsidRPr="00CE59A2">
        <w:rPr>
          <w:rFonts w:ascii="Arial" w:hAnsi="Arial" w:cs="Arial"/>
        </w:rPr>
        <w:t>respecto</w:t>
      </w:r>
      <w:proofErr w:type="spellEnd"/>
      <w:r w:rsidRPr="00CE59A2">
        <w:rPr>
          <w:rFonts w:ascii="Arial" w:hAnsi="Arial" w:cs="Arial"/>
        </w:rPr>
        <w:t xml:space="preserve"> a </w:t>
      </w:r>
      <w:proofErr w:type="spellStart"/>
      <w:r w:rsidRPr="00CE59A2">
        <w:rPr>
          <w:rFonts w:ascii="Arial" w:hAnsi="Arial" w:cs="Arial"/>
        </w:rPr>
        <w:t>cómo</w:t>
      </w:r>
      <w:proofErr w:type="spellEnd"/>
      <w:r w:rsidRPr="00CE59A2">
        <w:rPr>
          <w:rFonts w:ascii="Arial" w:hAnsi="Arial" w:cs="Arial"/>
        </w:rPr>
        <w:t xml:space="preserve"> </w:t>
      </w:r>
      <w:proofErr w:type="spellStart"/>
      <w:r w:rsidRPr="00CE59A2">
        <w:rPr>
          <w:rFonts w:ascii="Arial" w:hAnsi="Arial" w:cs="Arial"/>
        </w:rPr>
        <w:t>incorporar</w:t>
      </w:r>
      <w:proofErr w:type="spellEnd"/>
      <w:r w:rsidRPr="00CE59A2">
        <w:rPr>
          <w:rFonts w:ascii="Arial" w:hAnsi="Arial" w:cs="Arial"/>
        </w:rPr>
        <w:t xml:space="preserve"> a </w:t>
      </w:r>
      <w:proofErr w:type="spellStart"/>
      <w:r w:rsidRPr="00CE59A2">
        <w:rPr>
          <w:rFonts w:ascii="Arial" w:hAnsi="Arial" w:cs="Arial"/>
        </w:rPr>
        <w:t>su</w:t>
      </w:r>
      <w:proofErr w:type="spellEnd"/>
      <w:r w:rsidRPr="00CE59A2">
        <w:rPr>
          <w:rFonts w:ascii="Arial" w:hAnsi="Arial" w:cs="Arial"/>
        </w:rPr>
        <w:t xml:space="preserve"> </w:t>
      </w:r>
      <w:proofErr w:type="spellStart"/>
      <w:r w:rsidRPr="00CE59A2">
        <w:rPr>
          <w:rFonts w:ascii="Arial" w:hAnsi="Arial" w:cs="Arial"/>
        </w:rPr>
        <w:t>Reglamento</w:t>
      </w:r>
      <w:proofErr w:type="spellEnd"/>
      <w:r w:rsidRPr="00CE59A2">
        <w:rPr>
          <w:rFonts w:ascii="Arial" w:hAnsi="Arial" w:cs="Arial"/>
        </w:rPr>
        <w:t xml:space="preserve"> </w:t>
      </w:r>
      <w:proofErr w:type="spellStart"/>
      <w:r w:rsidRPr="00CE59A2">
        <w:rPr>
          <w:rFonts w:ascii="Arial" w:hAnsi="Arial" w:cs="Arial"/>
        </w:rPr>
        <w:t>Interno</w:t>
      </w:r>
      <w:proofErr w:type="spellEnd"/>
      <w:r w:rsidRPr="00CE59A2">
        <w:rPr>
          <w:rFonts w:ascii="Arial" w:hAnsi="Arial" w:cs="Arial"/>
        </w:rPr>
        <w:t xml:space="preserve"> un </w:t>
      </w:r>
      <w:proofErr w:type="spellStart"/>
      <w:r w:rsidRPr="00CE59A2">
        <w:rPr>
          <w:rFonts w:ascii="Arial" w:hAnsi="Arial" w:cs="Arial"/>
        </w:rPr>
        <w:t>Protocolo</w:t>
      </w:r>
      <w:proofErr w:type="spellEnd"/>
      <w:r w:rsidRPr="00CE59A2">
        <w:rPr>
          <w:rFonts w:ascii="Arial" w:hAnsi="Arial" w:cs="Arial"/>
        </w:rPr>
        <w:t xml:space="preserve"> para responder a </w:t>
      </w:r>
      <w:proofErr w:type="spellStart"/>
      <w:r w:rsidRPr="00CE59A2">
        <w:rPr>
          <w:rFonts w:ascii="Arial" w:hAnsi="Arial" w:cs="Arial"/>
        </w:rPr>
        <w:t>situaciones</w:t>
      </w:r>
      <w:proofErr w:type="spellEnd"/>
      <w:r w:rsidRPr="00CE59A2">
        <w:rPr>
          <w:rFonts w:ascii="Arial" w:hAnsi="Arial" w:cs="Arial"/>
        </w:rPr>
        <w:t xml:space="preserve"> de </w:t>
      </w:r>
      <w:proofErr w:type="spellStart"/>
      <w:r w:rsidRPr="00CE59A2">
        <w:rPr>
          <w:rFonts w:ascii="Arial" w:hAnsi="Arial" w:cs="Arial"/>
        </w:rPr>
        <w:t>Desregulación</w:t>
      </w:r>
      <w:proofErr w:type="spellEnd"/>
      <w:r w:rsidRPr="00CE59A2">
        <w:rPr>
          <w:rFonts w:ascii="Arial" w:hAnsi="Arial" w:cs="Arial"/>
        </w:rPr>
        <w:t xml:space="preserve"> </w:t>
      </w:r>
      <w:proofErr w:type="spellStart"/>
      <w:r w:rsidRPr="00CE59A2">
        <w:rPr>
          <w:rFonts w:ascii="Arial" w:hAnsi="Arial" w:cs="Arial"/>
        </w:rPr>
        <w:t>Emocional</w:t>
      </w:r>
      <w:proofErr w:type="spellEnd"/>
      <w:r w:rsidRPr="00CE59A2">
        <w:rPr>
          <w:rFonts w:ascii="Arial" w:hAnsi="Arial" w:cs="Arial"/>
        </w:rPr>
        <w:t xml:space="preserve"> y </w:t>
      </w:r>
      <w:proofErr w:type="spellStart"/>
      <w:r w:rsidRPr="00CE59A2">
        <w:rPr>
          <w:rFonts w:ascii="Arial" w:hAnsi="Arial" w:cs="Arial"/>
        </w:rPr>
        <w:t>Conductual</w:t>
      </w:r>
      <w:proofErr w:type="spellEnd"/>
      <w:r w:rsidRPr="00CE59A2">
        <w:rPr>
          <w:rFonts w:ascii="Arial" w:hAnsi="Arial" w:cs="Arial"/>
        </w:rPr>
        <w:t xml:space="preserve"> (DEC)</w:t>
      </w:r>
      <w:r>
        <w:rPr>
          <w:rFonts w:ascii="Arial" w:hAnsi="Arial" w:cs="Arial"/>
        </w:rPr>
        <w:t xml:space="preserve">, </w:t>
      </w:r>
      <w:proofErr w:type="spellStart"/>
      <w:r>
        <w:rPr>
          <w:rFonts w:ascii="Arial" w:hAnsi="Arial" w:cs="Arial"/>
        </w:rPr>
        <w:t>considerando</w:t>
      </w:r>
      <w:proofErr w:type="spellEnd"/>
      <w:r>
        <w:rPr>
          <w:rFonts w:ascii="Arial" w:hAnsi="Arial" w:cs="Arial"/>
        </w:rPr>
        <w:t xml:space="preserve"> que l</w:t>
      </w:r>
      <w:r w:rsidRPr="007B751F">
        <w:rPr>
          <w:rFonts w:ascii="Arial" w:hAnsi="Arial" w:cs="Arial"/>
        </w:rPr>
        <w:t xml:space="preserve">a </w:t>
      </w:r>
      <w:proofErr w:type="spellStart"/>
      <w:r w:rsidRPr="007B751F">
        <w:rPr>
          <w:rFonts w:ascii="Arial" w:hAnsi="Arial" w:cs="Arial"/>
        </w:rPr>
        <w:t>salud</w:t>
      </w:r>
      <w:proofErr w:type="spellEnd"/>
      <w:r w:rsidRPr="007B751F">
        <w:rPr>
          <w:rFonts w:ascii="Arial" w:hAnsi="Arial" w:cs="Arial"/>
        </w:rPr>
        <w:t xml:space="preserve"> mental de l</w:t>
      </w:r>
      <w:r>
        <w:rPr>
          <w:rFonts w:ascii="Arial" w:hAnsi="Arial" w:cs="Arial"/>
        </w:rPr>
        <w:t xml:space="preserve">as </w:t>
      </w:r>
      <w:proofErr w:type="spellStart"/>
      <w:r>
        <w:rPr>
          <w:rFonts w:ascii="Arial" w:hAnsi="Arial" w:cs="Arial"/>
        </w:rPr>
        <w:t>comunidades</w:t>
      </w:r>
      <w:proofErr w:type="spellEnd"/>
      <w:r>
        <w:rPr>
          <w:rFonts w:ascii="Arial" w:hAnsi="Arial" w:cs="Arial"/>
        </w:rPr>
        <w:t xml:space="preserve"> </w:t>
      </w:r>
      <w:proofErr w:type="spellStart"/>
      <w:r>
        <w:rPr>
          <w:rFonts w:ascii="Arial" w:hAnsi="Arial" w:cs="Arial"/>
        </w:rPr>
        <w:t>educacionales</w:t>
      </w:r>
      <w:proofErr w:type="spellEnd"/>
      <w:r w:rsidRPr="007B751F">
        <w:rPr>
          <w:rFonts w:ascii="Arial" w:hAnsi="Arial" w:cs="Arial"/>
        </w:rPr>
        <w:t xml:space="preserve"> es un </w:t>
      </w:r>
      <w:proofErr w:type="spellStart"/>
      <w:r w:rsidRPr="007B751F">
        <w:rPr>
          <w:rFonts w:ascii="Arial" w:hAnsi="Arial" w:cs="Arial"/>
        </w:rPr>
        <w:t>tema</w:t>
      </w:r>
      <w:proofErr w:type="spellEnd"/>
      <w:r w:rsidRPr="007B751F">
        <w:rPr>
          <w:rFonts w:ascii="Arial" w:hAnsi="Arial" w:cs="Arial"/>
        </w:rPr>
        <w:t xml:space="preserve"> de </w:t>
      </w:r>
      <w:proofErr w:type="spellStart"/>
      <w:r w:rsidRPr="007B751F">
        <w:rPr>
          <w:rFonts w:ascii="Arial" w:hAnsi="Arial" w:cs="Arial"/>
        </w:rPr>
        <w:t>creciente</w:t>
      </w:r>
      <w:proofErr w:type="spellEnd"/>
      <w:r w:rsidRPr="007B751F">
        <w:rPr>
          <w:rFonts w:ascii="Arial" w:hAnsi="Arial" w:cs="Arial"/>
        </w:rPr>
        <w:t xml:space="preserve"> </w:t>
      </w:r>
      <w:proofErr w:type="spellStart"/>
      <w:r w:rsidRPr="007B751F">
        <w:rPr>
          <w:rFonts w:ascii="Arial" w:hAnsi="Arial" w:cs="Arial"/>
        </w:rPr>
        <w:t>preocupación</w:t>
      </w:r>
      <w:proofErr w:type="spellEnd"/>
      <w:r w:rsidRPr="007B751F">
        <w:rPr>
          <w:rFonts w:ascii="Arial" w:hAnsi="Arial" w:cs="Arial"/>
        </w:rPr>
        <w:t xml:space="preserve">, </w:t>
      </w:r>
      <w:proofErr w:type="spellStart"/>
      <w:r w:rsidRPr="007B751F">
        <w:rPr>
          <w:rFonts w:ascii="Arial" w:hAnsi="Arial" w:cs="Arial"/>
        </w:rPr>
        <w:t>por</w:t>
      </w:r>
      <w:proofErr w:type="spellEnd"/>
      <w:r w:rsidRPr="007B751F">
        <w:rPr>
          <w:rFonts w:ascii="Arial" w:hAnsi="Arial" w:cs="Arial"/>
        </w:rPr>
        <w:t xml:space="preserve"> lo que se </w:t>
      </w:r>
      <w:proofErr w:type="spellStart"/>
      <w:r w:rsidRPr="007B751F">
        <w:rPr>
          <w:rFonts w:ascii="Arial" w:hAnsi="Arial" w:cs="Arial"/>
        </w:rPr>
        <w:t>vuelve</w:t>
      </w:r>
      <w:proofErr w:type="spellEnd"/>
      <w:r w:rsidRPr="007B751F">
        <w:rPr>
          <w:rFonts w:ascii="Arial" w:hAnsi="Arial" w:cs="Arial"/>
        </w:rPr>
        <w:t xml:space="preserve"> </w:t>
      </w:r>
      <w:proofErr w:type="spellStart"/>
      <w:r w:rsidRPr="007B751F">
        <w:rPr>
          <w:rFonts w:ascii="Arial" w:hAnsi="Arial" w:cs="Arial"/>
        </w:rPr>
        <w:t>esencial</w:t>
      </w:r>
      <w:proofErr w:type="spellEnd"/>
      <w:r w:rsidRPr="007B751F">
        <w:rPr>
          <w:rFonts w:ascii="Arial" w:hAnsi="Arial" w:cs="Arial"/>
        </w:rPr>
        <w:t xml:space="preserve"> un </w:t>
      </w:r>
      <w:proofErr w:type="spellStart"/>
      <w:r w:rsidRPr="007B751F">
        <w:rPr>
          <w:rFonts w:ascii="Arial" w:hAnsi="Arial" w:cs="Arial"/>
        </w:rPr>
        <w:t>abordaje</w:t>
      </w:r>
      <w:proofErr w:type="spellEnd"/>
      <w:r w:rsidRPr="007B751F">
        <w:rPr>
          <w:rFonts w:ascii="Arial" w:hAnsi="Arial" w:cs="Arial"/>
        </w:rPr>
        <w:t xml:space="preserve"> integral y </w:t>
      </w:r>
      <w:proofErr w:type="spellStart"/>
      <w:r w:rsidRPr="007B751F">
        <w:rPr>
          <w:rFonts w:ascii="Arial" w:hAnsi="Arial" w:cs="Arial"/>
        </w:rPr>
        <w:t>alineado</w:t>
      </w:r>
      <w:proofErr w:type="spellEnd"/>
      <w:r>
        <w:rPr>
          <w:rFonts w:ascii="Arial" w:hAnsi="Arial" w:cs="Arial"/>
        </w:rPr>
        <w:t xml:space="preserve">, </w:t>
      </w:r>
      <w:proofErr w:type="spellStart"/>
      <w:r>
        <w:rPr>
          <w:rFonts w:ascii="Arial" w:hAnsi="Arial" w:cs="Arial"/>
        </w:rPr>
        <w:t>explicando</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dicho</w:t>
      </w:r>
      <w:proofErr w:type="spellEnd"/>
      <w:r>
        <w:rPr>
          <w:rFonts w:ascii="Arial" w:hAnsi="Arial" w:cs="Arial"/>
        </w:rPr>
        <w:t xml:space="preserve"> </w:t>
      </w:r>
      <w:proofErr w:type="spellStart"/>
      <w:r>
        <w:rPr>
          <w:rFonts w:ascii="Arial" w:hAnsi="Arial" w:cs="Arial"/>
        </w:rPr>
        <w:t>documento</w:t>
      </w:r>
      <w:proofErr w:type="spellEnd"/>
      <w:r w:rsidRPr="007B751F">
        <w:rPr>
          <w:rFonts w:ascii="Arial" w:hAnsi="Arial" w:cs="Arial"/>
        </w:rPr>
        <w:t xml:space="preserve"> </w:t>
      </w:r>
      <w:proofErr w:type="spellStart"/>
      <w:r w:rsidRPr="007B751F">
        <w:rPr>
          <w:rFonts w:ascii="Arial" w:hAnsi="Arial" w:cs="Arial"/>
        </w:rPr>
        <w:t>qué</w:t>
      </w:r>
      <w:proofErr w:type="spellEnd"/>
      <w:r w:rsidRPr="007B751F">
        <w:rPr>
          <w:rFonts w:ascii="Arial" w:hAnsi="Arial" w:cs="Arial"/>
        </w:rPr>
        <w:t xml:space="preserve"> es la </w:t>
      </w:r>
      <w:proofErr w:type="spellStart"/>
      <w:r w:rsidRPr="007B751F">
        <w:rPr>
          <w:rFonts w:ascii="Arial" w:hAnsi="Arial" w:cs="Arial"/>
        </w:rPr>
        <w:t>desregulación</w:t>
      </w:r>
      <w:proofErr w:type="spellEnd"/>
      <w:r w:rsidRPr="007B751F">
        <w:rPr>
          <w:rFonts w:ascii="Arial" w:hAnsi="Arial" w:cs="Arial"/>
        </w:rPr>
        <w:t xml:space="preserve"> </w:t>
      </w:r>
      <w:proofErr w:type="spellStart"/>
      <w:r w:rsidRPr="007B751F">
        <w:rPr>
          <w:rFonts w:ascii="Arial" w:hAnsi="Arial" w:cs="Arial"/>
        </w:rPr>
        <w:t>emocional</w:t>
      </w:r>
      <w:proofErr w:type="spellEnd"/>
      <w:r w:rsidRPr="007B751F">
        <w:rPr>
          <w:rFonts w:ascii="Arial" w:hAnsi="Arial" w:cs="Arial"/>
        </w:rPr>
        <w:t xml:space="preserve"> e introduce </w:t>
      </w:r>
      <w:proofErr w:type="spellStart"/>
      <w:r w:rsidRPr="007B751F">
        <w:rPr>
          <w:rFonts w:ascii="Arial" w:hAnsi="Arial" w:cs="Arial"/>
        </w:rPr>
        <w:t>técnicas</w:t>
      </w:r>
      <w:proofErr w:type="spellEnd"/>
      <w:r w:rsidRPr="007B751F">
        <w:rPr>
          <w:rFonts w:ascii="Arial" w:hAnsi="Arial" w:cs="Arial"/>
        </w:rPr>
        <w:t xml:space="preserve"> </w:t>
      </w:r>
      <w:proofErr w:type="spellStart"/>
      <w:r w:rsidRPr="007B751F">
        <w:rPr>
          <w:rFonts w:ascii="Arial" w:hAnsi="Arial" w:cs="Arial"/>
        </w:rPr>
        <w:t>útiles</w:t>
      </w:r>
      <w:proofErr w:type="spellEnd"/>
      <w:r w:rsidRPr="007B751F">
        <w:rPr>
          <w:rFonts w:ascii="Arial" w:hAnsi="Arial" w:cs="Arial"/>
        </w:rPr>
        <w:t xml:space="preserve"> </w:t>
      </w:r>
      <w:proofErr w:type="spellStart"/>
      <w:r w:rsidRPr="007B751F">
        <w:rPr>
          <w:rFonts w:ascii="Arial" w:hAnsi="Arial" w:cs="Arial"/>
        </w:rPr>
        <w:t>como</w:t>
      </w:r>
      <w:proofErr w:type="spellEnd"/>
      <w:r w:rsidRPr="007B751F">
        <w:rPr>
          <w:rFonts w:ascii="Arial" w:hAnsi="Arial" w:cs="Arial"/>
        </w:rPr>
        <w:t xml:space="preserve"> la </w:t>
      </w:r>
      <w:proofErr w:type="spellStart"/>
      <w:r w:rsidRPr="007B751F">
        <w:rPr>
          <w:rFonts w:ascii="Arial" w:hAnsi="Arial" w:cs="Arial"/>
        </w:rPr>
        <w:t>intervención</w:t>
      </w:r>
      <w:proofErr w:type="spellEnd"/>
      <w:r w:rsidRPr="007B751F">
        <w:rPr>
          <w:rFonts w:ascii="Arial" w:hAnsi="Arial" w:cs="Arial"/>
        </w:rPr>
        <w:t xml:space="preserve"> </w:t>
      </w:r>
      <w:proofErr w:type="spellStart"/>
      <w:r w:rsidRPr="007B751F">
        <w:rPr>
          <w:rFonts w:ascii="Arial" w:hAnsi="Arial" w:cs="Arial"/>
        </w:rPr>
        <w:t>en</w:t>
      </w:r>
      <w:proofErr w:type="spellEnd"/>
      <w:r w:rsidRPr="007B751F">
        <w:rPr>
          <w:rFonts w:ascii="Arial" w:hAnsi="Arial" w:cs="Arial"/>
        </w:rPr>
        <w:t xml:space="preserve"> crisis, </w:t>
      </w:r>
      <w:proofErr w:type="spellStart"/>
      <w:r w:rsidRPr="007B751F">
        <w:rPr>
          <w:rFonts w:ascii="Arial" w:hAnsi="Arial" w:cs="Arial"/>
        </w:rPr>
        <w:t>delineando</w:t>
      </w:r>
      <w:proofErr w:type="spellEnd"/>
      <w:r w:rsidRPr="007B751F">
        <w:rPr>
          <w:rFonts w:ascii="Arial" w:hAnsi="Arial" w:cs="Arial"/>
        </w:rPr>
        <w:t xml:space="preserve"> sus </w:t>
      </w:r>
      <w:proofErr w:type="spellStart"/>
      <w:r w:rsidRPr="007B751F">
        <w:rPr>
          <w:rFonts w:ascii="Arial" w:hAnsi="Arial" w:cs="Arial"/>
        </w:rPr>
        <w:t>objetivos</w:t>
      </w:r>
      <w:proofErr w:type="spellEnd"/>
      <w:r w:rsidRPr="007B751F">
        <w:rPr>
          <w:rFonts w:ascii="Arial" w:hAnsi="Arial" w:cs="Arial"/>
        </w:rPr>
        <w:t xml:space="preserve"> y </w:t>
      </w:r>
      <w:proofErr w:type="spellStart"/>
      <w:r w:rsidRPr="007B751F">
        <w:rPr>
          <w:rFonts w:ascii="Arial" w:hAnsi="Arial" w:cs="Arial"/>
        </w:rPr>
        <w:t>características</w:t>
      </w:r>
      <w:proofErr w:type="spellEnd"/>
      <w:r w:rsidRPr="007B751F">
        <w:rPr>
          <w:rFonts w:ascii="Arial" w:hAnsi="Arial" w:cs="Arial"/>
        </w:rPr>
        <w:t xml:space="preserve"> que </w:t>
      </w:r>
      <w:proofErr w:type="spellStart"/>
      <w:r w:rsidRPr="007B751F">
        <w:rPr>
          <w:rFonts w:ascii="Arial" w:hAnsi="Arial" w:cs="Arial"/>
        </w:rPr>
        <w:t>deben</w:t>
      </w:r>
      <w:proofErr w:type="spellEnd"/>
      <w:r w:rsidRPr="007B751F">
        <w:rPr>
          <w:rFonts w:ascii="Arial" w:hAnsi="Arial" w:cs="Arial"/>
        </w:rPr>
        <w:t xml:space="preserve"> </w:t>
      </w:r>
      <w:proofErr w:type="spellStart"/>
      <w:r w:rsidRPr="007B751F">
        <w:rPr>
          <w:rFonts w:ascii="Arial" w:hAnsi="Arial" w:cs="Arial"/>
        </w:rPr>
        <w:t>tener</w:t>
      </w:r>
      <w:proofErr w:type="spellEnd"/>
      <w:r w:rsidRPr="007B751F">
        <w:rPr>
          <w:rFonts w:ascii="Arial" w:hAnsi="Arial" w:cs="Arial"/>
        </w:rPr>
        <w:t xml:space="preserve"> las personas que la </w:t>
      </w:r>
      <w:proofErr w:type="spellStart"/>
      <w:r w:rsidRPr="007B751F">
        <w:rPr>
          <w:rFonts w:ascii="Arial" w:hAnsi="Arial" w:cs="Arial"/>
        </w:rPr>
        <w:t>apliquen</w:t>
      </w:r>
      <w:proofErr w:type="spellEnd"/>
      <w:r w:rsidRPr="007B751F">
        <w:rPr>
          <w:rFonts w:ascii="Arial" w:hAnsi="Arial" w:cs="Arial"/>
        </w:rPr>
        <w:t>:</w:t>
      </w:r>
    </w:p>
    <w:p w14:paraId="29CD5E80" w14:textId="77777777" w:rsidR="00893C50" w:rsidRPr="00CE59A2" w:rsidRDefault="00893C50" w:rsidP="00893C50">
      <w:pPr>
        <w:pStyle w:val="Textoindependiente"/>
        <w:spacing w:before="168" w:line="360" w:lineRule="auto"/>
        <w:ind w:right="49"/>
        <w:jc w:val="both"/>
        <w:rPr>
          <w:rFonts w:ascii="Arial" w:hAnsi="Arial" w:cs="Arial"/>
        </w:rPr>
      </w:pPr>
    </w:p>
    <w:p w14:paraId="46AF1FF4" w14:textId="77777777" w:rsidR="00893C50" w:rsidRPr="000F56FB" w:rsidRDefault="00893C50" w:rsidP="00893C50">
      <w:pPr>
        <w:jc w:val="both"/>
        <w:rPr>
          <w:rFonts w:ascii="Arial" w:hAnsi="Arial" w:cs="Arial"/>
          <w:b/>
          <w:bCs/>
          <w:sz w:val="24"/>
          <w:szCs w:val="24"/>
        </w:rPr>
      </w:pPr>
      <w:r w:rsidRPr="000F56FB">
        <w:rPr>
          <w:rFonts w:ascii="Arial" w:hAnsi="Arial" w:cs="Arial"/>
          <w:b/>
          <w:bCs/>
          <w:sz w:val="24"/>
          <w:szCs w:val="24"/>
        </w:rPr>
        <w:t>CONSIDERACIONES</w:t>
      </w:r>
      <w:r w:rsidRPr="000F56FB">
        <w:rPr>
          <w:rFonts w:ascii="Arial" w:hAnsi="Arial" w:cs="Arial"/>
          <w:b/>
          <w:bCs/>
          <w:spacing w:val="37"/>
          <w:sz w:val="24"/>
          <w:szCs w:val="24"/>
        </w:rPr>
        <w:t xml:space="preserve"> </w:t>
      </w:r>
      <w:r w:rsidRPr="000F56FB">
        <w:rPr>
          <w:rFonts w:ascii="Arial" w:hAnsi="Arial" w:cs="Arial"/>
          <w:b/>
          <w:bCs/>
          <w:sz w:val="24"/>
          <w:szCs w:val="24"/>
        </w:rPr>
        <w:t>GENERALES:</w:t>
      </w:r>
    </w:p>
    <w:p w14:paraId="4769AA1C" w14:textId="77777777" w:rsidR="00893C50" w:rsidRDefault="00893C50" w:rsidP="00893C50">
      <w:pPr>
        <w:pStyle w:val="Prrafodelista"/>
        <w:tabs>
          <w:tab w:val="left" w:pos="722"/>
        </w:tabs>
        <w:spacing w:before="25" w:line="360" w:lineRule="auto"/>
        <w:ind w:left="0" w:right="49"/>
        <w:rPr>
          <w:rFonts w:ascii="Arial" w:hAnsi="Arial" w:cs="Arial"/>
          <w:b/>
          <w:spacing w:val="-3"/>
          <w:sz w:val="24"/>
          <w:szCs w:val="24"/>
        </w:rPr>
      </w:pPr>
    </w:p>
    <w:p w14:paraId="3BAFBF2D" w14:textId="77777777" w:rsidR="00893C50" w:rsidRPr="000F56FB" w:rsidRDefault="00893C50" w:rsidP="00893C50">
      <w:pPr>
        <w:tabs>
          <w:tab w:val="left" w:pos="722"/>
        </w:tabs>
        <w:spacing w:before="25" w:line="360" w:lineRule="auto"/>
        <w:ind w:right="49"/>
        <w:jc w:val="both"/>
        <w:rPr>
          <w:rFonts w:ascii="Arial" w:hAnsi="Arial" w:cs="Arial"/>
          <w:b/>
          <w:spacing w:val="-3"/>
          <w:sz w:val="24"/>
          <w:szCs w:val="24"/>
        </w:rPr>
      </w:pPr>
      <w:r w:rsidRPr="000F56FB">
        <w:rPr>
          <w:rFonts w:ascii="Arial" w:hAnsi="Arial" w:cs="Arial"/>
          <w:b/>
          <w:spacing w:val="-3"/>
          <w:sz w:val="24"/>
          <w:szCs w:val="24"/>
        </w:rPr>
        <w:t>PRINCIPIOS QUE INCORPORA LA LEY N° 21.545</w:t>
      </w:r>
    </w:p>
    <w:p w14:paraId="6045F45E" w14:textId="77777777" w:rsidR="00893C50" w:rsidRPr="000F56FB" w:rsidRDefault="00893C50" w:rsidP="00893C50">
      <w:pPr>
        <w:tabs>
          <w:tab w:val="left" w:pos="722"/>
        </w:tabs>
        <w:spacing w:before="25" w:line="360" w:lineRule="auto"/>
        <w:ind w:right="49"/>
        <w:jc w:val="both"/>
        <w:rPr>
          <w:rFonts w:ascii="Arial" w:hAnsi="Arial" w:cs="Arial"/>
          <w:bCs/>
          <w:spacing w:val="-3"/>
          <w:sz w:val="24"/>
          <w:szCs w:val="24"/>
        </w:rPr>
      </w:pPr>
      <w:r w:rsidRPr="000F56FB">
        <w:rPr>
          <w:rFonts w:ascii="Arial" w:hAnsi="Arial" w:cs="Arial"/>
          <w:bCs/>
          <w:spacing w:val="-3"/>
          <w:sz w:val="24"/>
          <w:szCs w:val="24"/>
        </w:rPr>
        <w:t xml:space="preserve">El </w:t>
      </w:r>
      <w:proofErr w:type="spellStart"/>
      <w:r w:rsidRPr="000F56FB">
        <w:rPr>
          <w:rFonts w:ascii="Arial" w:hAnsi="Arial" w:cs="Arial"/>
          <w:bCs/>
          <w:spacing w:val="-3"/>
          <w:sz w:val="24"/>
          <w:szCs w:val="24"/>
        </w:rPr>
        <w:t>artículo</w:t>
      </w:r>
      <w:proofErr w:type="spellEnd"/>
      <w:r w:rsidRPr="000F56FB">
        <w:rPr>
          <w:rFonts w:ascii="Arial" w:hAnsi="Arial" w:cs="Arial"/>
          <w:bCs/>
          <w:spacing w:val="-3"/>
          <w:sz w:val="24"/>
          <w:szCs w:val="24"/>
        </w:rPr>
        <w:t xml:space="preserve"> 3 de la Ley de </w:t>
      </w:r>
      <w:proofErr w:type="spellStart"/>
      <w:r w:rsidRPr="000F56FB">
        <w:rPr>
          <w:rFonts w:ascii="Arial" w:hAnsi="Arial" w:cs="Arial"/>
          <w:bCs/>
          <w:spacing w:val="-3"/>
          <w:sz w:val="24"/>
          <w:szCs w:val="24"/>
        </w:rPr>
        <w:t>Autismo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incorpora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ciertos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principios</w:t>
      </w:r>
      <w:proofErr w:type="spellEnd"/>
      <w:r w:rsidRPr="000F56FB">
        <w:rPr>
          <w:rFonts w:ascii="Arial" w:hAnsi="Arial" w:cs="Arial"/>
          <w:bCs/>
          <w:spacing w:val="-3"/>
          <w:sz w:val="24"/>
          <w:szCs w:val="24"/>
        </w:rPr>
        <w:t xml:space="preserve"> al </w:t>
      </w:r>
      <w:proofErr w:type="spellStart"/>
      <w:r w:rsidRPr="000F56FB">
        <w:rPr>
          <w:rFonts w:ascii="Arial" w:hAnsi="Arial" w:cs="Arial"/>
          <w:bCs/>
          <w:spacing w:val="-3"/>
          <w:sz w:val="24"/>
          <w:szCs w:val="24"/>
        </w:rPr>
        <w:t>ordenamiento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jurídico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lo que se </w:t>
      </w:r>
      <w:proofErr w:type="spellStart"/>
      <w:r w:rsidRPr="000F56FB">
        <w:rPr>
          <w:rFonts w:ascii="Arial" w:hAnsi="Arial" w:cs="Arial"/>
          <w:bCs/>
          <w:spacing w:val="-3"/>
          <w:sz w:val="24"/>
          <w:szCs w:val="24"/>
        </w:rPr>
        <w:t>refiere</w:t>
      </w:r>
      <w:proofErr w:type="spellEnd"/>
      <w:r w:rsidRPr="000F56FB">
        <w:rPr>
          <w:rFonts w:ascii="Arial" w:hAnsi="Arial" w:cs="Arial"/>
          <w:bCs/>
          <w:spacing w:val="-3"/>
          <w:sz w:val="24"/>
          <w:szCs w:val="24"/>
        </w:rPr>
        <w:t xml:space="preserve"> a la </w:t>
      </w:r>
      <w:proofErr w:type="spellStart"/>
      <w:r w:rsidRPr="000F56FB">
        <w:rPr>
          <w:rFonts w:ascii="Arial" w:hAnsi="Arial" w:cs="Arial"/>
          <w:bCs/>
          <w:spacing w:val="-3"/>
          <w:sz w:val="24"/>
          <w:szCs w:val="24"/>
        </w:rPr>
        <w:t>atención</w:t>
      </w:r>
      <w:proofErr w:type="spellEnd"/>
      <w:r w:rsidRPr="000F56FB">
        <w:rPr>
          <w:rFonts w:ascii="Arial" w:hAnsi="Arial" w:cs="Arial"/>
          <w:bCs/>
          <w:spacing w:val="-3"/>
          <w:sz w:val="24"/>
          <w:szCs w:val="24"/>
        </w:rPr>
        <w:t xml:space="preserve"> de las personas con </w:t>
      </w:r>
      <w:proofErr w:type="spellStart"/>
      <w:r w:rsidRPr="000F56FB">
        <w:rPr>
          <w:rFonts w:ascii="Arial" w:hAnsi="Arial" w:cs="Arial"/>
          <w:bCs/>
          <w:spacing w:val="-3"/>
          <w:sz w:val="24"/>
          <w:szCs w:val="24"/>
        </w:rPr>
        <w:t>trastorno</w:t>
      </w:r>
      <w:proofErr w:type="spellEnd"/>
      <w:r w:rsidRPr="000F56FB">
        <w:rPr>
          <w:rFonts w:ascii="Arial" w:hAnsi="Arial" w:cs="Arial"/>
          <w:bCs/>
          <w:spacing w:val="-3"/>
          <w:sz w:val="24"/>
          <w:szCs w:val="24"/>
        </w:rPr>
        <w:t xml:space="preserve"> del </w:t>
      </w:r>
      <w:proofErr w:type="spellStart"/>
      <w:r w:rsidRPr="000F56FB">
        <w:rPr>
          <w:rFonts w:ascii="Arial" w:hAnsi="Arial" w:cs="Arial"/>
          <w:bCs/>
          <w:spacing w:val="-3"/>
          <w:sz w:val="24"/>
          <w:szCs w:val="24"/>
        </w:rPr>
        <w:t>espectro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autista</w:t>
      </w:r>
      <w:proofErr w:type="spellEnd"/>
      <w:r w:rsidRPr="000F56FB">
        <w:rPr>
          <w:rFonts w:ascii="Arial" w:hAnsi="Arial" w:cs="Arial"/>
          <w:bCs/>
          <w:spacing w:val="-3"/>
          <w:sz w:val="24"/>
          <w:szCs w:val="24"/>
        </w:rPr>
        <w:t xml:space="preserve">. En </w:t>
      </w:r>
      <w:proofErr w:type="spellStart"/>
      <w:r w:rsidRPr="000F56FB">
        <w:rPr>
          <w:rFonts w:ascii="Arial" w:hAnsi="Arial" w:cs="Arial"/>
          <w:bCs/>
          <w:spacing w:val="-3"/>
          <w:sz w:val="24"/>
          <w:szCs w:val="24"/>
        </w:rPr>
        <w:t>el</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contexto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educativo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tienen</w:t>
      </w:r>
      <w:proofErr w:type="spellEnd"/>
      <w:r w:rsidRPr="000F56FB">
        <w:rPr>
          <w:rFonts w:ascii="Arial" w:hAnsi="Arial" w:cs="Arial"/>
          <w:bCs/>
          <w:spacing w:val="-3"/>
          <w:sz w:val="24"/>
          <w:szCs w:val="24"/>
        </w:rPr>
        <w:t xml:space="preserve"> especial </w:t>
      </w:r>
      <w:proofErr w:type="spellStart"/>
      <w:r w:rsidRPr="000F56FB">
        <w:rPr>
          <w:rFonts w:ascii="Arial" w:hAnsi="Arial" w:cs="Arial"/>
          <w:bCs/>
          <w:spacing w:val="-3"/>
          <w:sz w:val="24"/>
          <w:szCs w:val="24"/>
        </w:rPr>
        <w:t>relevancia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los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siguientes</w:t>
      </w:r>
      <w:proofErr w:type="spellEnd"/>
      <w:r w:rsidRPr="000F56FB">
        <w:rPr>
          <w:rFonts w:ascii="Arial" w:hAnsi="Arial" w:cs="Arial"/>
          <w:bCs/>
          <w:spacing w:val="-3"/>
          <w:sz w:val="24"/>
          <w:szCs w:val="24"/>
        </w:rPr>
        <w:t>:</w:t>
      </w:r>
    </w:p>
    <w:p w14:paraId="76BC9DE0" w14:textId="77777777" w:rsidR="00893C50" w:rsidRPr="000F56FB" w:rsidRDefault="00893C50" w:rsidP="00893C50">
      <w:pPr>
        <w:tabs>
          <w:tab w:val="left" w:pos="722"/>
        </w:tabs>
        <w:spacing w:before="25" w:line="360" w:lineRule="auto"/>
        <w:ind w:right="49"/>
        <w:jc w:val="both"/>
        <w:rPr>
          <w:rFonts w:ascii="Arial" w:hAnsi="Arial" w:cs="Arial"/>
          <w:bCs/>
          <w:spacing w:val="-3"/>
          <w:sz w:val="24"/>
          <w:szCs w:val="24"/>
        </w:rPr>
      </w:pPr>
    </w:p>
    <w:p w14:paraId="3D019183" w14:textId="77777777" w:rsidR="00893C50" w:rsidRPr="000F56FB" w:rsidRDefault="00893C50" w:rsidP="00893C50">
      <w:pPr>
        <w:pStyle w:val="Prrafodelista"/>
        <w:widowControl w:val="0"/>
        <w:numPr>
          <w:ilvl w:val="0"/>
          <w:numId w:val="56"/>
        </w:numPr>
        <w:tabs>
          <w:tab w:val="left" w:pos="722"/>
        </w:tabs>
        <w:autoSpaceDE w:val="0"/>
        <w:autoSpaceDN w:val="0"/>
        <w:spacing w:before="25" w:after="0" w:line="360" w:lineRule="auto"/>
        <w:ind w:right="49"/>
        <w:contextualSpacing w:val="0"/>
        <w:jc w:val="both"/>
        <w:rPr>
          <w:rFonts w:ascii="Arial" w:hAnsi="Arial" w:cs="Arial"/>
          <w:bCs/>
          <w:spacing w:val="-3"/>
          <w:sz w:val="24"/>
          <w:szCs w:val="24"/>
        </w:rPr>
      </w:pPr>
      <w:proofErr w:type="spellStart"/>
      <w:r w:rsidRPr="000F56FB">
        <w:rPr>
          <w:rFonts w:ascii="Arial" w:hAnsi="Arial" w:cs="Arial"/>
          <w:b/>
          <w:spacing w:val="-3"/>
          <w:sz w:val="24"/>
          <w:szCs w:val="24"/>
        </w:rPr>
        <w:t>Trato</w:t>
      </w:r>
      <w:proofErr w:type="spellEnd"/>
      <w:r w:rsidRPr="000F56FB">
        <w:rPr>
          <w:rFonts w:ascii="Arial" w:hAnsi="Arial" w:cs="Arial"/>
          <w:b/>
          <w:spacing w:val="-3"/>
          <w:sz w:val="24"/>
          <w:szCs w:val="24"/>
        </w:rPr>
        <w:t xml:space="preserve"> </w:t>
      </w:r>
      <w:proofErr w:type="spellStart"/>
      <w:r w:rsidRPr="000F56FB">
        <w:rPr>
          <w:rFonts w:ascii="Arial" w:hAnsi="Arial" w:cs="Arial"/>
          <w:b/>
          <w:spacing w:val="-3"/>
          <w:sz w:val="24"/>
          <w:szCs w:val="24"/>
        </w:rPr>
        <w:t>digno</w:t>
      </w:r>
      <w:proofErr w:type="spellEnd"/>
      <w:r w:rsidRPr="000F56FB">
        <w:rPr>
          <w:rFonts w:ascii="Arial" w:hAnsi="Arial" w:cs="Arial"/>
          <w:b/>
          <w:spacing w:val="-3"/>
          <w:sz w:val="24"/>
          <w:szCs w:val="24"/>
        </w:rPr>
        <w:t>,</w:t>
      </w:r>
      <w:r w:rsidRPr="000F56FB">
        <w:rPr>
          <w:rFonts w:ascii="Arial" w:hAnsi="Arial" w:cs="Arial"/>
          <w:bCs/>
          <w:spacing w:val="-3"/>
          <w:sz w:val="24"/>
          <w:szCs w:val="24"/>
        </w:rPr>
        <w:t xml:space="preserve"> dispone que </w:t>
      </w:r>
      <w:proofErr w:type="spellStart"/>
      <w:r w:rsidRPr="000F56FB">
        <w:rPr>
          <w:rFonts w:ascii="Arial" w:hAnsi="Arial" w:cs="Arial"/>
          <w:bCs/>
          <w:spacing w:val="-3"/>
          <w:sz w:val="24"/>
          <w:szCs w:val="24"/>
        </w:rPr>
        <w:t>estas</w:t>
      </w:r>
      <w:proofErr w:type="spellEnd"/>
      <w:r w:rsidRPr="000F56FB">
        <w:rPr>
          <w:rFonts w:ascii="Arial" w:hAnsi="Arial" w:cs="Arial"/>
          <w:bCs/>
          <w:spacing w:val="-3"/>
          <w:sz w:val="24"/>
          <w:szCs w:val="24"/>
        </w:rPr>
        <w:t xml:space="preserve"> personas </w:t>
      </w:r>
      <w:proofErr w:type="spellStart"/>
      <w:r w:rsidRPr="000F56FB">
        <w:rPr>
          <w:rFonts w:ascii="Arial" w:hAnsi="Arial" w:cs="Arial"/>
          <w:bCs/>
          <w:spacing w:val="-3"/>
          <w:sz w:val="24"/>
          <w:szCs w:val="24"/>
        </w:rPr>
        <w:t>deben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recibir</w:t>
      </w:r>
      <w:proofErr w:type="spellEnd"/>
      <w:r w:rsidRPr="000F56FB">
        <w:rPr>
          <w:rFonts w:ascii="Arial" w:hAnsi="Arial" w:cs="Arial"/>
          <w:bCs/>
          <w:spacing w:val="-3"/>
          <w:sz w:val="24"/>
          <w:szCs w:val="24"/>
        </w:rPr>
        <w:t xml:space="preserve"> un </w:t>
      </w:r>
      <w:proofErr w:type="spellStart"/>
      <w:r w:rsidRPr="000F56FB">
        <w:rPr>
          <w:rFonts w:ascii="Arial" w:hAnsi="Arial" w:cs="Arial"/>
          <w:bCs/>
          <w:spacing w:val="-3"/>
          <w:sz w:val="24"/>
          <w:szCs w:val="24"/>
        </w:rPr>
        <w:t>trato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digno</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respetuoso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todo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momento</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cualquier</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circunstancia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debiendo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adoptarse</w:t>
      </w:r>
      <w:proofErr w:type="spellEnd"/>
      <w:r w:rsidRPr="000F56FB">
        <w:rPr>
          <w:rFonts w:ascii="Arial" w:hAnsi="Arial" w:cs="Arial"/>
          <w:bCs/>
          <w:spacing w:val="-3"/>
          <w:sz w:val="24"/>
          <w:szCs w:val="24"/>
        </w:rPr>
        <w:t xml:space="preserve"> un </w:t>
      </w:r>
      <w:proofErr w:type="spellStart"/>
      <w:r w:rsidRPr="000F56FB">
        <w:rPr>
          <w:rFonts w:ascii="Arial" w:hAnsi="Arial" w:cs="Arial"/>
          <w:bCs/>
          <w:spacing w:val="-3"/>
          <w:sz w:val="24"/>
          <w:szCs w:val="24"/>
        </w:rPr>
        <w:t>lenguaje</w:t>
      </w:r>
      <w:proofErr w:type="spellEnd"/>
      <w:r w:rsidRPr="000F56FB">
        <w:rPr>
          <w:rFonts w:ascii="Arial" w:hAnsi="Arial" w:cs="Arial"/>
          <w:bCs/>
          <w:spacing w:val="-3"/>
          <w:sz w:val="24"/>
          <w:szCs w:val="24"/>
        </w:rPr>
        <w:t xml:space="preserve"> claro y </w:t>
      </w:r>
      <w:proofErr w:type="spellStart"/>
      <w:r w:rsidRPr="000F56FB">
        <w:rPr>
          <w:rFonts w:ascii="Arial" w:hAnsi="Arial" w:cs="Arial"/>
          <w:bCs/>
          <w:spacing w:val="-3"/>
          <w:sz w:val="24"/>
          <w:szCs w:val="24"/>
        </w:rPr>
        <w:t>sencillo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las </w:t>
      </w:r>
      <w:proofErr w:type="spellStart"/>
      <w:r w:rsidRPr="000F56FB">
        <w:rPr>
          <w:rFonts w:ascii="Arial" w:hAnsi="Arial" w:cs="Arial"/>
          <w:bCs/>
          <w:spacing w:val="-3"/>
          <w:sz w:val="24"/>
          <w:szCs w:val="24"/>
        </w:rPr>
        <w:t>atenciones</w:t>
      </w:r>
      <w:proofErr w:type="spellEnd"/>
      <w:r w:rsidRPr="000F56FB">
        <w:rPr>
          <w:rFonts w:ascii="Arial" w:hAnsi="Arial" w:cs="Arial"/>
          <w:bCs/>
          <w:spacing w:val="-3"/>
          <w:sz w:val="24"/>
          <w:szCs w:val="24"/>
        </w:rPr>
        <w:t xml:space="preserve"> que se les </w:t>
      </w:r>
      <w:proofErr w:type="spellStart"/>
      <w:r w:rsidRPr="000F56FB">
        <w:rPr>
          <w:rFonts w:ascii="Arial" w:hAnsi="Arial" w:cs="Arial"/>
          <w:bCs/>
          <w:spacing w:val="-3"/>
          <w:sz w:val="24"/>
          <w:szCs w:val="24"/>
        </w:rPr>
        <w:t>brinden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así</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como</w:t>
      </w:r>
      <w:proofErr w:type="spellEnd"/>
      <w:r w:rsidRPr="000F56FB">
        <w:rPr>
          <w:rFonts w:ascii="Arial" w:hAnsi="Arial" w:cs="Arial"/>
          <w:bCs/>
          <w:spacing w:val="-3"/>
          <w:sz w:val="24"/>
          <w:szCs w:val="24"/>
        </w:rPr>
        <w:t xml:space="preserve"> las </w:t>
      </w:r>
      <w:proofErr w:type="spellStart"/>
      <w:r w:rsidRPr="000F56FB">
        <w:rPr>
          <w:rFonts w:ascii="Arial" w:hAnsi="Arial" w:cs="Arial"/>
          <w:bCs/>
          <w:spacing w:val="-3"/>
          <w:sz w:val="24"/>
          <w:szCs w:val="24"/>
        </w:rPr>
        <w:t>medidas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necesarias</w:t>
      </w:r>
      <w:proofErr w:type="spellEnd"/>
      <w:r w:rsidRPr="000F56FB">
        <w:rPr>
          <w:rFonts w:ascii="Arial" w:hAnsi="Arial" w:cs="Arial"/>
          <w:bCs/>
          <w:spacing w:val="-3"/>
          <w:sz w:val="24"/>
          <w:szCs w:val="24"/>
        </w:rPr>
        <w:t xml:space="preserve"> para </w:t>
      </w:r>
      <w:proofErr w:type="spellStart"/>
      <w:r w:rsidRPr="000F56FB">
        <w:rPr>
          <w:rFonts w:ascii="Arial" w:hAnsi="Arial" w:cs="Arial"/>
          <w:bCs/>
          <w:spacing w:val="-3"/>
          <w:sz w:val="24"/>
          <w:szCs w:val="24"/>
        </w:rPr>
        <w:t>respetar</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proteger</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su</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vida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privada</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su</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honra</w:t>
      </w:r>
      <w:proofErr w:type="spellEnd"/>
      <w:r w:rsidRPr="000F56FB">
        <w:rPr>
          <w:rFonts w:ascii="Arial" w:hAnsi="Arial" w:cs="Arial"/>
          <w:bCs/>
          <w:spacing w:val="-3"/>
          <w:sz w:val="24"/>
          <w:szCs w:val="24"/>
        </w:rPr>
        <w:t>.</w:t>
      </w:r>
    </w:p>
    <w:p w14:paraId="0038213D" w14:textId="77777777" w:rsidR="00893C50" w:rsidRPr="000F56FB" w:rsidRDefault="00893C50" w:rsidP="00893C50">
      <w:pPr>
        <w:pStyle w:val="Prrafodelista"/>
        <w:widowControl w:val="0"/>
        <w:numPr>
          <w:ilvl w:val="0"/>
          <w:numId w:val="56"/>
        </w:numPr>
        <w:tabs>
          <w:tab w:val="left" w:pos="722"/>
        </w:tabs>
        <w:autoSpaceDE w:val="0"/>
        <w:autoSpaceDN w:val="0"/>
        <w:spacing w:before="25" w:after="0" w:line="360" w:lineRule="auto"/>
        <w:ind w:right="49"/>
        <w:contextualSpacing w:val="0"/>
        <w:jc w:val="both"/>
        <w:rPr>
          <w:rFonts w:ascii="Arial" w:hAnsi="Arial" w:cs="Arial"/>
          <w:bCs/>
          <w:spacing w:val="-3"/>
          <w:sz w:val="24"/>
          <w:szCs w:val="24"/>
        </w:rPr>
      </w:pPr>
      <w:proofErr w:type="spellStart"/>
      <w:r w:rsidRPr="000F56FB">
        <w:rPr>
          <w:rFonts w:ascii="Arial" w:hAnsi="Arial" w:cs="Arial"/>
          <w:b/>
          <w:spacing w:val="-3"/>
          <w:sz w:val="24"/>
          <w:szCs w:val="24"/>
        </w:rPr>
        <w:t>Autonomía</w:t>
      </w:r>
      <w:proofErr w:type="spellEnd"/>
      <w:r w:rsidRPr="000F56FB">
        <w:rPr>
          <w:rFonts w:ascii="Arial" w:hAnsi="Arial" w:cs="Arial"/>
          <w:b/>
          <w:spacing w:val="-3"/>
          <w:sz w:val="24"/>
          <w:szCs w:val="24"/>
        </w:rPr>
        <w:t xml:space="preserve"> </w:t>
      </w:r>
      <w:proofErr w:type="spellStart"/>
      <w:r w:rsidRPr="000F56FB">
        <w:rPr>
          <w:rFonts w:ascii="Arial" w:hAnsi="Arial" w:cs="Arial"/>
          <w:b/>
          <w:spacing w:val="-3"/>
          <w:sz w:val="24"/>
          <w:szCs w:val="24"/>
        </w:rPr>
        <w:t>progresiva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según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el</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cual</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todo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niño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niña</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adolescente</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ejercerá</w:t>
      </w:r>
      <w:proofErr w:type="spellEnd"/>
      <w:r w:rsidRPr="000F56FB">
        <w:rPr>
          <w:rFonts w:ascii="Arial" w:hAnsi="Arial" w:cs="Arial"/>
          <w:bCs/>
          <w:spacing w:val="-3"/>
          <w:sz w:val="24"/>
          <w:szCs w:val="24"/>
        </w:rPr>
        <w:t xml:space="preserve"> sus derechos </w:t>
      </w:r>
      <w:proofErr w:type="spellStart"/>
      <w:r w:rsidRPr="000F56FB">
        <w:rPr>
          <w:rFonts w:ascii="Arial" w:hAnsi="Arial" w:cs="Arial"/>
          <w:bCs/>
          <w:spacing w:val="-3"/>
          <w:sz w:val="24"/>
          <w:szCs w:val="24"/>
        </w:rPr>
        <w:t>conforme</w:t>
      </w:r>
      <w:proofErr w:type="spellEnd"/>
      <w:r w:rsidRPr="000F56FB">
        <w:rPr>
          <w:rFonts w:ascii="Arial" w:hAnsi="Arial" w:cs="Arial"/>
          <w:bCs/>
          <w:spacing w:val="-3"/>
          <w:sz w:val="24"/>
          <w:szCs w:val="24"/>
        </w:rPr>
        <w:t xml:space="preserve"> a la </w:t>
      </w:r>
      <w:proofErr w:type="spellStart"/>
      <w:r w:rsidRPr="000F56FB">
        <w:rPr>
          <w:rFonts w:ascii="Arial" w:hAnsi="Arial" w:cs="Arial"/>
          <w:bCs/>
          <w:spacing w:val="-3"/>
          <w:sz w:val="24"/>
          <w:szCs w:val="24"/>
        </w:rPr>
        <w:t>evolución</w:t>
      </w:r>
      <w:proofErr w:type="spellEnd"/>
      <w:r w:rsidRPr="000F56FB">
        <w:rPr>
          <w:rFonts w:ascii="Arial" w:hAnsi="Arial" w:cs="Arial"/>
          <w:bCs/>
          <w:spacing w:val="-3"/>
          <w:sz w:val="24"/>
          <w:szCs w:val="24"/>
        </w:rPr>
        <w:t xml:space="preserve"> de sus </w:t>
      </w:r>
      <w:proofErr w:type="spellStart"/>
      <w:r w:rsidRPr="000F56FB">
        <w:rPr>
          <w:rFonts w:ascii="Arial" w:hAnsi="Arial" w:cs="Arial"/>
          <w:bCs/>
          <w:spacing w:val="-3"/>
          <w:sz w:val="24"/>
          <w:szCs w:val="24"/>
        </w:rPr>
        <w:t>facultades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atención</w:t>
      </w:r>
      <w:proofErr w:type="spellEnd"/>
      <w:r w:rsidRPr="000F56FB">
        <w:rPr>
          <w:rFonts w:ascii="Arial" w:hAnsi="Arial" w:cs="Arial"/>
          <w:bCs/>
          <w:spacing w:val="-3"/>
          <w:sz w:val="24"/>
          <w:szCs w:val="24"/>
        </w:rPr>
        <w:t xml:space="preserve"> a </w:t>
      </w:r>
      <w:proofErr w:type="spellStart"/>
      <w:r w:rsidRPr="000F56FB">
        <w:rPr>
          <w:rFonts w:ascii="Arial" w:hAnsi="Arial" w:cs="Arial"/>
          <w:bCs/>
          <w:spacing w:val="-3"/>
          <w:sz w:val="24"/>
          <w:szCs w:val="24"/>
        </w:rPr>
        <w:t>su</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edad</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madurez</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grado</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desarrollo</w:t>
      </w:r>
      <w:proofErr w:type="spellEnd"/>
      <w:r w:rsidRPr="000F56FB">
        <w:rPr>
          <w:rFonts w:ascii="Arial" w:hAnsi="Arial" w:cs="Arial"/>
          <w:bCs/>
          <w:spacing w:val="-3"/>
          <w:sz w:val="24"/>
          <w:szCs w:val="24"/>
        </w:rPr>
        <w:t xml:space="preserve"> que </w:t>
      </w:r>
      <w:proofErr w:type="spellStart"/>
      <w:r w:rsidRPr="000F56FB">
        <w:rPr>
          <w:rFonts w:ascii="Arial" w:hAnsi="Arial" w:cs="Arial"/>
          <w:bCs/>
          <w:spacing w:val="-3"/>
          <w:sz w:val="24"/>
          <w:szCs w:val="24"/>
        </w:rPr>
        <w:t>manifieste</w:t>
      </w:r>
      <w:proofErr w:type="spellEnd"/>
      <w:r w:rsidRPr="000F56FB">
        <w:rPr>
          <w:rFonts w:ascii="Arial" w:hAnsi="Arial" w:cs="Arial"/>
          <w:bCs/>
          <w:spacing w:val="-3"/>
          <w:sz w:val="24"/>
          <w:szCs w:val="24"/>
        </w:rPr>
        <w:t xml:space="preserve">. Para </w:t>
      </w:r>
      <w:proofErr w:type="spellStart"/>
      <w:r w:rsidRPr="000F56FB">
        <w:rPr>
          <w:rFonts w:ascii="Arial" w:hAnsi="Arial" w:cs="Arial"/>
          <w:bCs/>
          <w:spacing w:val="-3"/>
          <w:sz w:val="24"/>
          <w:szCs w:val="24"/>
        </w:rPr>
        <w:t>ello</w:t>
      </w:r>
      <w:proofErr w:type="spellEnd"/>
      <w:r w:rsidRPr="000F56FB">
        <w:rPr>
          <w:rFonts w:ascii="Arial" w:hAnsi="Arial" w:cs="Arial"/>
          <w:bCs/>
          <w:spacing w:val="-3"/>
          <w:sz w:val="24"/>
          <w:szCs w:val="24"/>
        </w:rPr>
        <w:t xml:space="preserve"> se </w:t>
      </w:r>
      <w:proofErr w:type="spellStart"/>
      <w:r w:rsidRPr="000F56FB">
        <w:rPr>
          <w:rFonts w:ascii="Arial" w:hAnsi="Arial" w:cs="Arial"/>
          <w:bCs/>
          <w:spacing w:val="-3"/>
          <w:sz w:val="24"/>
          <w:szCs w:val="24"/>
        </w:rPr>
        <w:t>considerará</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el</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grado</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discapacidad</w:t>
      </w:r>
      <w:proofErr w:type="spellEnd"/>
      <w:r w:rsidRPr="000F56FB">
        <w:rPr>
          <w:rFonts w:ascii="Arial" w:hAnsi="Arial" w:cs="Arial"/>
          <w:bCs/>
          <w:spacing w:val="-3"/>
          <w:sz w:val="24"/>
          <w:szCs w:val="24"/>
        </w:rPr>
        <w:t xml:space="preserve"> que </w:t>
      </w:r>
      <w:proofErr w:type="spellStart"/>
      <w:r w:rsidRPr="000F56FB">
        <w:rPr>
          <w:rFonts w:ascii="Arial" w:hAnsi="Arial" w:cs="Arial"/>
          <w:bCs/>
          <w:spacing w:val="-3"/>
          <w:sz w:val="24"/>
          <w:szCs w:val="24"/>
        </w:rPr>
        <w:t>pueda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tener</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caso</w:t>
      </w:r>
      <w:proofErr w:type="spellEnd"/>
      <w:r w:rsidRPr="000F56FB">
        <w:rPr>
          <w:rFonts w:ascii="Arial" w:hAnsi="Arial" w:cs="Arial"/>
          <w:bCs/>
          <w:spacing w:val="-3"/>
          <w:sz w:val="24"/>
          <w:szCs w:val="24"/>
        </w:rPr>
        <w:t xml:space="preserve"> de ser </w:t>
      </w:r>
      <w:proofErr w:type="spellStart"/>
      <w:r w:rsidRPr="000F56FB">
        <w:rPr>
          <w:rFonts w:ascii="Arial" w:hAnsi="Arial" w:cs="Arial"/>
          <w:bCs/>
          <w:spacing w:val="-3"/>
          <w:sz w:val="24"/>
          <w:szCs w:val="24"/>
        </w:rPr>
        <w:t>necesario</w:t>
      </w:r>
      <w:proofErr w:type="spellEnd"/>
      <w:r w:rsidRPr="000F56FB">
        <w:rPr>
          <w:rFonts w:ascii="Arial" w:hAnsi="Arial" w:cs="Arial"/>
          <w:bCs/>
          <w:spacing w:val="-3"/>
          <w:sz w:val="24"/>
          <w:szCs w:val="24"/>
        </w:rPr>
        <w:t xml:space="preserve">, que </w:t>
      </w:r>
      <w:proofErr w:type="spellStart"/>
      <w:r w:rsidRPr="000F56FB">
        <w:rPr>
          <w:rFonts w:ascii="Arial" w:hAnsi="Arial" w:cs="Arial"/>
          <w:bCs/>
          <w:spacing w:val="-3"/>
          <w:sz w:val="24"/>
          <w:szCs w:val="24"/>
        </w:rPr>
        <w:lastRenderedPageBreak/>
        <w:t>los</w:t>
      </w:r>
      <w:proofErr w:type="spellEnd"/>
      <w:r w:rsidRPr="000F56FB">
        <w:rPr>
          <w:rFonts w:ascii="Arial" w:hAnsi="Arial" w:cs="Arial"/>
          <w:bCs/>
          <w:spacing w:val="-3"/>
          <w:sz w:val="24"/>
          <w:szCs w:val="24"/>
        </w:rPr>
        <w:t xml:space="preserve"> padres, madres o </w:t>
      </w:r>
      <w:proofErr w:type="spellStart"/>
      <w:r w:rsidRPr="000F56FB">
        <w:rPr>
          <w:rFonts w:ascii="Arial" w:hAnsi="Arial" w:cs="Arial"/>
          <w:bCs/>
          <w:spacing w:val="-3"/>
          <w:sz w:val="24"/>
          <w:szCs w:val="24"/>
        </w:rPr>
        <w:t>tutores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legales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sean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responsables</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estas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decisiones</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acuerdo</w:t>
      </w:r>
      <w:proofErr w:type="spellEnd"/>
      <w:r w:rsidRPr="000F56FB">
        <w:rPr>
          <w:rFonts w:ascii="Arial" w:hAnsi="Arial" w:cs="Arial"/>
          <w:bCs/>
          <w:spacing w:val="-3"/>
          <w:sz w:val="24"/>
          <w:szCs w:val="24"/>
        </w:rPr>
        <w:t xml:space="preserve"> con la </w:t>
      </w:r>
      <w:proofErr w:type="spellStart"/>
      <w:r w:rsidRPr="000F56FB">
        <w:rPr>
          <w:rFonts w:ascii="Arial" w:hAnsi="Arial" w:cs="Arial"/>
          <w:bCs/>
          <w:spacing w:val="-3"/>
          <w:sz w:val="24"/>
          <w:szCs w:val="24"/>
        </w:rPr>
        <w:t>situación</w:t>
      </w:r>
      <w:proofErr w:type="spellEnd"/>
      <w:r w:rsidRPr="000F56FB">
        <w:rPr>
          <w:rFonts w:ascii="Arial" w:hAnsi="Arial" w:cs="Arial"/>
          <w:bCs/>
          <w:spacing w:val="-3"/>
          <w:sz w:val="24"/>
          <w:szCs w:val="24"/>
        </w:rPr>
        <w:t xml:space="preserve"> individual de </w:t>
      </w:r>
      <w:proofErr w:type="spellStart"/>
      <w:r w:rsidRPr="000F56FB">
        <w:rPr>
          <w:rFonts w:ascii="Arial" w:hAnsi="Arial" w:cs="Arial"/>
          <w:bCs/>
          <w:spacing w:val="-3"/>
          <w:sz w:val="24"/>
          <w:szCs w:val="24"/>
        </w:rPr>
        <w:t>apoyos</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ellos</w:t>
      </w:r>
      <w:proofErr w:type="spellEnd"/>
      <w:r w:rsidRPr="000F56FB">
        <w:rPr>
          <w:rFonts w:ascii="Arial" w:hAnsi="Arial" w:cs="Arial"/>
          <w:bCs/>
          <w:spacing w:val="-3"/>
          <w:sz w:val="24"/>
          <w:szCs w:val="24"/>
        </w:rPr>
        <w:t xml:space="preserve"> y que,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ningún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caso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implique</w:t>
      </w:r>
      <w:proofErr w:type="spellEnd"/>
      <w:r w:rsidRPr="000F56FB">
        <w:rPr>
          <w:rFonts w:ascii="Arial" w:hAnsi="Arial" w:cs="Arial"/>
          <w:bCs/>
          <w:spacing w:val="-3"/>
          <w:sz w:val="24"/>
          <w:szCs w:val="24"/>
        </w:rPr>
        <w:t xml:space="preserve"> un </w:t>
      </w:r>
      <w:proofErr w:type="spellStart"/>
      <w:r w:rsidRPr="000F56FB">
        <w:rPr>
          <w:rFonts w:ascii="Arial" w:hAnsi="Arial" w:cs="Arial"/>
          <w:bCs/>
          <w:spacing w:val="-3"/>
          <w:sz w:val="24"/>
          <w:szCs w:val="24"/>
        </w:rPr>
        <w:t>desmedro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su</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autonomía</w:t>
      </w:r>
      <w:proofErr w:type="spellEnd"/>
      <w:r w:rsidRPr="000F56FB">
        <w:rPr>
          <w:rFonts w:ascii="Arial" w:hAnsi="Arial" w:cs="Arial"/>
          <w:bCs/>
          <w:spacing w:val="-3"/>
          <w:sz w:val="24"/>
          <w:szCs w:val="24"/>
        </w:rPr>
        <w:t xml:space="preserve"> e </w:t>
      </w:r>
      <w:proofErr w:type="spellStart"/>
      <w:r w:rsidRPr="000F56FB">
        <w:rPr>
          <w:rFonts w:ascii="Arial" w:hAnsi="Arial" w:cs="Arial"/>
          <w:bCs/>
          <w:spacing w:val="-3"/>
          <w:sz w:val="24"/>
          <w:szCs w:val="24"/>
        </w:rPr>
        <w:t>independencia</w:t>
      </w:r>
      <w:proofErr w:type="spellEnd"/>
      <w:r w:rsidRPr="000F56FB">
        <w:rPr>
          <w:rFonts w:ascii="Arial" w:hAnsi="Arial" w:cs="Arial"/>
          <w:bCs/>
          <w:spacing w:val="-3"/>
          <w:sz w:val="24"/>
          <w:szCs w:val="24"/>
        </w:rPr>
        <w:t>.</w:t>
      </w:r>
    </w:p>
    <w:p w14:paraId="045FE20D" w14:textId="77777777" w:rsidR="00893C50" w:rsidRPr="000F56FB" w:rsidRDefault="00893C50" w:rsidP="00893C50">
      <w:pPr>
        <w:pStyle w:val="Prrafodelista"/>
        <w:widowControl w:val="0"/>
        <w:numPr>
          <w:ilvl w:val="0"/>
          <w:numId w:val="56"/>
        </w:numPr>
        <w:tabs>
          <w:tab w:val="left" w:pos="722"/>
        </w:tabs>
        <w:autoSpaceDE w:val="0"/>
        <w:autoSpaceDN w:val="0"/>
        <w:spacing w:before="25" w:after="0" w:line="360" w:lineRule="auto"/>
        <w:ind w:right="49"/>
        <w:contextualSpacing w:val="0"/>
        <w:jc w:val="both"/>
        <w:rPr>
          <w:rFonts w:ascii="Arial" w:hAnsi="Arial" w:cs="Arial"/>
          <w:bCs/>
          <w:spacing w:val="-3"/>
          <w:sz w:val="24"/>
          <w:szCs w:val="24"/>
        </w:rPr>
      </w:pPr>
      <w:proofErr w:type="spellStart"/>
      <w:r w:rsidRPr="000F56FB">
        <w:rPr>
          <w:rFonts w:ascii="Arial" w:hAnsi="Arial" w:cs="Arial"/>
          <w:b/>
          <w:spacing w:val="-3"/>
          <w:sz w:val="24"/>
          <w:szCs w:val="24"/>
        </w:rPr>
        <w:t>Perspectiva</w:t>
      </w:r>
      <w:proofErr w:type="spellEnd"/>
      <w:r w:rsidRPr="000F56FB">
        <w:rPr>
          <w:rFonts w:ascii="Arial" w:hAnsi="Arial" w:cs="Arial"/>
          <w:b/>
          <w:spacing w:val="-3"/>
          <w:sz w:val="24"/>
          <w:szCs w:val="24"/>
        </w:rPr>
        <w:t xml:space="preserve"> de </w:t>
      </w:r>
      <w:proofErr w:type="spellStart"/>
      <w:r w:rsidRPr="000F56FB">
        <w:rPr>
          <w:rFonts w:ascii="Arial" w:hAnsi="Arial" w:cs="Arial"/>
          <w:b/>
          <w:spacing w:val="-3"/>
          <w:sz w:val="24"/>
          <w:szCs w:val="24"/>
        </w:rPr>
        <w:t>género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implica</w:t>
      </w:r>
      <w:proofErr w:type="spellEnd"/>
      <w:r w:rsidRPr="000F56FB">
        <w:rPr>
          <w:rFonts w:ascii="Arial" w:hAnsi="Arial" w:cs="Arial"/>
          <w:bCs/>
          <w:spacing w:val="-3"/>
          <w:sz w:val="24"/>
          <w:szCs w:val="24"/>
        </w:rPr>
        <w:t xml:space="preserve"> que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la </w:t>
      </w:r>
      <w:proofErr w:type="spellStart"/>
      <w:r w:rsidRPr="000F56FB">
        <w:rPr>
          <w:rFonts w:ascii="Arial" w:hAnsi="Arial" w:cs="Arial"/>
          <w:bCs/>
          <w:spacing w:val="-3"/>
          <w:sz w:val="24"/>
          <w:szCs w:val="24"/>
        </w:rPr>
        <w:t>elaboración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ejecución</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evaluación</w:t>
      </w:r>
      <w:proofErr w:type="spellEnd"/>
      <w:r w:rsidRPr="000F56FB">
        <w:rPr>
          <w:rFonts w:ascii="Arial" w:hAnsi="Arial" w:cs="Arial"/>
          <w:bCs/>
          <w:spacing w:val="-3"/>
          <w:sz w:val="24"/>
          <w:szCs w:val="24"/>
        </w:rPr>
        <w:t xml:space="preserve"> de las </w:t>
      </w:r>
      <w:proofErr w:type="spellStart"/>
      <w:r w:rsidRPr="000F56FB">
        <w:rPr>
          <w:rFonts w:ascii="Arial" w:hAnsi="Arial" w:cs="Arial"/>
          <w:bCs/>
          <w:spacing w:val="-3"/>
          <w:sz w:val="24"/>
          <w:szCs w:val="24"/>
        </w:rPr>
        <w:t>medidas</w:t>
      </w:r>
      <w:proofErr w:type="spellEnd"/>
      <w:r w:rsidRPr="000F56FB">
        <w:rPr>
          <w:rFonts w:ascii="Arial" w:hAnsi="Arial" w:cs="Arial"/>
          <w:bCs/>
          <w:spacing w:val="-3"/>
          <w:sz w:val="24"/>
          <w:szCs w:val="24"/>
        </w:rPr>
        <w:t xml:space="preserve"> que se </w:t>
      </w:r>
      <w:proofErr w:type="spellStart"/>
      <w:r w:rsidRPr="000F56FB">
        <w:rPr>
          <w:rFonts w:ascii="Arial" w:hAnsi="Arial" w:cs="Arial"/>
          <w:bCs/>
          <w:spacing w:val="-3"/>
          <w:sz w:val="24"/>
          <w:szCs w:val="24"/>
        </w:rPr>
        <w:t>adopten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relación</w:t>
      </w:r>
      <w:proofErr w:type="spellEnd"/>
      <w:r w:rsidRPr="000F56FB">
        <w:rPr>
          <w:rFonts w:ascii="Arial" w:hAnsi="Arial" w:cs="Arial"/>
          <w:bCs/>
          <w:spacing w:val="-3"/>
          <w:sz w:val="24"/>
          <w:szCs w:val="24"/>
        </w:rPr>
        <w:t xml:space="preserve"> con </w:t>
      </w:r>
      <w:proofErr w:type="spellStart"/>
      <w:r w:rsidRPr="000F56FB">
        <w:rPr>
          <w:rFonts w:ascii="Arial" w:hAnsi="Arial" w:cs="Arial"/>
          <w:bCs/>
          <w:spacing w:val="-3"/>
          <w:sz w:val="24"/>
          <w:szCs w:val="24"/>
        </w:rPr>
        <w:t>estas</w:t>
      </w:r>
      <w:proofErr w:type="spellEnd"/>
      <w:r w:rsidRPr="000F56FB">
        <w:rPr>
          <w:rFonts w:ascii="Arial" w:hAnsi="Arial" w:cs="Arial"/>
          <w:bCs/>
          <w:spacing w:val="-3"/>
          <w:sz w:val="24"/>
          <w:szCs w:val="24"/>
        </w:rPr>
        <w:t xml:space="preserve"> personas </w:t>
      </w:r>
      <w:proofErr w:type="spellStart"/>
      <w:r w:rsidRPr="000F56FB">
        <w:rPr>
          <w:rFonts w:ascii="Arial" w:hAnsi="Arial" w:cs="Arial"/>
          <w:bCs/>
          <w:spacing w:val="-3"/>
          <w:sz w:val="24"/>
          <w:szCs w:val="24"/>
        </w:rPr>
        <w:t>deberá</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considerarse</w:t>
      </w:r>
      <w:proofErr w:type="spellEnd"/>
      <w:r w:rsidRPr="000F56FB">
        <w:rPr>
          <w:rFonts w:ascii="Arial" w:hAnsi="Arial" w:cs="Arial"/>
          <w:bCs/>
          <w:spacing w:val="-3"/>
          <w:sz w:val="24"/>
          <w:szCs w:val="24"/>
        </w:rPr>
        <w:t xml:space="preserve"> la variable de </w:t>
      </w:r>
      <w:proofErr w:type="spellStart"/>
      <w:r w:rsidRPr="000F56FB">
        <w:rPr>
          <w:rFonts w:ascii="Arial" w:hAnsi="Arial" w:cs="Arial"/>
          <w:bCs/>
          <w:spacing w:val="-3"/>
          <w:sz w:val="24"/>
          <w:szCs w:val="24"/>
        </w:rPr>
        <w:t>género</w:t>
      </w:r>
      <w:proofErr w:type="spellEnd"/>
      <w:r w:rsidRPr="000F56FB">
        <w:rPr>
          <w:rFonts w:ascii="Arial" w:hAnsi="Arial" w:cs="Arial"/>
          <w:bCs/>
          <w:spacing w:val="-3"/>
          <w:sz w:val="24"/>
          <w:szCs w:val="24"/>
        </w:rPr>
        <w:t>.</w:t>
      </w:r>
    </w:p>
    <w:p w14:paraId="6D6FCBBD" w14:textId="77777777" w:rsidR="00893C50" w:rsidRPr="000F56FB" w:rsidRDefault="00893C50" w:rsidP="00893C50">
      <w:pPr>
        <w:pStyle w:val="Prrafodelista"/>
        <w:widowControl w:val="0"/>
        <w:numPr>
          <w:ilvl w:val="0"/>
          <w:numId w:val="56"/>
        </w:numPr>
        <w:tabs>
          <w:tab w:val="left" w:pos="722"/>
        </w:tabs>
        <w:autoSpaceDE w:val="0"/>
        <w:autoSpaceDN w:val="0"/>
        <w:spacing w:before="25" w:after="0" w:line="360" w:lineRule="auto"/>
        <w:ind w:right="49"/>
        <w:contextualSpacing w:val="0"/>
        <w:jc w:val="both"/>
        <w:rPr>
          <w:rFonts w:ascii="Arial" w:hAnsi="Arial" w:cs="Arial"/>
          <w:bCs/>
          <w:spacing w:val="-3"/>
          <w:sz w:val="24"/>
          <w:szCs w:val="24"/>
        </w:rPr>
      </w:pPr>
      <w:proofErr w:type="spellStart"/>
      <w:r w:rsidRPr="000F56FB">
        <w:rPr>
          <w:rFonts w:ascii="Arial" w:hAnsi="Arial" w:cs="Arial"/>
          <w:b/>
          <w:spacing w:val="-3"/>
          <w:sz w:val="24"/>
          <w:szCs w:val="24"/>
        </w:rPr>
        <w:t>Neurodiversidad</w:t>
      </w:r>
      <w:proofErr w:type="spellEnd"/>
      <w:r w:rsidRPr="000F56FB">
        <w:rPr>
          <w:rFonts w:ascii="Arial" w:hAnsi="Arial" w:cs="Arial"/>
          <w:b/>
          <w:spacing w:val="-3"/>
          <w:sz w:val="24"/>
          <w:szCs w:val="24"/>
        </w:rPr>
        <w:t>,</w:t>
      </w:r>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referido</w:t>
      </w:r>
      <w:proofErr w:type="spellEnd"/>
      <w:r w:rsidRPr="000F56FB">
        <w:rPr>
          <w:rFonts w:ascii="Arial" w:hAnsi="Arial" w:cs="Arial"/>
          <w:bCs/>
          <w:spacing w:val="-3"/>
          <w:sz w:val="24"/>
          <w:szCs w:val="24"/>
        </w:rPr>
        <w:t xml:space="preserve"> a la </w:t>
      </w:r>
      <w:proofErr w:type="spellStart"/>
      <w:r w:rsidRPr="000F56FB">
        <w:rPr>
          <w:rFonts w:ascii="Arial" w:hAnsi="Arial" w:cs="Arial"/>
          <w:bCs/>
          <w:spacing w:val="-3"/>
          <w:sz w:val="24"/>
          <w:szCs w:val="24"/>
        </w:rPr>
        <w:t>variabilidad</w:t>
      </w:r>
      <w:proofErr w:type="spellEnd"/>
      <w:r w:rsidRPr="000F56FB">
        <w:rPr>
          <w:rFonts w:ascii="Arial" w:hAnsi="Arial" w:cs="Arial"/>
          <w:bCs/>
          <w:spacing w:val="-3"/>
          <w:sz w:val="24"/>
          <w:szCs w:val="24"/>
        </w:rPr>
        <w:t xml:space="preserve"> natural que </w:t>
      </w:r>
      <w:proofErr w:type="spellStart"/>
      <w:r w:rsidRPr="000F56FB">
        <w:rPr>
          <w:rFonts w:ascii="Arial" w:hAnsi="Arial" w:cs="Arial"/>
          <w:bCs/>
          <w:spacing w:val="-3"/>
          <w:sz w:val="24"/>
          <w:szCs w:val="24"/>
        </w:rPr>
        <w:t>tienen</w:t>
      </w:r>
      <w:proofErr w:type="spellEnd"/>
      <w:r w:rsidRPr="000F56FB">
        <w:rPr>
          <w:rFonts w:ascii="Arial" w:hAnsi="Arial" w:cs="Arial"/>
          <w:bCs/>
          <w:spacing w:val="-3"/>
          <w:sz w:val="24"/>
          <w:szCs w:val="24"/>
        </w:rPr>
        <w:t xml:space="preserve"> las personas </w:t>
      </w:r>
      <w:proofErr w:type="spellStart"/>
      <w:r w:rsidRPr="000F56FB">
        <w:rPr>
          <w:rFonts w:ascii="Arial" w:hAnsi="Arial" w:cs="Arial"/>
          <w:bCs/>
          <w:spacing w:val="-3"/>
          <w:sz w:val="24"/>
          <w:szCs w:val="24"/>
        </w:rPr>
        <w:t>respecto</w:t>
      </w:r>
      <w:proofErr w:type="spellEnd"/>
      <w:r w:rsidRPr="000F56FB">
        <w:rPr>
          <w:rFonts w:ascii="Arial" w:hAnsi="Arial" w:cs="Arial"/>
          <w:bCs/>
          <w:spacing w:val="-3"/>
          <w:sz w:val="24"/>
          <w:szCs w:val="24"/>
        </w:rPr>
        <w:t xml:space="preserve"> del </w:t>
      </w:r>
      <w:proofErr w:type="spellStart"/>
      <w:r w:rsidRPr="000F56FB">
        <w:rPr>
          <w:rFonts w:ascii="Arial" w:hAnsi="Arial" w:cs="Arial"/>
          <w:bCs/>
          <w:spacing w:val="-3"/>
          <w:sz w:val="24"/>
          <w:szCs w:val="24"/>
        </w:rPr>
        <w:t>funcionamiento</w:t>
      </w:r>
      <w:proofErr w:type="spellEnd"/>
      <w:r w:rsidRPr="000F56FB">
        <w:rPr>
          <w:rFonts w:ascii="Arial" w:hAnsi="Arial" w:cs="Arial"/>
          <w:bCs/>
          <w:spacing w:val="-3"/>
          <w:sz w:val="24"/>
          <w:szCs w:val="24"/>
        </w:rPr>
        <w:t xml:space="preserve"> cerebral, </w:t>
      </w:r>
      <w:proofErr w:type="spellStart"/>
      <w:r w:rsidRPr="000F56FB">
        <w:rPr>
          <w:rFonts w:ascii="Arial" w:hAnsi="Arial" w:cs="Arial"/>
          <w:bCs/>
          <w:spacing w:val="-3"/>
          <w:sz w:val="24"/>
          <w:szCs w:val="24"/>
        </w:rPr>
        <w:t>presentando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diversas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formas</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sociabilidad</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aprendizaje</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atención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desarrollo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emocional</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conductual</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otras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funciones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neurocognitivas</w:t>
      </w:r>
      <w:proofErr w:type="spellEnd"/>
      <w:r w:rsidRPr="000F56FB">
        <w:rPr>
          <w:rFonts w:ascii="Arial" w:hAnsi="Arial" w:cs="Arial"/>
          <w:bCs/>
          <w:spacing w:val="-3"/>
          <w:sz w:val="24"/>
          <w:szCs w:val="24"/>
        </w:rPr>
        <w:t>.</w:t>
      </w:r>
    </w:p>
    <w:p w14:paraId="74E7F0A7" w14:textId="77777777" w:rsidR="00893C50" w:rsidRPr="000F56FB" w:rsidRDefault="00893C50" w:rsidP="00893C50">
      <w:pPr>
        <w:pStyle w:val="Prrafodelista"/>
        <w:widowControl w:val="0"/>
        <w:numPr>
          <w:ilvl w:val="0"/>
          <w:numId w:val="56"/>
        </w:numPr>
        <w:tabs>
          <w:tab w:val="left" w:pos="722"/>
        </w:tabs>
        <w:autoSpaceDE w:val="0"/>
        <w:autoSpaceDN w:val="0"/>
        <w:spacing w:before="25" w:after="0" w:line="360" w:lineRule="auto"/>
        <w:ind w:right="49"/>
        <w:contextualSpacing w:val="0"/>
        <w:jc w:val="both"/>
        <w:rPr>
          <w:rFonts w:ascii="Arial" w:hAnsi="Arial" w:cs="Arial"/>
          <w:bCs/>
          <w:spacing w:val="-3"/>
          <w:sz w:val="24"/>
          <w:szCs w:val="24"/>
        </w:rPr>
      </w:pPr>
      <w:proofErr w:type="spellStart"/>
      <w:r w:rsidRPr="000F56FB">
        <w:rPr>
          <w:rFonts w:ascii="Arial" w:hAnsi="Arial" w:cs="Arial"/>
          <w:b/>
          <w:spacing w:val="-3"/>
          <w:sz w:val="24"/>
          <w:szCs w:val="24"/>
        </w:rPr>
        <w:t>Seguimiento</w:t>
      </w:r>
      <w:proofErr w:type="spellEnd"/>
      <w:r w:rsidRPr="000F56FB">
        <w:rPr>
          <w:rFonts w:ascii="Arial" w:hAnsi="Arial" w:cs="Arial"/>
          <w:b/>
          <w:spacing w:val="-3"/>
          <w:sz w:val="24"/>
          <w:szCs w:val="24"/>
        </w:rPr>
        <w:t xml:space="preserve"> continuo,</w:t>
      </w:r>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esto</w:t>
      </w:r>
      <w:proofErr w:type="spellEnd"/>
      <w:r w:rsidRPr="000F56FB">
        <w:rPr>
          <w:rFonts w:ascii="Arial" w:hAnsi="Arial" w:cs="Arial"/>
          <w:bCs/>
          <w:spacing w:val="-3"/>
          <w:sz w:val="24"/>
          <w:szCs w:val="24"/>
        </w:rPr>
        <w:t xml:space="preserve"> es, </w:t>
      </w:r>
      <w:proofErr w:type="spellStart"/>
      <w:r w:rsidRPr="000F56FB">
        <w:rPr>
          <w:rFonts w:ascii="Arial" w:hAnsi="Arial" w:cs="Arial"/>
          <w:bCs/>
          <w:spacing w:val="-3"/>
          <w:sz w:val="24"/>
          <w:szCs w:val="24"/>
        </w:rPr>
        <w:t>una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vez</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diagnosticada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una</w:t>
      </w:r>
      <w:proofErr w:type="spellEnd"/>
      <w:r w:rsidRPr="000F56FB">
        <w:rPr>
          <w:rFonts w:ascii="Arial" w:hAnsi="Arial" w:cs="Arial"/>
          <w:bCs/>
          <w:spacing w:val="-3"/>
          <w:sz w:val="24"/>
          <w:szCs w:val="24"/>
        </w:rPr>
        <w:t xml:space="preserve"> persona con </w:t>
      </w:r>
      <w:proofErr w:type="spellStart"/>
      <w:r w:rsidRPr="000F56FB">
        <w:rPr>
          <w:rFonts w:ascii="Arial" w:hAnsi="Arial" w:cs="Arial"/>
          <w:bCs/>
          <w:spacing w:val="-3"/>
          <w:sz w:val="24"/>
          <w:szCs w:val="24"/>
        </w:rPr>
        <w:t>trastorno</w:t>
      </w:r>
      <w:proofErr w:type="spellEnd"/>
      <w:r w:rsidRPr="000F56FB">
        <w:rPr>
          <w:rFonts w:ascii="Arial" w:hAnsi="Arial" w:cs="Arial"/>
          <w:bCs/>
          <w:spacing w:val="-3"/>
          <w:sz w:val="24"/>
          <w:szCs w:val="24"/>
        </w:rPr>
        <w:t xml:space="preserve"> del </w:t>
      </w:r>
      <w:proofErr w:type="spellStart"/>
      <w:r w:rsidRPr="000F56FB">
        <w:rPr>
          <w:rFonts w:ascii="Arial" w:hAnsi="Arial" w:cs="Arial"/>
          <w:bCs/>
          <w:spacing w:val="-3"/>
          <w:sz w:val="24"/>
          <w:szCs w:val="24"/>
        </w:rPr>
        <w:t>espectro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autista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existirá</w:t>
      </w:r>
      <w:proofErr w:type="spellEnd"/>
      <w:r w:rsidRPr="000F56FB">
        <w:rPr>
          <w:rFonts w:ascii="Arial" w:hAnsi="Arial" w:cs="Arial"/>
          <w:bCs/>
          <w:spacing w:val="-3"/>
          <w:sz w:val="24"/>
          <w:szCs w:val="24"/>
        </w:rPr>
        <w:t xml:space="preserve"> la </w:t>
      </w:r>
      <w:proofErr w:type="spellStart"/>
      <w:r w:rsidRPr="000F56FB">
        <w:rPr>
          <w:rFonts w:ascii="Arial" w:hAnsi="Arial" w:cs="Arial"/>
          <w:bCs/>
          <w:spacing w:val="-3"/>
          <w:sz w:val="24"/>
          <w:szCs w:val="24"/>
        </w:rPr>
        <w:t>obligación</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parte</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los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actores</w:t>
      </w:r>
      <w:proofErr w:type="spellEnd"/>
      <w:r w:rsidRPr="000F56FB">
        <w:rPr>
          <w:rFonts w:ascii="Arial" w:hAnsi="Arial" w:cs="Arial"/>
          <w:bCs/>
          <w:spacing w:val="-3"/>
          <w:sz w:val="24"/>
          <w:szCs w:val="24"/>
        </w:rPr>
        <w:t xml:space="preserve"> que </w:t>
      </w:r>
      <w:proofErr w:type="spellStart"/>
      <w:r w:rsidRPr="000F56FB">
        <w:rPr>
          <w:rFonts w:ascii="Arial" w:hAnsi="Arial" w:cs="Arial"/>
          <w:bCs/>
          <w:spacing w:val="-3"/>
          <w:sz w:val="24"/>
          <w:szCs w:val="24"/>
        </w:rPr>
        <w:t>formen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parte</w:t>
      </w:r>
      <w:proofErr w:type="spellEnd"/>
      <w:r w:rsidRPr="000F56FB">
        <w:rPr>
          <w:rFonts w:ascii="Arial" w:hAnsi="Arial" w:cs="Arial"/>
          <w:bCs/>
          <w:spacing w:val="-3"/>
          <w:sz w:val="24"/>
          <w:szCs w:val="24"/>
        </w:rPr>
        <w:t xml:space="preserve"> de la red de </w:t>
      </w:r>
      <w:proofErr w:type="spellStart"/>
      <w:r w:rsidRPr="000F56FB">
        <w:rPr>
          <w:rFonts w:ascii="Arial" w:hAnsi="Arial" w:cs="Arial"/>
          <w:bCs/>
          <w:spacing w:val="-3"/>
          <w:sz w:val="24"/>
          <w:szCs w:val="24"/>
        </w:rPr>
        <w:t>protección</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tratamiento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especial del Estado, de </w:t>
      </w:r>
      <w:proofErr w:type="spellStart"/>
      <w:r w:rsidRPr="000F56FB">
        <w:rPr>
          <w:rFonts w:ascii="Arial" w:hAnsi="Arial" w:cs="Arial"/>
          <w:bCs/>
          <w:spacing w:val="-3"/>
          <w:sz w:val="24"/>
          <w:szCs w:val="24"/>
        </w:rPr>
        <w:t>acompañarla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durante</w:t>
      </w:r>
      <w:proofErr w:type="spellEnd"/>
      <w:r w:rsidRPr="000F56FB">
        <w:rPr>
          <w:rFonts w:ascii="Arial" w:hAnsi="Arial" w:cs="Arial"/>
          <w:bCs/>
          <w:spacing w:val="-3"/>
          <w:sz w:val="24"/>
          <w:szCs w:val="24"/>
        </w:rPr>
        <w:t xml:space="preserve"> las </w:t>
      </w:r>
      <w:proofErr w:type="spellStart"/>
      <w:r w:rsidRPr="000F56FB">
        <w:rPr>
          <w:rFonts w:ascii="Arial" w:hAnsi="Arial" w:cs="Arial"/>
          <w:bCs/>
          <w:spacing w:val="-3"/>
          <w:sz w:val="24"/>
          <w:szCs w:val="24"/>
        </w:rPr>
        <w:t>diferentes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etapas</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su</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vida</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proveer</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soluciones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adecuadas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cuando</w:t>
      </w:r>
      <w:proofErr w:type="spellEnd"/>
      <w:r w:rsidRPr="000F56FB">
        <w:rPr>
          <w:rFonts w:ascii="Arial" w:hAnsi="Arial" w:cs="Arial"/>
          <w:bCs/>
          <w:spacing w:val="-3"/>
          <w:sz w:val="24"/>
          <w:szCs w:val="24"/>
        </w:rPr>
        <w:t xml:space="preserve"> sea </w:t>
      </w:r>
      <w:proofErr w:type="spellStart"/>
      <w:r w:rsidRPr="000F56FB">
        <w:rPr>
          <w:rFonts w:ascii="Arial" w:hAnsi="Arial" w:cs="Arial"/>
          <w:bCs/>
          <w:spacing w:val="-3"/>
          <w:sz w:val="24"/>
          <w:szCs w:val="24"/>
        </w:rPr>
        <w:t>necesario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tomando</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consideración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su</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grado</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discapacidad</w:t>
      </w:r>
      <w:proofErr w:type="spellEnd"/>
    </w:p>
    <w:p w14:paraId="01082C62" w14:textId="77777777" w:rsidR="00893C50" w:rsidRDefault="00893C50" w:rsidP="00893C50">
      <w:pPr>
        <w:pStyle w:val="Prrafodelista"/>
        <w:tabs>
          <w:tab w:val="left" w:pos="722"/>
        </w:tabs>
        <w:spacing w:before="25" w:line="360" w:lineRule="auto"/>
        <w:ind w:left="0" w:right="49"/>
        <w:rPr>
          <w:rFonts w:ascii="Arial" w:hAnsi="Arial" w:cs="Arial"/>
          <w:b/>
          <w:spacing w:val="-3"/>
          <w:sz w:val="24"/>
          <w:szCs w:val="24"/>
        </w:rPr>
      </w:pPr>
    </w:p>
    <w:p w14:paraId="319B6CDE" w14:textId="77777777" w:rsidR="00893C50" w:rsidRDefault="00893C50" w:rsidP="00893C50">
      <w:pPr>
        <w:pStyle w:val="Prrafodelista"/>
        <w:tabs>
          <w:tab w:val="left" w:pos="722"/>
        </w:tabs>
        <w:spacing w:before="25" w:line="360" w:lineRule="auto"/>
        <w:ind w:left="0" w:right="49"/>
        <w:rPr>
          <w:rFonts w:ascii="Arial" w:hAnsi="Arial" w:cs="Arial"/>
          <w:b/>
          <w:spacing w:val="-3"/>
          <w:sz w:val="24"/>
          <w:szCs w:val="24"/>
        </w:rPr>
      </w:pPr>
      <w:r w:rsidRPr="000F56FB">
        <w:rPr>
          <w:rFonts w:ascii="Arial" w:hAnsi="Arial" w:cs="Arial"/>
          <w:b/>
          <w:spacing w:val="-3"/>
          <w:sz w:val="24"/>
          <w:szCs w:val="24"/>
        </w:rPr>
        <w:t>OBLIGACIONES</w:t>
      </w:r>
      <w:r>
        <w:rPr>
          <w:rFonts w:ascii="Arial" w:hAnsi="Arial" w:cs="Arial"/>
          <w:b/>
          <w:spacing w:val="-3"/>
          <w:sz w:val="24"/>
          <w:szCs w:val="24"/>
        </w:rPr>
        <w:t xml:space="preserve"> </w:t>
      </w:r>
      <w:r w:rsidRPr="000F56FB">
        <w:rPr>
          <w:rFonts w:ascii="Arial" w:hAnsi="Arial" w:cs="Arial"/>
          <w:b/>
          <w:spacing w:val="-3"/>
          <w:sz w:val="24"/>
          <w:szCs w:val="24"/>
        </w:rPr>
        <w:t>ESPECÍFICAS</w:t>
      </w:r>
      <w:r>
        <w:rPr>
          <w:rFonts w:ascii="Arial" w:hAnsi="Arial" w:cs="Arial"/>
          <w:b/>
          <w:spacing w:val="-3"/>
          <w:sz w:val="24"/>
          <w:szCs w:val="24"/>
        </w:rPr>
        <w:t xml:space="preserve"> </w:t>
      </w:r>
      <w:r w:rsidRPr="000F56FB">
        <w:rPr>
          <w:rFonts w:ascii="Arial" w:hAnsi="Arial" w:cs="Arial"/>
          <w:b/>
          <w:spacing w:val="-3"/>
          <w:sz w:val="24"/>
          <w:szCs w:val="24"/>
        </w:rPr>
        <w:t>PARA</w:t>
      </w:r>
      <w:r>
        <w:rPr>
          <w:rFonts w:ascii="Arial" w:hAnsi="Arial" w:cs="Arial"/>
          <w:b/>
          <w:spacing w:val="-3"/>
          <w:sz w:val="24"/>
          <w:szCs w:val="24"/>
        </w:rPr>
        <w:t xml:space="preserve"> </w:t>
      </w:r>
      <w:r w:rsidRPr="000F56FB">
        <w:rPr>
          <w:rFonts w:ascii="Arial" w:hAnsi="Arial" w:cs="Arial"/>
          <w:b/>
          <w:spacing w:val="-3"/>
          <w:sz w:val="24"/>
          <w:szCs w:val="24"/>
        </w:rPr>
        <w:t>LOS</w:t>
      </w:r>
      <w:r>
        <w:rPr>
          <w:rFonts w:ascii="Arial" w:hAnsi="Arial" w:cs="Arial"/>
          <w:b/>
          <w:spacing w:val="-3"/>
          <w:sz w:val="24"/>
          <w:szCs w:val="24"/>
        </w:rPr>
        <w:t xml:space="preserve"> </w:t>
      </w:r>
      <w:r w:rsidRPr="000F56FB">
        <w:rPr>
          <w:rFonts w:ascii="Arial" w:hAnsi="Arial" w:cs="Arial"/>
          <w:b/>
          <w:spacing w:val="-3"/>
          <w:sz w:val="24"/>
          <w:szCs w:val="24"/>
        </w:rPr>
        <w:t>ESTABLECIMIENTOS EDUCACIONALES RESPECTO DE LOS PÁRVULOS Y ESTUDIANTES CON TRASTORNO</w:t>
      </w:r>
      <w:r>
        <w:rPr>
          <w:rFonts w:ascii="Arial" w:hAnsi="Arial" w:cs="Arial"/>
          <w:b/>
          <w:spacing w:val="-3"/>
          <w:sz w:val="24"/>
          <w:szCs w:val="24"/>
        </w:rPr>
        <w:t xml:space="preserve"> </w:t>
      </w:r>
      <w:r w:rsidRPr="000F56FB">
        <w:rPr>
          <w:rFonts w:ascii="Arial" w:hAnsi="Arial" w:cs="Arial"/>
          <w:b/>
          <w:spacing w:val="-3"/>
          <w:sz w:val="24"/>
          <w:szCs w:val="24"/>
        </w:rPr>
        <w:t>DEL</w:t>
      </w:r>
      <w:r>
        <w:rPr>
          <w:rFonts w:ascii="Arial" w:hAnsi="Arial" w:cs="Arial"/>
          <w:b/>
          <w:spacing w:val="-3"/>
          <w:sz w:val="24"/>
          <w:szCs w:val="24"/>
        </w:rPr>
        <w:t xml:space="preserve"> </w:t>
      </w:r>
      <w:r w:rsidRPr="000F56FB">
        <w:rPr>
          <w:rFonts w:ascii="Arial" w:hAnsi="Arial" w:cs="Arial"/>
          <w:b/>
          <w:spacing w:val="-3"/>
          <w:sz w:val="24"/>
          <w:szCs w:val="24"/>
        </w:rPr>
        <w:t>ESPECTRO</w:t>
      </w:r>
      <w:r>
        <w:rPr>
          <w:rFonts w:ascii="Arial" w:hAnsi="Arial" w:cs="Arial"/>
          <w:b/>
          <w:spacing w:val="-3"/>
          <w:sz w:val="24"/>
          <w:szCs w:val="24"/>
        </w:rPr>
        <w:t xml:space="preserve"> </w:t>
      </w:r>
      <w:r w:rsidRPr="000F56FB">
        <w:rPr>
          <w:rFonts w:ascii="Arial" w:hAnsi="Arial" w:cs="Arial"/>
          <w:b/>
          <w:spacing w:val="-3"/>
          <w:sz w:val="24"/>
          <w:szCs w:val="24"/>
        </w:rPr>
        <w:t>AUTISTA</w:t>
      </w:r>
    </w:p>
    <w:p w14:paraId="32AC3C25" w14:textId="77777777" w:rsidR="00893C50" w:rsidRDefault="00893C50" w:rsidP="00893C50">
      <w:pPr>
        <w:pStyle w:val="Prrafodelista"/>
        <w:tabs>
          <w:tab w:val="left" w:pos="722"/>
        </w:tabs>
        <w:spacing w:before="25" w:line="360" w:lineRule="auto"/>
        <w:ind w:left="0" w:right="49"/>
        <w:rPr>
          <w:rFonts w:ascii="Arial" w:hAnsi="Arial" w:cs="Arial"/>
          <w:b/>
          <w:spacing w:val="-3"/>
          <w:sz w:val="24"/>
          <w:szCs w:val="24"/>
        </w:rPr>
      </w:pPr>
    </w:p>
    <w:p w14:paraId="148C1EF7" w14:textId="77777777" w:rsidR="00893C50" w:rsidRPr="000F56FB" w:rsidRDefault="00893C50" w:rsidP="00893C50">
      <w:pPr>
        <w:pStyle w:val="Prrafodelista"/>
        <w:tabs>
          <w:tab w:val="left" w:pos="722"/>
        </w:tabs>
        <w:spacing w:before="25" w:line="360" w:lineRule="auto"/>
        <w:ind w:left="0" w:right="49"/>
        <w:rPr>
          <w:rFonts w:ascii="Arial" w:hAnsi="Arial" w:cs="Arial"/>
          <w:b/>
          <w:spacing w:val="-3"/>
          <w:sz w:val="24"/>
          <w:szCs w:val="24"/>
        </w:rPr>
      </w:pPr>
      <w:r w:rsidRPr="000F56FB">
        <w:rPr>
          <w:rFonts w:ascii="Arial" w:hAnsi="Arial" w:cs="Arial"/>
          <w:b/>
          <w:spacing w:val="-3"/>
          <w:sz w:val="24"/>
          <w:szCs w:val="24"/>
        </w:rPr>
        <w:t xml:space="preserve">En </w:t>
      </w:r>
      <w:proofErr w:type="spellStart"/>
      <w:r w:rsidRPr="000F56FB">
        <w:rPr>
          <w:rFonts w:ascii="Arial" w:hAnsi="Arial" w:cs="Arial"/>
          <w:b/>
          <w:spacing w:val="-3"/>
          <w:sz w:val="24"/>
          <w:szCs w:val="24"/>
        </w:rPr>
        <w:t>cuanto</w:t>
      </w:r>
      <w:proofErr w:type="spellEnd"/>
      <w:r w:rsidRPr="000F56FB">
        <w:rPr>
          <w:rFonts w:ascii="Arial" w:hAnsi="Arial" w:cs="Arial"/>
          <w:b/>
          <w:spacing w:val="-3"/>
          <w:sz w:val="24"/>
          <w:szCs w:val="24"/>
        </w:rPr>
        <w:t xml:space="preserve"> a </w:t>
      </w:r>
      <w:proofErr w:type="spellStart"/>
      <w:r w:rsidRPr="000F56FB">
        <w:rPr>
          <w:rFonts w:ascii="Arial" w:hAnsi="Arial" w:cs="Arial"/>
          <w:b/>
          <w:spacing w:val="-3"/>
          <w:sz w:val="24"/>
          <w:szCs w:val="24"/>
        </w:rPr>
        <w:t>su</w:t>
      </w:r>
      <w:proofErr w:type="spellEnd"/>
      <w:r w:rsidRPr="000F56FB">
        <w:rPr>
          <w:rFonts w:ascii="Arial" w:hAnsi="Arial" w:cs="Arial"/>
          <w:b/>
          <w:spacing w:val="-3"/>
          <w:sz w:val="24"/>
          <w:szCs w:val="24"/>
        </w:rPr>
        <w:t xml:space="preserve"> </w:t>
      </w:r>
      <w:proofErr w:type="spellStart"/>
      <w:r w:rsidRPr="000F56FB">
        <w:rPr>
          <w:rFonts w:ascii="Arial" w:hAnsi="Arial" w:cs="Arial"/>
          <w:b/>
          <w:spacing w:val="-3"/>
          <w:sz w:val="24"/>
          <w:szCs w:val="24"/>
        </w:rPr>
        <w:t>acceso</w:t>
      </w:r>
      <w:proofErr w:type="spellEnd"/>
      <w:r w:rsidRPr="000F56FB">
        <w:rPr>
          <w:rFonts w:ascii="Arial" w:hAnsi="Arial" w:cs="Arial"/>
          <w:b/>
          <w:spacing w:val="-3"/>
          <w:sz w:val="24"/>
          <w:szCs w:val="24"/>
        </w:rPr>
        <w:t xml:space="preserve"> a la </w:t>
      </w:r>
      <w:proofErr w:type="spellStart"/>
      <w:r w:rsidRPr="000F56FB">
        <w:rPr>
          <w:rFonts w:ascii="Arial" w:hAnsi="Arial" w:cs="Arial"/>
          <w:b/>
          <w:spacing w:val="-3"/>
          <w:sz w:val="24"/>
          <w:szCs w:val="24"/>
        </w:rPr>
        <w:t>educación</w:t>
      </w:r>
      <w:proofErr w:type="spellEnd"/>
    </w:p>
    <w:p w14:paraId="5E8C9872" w14:textId="77777777" w:rsidR="00893C50" w:rsidRDefault="00893C50" w:rsidP="00893C50">
      <w:pPr>
        <w:pStyle w:val="Prrafodelista"/>
        <w:tabs>
          <w:tab w:val="left" w:pos="722"/>
        </w:tabs>
        <w:spacing w:before="25" w:line="360" w:lineRule="auto"/>
        <w:ind w:left="0" w:right="49"/>
        <w:rPr>
          <w:rFonts w:ascii="Arial" w:hAnsi="Arial" w:cs="Arial"/>
          <w:bCs/>
          <w:spacing w:val="-3"/>
          <w:sz w:val="24"/>
          <w:szCs w:val="24"/>
        </w:rPr>
      </w:pPr>
      <w:r w:rsidRPr="000F56FB">
        <w:rPr>
          <w:rFonts w:ascii="Arial" w:hAnsi="Arial" w:cs="Arial"/>
          <w:bCs/>
          <w:spacing w:val="-3"/>
          <w:sz w:val="24"/>
          <w:szCs w:val="24"/>
        </w:rPr>
        <w:t xml:space="preserve">En </w:t>
      </w:r>
      <w:proofErr w:type="spellStart"/>
      <w:r w:rsidRPr="000F56FB">
        <w:rPr>
          <w:rFonts w:ascii="Arial" w:hAnsi="Arial" w:cs="Arial"/>
          <w:bCs/>
          <w:spacing w:val="-3"/>
          <w:sz w:val="24"/>
          <w:szCs w:val="24"/>
        </w:rPr>
        <w:t>virtud</w:t>
      </w:r>
      <w:proofErr w:type="spellEnd"/>
      <w:r w:rsidRPr="000F56FB">
        <w:rPr>
          <w:rFonts w:ascii="Arial" w:hAnsi="Arial" w:cs="Arial"/>
          <w:bCs/>
          <w:spacing w:val="-3"/>
          <w:sz w:val="24"/>
          <w:szCs w:val="24"/>
        </w:rPr>
        <w:t xml:space="preserve"> del derecho a la </w:t>
      </w:r>
      <w:proofErr w:type="spellStart"/>
      <w:r w:rsidRPr="000F56FB">
        <w:rPr>
          <w:rFonts w:ascii="Arial" w:hAnsi="Arial" w:cs="Arial"/>
          <w:bCs/>
          <w:spacing w:val="-3"/>
          <w:sz w:val="24"/>
          <w:szCs w:val="24"/>
        </w:rPr>
        <w:t>atención</w:t>
      </w:r>
      <w:proofErr w:type="spellEnd"/>
      <w:r w:rsidRPr="000F56FB">
        <w:rPr>
          <w:rFonts w:ascii="Arial" w:hAnsi="Arial" w:cs="Arial"/>
          <w:bCs/>
          <w:spacing w:val="-3"/>
          <w:sz w:val="24"/>
          <w:szCs w:val="24"/>
        </w:rPr>
        <w:t xml:space="preserve"> a la </w:t>
      </w:r>
      <w:proofErr w:type="spellStart"/>
      <w:r w:rsidRPr="000F56FB">
        <w:rPr>
          <w:rFonts w:ascii="Arial" w:hAnsi="Arial" w:cs="Arial"/>
          <w:bCs/>
          <w:spacing w:val="-3"/>
          <w:sz w:val="24"/>
          <w:szCs w:val="24"/>
        </w:rPr>
        <w:t>diversidad</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educativa</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los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párvulos</w:t>
      </w:r>
      <w:proofErr w:type="spellEnd"/>
      <w:r w:rsidRPr="000F56FB">
        <w:rPr>
          <w:rFonts w:ascii="Arial" w:hAnsi="Arial" w:cs="Arial"/>
          <w:bCs/>
          <w:spacing w:val="-3"/>
          <w:sz w:val="24"/>
          <w:szCs w:val="24"/>
        </w:rPr>
        <w:t xml:space="preserve"> y </w:t>
      </w:r>
      <w:proofErr w:type="spellStart"/>
      <w:r w:rsidRPr="000F56FB">
        <w:rPr>
          <w:rFonts w:ascii="Arial" w:hAnsi="Arial" w:cs="Arial"/>
          <w:bCs/>
          <w:spacing w:val="-3"/>
          <w:sz w:val="24"/>
          <w:szCs w:val="24"/>
        </w:rPr>
        <w:t>estudiantes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autistas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deben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disfrutar</w:t>
      </w:r>
      <w:proofErr w:type="spellEnd"/>
      <w:r w:rsidRPr="000F56FB">
        <w:rPr>
          <w:rFonts w:ascii="Arial" w:hAnsi="Arial" w:cs="Arial"/>
          <w:bCs/>
          <w:spacing w:val="-3"/>
          <w:sz w:val="24"/>
          <w:szCs w:val="24"/>
        </w:rPr>
        <w:t xml:space="preserve"> de un </w:t>
      </w:r>
      <w:proofErr w:type="spellStart"/>
      <w:r w:rsidRPr="000F56FB">
        <w:rPr>
          <w:rFonts w:ascii="Arial" w:hAnsi="Arial" w:cs="Arial"/>
          <w:bCs/>
          <w:spacing w:val="-3"/>
          <w:sz w:val="24"/>
          <w:szCs w:val="24"/>
        </w:rPr>
        <w:t>sistema</w:t>
      </w:r>
      <w:proofErr w:type="spellEnd"/>
      <w:r w:rsidRPr="000F56FB">
        <w:rPr>
          <w:rFonts w:ascii="Arial" w:hAnsi="Arial" w:cs="Arial"/>
          <w:bCs/>
          <w:spacing w:val="-3"/>
          <w:sz w:val="24"/>
          <w:szCs w:val="24"/>
        </w:rPr>
        <w:t xml:space="preserve"> de </w:t>
      </w:r>
      <w:proofErr w:type="spellStart"/>
      <w:r w:rsidRPr="000F56FB">
        <w:rPr>
          <w:rFonts w:ascii="Arial" w:hAnsi="Arial" w:cs="Arial"/>
          <w:bCs/>
          <w:spacing w:val="-3"/>
          <w:sz w:val="24"/>
          <w:szCs w:val="24"/>
        </w:rPr>
        <w:t>educación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inclusivo</w:t>
      </w:r>
      <w:proofErr w:type="spellEnd"/>
      <w:r w:rsidRPr="000F56FB">
        <w:rPr>
          <w:rFonts w:ascii="Arial" w:hAnsi="Arial" w:cs="Arial"/>
          <w:bCs/>
          <w:spacing w:val="-3"/>
          <w:sz w:val="24"/>
          <w:szCs w:val="24"/>
        </w:rPr>
        <w:t xml:space="preserve">, con </w:t>
      </w:r>
      <w:proofErr w:type="spellStart"/>
      <w:r w:rsidRPr="000F56FB">
        <w:rPr>
          <w:rFonts w:ascii="Arial" w:hAnsi="Arial" w:cs="Arial"/>
          <w:bCs/>
          <w:spacing w:val="-3"/>
          <w:sz w:val="24"/>
          <w:szCs w:val="24"/>
        </w:rPr>
        <w:t>acceso</w:t>
      </w:r>
      <w:proofErr w:type="spellEnd"/>
      <w:r w:rsidRPr="000F56FB">
        <w:rPr>
          <w:rFonts w:ascii="Arial" w:hAnsi="Arial" w:cs="Arial"/>
          <w:bCs/>
          <w:spacing w:val="-3"/>
          <w:sz w:val="24"/>
          <w:szCs w:val="24"/>
        </w:rPr>
        <w:t xml:space="preserve"> a la </w:t>
      </w:r>
      <w:proofErr w:type="spellStart"/>
      <w:r w:rsidRPr="000F56FB">
        <w:rPr>
          <w:rFonts w:ascii="Arial" w:hAnsi="Arial" w:cs="Arial"/>
          <w:bCs/>
          <w:spacing w:val="-3"/>
          <w:sz w:val="24"/>
          <w:szCs w:val="24"/>
        </w:rPr>
        <w:t>educación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en</w:t>
      </w:r>
      <w:proofErr w:type="spellEnd"/>
      <w:r w:rsidRPr="000F56FB">
        <w:rPr>
          <w:rFonts w:ascii="Arial" w:hAnsi="Arial" w:cs="Arial"/>
          <w:bCs/>
          <w:spacing w:val="-3"/>
          <w:sz w:val="24"/>
          <w:szCs w:val="24"/>
        </w:rPr>
        <w:t xml:space="preserve"> las </w:t>
      </w:r>
      <w:proofErr w:type="spellStart"/>
      <w:r w:rsidRPr="000F56FB">
        <w:rPr>
          <w:rFonts w:ascii="Arial" w:hAnsi="Arial" w:cs="Arial"/>
          <w:bCs/>
          <w:spacing w:val="-3"/>
          <w:sz w:val="24"/>
          <w:szCs w:val="24"/>
        </w:rPr>
        <w:t>mismas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condiciones</w:t>
      </w:r>
      <w:proofErr w:type="spellEnd"/>
      <w:r w:rsidRPr="000F56FB">
        <w:rPr>
          <w:rFonts w:ascii="Arial" w:hAnsi="Arial" w:cs="Arial"/>
          <w:bCs/>
          <w:spacing w:val="-3"/>
          <w:sz w:val="24"/>
          <w:szCs w:val="24"/>
        </w:rPr>
        <w:t xml:space="preserve"> que </w:t>
      </w:r>
      <w:proofErr w:type="spellStart"/>
      <w:r w:rsidRPr="000F56FB">
        <w:rPr>
          <w:rFonts w:ascii="Arial" w:hAnsi="Arial" w:cs="Arial"/>
          <w:bCs/>
          <w:spacing w:val="-3"/>
          <w:sz w:val="24"/>
          <w:szCs w:val="24"/>
        </w:rPr>
        <w:t>los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demás</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miembros</w:t>
      </w:r>
      <w:proofErr w:type="spellEnd"/>
      <w:r w:rsidRPr="000F56FB">
        <w:rPr>
          <w:rFonts w:ascii="Arial" w:hAnsi="Arial" w:cs="Arial"/>
          <w:bCs/>
          <w:spacing w:val="-3"/>
          <w:sz w:val="24"/>
          <w:szCs w:val="24"/>
        </w:rPr>
        <w:t xml:space="preserve"> de la </w:t>
      </w:r>
      <w:proofErr w:type="spellStart"/>
      <w:r w:rsidRPr="000F56FB">
        <w:rPr>
          <w:rFonts w:ascii="Arial" w:hAnsi="Arial" w:cs="Arial"/>
          <w:bCs/>
          <w:spacing w:val="-3"/>
          <w:sz w:val="24"/>
          <w:szCs w:val="24"/>
        </w:rPr>
        <w:t>comunidad</w:t>
      </w:r>
      <w:proofErr w:type="spellEnd"/>
      <w:r w:rsidRPr="000F56FB">
        <w:rPr>
          <w:rFonts w:ascii="Arial" w:hAnsi="Arial" w:cs="Arial"/>
          <w:bCs/>
          <w:spacing w:val="-3"/>
          <w:sz w:val="24"/>
          <w:szCs w:val="24"/>
        </w:rPr>
        <w:t xml:space="preserve">, sin </w:t>
      </w:r>
      <w:proofErr w:type="spellStart"/>
      <w:r w:rsidRPr="000F56FB">
        <w:rPr>
          <w:rFonts w:ascii="Arial" w:hAnsi="Arial" w:cs="Arial"/>
          <w:bCs/>
          <w:spacing w:val="-3"/>
          <w:sz w:val="24"/>
          <w:szCs w:val="24"/>
        </w:rPr>
        <w:t>exclusión</w:t>
      </w:r>
      <w:proofErr w:type="spellEnd"/>
      <w:r w:rsidRPr="000F56FB">
        <w:rPr>
          <w:rFonts w:ascii="Arial" w:hAnsi="Arial" w:cs="Arial"/>
          <w:bCs/>
          <w:spacing w:val="-3"/>
          <w:sz w:val="24"/>
          <w:szCs w:val="24"/>
        </w:rPr>
        <w:t xml:space="preserve"> </w:t>
      </w:r>
      <w:proofErr w:type="spellStart"/>
      <w:r w:rsidRPr="000F56FB">
        <w:rPr>
          <w:rFonts w:ascii="Arial" w:hAnsi="Arial" w:cs="Arial"/>
          <w:bCs/>
          <w:spacing w:val="-3"/>
          <w:sz w:val="24"/>
          <w:szCs w:val="24"/>
        </w:rPr>
        <w:t>alguna</w:t>
      </w:r>
      <w:proofErr w:type="spellEnd"/>
      <w:r>
        <w:rPr>
          <w:rStyle w:val="Refdenotaalpie"/>
          <w:rFonts w:ascii="Arial" w:hAnsi="Arial" w:cs="Arial"/>
          <w:bCs/>
          <w:spacing w:val="-3"/>
          <w:sz w:val="24"/>
          <w:szCs w:val="24"/>
        </w:rPr>
        <w:footnoteReference w:id="5"/>
      </w:r>
      <w:r>
        <w:rPr>
          <w:rFonts w:ascii="Arial" w:hAnsi="Arial" w:cs="Arial"/>
          <w:bCs/>
          <w:spacing w:val="-3"/>
          <w:sz w:val="24"/>
          <w:szCs w:val="24"/>
        </w:rPr>
        <w:t xml:space="preserve">, </w:t>
      </w:r>
      <w:proofErr w:type="spellStart"/>
      <w:r>
        <w:rPr>
          <w:rFonts w:ascii="Arial" w:hAnsi="Arial" w:cs="Arial"/>
          <w:bCs/>
          <w:spacing w:val="-3"/>
          <w:sz w:val="24"/>
          <w:szCs w:val="24"/>
        </w:rPr>
        <w:t>por</w:t>
      </w:r>
      <w:proofErr w:type="spellEnd"/>
      <w:r>
        <w:rPr>
          <w:rFonts w:ascii="Arial" w:hAnsi="Arial" w:cs="Arial"/>
          <w:bCs/>
          <w:spacing w:val="-3"/>
          <w:sz w:val="24"/>
          <w:szCs w:val="24"/>
        </w:rPr>
        <w:t xml:space="preserve"> lo que </w:t>
      </w:r>
      <w:proofErr w:type="spellStart"/>
      <w:r>
        <w:rPr>
          <w:rFonts w:ascii="Arial" w:hAnsi="Arial" w:cs="Arial"/>
          <w:bCs/>
          <w:spacing w:val="-3"/>
          <w:sz w:val="24"/>
          <w:szCs w:val="24"/>
        </w:rPr>
        <w:t>el</w:t>
      </w:r>
      <w:proofErr w:type="spellEnd"/>
      <w:r>
        <w:rPr>
          <w:rFonts w:ascii="Arial" w:hAnsi="Arial" w:cs="Arial"/>
          <w:bCs/>
          <w:spacing w:val="-3"/>
          <w:sz w:val="24"/>
          <w:szCs w:val="24"/>
        </w:rPr>
        <w:t xml:space="preserve"> </w:t>
      </w:r>
      <w:proofErr w:type="spellStart"/>
      <w:r>
        <w:rPr>
          <w:rFonts w:ascii="Arial" w:hAnsi="Arial" w:cs="Arial"/>
          <w:bCs/>
          <w:spacing w:val="-3"/>
          <w:sz w:val="24"/>
          <w:szCs w:val="24"/>
        </w:rPr>
        <w:t>establecimiento</w:t>
      </w:r>
      <w:proofErr w:type="spellEnd"/>
      <w:r>
        <w:rPr>
          <w:rFonts w:ascii="Arial" w:hAnsi="Arial" w:cs="Arial"/>
          <w:bCs/>
          <w:spacing w:val="-3"/>
          <w:sz w:val="24"/>
          <w:szCs w:val="24"/>
        </w:rPr>
        <w:t xml:space="preserve"> </w:t>
      </w:r>
      <w:r w:rsidRPr="00403351">
        <w:rPr>
          <w:rFonts w:ascii="Arial" w:hAnsi="Arial" w:cs="Arial"/>
          <w:bCs/>
          <w:spacing w:val="-3"/>
          <w:sz w:val="24"/>
          <w:szCs w:val="24"/>
        </w:rPr>
        <w:t xml:space="preserve">no </w:t>
      </w:r>
      <w:proofErr w:type="spellStart"/>
      <w:r w:rsidRPr="00403351">
        <w:rPr>
          <w:rFonts w:ascii="Arial" w:hAnsi="Arial" w:cs="Arial"/>
          <w:bCs/>
          <w:spacing w:val="-3"/>
          <w:sz w:val="24"/>
          <w:szCs w:val="24"/>
        </w:rPr>
        <w:t>podrá</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negarle</w:t>
      </w:r>
      <w:proofErr w:type="spellEnd"/>
      <w:r w:rsidRPr="00403351">
        <w:rPr>
          <w:rFonts w:ascii="Arial" w:hAnsi="Arial" w:cs="Arial"/>
          <w:bCs/>
          <w:spacing w:val="-3"/>
          <w:sz w:val="24"/>
          <w:szCs w:val="24"/>
        </w:rPr>
        <w:t xml:space="preserve"> la </w:t>
      </w:r>
      <w:proofErr w:type="spellStart"/>
      <w:r w:rsidRPr="00403351">
        <w:rPr>
          <w:rFonts w:ascii="Arial" w:hAnsi="Arial" w:cs="Arial"/>
          <w:bCs/>
          <w:spacing w:val="-3"/>
          <w:sz w:val="24"/>
          <w:szCs w:val="24"/>
        </w:rPr>
        <w:t>matrícula</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aludiendo</w:t>
      </w:r>
      <w:proofErr w:type="spellEnd"/>
      <w:r w:rsidRPr="00403351">
        <w:rPr>
          <w:rFonts w:ascii="Arial" w:hAnsi="Arial" w:cs="Arial"/>
          <w:bCs/>
          <w:spacing w:val="-3"/>
          <w:sz w:val="24"/>
          <w:szCs w:val="24"/>
        </w:rPr>
        <w:t xml:space="preserve"> la </w:t>
      </w:r>
      <w:proofErr w:type="spellStart"/>
      <w:r w:rsidRPr="00403351">
        <w:rPr>
          <w:rFonts w:ascii="Arial" w:hAnsi="Arial" w:cs="Arial"/>
          <w:bCs/>
          <w:spacing w:val="-3"/>
          <w:sz w:val="24"/>
          <w:szCs w:val="24"/>
        </w:rPr>
        <w:t>presencia</w:t>
      </w:r>
      <w:proofErr w:type="spellEnd"/>
      <w:r w:rsidRPr="00403351">
        <w:rPr>
          <w:rFonts w:ascii="Arial" w:hAnsi="Arial" w:cs="Arial"/>
          <w:bCs/>
          <w:spacing w:val="-3"/>
          <w:sz w:val="24"/>
          <w:szCs w:val="24"/>
        </w:rPr>
        <w:t xml:space="preserve"> de </w:t>
      </w:r>
      <w:proofErr w:type="spellStart"/>
      <w:r w:rsidRPr="00403351">
        <w:rPr>
          <w:rFonts w:ascii="Arial" w:hAnsi="Arial" w:cs="Arial"/>
          <w:bCs/>
          <w:spacing w:val="-3"/>
          <w:sz w:val="24"/>
          <w:szCs w:val="24"/>
        </w:rPr>
        <w:t>algún</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tipo</w:t>
      </w:r>
      <w:proofErr w:type="spellEnd"/>
      <w:r w:rsidRPr="00403351">
        <w:rPr>
          <w:rFonts w:ascii="Arial" w:hAnsi="Arial" w:cs="Arial"/>
          <w:bCs/>
          <w:spacing w:val="-3"/>
          <w:sz w:val="24"/>
          <w:szCs w:val="24"/>
        </w:rPr>
        <w:t xml:space="preserve"> de </w:t>
      </w:r>
      <w:proofErr w:type="spellStart"/>
      <w:r w:rsidRPr="00403351">
        <w:rPr>
          <w:rFonts w:ascii="Arial" w:hAnsi="Arial" w:cs="Arial"/>
          <w:bCs/>
          <w:spacing w:val="-3"/>
          <w:sz w:val="24"/>
          <w:szCs w:val="24"/>
        </w:rPr>
        <w:t>necesidad</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educativa</w:t>
      </w:r>
      <w:proofErr w:type="spellEnd"/>
      <w:r w:rsidRPr="00403351">
        <w:rPr>
          <w:rFonts w:ascii="Arial" w:hAnsi="Arial" w:cs="Arial"/>
          <w:bCs/>
          <w:spacing w:val="-3"/>
          <w:sz w:val="24"/>
          <w:szCs w:val="24"/>
        </w:rPr>
        <w:t xml:space="preserve"> especial o que </w:t>
      </w:r>
      <w:proofErr w:type="spellStart"/>
      <w:r w:rsidRPr="00403351">
        <w:rPr>
          <w:rFonts w:ascii="Arial" w:hAnsi="Arial" w:cs="Arial"/>
          <w:bCs/>
          <w:spacing w:val="-3"/>
          <w:sz w:val="24"/>
          <w:szCs w:val="24"/>
        </w:rPr>
        <w:t>requiera</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apoyos</w:t>
      </w:r>
      <w:proofErr w:type="spellEnd"/>
      <w:r w:rsidRPr="00403351">
        <w:rPr>
          <w:rFonts w:ascii="Arial" w:hAnsi="Arial" w:cs="Arial"/>
          <w:bCs/>
          <w:spacing w:val="-3"/>
          <w:sz w:val="24"/>
          <w:szCs w:val="24"/>
        </w:rPr>
        <w:t xml:space="preserve"> de </w:t>
      </w:r>
      <w:proofErr w:type="spellStart"/>
      <w:r w:rsidRPr="00403351">
        <w:rPr>
          <w:rFonts w:ascii="Arial" w:hAnsi="Arial" w:cs="Arial"/>
          <w:bCs/>
          <w:spacing w:val="-3"/>
          <w:sz w:val="24"/>
          <w:szCs w:val="24"/>
        </w:rPr>
        <w:t>carácter</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transitorio</w:t>
      </w:r>
      <w:proofErr w:type="spellEnd"/>
      <w:r w:rsidRPr="00403351">
        <w:rPr>
          <w:rFonts w:ascii="Arial" w:hAnsi="Arial" w:cs="Arial"/>
          <w:bCs/>
          <w:spacing w:val="-3"/>
          <w:sz w:val="24"/>
          <w:szCs w:val="24"/>
        </w:rPr>
        <w:t xml:space="preserve"> o </w:t>
      </w:r>
      <w:proofErr w:type="spellStart"/>
      <w:r w:rsidRPr="00403351">
        <w:rPr>
          <w:rFonts w:ascii="Arial" w:hAnsi="Arial" w:cs="Arial"/>
          <w:bCs/>
          <w:spacing w:val="-3"/>
          <w:sz w:val="24"/>
          <w:szCs w:val="24"/>
        </w:rPr>
        <w:t>permanente</w:t>
      </w:r>
      <w:proofErr w:type="spellEnd"/>
      <w:r w:rsidRPr="00403351">
        <w:rPr>
          <w:rFonts w:ascii="Arial" w:hAnsi="Arial" w:cs="Arial"/>
          <w:bCs/>
          <w:spacing w:val="-3"/>
          <w:sz w:val="24"/>
          <w:szCs w:val="24"/>
        </w:rPr>
        <w:t xml:space="preserve">. En </w:t>
      </w:r>
      <w:proofErr w:type="spellStart"/>
      <w:r w:rsidRPr="00403351">
        <w:rPr>
          <w:rFonts w:ascii="Arial" w:hAnsi="Arial" w:cs="Arial"/>
          <w:bCs/>
          <w:spacing w:val="-3"/>
          <w:sz w:val="24"/>
          <w:szCs w:val="24"/>
        </w:rPr>
        <w:t>estos</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casos</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el</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lastRenderedPageBreak/>
        <w:t>establecimiento</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debe</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proceder</w:t>
      </w:r>
      <w:proofErr w:type="spellEnd"/>
      <w:r w:rsidRPr="00403351">
        <w:rPr>
          <w:rFonts w:ascii="Arial" w:hAnsi="Arial" w:cs="Arial"/>
          <w:bCs/>
          <w:spacing w:val="-3"/>
          <w:sz w:val="24"/>
          <w:szCs w:val="24"/>
        </w:rPr>
        <w:t xml:space="preserve"> a </w:t>
      </w:r>
      <w:proofErr w:type="spellStart"/>
      <w:r w:rsidRPr="00403351">
        <w:rPr>
          <w:rFonts w:ascii="Arial" w:hAnsi="Arial" w:cs="Arial"/>
          <w:bCs/>
          <w:spacing w:val="-3"/>
          <w:sz w:val="24"/>
          <w:szCs w:val="24"/>
        </w:rPr>
        <w:t>matricularlo</w:t>
      </w:r>
      <w:proofErr w:type="spellEnd"/>
      <w:r w:rsidRPr="00403351">
        <w:rPr>
          <w:rFonts w:ascii="Arial" w:hAnsi="Arial" w:cs="Arial"/>
          <w:bCs/>
          <w:spacing w:val="-3"/>
          <w:sz w:val="24"/>
          <w:szCs w:val="24"/>
        </w:rPr>
        <w:t xml:space="preserve"> y </w:t>
      </w:r>
      <w:proofErr w:type="spellStart"/>
      <w:r w:rsidRPr="00403351">
        <w:rPr>
          <w:rFonts w:ascii="Arial" w:hAnsi="Arial" w:cs="Arial"/>
          <w:bCs/>
          <w:spacing w:val="-3"/>
          <w:sz w:val="24"/>
          <w:szCs w:val="24"/>
        </w:rPr>
        <w:t>tomar</w:t>
      </w:r>
      <w:proofErr w:type="spellEnd"/>
      <w:r w:rsidRPr="00403351">
        <w:rPr>
          <w:rFonts w:ascii="Arial" w:hAnsi="Arial" w:cs="Arial"/>
          <w:bCs/>
          <w:spacing w:val="-3"/>
          <w:sz w:val="24"/>
          <w:szCs w:val="24"/>
        </w:rPr>
        <w:t xml:space="preserve"> las </w:t>
      </w:r>
      <w:proofErr w:type="spellStart"/>
      <w:r w:rsidRPr="00403351">
        <w:rPr>
          <w:rFonts w:ascii="Arial" w:hAnsi="Arial" w:cs="Arial"/>
          <w:bCs/>
          <w:spacing w:val="-3"/>
          <w:sz w:val="24"/>
          <w:szCs w:val="24"/>
        </w:rPr>
        <w:t>medidas</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tendientes</w:t>
      </w:r>
      <w:proofErr w:type="spellEnd"/>
      <w:r w:rsidRPr="00403351">
        <w:rPr>
          <w:rFonts w:ascii="Arial" w:hAnsi="Arial" w:cs="Arial"/>
          <w:bCs/>
          <w:spacing w:val="-3"/>
          <w:sz w:val="24"/>
          <w:szCs w:val="24"/>
        </w:rPr>
        <w:t xml:space="preserve"> a </w:t>
      </w:r>
      <w:proofErr w:type="spellStart"/>
      <w:r w:rsidRPr="00403351">
        <w:rPr>
          <w:rFonts w:ascii="Arial" w:hAnsi="Arial" w:cs="Arial"/>
          <w:bCs/>
          <w:spacing w:val="-3"/>
          <w:sz w:val="24"/>
          <w:szCs w:val="24"/>
        </w:rPr>
        <w:t>su</w:t>
      </w:r>
      <w:proofErr w:type="spellEnd"/>
      <w:r w:rsidRPr="00403351">
        <w:rPr>
          <w:rFonts w:ascii="Arial" w:hAnsi="Arial" w:cs="Arial"/>
          <w:bCs/>
          <w:spacing w:val="-3"/>
          <w:sz w:val="24"/>
          <w:szCs w:val="24"/>
        </w:rPr>
        <w:t xml:space="preserve"> </w:t>
      </w:r>
      <w:proofErr w:type="spellStart"/>
      <w:r w:rsidRPr="00403351">
        <w:rPr>
          <w:rFonts w:ascii="Arial" w:hAnsi="Arial" w:cs="Arial"/>
          <w:bCs/>
          <w:spacing w:val="-3"/>
          <w:sz w:val="24"/>
          <w:szCs w:val="24"/>
        </w:rPr>
        <w:t>inclusión</w:t>
      </w:r>
      <w:proofErr w:type="spellEnd"/>
    </w:p>
    <w:p w14:paraId="52C14423" w14:textId="77777777" w:rsidR="00893C50" w:rsidRDefault="00893C50" w:rsidP="00893C50">
      <w:pPr>
        <w:pStyle w:val="Prrafodelista"/>
        <w:tabs>
          <w:tab w:val="left" w:pos="722"/>
        </w:tabs>
        <w:spacing w:before="25" w:line="360" w:lineRule="auto"/>
        <w:ind w:left="0" w:right="49"/>
        <w:rPr>
          <w:rFonts w:ascii="Arial" w:hAnsi="Arial" w:cs="Arial"/>
          <w:bCs/>
          <w:spacing w:val="-3"/>
          <w:sz w:val="24"/>
          <w:szCs w:val="24"/>
        </w:rPr>
      </w:pPr>
    </w:p>
    <w:p w14:paraId="5B5FD877" w14:textId="77777777" w:rsidR="00893C50" w:rsidRDefault="00893C50" w:rsidP="00893C50">
      <w:pPr>
        <w:pStyle w:val="Prrafodelista"/>
        <w:tabs>
          <w:tab w:val="left" w:pos="722"/>
        </w:tabs>
        <w:spacing w:before="25" w:line="360" w:lineRule="auto"/>
        <w:ind w:left="0" w:right="49"/>
        <w:rPr>
          <w:rFonts w:ascii="Arial" w:hAnsi="Arial" w:cs="Arial"/>
          <w:bCs/>
          <w:spacing w:val="-3"/>
          <w:sz w:val="24"/>
          <w:szCs w:val="24"/>
        </w:rPr>
      </w:pPr>
    </w:p>
    <w:p w14:paraId="070040B3" w14:textId="77777777" w:rsidR="00893C50" w:rsidRDefault="00893C50" w:rsidP="00893C50">
      <w:pPr>
        <w:tabs>
          <w:tab w:val="left" w:pos="722"/>
        </w:tabs>
        <w:spacing w:before="25" w:line="360" w:lineRule="auto"/>
        <w:ind w:right="49"/>
        <w:jc w:val="both"/>
        <w:rPr>
          <w:rFonts w:ascii="Arial" w:hAnsi="Arial" w:cs="Arial"/>
          <w:b/>
          <w:spacing w:val="-3"/>
          <w:sz w:val="24"/>
          <w:szCs w:val="24"/>
        </w:rPr>
      </w:pPr>
      <w:proofErr w:type="spellStart"/>
      <w:r w:rsidRPr="00403351">
        <w:rPr>
          <w:rFonts w:ascii="Arial" w:hAnsi="Arial" w:cs="Arial"/>
          <w:b/>
          <w:spacing w:val="-3"/>
          <w:sz w:val="24"/>
          <w:szCs w:val="24"/>
        </w:rPr>
        <w:t>Sobre</w:t>
      </w:r>
      <w:proofErr w:type="spellEnd"/>
      <w:r w:rsidRPr="00403351">
        <w:rPr>
          <w:rFonts w:ascii="Arial" w:hAnsi="Arial" w:cs="Arial"/>
          <w:b/>
          <w:spacing w:val="-3"/>
          <w:sz w:val="24"/>
          <w:szCs w:val="24"/>
        </w:rPr>
        <w:t xml:space="preserve"> la </w:t>
      </w:r>
      <w:proofErr w:type="spellStart"/>
      <w:r w:rsidRPr="00403351">
        <w:rPr>
          <w:rFonts w:ascii="Arial" w:hAnsi="Arial" w:cs="Arial"/>
          <w:b/>
          <w:spacing w:val="-3"/>
          <w:sz w:val="24"/>
          <w:szCs w:val="24"/>
        </w:rPr>
        <w:t>obligación</w:t>
      </w:r>
      <w:proofErr w:type="spellEnd"/>
      <w:r w:rsidRPr="00403351">
        <w:rPr>
          <w:rFonts w:ascii="Arial" w:hAnsi="Arial" w:cs="Arial"/>
          <w:b/>
          <w:spacing w:val="-3"/>
          <w:sz w:val="24"/>
          <w:szCs w:val="24"/>
        </w:rPr>
        <w:t xml:space="preserve"> de </w:t>
      </w:r>
      <w:proofErr w:type="spellStart"/>
      <w:r w:rsidRPr="00403351">
        <w:rPr>
          <w:rFonts w:ascii="Arial" w:hAnsi="Arial" w:cs="Arial"/>
          <w:b/>
          <w:spacing w:val="-3"/>
          <w:sz w:val="24"/>
          <w:szCs w:val="24"/>
        </w:rPr>
        <w:t>ajustar</w:t>
      </w:r>
      <w:proofErr w:type="spellEnd"/>
      <w:r w:rsidRPr="00403351">
        <w:rPr>
          <w:rFonts w:ascii="Arial" w:hAnsi="Arial" w:cs="Arial"/>
          <w:b/>
          <w:spacing w:val="-3"/>
          <w:sz w:val="24"/>
          <w:szCs w:val="24"/>
        </w:rPr>
        <w:t xml:space="preserve"> </w:t>
      </w:r>
      <w:proofErr w:type="spellStart"/>
      <w:r w:rsidRPr="00403351">
        <w:rPr>
          <w:rFonts w:ascii="Arial" w:hAnsi="Arial" w:cs="Arial"/>
          <w:b/>
          <w:spacing w:val="-3"/>
          <w:sz w:val="24"/>
          <w:szCs w:val="24"/>
        </w:rPr>
        <w:t>reglamentos</w:t>
      </w:r>
      <w:proofErr w:type="spellEnd"/>
      <w:r w:rsidRPr="00403351">
        <w:rPr>
          <w:rFonts w:ascii="Arial" w:hAnsi="Arial" w:cs="Arial"/>
          <w:b/>
          <w:spacing w:val="-3"/>
          <w:sz w:val="24"/>
          <w:szCs w:val="24"/>
        </w:rPr>
        <w:t xml:space="preserve"> y </w:t>
      </w:r>
      <w:proofErr w:type="spellStart"/>
      <w:r w:rsidRPr="00403351">
        <w:rPr>
          <w:rFonts w:ascii="Arial" w:hAnsi="Arial" w:cs="Arial"/>
          <w:b/>
          <w:spacing w:val="-3"/>
          <w:sz w:val="24"/>
          <w:szCs w:val="24"/>
        </w:rPr>
        <w:t>procedimientos</w:t>
      </w:r>
      <w:proofErr w:type="spellEnd"/>
      <w:r w:rsidRPr="00403351">
        <w:rPr>
          <w:rFonts w:ascii="Arial" w:hAnsi="Arial" w:cs="Arial"/>
          <w:b/>
          <w:spacing w:val="-3"/>
          <w:sz w:val="24"/>
          <w:szCs w:val="24"/>
        </w:rPr>
        <w:t xml:space="preserve"> </w:t>
      </w:r>
      <w:proofErr w:type="spellStart"/>
      <w:r w:rsidRPr="00403351">
        <w:rPr>
          <w:rFonts w:ascii="Arial" w:hAnsi="Arial" w:cs="Arial"/>
          <w:b/>
          <w:spacing w:val="-3"/>
          <w:sz w:val="24"/>
          <w:szCs w:val="24"/>
        </w:rPr>
        <w:t>internos</w:t>
      </w:r>
      <w:proofErr w:type="spellEnd"/>
      <w:r w:rsidRPr="00403351">
        <w:rPr>
          <w:rFonts w:ascii="Arial" w:hAnsi="Arial" w:cs="Arial"/>
          <w:b/>
          <w:spacing w:val="-3"/>
          <w:sz w:val="24"/>
          <w:szCs w:val="24"/>
        </w:rPr>
        <w:t xml:space="preserve"> </w:t>
      </w:r>
      <w:proofErr w:type="spellStart"/>
      <w:r w:rsidRPr="00403351">
        <w:rPr>
          <w:rFonts w:ascii="Arial" w:hAnsi="Arial" w:cs="Arial"/>
          <w:b/>
          <w:spacing w:val="-3"/>
          <w:sz w:val="24"/>
          <w:szCs w:val="24"/>
        </w:rPr>
        <w:t>considerando</w:t>
      </w:r>
      <w:proofErr w:type="spellEnd"/>
      <w:r w:rsidRPr="00403351">
        <w:rPr>
          <w:rFonts w:ascii="Arial" w:hAnsi="Arial" w:cs="Arial"/>
          <w:b/>
          <w:spacing w:val="-3"/>
          <w:sz w:val="24"/>
          <w:szCs w:val="24"/>
        </w:rPr>
        <w:t xml:space="preserve"> </w:t>
      </w:r>
      <w:proofErr w:type="spellStart"/>
      <w:r w:rsidRPr="00403351">
        <w:rPr>
          <w:rFonts w:ascii="Arial" w:hAnsi="Arial" w:cs="Arial"/>
          <w:b/>
          <w:spacing w:val="-3"/>
          <w:sz w:val="24"/>
          <w:szCs w:val="24"/>
        </w:rPr>
        <w:t>situaciones</w:t>
      </w:r>
      <w:proofErr w:type="spellEnd"/>
      <w:r w:rsidRPr="00403351">
        <w:rPr>
          <w:rFonts w:ascii="Arial" w:hAnsi="Arial" w:cs="Arial"/>
          <w:b/>
          <w:spacing w:val="-3"/>
          <w:sz w:val="24"/>
          <w:szCs w:val="24"/>
        </w:rPr>
        <w:t xml:space="preserve"> de </w:t>
      </w:r>
      <w:proofErr w:type="spellStart"/>
      <w:r w:rsidRPr="00403351">
        <w:rPr>
          <w:rFonts w:ascii="Arial" w:hAnsi="Arial" w:cs="Arial"/>
          <w:b/>
          <w:spacing w:val="-3"/>
          <w:sz w:val="24"/>
          <w:szCs w:val="24"/>
        </w:rPr>
        <w:t>desregulación</w:t>
      </w:r>
      <w:proofErr w:type="spellEnd"/>
      <w:r w:rsidRPr="00403351">
        <w:rPr>
          <w:rFonts w:ascii="Arial" w:hAnsi="Arial" w:cs="Arial"/>
          <w:b/>
          <w:spacing w:val="-3"/>
          <w:sz w:val="24"/>
          <w:szCs w:val="24"/>
        </w:rPr>
        <w:t xml:space="preserve"> </w:t>
      </w:r>
      <w:proofErr w:type="spellStart"/>
      <w:r w:rsidRPr="00403351">
        <w:rPr>
          <w:rFonts w:ascii="Arial" w:hAnsi="Arial" w:cs="Arial"/>
          <w:b/>
          <w:spacing w:val="-3"/>
          <w:sz w:val="24"/>
          <w:szCs w:val="24"/>
        </w:rPr>
        <w:t>emocional</w:t>
      </w:r>
      <w:proofErr w:type="spellEnd"/>
      <w:r w:rsidRPr="00403351">
        <w:rPr>
          <w:rFonts w:ascii="Arial" w:hAnsi="Arial" w:cs="Arial"/>
          <w:b/>
          <w:spacing w:val="-3"/>
          <w:sz w:val="24"/>
          <w:szCs w:val="24"/>
        </w:rPr>
        <w:t xml:space="preserve"> y </w:t>
      </w:r>
      <w:proofErr w:type="spellStart"/>
      <w:r w:rsidRPr="00403351">
        <w:rPr>
          <w:rFonts w:ascii="Arial" w:hAnsi="Arial" w:cs="Arial"/>
          <w:b/>
          <w:spacing w:val="-3"/>
          <w:sz w:val="24"/>
          <w:szCs w:val="24"/>
        </w:rPr>
        <w:t>conductual</w:t>
      </w:r>
      <w:proofErr w:type="spellEnd"/>
    </w:p>
    <w:p w14:paraId="2FBEC2FC"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r w:rsidRPr="00403351">
        <w:rPr>
          <w:rFonts w:ascii="Arial" w:hAnsi="Arial" w:cs="Arial"/>
          <w:b/>
          <w:spacing w:val="-3"/>
          <w:sz w:val="24"/>
          <w:szCs w:val="24"/>
        </w:rPr>
        <w:br/>
      </w:r>
      <w:r w:rsidRPr="00CB4EB5">
        <w:rPr>
          <w:rFonts w:ascii="Arial" w:hAnsi="Arial" w:cs="Arial"/>
          <w:bCs/>
          <w:spacing w:val="-3"/>
          <w:sz w:val="24"/>
          <w:szCs w:val="24"/>
        </w:rPr>
        <w:t xml:space="preserve">Una </w:t>
      </w:r>
      <w:proofErr w:type="spellStart"/>
      <w:r w:rsidRPr="00CB4EB5">
        <w:rPr>
          <w:rFonts w:ascii="Arial" w:hAnsi="Arial" w:cs="Arial"/>
          <w:bCs/>
          <w:spacing w:val="-3"/>
          <w:sz w:val="24"/>
          <w:szCs w:val="24"/>
        </w:rPr>
        <w:t>comunidad</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educativa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inclusiva</w:t>
      </w:r>
      <w:proofErr w:type="spellEnd"/>
      <w:r w:rsidRPr="00CB4EB5">
        <w:rPr>
          <w:rFonts w:ascii="Arial" w:hAnsi="Arial" w:cs="Arial"/>
          <w:bCs/>
          <w:spacing w:val="-3"/>
          <w:sz w:val="24"/>
          <w:szCs w:val="24"/>
        </w:rPr>
        <w:t xml:space="preserve"> es </w:t>
      </w:r>
      <w:proofErr w:type="spellStart"/>
      <w:r w:rsidRPr="00CB4EB5">
        <w:rPr>
          <w:rFonts w:ascii="Arial" w:hAnsi="Arial" w:cs="Arial"/>
          <w:bCs/>
          <w:spacing w:val="-3"/>
          <w:sz w:val="24"/>
          <w:szCs w:val="24"/>
        </w:rPr>
        <w:t>aquella</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adopta</w:t>
      </w:r>
      <w:proofErr w:type="spellEnd"/>
      <w:r w:rsidRPr="00CB4EB5">
        <w:rPr>
          <w:rFonts w:ascii="Arial" w:hAnsi="Arial" w:cs="Arial"/>
          <w:bCs/>
          <w:spacing w:val="-3"/>
          <w:sz w:val="24"/>
          <w:szCs w:val="24"/>
        </w:rPr>
        <w:t xml:space="preserve"> las </w:t>
      </w:r>
      <w:proofErr w:type="spellStart"/>
      <w:r w:rsidRPr="00CB4EB5">
        <w:rPr>
          <w:rFonts w:ascii="Arial" w:hAnsi="Arial" w:cs="Arial"/>
          <w:bCs/>
          <w:spacing w:val="-3"/>
          <w:sz w:val="24"/>
          <w:szCs w:val="24"/>
        </w:rPr>
        <w:t>medidas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necesarias</w:t>
      </w:r>
      <w:proofErr w:type="spellEnd"/>
      <w:r w:rsidRPr="00CB4EB5">
        <w:rPr>
          <w:rFonts w:ascii="Arial" w:hAnsi="Arial" w:cs="Arial"/>
          <w:bCs/>
          <w:spacing w:val="-3"/>
          <w:sz w:val="24"/>
          <w:szCs w:val="24"/>
        </w:rPr>
        <w:t xml:space="preserve"> para </w:t>
      </w:r>
      <w:proofErr w:type="spellStart"/>
      <w:r w:rsidRPr="00CB4EB5">
        <w:rPr>
          <w:rFonts w:ascii="Arial" w:hAnsi="Arial" w:cs="Arial"/>
          <w:bCs/>
          <w:spacing w:val="-3"/>
          <w:sz w:val="24"/>
          <w:szCs w:val="24"/>
        </w:rPr>
        <w:t>facilitar</w:t>
      </w:r>
      <w:proofErr w:type="spellEnd"/>
      <w:r w:rsidRPr="00CB4EB5">
        <w:rPr>
          <w:rFonts w:ascii="Arial" w:hAnsi="Arial" w:cs="Arial"/>
          <w:bCs/>
          <w:spacing w:val="-3"/>
          <w:sz w:val="24"/>
          <w:szCs w:val="24"/>
        </w:rPr>
        <w:t xml:space="preserve"> la </w:t>
      </w:r>
      <w:proofErr w:type="spellStart"/>
      <w:r w:rsidRPr="00CB4EB5">
        <w:rPr>
          <w:rFonts w:ascii="Arial" w:hAnsi="Arial" w:cs="Arial"/>
          <w:bCs/>
          <w:spacing w:val="-3"/>
          <w:sz w:val="24"/>
          <w:szCs w:val="24"/>
        </w:rPr>
        <w:t>realización</w:t>
      </w:r>
      <w:proofErr w:type="spellEnd"/>
      <w:r w:rsidRPr="00CB4EB5">
        <w:rPr>
          <w:rFonts w:ascii="Arial" w:hAnsi="Arial" w:cs="Arial"/>
          <w:bCs/>
          <w:spacing w:val="-3"/>
          <w:sz w:val="24"/>
          <w:szCs w:val="24"/>
        </w:rPr>
        <w:t xml:space="preserve"> personal y social, </w:t>
      </w:r>
      <w:proofErr w:type="spellStart"/>
      <w:r w:rsidRPr="00CB4EB5">
        <w:rPr>
          <w:rFonts w:ascii="Arial" w:hAnsi="Arial" w:cs="Arial"/>
          <w:bCs/>
          <w:spacing w:val="-3"/>
          <w:sz w:val="24"/>
          <w:szCs w:val="24"/>
        </w:rPr>
        <w:t>favoreciendo</w:t>
      </w:r>
      <w:proofErr w:type="spellEnd"/>
      <w:r w:rsidRPr="00CB4EB5">
        <w:rPr>
          <w:rFonts w:ascii="Arial" w:hAnsi="Arial" w:cs="Arial"/>
          <w:bCs/>
          <w:spacing w:val="-3"/>
          <w:sz w:val="24"/>
          <w:szCs w:val="24"/>
        </w:rPr>
        <w:t xml:space="preserve"> la </w:t>
      </w:r>
      <w:proofErr w:type="spellStart"/>
      <w:r w:rsidRPr="00CB4EB5">
        <w:rPr>
          <w:rFonts w:ascii="Arial" w:hAnsi="Arial" w:cs="Arial"/>
          <w:bCs/>
          <w:spacing w:val="-3"/>
          <w:sz w:val="24"/>
          <w:szCs w:val="24"/>
        </w:rPr>
        <w:t>reducción</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toda</w:t>
      </w:r>
      <w:proofErr w:type="spellEnd"/>
      <w:r w:rsidRPr="00CB4EB5">
        <w:rPr>
          <w:rFonts w:ascii="Arial" w:hAnsi="Arial" w:cs="Arial"/>
          <w:bCs/>
          <w:spacing w:val="-3"/>
          <w:sz w:val="24"/>
          <w:szCs w:val="24"/>
        </w:rPr>
        <w:t xml:space="preserve"> forma de </w:t>
      </w:r>
      <w:proofErr w:type="spellStart"/>
      <w:r w:rsidRPr="00CB4EB5">
        <w:rPr>
          <w:rFonts w:ascii="Arial" w:hAnsi="Arial" w:cs="Arial"/>
          <w:bCs/>
          <w:spacing w:val="-3"/>
          <w:sz w:val="24"/>
          <w:szCs w:val="24"/>
        </w:rPr>
        <w:t>discriminación</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exclusión</w:t>
      </w:r>
      <w:proofErr w:type="spellEnd"/>
      <w:r w:rsidRPr="00CB4EB5">
        <w:rPr>
          <w:rFonts w:ascii="Arial" w:hAnsi="Arial" w:cs="Arial"/>
          <w:bCs/>
          <w:spacing w:val="-3"/>
          <w:sz w:val="24"/>
          <w:szCs w:val="24"/>
        </w:rPr>
        <w:t xml:space="preserve">, con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fin de </w:t>
      </w:r>
      <w:proofErr w:type="spellStart"/>
      <w:r w:rsidRPr="00CB4EB5">
        <w:rPr>
          <w:rFonts w:ascii="Arial" w:hAnsi="Arial" w:cs="Arial"/>
          <w:bCs/>
          <w:spacing w:val="-3"/>
          <w:sz w:val="24"/>
          <w:szCs w:val="24"/>
        </w:rPr>
        <w:t>conseguir</w:t>
      </w:r>
      <w:proofErr w:type="spellEnd"/>
      <w:r w:rsidRPr="00CB4EB5">
        <w:rPr>
          <w:rFonts w:ascii="Arial" w:hAnsi="Arial" w:cs="Arial"/>
          <w:bCs/>
          <w:spacing w:val="-3"/>
          <w:sz w:val="24"/>
          <w:szCs w:val="24"/>
        </w:rPr>
        <w:t xml:space="preserve"> la plena </w:t>
      </w:r>
      <w:proofErr w:type="spellStart"/>
      <w:r w:rsidRPr="00CB4EB5">
        <w:rPr>
          <w:rFonts w:ascii="Arial" w:hAnsi="Arial" w:cs="Arial"/>
          <w:bCs/>
          <w:spacing w:val="-3"/>
          <w:sz w:val="24"/>
          <w:szCs w:val="24"/>
        </w:rPr>
        <w:t>participación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aprendizaje</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progreso</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párvulos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estudiantes</w:t>
      </w:r>
      <w:proofErr w:type="spellEnd"/>
      <w:r>
        <w:rPr>
          <w:rStyle w:val="Refdenotaalpie"/>
          <w:rFonts w:ascii="Arial" w:hAnsi="Arial" w:cs="Arial"/>
          <w:bCs/>
          <w:spacing w:val="-3"/>
          <w:sz w:val="24"/>
          <w:szCs w:val="24"/>
        </w:rPr>
        <w:footnoteReference w:id="6"/>
      </w:r>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especialmente</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aquellos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aquellas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pertenecientes</w:t>
      </w:r>
      <w:proofErr w:type="spellEnd"/>
      <w:r w:rsidRPr="00CB4EB5">
        <w:rPr>
          <w:rFonts w:ascii="Arial" w:hAnsi="Arial" w:cs="Arial"/>
          <w:bCs/>
          <w:spacing w:val="-3"/>
          <w:sz w:val="24"/>
          <w:szCs w:val="24"/>
        </w:rPr>
        <w:t xml:space="preserve"> a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grupos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más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vulnerables</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por</w:t>
      </w:r>
      <w:proofErr w:type="spellEnd"/>
      <w:r w:rsidRPr="00CB4EB5">
        <w:rPr>
          <w:rFonts w:ascii="Arial" w:hAnsi="Arial" w:cs="Arial"/>
          <w:bCs/>
          <w:spacing w:val="-3"/>
          <w:sz w:val="24"/>
          <w:szCs w:val="24"/>
        </w:rPr>
        <w:t xml:space="preserve"> sus </w:t>
      </w:r>
      <w:proofErr w:type="spellStart"/>
      <w:r w:rsidRPr="00CB4EB5">
        <w:rPr>
          <w:rFonts w:ascii="Arial" w:hAnsi="Arial" w:cs="Arial"/>
          <w:bCs/>
          <w:spacing w:val="-3"/>
          <w:sz w:val="24"/>
          <w:szCs w:val="24"/>
        </w:rPr>
        <w:t>circunstancias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físicas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psíquicas</w:t>
      </w:r>
      <w:proofErr w:type="spellEnd"/>
      <w:r w:rsidRPr="00CB4EB5">
        <w:rPr>
          <w:rFonts w:ascii="Arial" w:hAnsi="Arial" w:cs="Arial"/>
          <w:bCs/>
          <w:spacing w:val="-3"/>
          <w:sz w:val="24"/>
          <w:szCs w:val="24"/>
        </w:rPr>
        <w:t xml:space="preserve">, o </w:t>
      </w:r>
      <w:proofErr w:type="spellStart"/>
      <w:r w:rsidRPr="00CB4EB5">
        <w:rPr>
          <w:rFonts w:ascii="Arial" w:hAnsi="Arial" w:cs="Arial"/>
          <w:bCs/>
          <w:spacing w:val="-3"/>
          <w:sz w:val="24"/>
          <w:szCs w:val="24"/>
        </w:rPr>
        <w:t>por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cualquier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otra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situación</w:t>
      </w:r>
      <w:proofErr w:type="spellEnd"/>
      <w:r w:rsidRPr="00CB4EB5">
        <w:rPr>
          <w:rFonts w:ascii="Arial" w:hAnsi="Arial" w:cs="Arial"/>
          <w:bCs/>
          <w:spacing w:val="-3"/>
          <w:sz w:val="24"/>
          <w:szCs w:val="24"/>
        </w:rPr>
        <w:t xml:space="preserve"> personal, familiar, social, cultural o </w:t>
      </w:r>
      <w:proofErr w:type="spellStart"/>
      <w:r w:rsidRPr="00CB4EB5">
        <w:rPr>
          <w:rFonts w:ascii="Arial" w:hAnsi="Arial" w:cs="Arial"/>
          <w:bCs/>
          <w:spacing w:val="-3"/>
          <w:sz w:val="24"/>
          <w:szCs w:val="24"/>
        </w:rPr>
        <w:t>económica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puedan</w:t>
      </w:r>
      <w:proofErr w:type="spellEnd"/>
      <w:r w:rsidRPr="00CB4EB5">
        <w:rPr>
          <w:rFonts w:ascii="Arial" w:hAnsi="Arial" w:cs="Arial"/>
          <w:bCs/>
          <w:spacing w:val="-3"/>
          <w:sz w:val="24"/>
          <w:szCs w:val="24"/>
        </w:rPr>
        <w:t xml:space="preserve"> ser </w:t>
      </w:r>
      <w:proofErr w:type="spellStart"/>
      <w:r w:rsidRPr="00CB4EB5">
        <w:rPr>
          <w:rFonts w:ascii="Arial" w:hAnsi="Arial" w:cs="Arial"/>
          <w:bCs/>
          <w:spacing w:val="-3"/>
          <w:sz w:val="24"/>
          <w:szCs w:val="24"/>
        </w:rPr>
        <w:t>susceptibles</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recibir</w:t>
      </w:r>
      <w:proofErr w:type="spellEnd"/>
      <w:r w:rsidRPr="00CB4EB5">
        <w:rPr>
          <w:rFonts w:ascii="Arial" w:hAnsi="Arial" w:cs="Arial"/>
          <w:bCs/>
          <w:spacing w:val="-3"/>
          <w:sz w:val="24"/>
          <w:szCs w:val="24"/>
        </w:rPr>
        <w:t xml:space="preserve"> un </w:t>
      </w:r>
      <w:proofErr w:type="spellStart"/>
      <w:r w:rsidRPr="00CB4EB5">
        <w:rPr>
          <w:rFonts w:ascii="Arial" w:hAnsi="Arial" w:cs="Arial"/>
          <w:bCs/>
          <w:spacing w:val="-3"/>
          <w:sz w:val="24"/>
          <w:szCs w:val="24"/>
        </w:rPr>
        <w:t>trato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discriminatorio</w:t>
      </w:r>
      <w:proofErr w:type="spellEnd"/>
      <w:r w:rsidRPr="00CB4EB5">
        <w:rPr>
          <w:rFonts w:ascii="Arial" w:hAnsi="Arial" w:cs="Arial"/>
          <w:bCs/>
          <w:spacing w:val="-3"/>
          <w:sz w:val="24"/>
          <w:szCs w:val="24"/>
        </w:rPr>
        <w:t>.</w:t>
      </w:r>
    </w:p>
    <w:p w14:paraId="444AFA9D" w14:textId="77777777" w:rsidR="00893C50" w:rsidRPr="00CB4EB5" w:rsidRDefault="00893C50" w:rsidP="00893C50">
      <w:pPr>
        <w:tabs>
          <w:tab w:val="left" w:pos="722"/>
        </w:tabs>
        <w:spacing w:before="25" w:line="360" w:lineRule="auto"/>
        <w:ind w:right="49"/>
        <w:jc w:val="both"/>
        <w:rPr>
          <w:rFonts w:ascii="Arial" w:hAnsi="Arial" w:cs="Arial"/>
          <w:bCs/>
          <w:spacing w:val="-3"/>
          <w:sz w:val="24"/>
          <w:szCs w:val="24"/>
        </w:rPr>
      </w:pPr>
    </w:p>
    <w:p w14:paraId="0B7D344D" w14:textId="77777777" w:rsidR="00893C50" w:rsidRPr="00CB4EB5" w:rsidRDefault="00893C50" w:rsidP="00893C50">
      <w:pPr>
        <w:tabs>
          <w:tab w:val="left" w:pos="722"/>
        </w:tabs>
        <w:spacing w:before="25" w:line="360" w:lineRule="auto"/>
        <w:ind w:right="49"/>
        <w:jc w:val="both"/>
        <w:rPr>
          <w:rFonts w:ascii="Arial" w:hAnsi="Arial" w:cs="Arial"/>
          <w:bCs/>
          <w:spacing w:val="-3"/>
          <w:sz w:val="24"/>
          <w:szCs w:val="24"/>
        </w:rPr>
      </w:pPr>
      <w:r w:rsidRPr="00CB4EB5">
        <w:rPr>
          <w:rFonts w:ascii="Arial" w:hAnsi="Arial" w:cs="Arial"/>
          <w:bCs/>
          <w:spacing w:val="-3"/>
          <w:sz w:val="24"/>
          <w:szCs w:val="24"/>
        </w:rPr>
        <w:t xml:space="preserve">En </w:t>
      </w:r>
      <w:proofErr w:type="spellStart"/>
      <w:r w:rsidRPr="00CB4EB5">
        <w:rPr>
          <w:rFonts w:ascii="Arial" w:hAnsi="Arial" w:cs="Arial"/>
          <w:bCs/>
          <w:spacing w:val="-3"/>
          <w:sz w:val="24"/>
          <w:szCs w:val="24"/>
        </w:rPr>
        <w:t>atención</w:t>
      </w:r>
      <w:proofErr w:type="spellEnd"/>
      <w:r w:rsidRPr="00CB4EB5">
        <w:rPr>
          <w:rFonts w:ascii="Arial" w:hAnsi="Arial" w:cs="Arial"/>
          <w:bCs/>
          <w:spacing w:val="-3"/>
          <w:sz w:val="24"/>
          <w:szCs w:val="24"/>
        </w:rPr>
        <w:t xml:space="preserve"> a las </w:t>
      </w:r>
      <w:proofErr w:type="spellStart"/>
      <w:r w:rsidRPr="00CB4EB5">
        <w:rPr>
          <w:rFonts w:ascii="Arial" w:hAnsi="Arial" w:cs="Arial"/>
          <w:bCs/>
          <w:spacing w:val="-3"/>
          <w:sz w:val="24"/>
          <w:szCs w:val="24"/>
        </w:rPr>
        <w:t>características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particulares</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implica</w:t>
      </w:r>
      <w:proofErr w:type="spellEnd"/>
      <w:r w:rsidRPr="00CB4EB5">
        <w:rPr>
          <w:rFonts w:ascii="Arial" w:hAnsi="Arial" w:cs="Arial"/>
          <w:bCs/>
          <w:spacing w:val="-3"/>
          <w:sz w:val="24"/>
          <w:szCs w:val="24"/>
        </w:rPr>
        <w:t xml:space="preserve"> la </w:t>
      </w:r>
      <w:proofErr w:type="spellStart"/>
      <w:r w:rsidRPr="00CB4EB5">
        <w:rPr>
          <w:rFonts w:ascii="Arial" w:hAnsi="Arial" w:cs="Arial"/>
          <w:bCs/>
          <w:spacing w:val="-3"/>
          <w:sz w:val="24"/>
          <w:szCs w:val="24"/>
        </w:rPr>
        <w:t>atención</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párvulos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estudiantes</w:t>
      </w:r>
      <w:proofErr w:type="spellEnd"/>
      <w:r w:rsidRPr="00CB4EB5">
        <w:rPr>
          <w:rFonts w:ascii="Arial" w:hAnsi="Arial" w:cs="Arial"/>
          <w:bCs/>
          <w:spacing w:val="-3"/>
          <w:sz w:val="24"/>
          <w:szCs w:val="24"/>
        </w:rPr>
        <w:t xml:space="preserve"> con </w:t>
      </w:r>
      <w:proofErr w:type="spellStart"/>
      <w:r w:rsidRPr="00CB4EB5">
        <w:rPr>
          <w:rFonts w:ascii="Arial" w:hAnsi="Arial" w:cs="Arial"/>
          <w:bCs/>
          <w:spacing w:val="-3"/>
          <w:sz w:val="24"/>
          <w:szCs w:val="24"/>
        </w:rPr>
        <w:t>trastorno</w:t>
      </w:r>
      <w:proofErr w:type="spellEnd"/>
      <w:r w:rsidRPr="00CB4EB5">
        <w:rPr>
          <w:rFonts w:ascii="Arial" w:hAnsi="Arial" w:cs="Arial"/>
          <w:bCs/>
          <w:spacing w:val="-3"/>
          <w:sz w:val="24"/>
          <w:szCs w:val="24"/>
        </w:rPr>
        <w:t xml:space="preserve"> del </w:t>
      </w:r>
      <w:proofErr w:type="spellStart"/>
      <w:r w:rsidRPr="00CB4EB5">
        <w:rPr>
          <w:rFonts w:ascii="Arial" w:hAnsi="Arial" w:cs="Arial"/>
          <w:bCs/>
          <w:spacing w:val="-3"/>
          <w:sz w:val="24"/>
          <w:szCs w:val="24"/>
        </w:rPr>
        <w:t>espectro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autista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establecimientos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educacionales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deben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efectuar</w:t>
      </w:r>
      <w:proofErr w:type="spellEnd"/>
      <w:r w:rsidRPr="00CB4EB5">
        <w:rPr>
          <w:rFonts w:ascii="Arial" w:hAnsi="Arial" w:cs="Arial"/>
          <w:bCs/>
          <w:spacing w:val="-3"/>
          <w:sz w:val="24"/>
          <w:szCs w:val="24"/>
        </w:rPr>
        <w:t xml:space="preserve"> </w:t>
      </w:r>
      <w:proofErr w:type="spellStart"/>
      <w:proofErr w:type="gram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ajustes</w:t>
      </w:r>
      <w:proofErr w:type="spellEnd"/>
      <w:proofErr w:type="gram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necesarios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sus </w:t>
      </w:r>
      <w:proofErr w:type="spellStart"/>
      <w:r w:rsidRPr="00CB4EB5">
        <w:rPr>
          <w:rFonts w:ascii="Arial" w:hAnsi="Arial" w:cs="Arial"/>
          <w:bCs/>
          <w:spacing w:val="-3"/>
          <w:sz w:val="24"/>
          <w:szCs w:val="24"/>
        </w:rPr>
        <w:t>reglamentos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internos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procedimientos</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consideren</w:t>
      </w:r>
      <w:proofErr w:type="spellEnd"/>
      <w:r w:rsidRPr="00CB4EB5">
        <w:rPr>
          <w:rFonts w:ascii="Arial" w:hAnsi="Arial" w:cs="Arial"/>
          <w:bCs/>
          <w:spacing w:val="-3"/>
          <w:sz w:val="24"/>
          <w:szCs w:val="24"/>
        </w:rPr>
        <w:t xml:space="preserve"> la </w:t>
      </w:r>
      <w:proofErr w:type="spellStart"/>
      <w:r w:rsidRPr="00CB4EB5">
        <w:rPr>
          <w:rFonts w:ascii="Arial" w:hAnsi="Arial" w:cs="Arial"/>
          <w:bCs/>
          <w:spacing w:val="-3"/>
          <w:sz w:val="24"/>
          <w:szCs w:val="24"/>
        </w:rPr>
        <w:t>diversidad</w:t>
      </w:r>
      <w:proofErr w:type="spellEnd"/>
      <w:r w:rsidRPr="00CB4EB5">
        <w:rPr>
          <w:rFonts w:ascii="Arial" w:hAnsi="Arial" w:cs="Arial"/>
          <w:bCs/>
          <w:spacing w:val="-3"/>
          <w:sz w:val="24"/>
          <w:szCs w:val="24"/>
        </w:rPr>
        <w:t xml:space="preserve"> de sus </w:t>
      </w:r>
      <w:proofErr w:type="spellStart"/>
      <w:r w:rsidRPr="00CB4EB5">
        <w:rPr>
          <w:rFonts w:ascii="Arial" w:hAnsi="Arial" w:cs="Arial"/>
          <w:bCs/>
          <w:spacing w:val="-3"/>
          <w:sz w:val="24"/>
          <w:szCs w:val="24"/>
        </w:rPr>
        <w:t>estudiantes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párvulos</w:t>
      </w:r>
      <w:proofErr w:type="spellEnd"/>
      <w:r>
        <w:rPr>
          <w:rStyle w:val="Refdenotaalpie"/>
          <w:rFonts w:ascii="Arial" w:hAnsi="Arial" w:cs="Arial"/>
          <w:bCs/>
          <w:spacing w:val="-3"/>
          <w:sz w:val="24"/>
          <w:szCs w:val="24"/>
        </w:rPr>
        <w:footnoteReference w:id="7"/>
      </w:r>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ajustes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deben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abarcar</w:t>
      </w:r>
      <w:proofErr w:type="spellEnd"/>
      <w:r w:rsidRPr="00CB4EB5">
        <w:rPr>
          <w:rFonts w:ascii="Arial" w:hAnsi="Arial" w:cs="Arial"/>
          <w:bCs/>
          <w:spacing w:val="-3"/>
          <w:sz w:val="24"/>
          <w:szCs w:val="24"/>
        </w:rPr>
        <w:t xml:space="preserve"> las </w:t>
      </w:r>
      <w:proofErr w:type="spellStart"/>
      <w:r w:rsidRPr="00CB4EB5">
        <w:rPr>
          <w:rFonts w:ascii="Arial" w:hAnsi="Arial" w:cs="Arial"/>
          <w:bCs/>
          <w:spacing w:val="-3"/>
          <w:sz w:val="24"/>
          <w:szCs w:val="24"/>
        </w:rPr>
        <w:t>múltiples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materias</w:t>
      </w:r>
      <w:proofErr w:type="spellEnd"/>
      <w:r w:rsidRPr="00CB4EB5">
        <w:rPr>
          <w:rFonts w:ascii="Arial" w:hAnsi="Arial" w:cs="Arial"/>
          <w:bCs/>
          <w:spacing w:val="-3"/>
          <w:sz w:val="24"/>
          <w:szCs w:val="24"/>
        </w:rPr>
        <w:t xml:space="preserve"> que se </w:t>
      </w:r>
      <w:proofErr w:type="spellStart"/>
      <w:r w:rsidRPr="00CB4EB5">
        <w:rPr>
          <w:rFonts w:ascii="Arial" w:hAnsi="Arial" w:cs="Arial"/>
          <w:bCs/>
          <w:spacing w:val="-3"/>
          <w:sz w:val="24"/>
          <w:szCs w:val="24"/>
        </w:rPr>
        <w:t>regulan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Reglamentos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Internos</w:t>
      </w:r>
      <w:proofErr w:type="spellEnd"/>
      <w:r w:rsidRPr="00CB4EB5">
        <w:rPr>
          <w:rFonts w:ascii="Arial" w:hAnsi="Arial" w:cs="Arial"/>
          <w:bCs/>
          <w:spacing w:val="-3"/>
          <w:sz w:val="24"/>
          <w:szCs w:val="24"/>
        </w:rPr>
        <w:t xml:space="preserve">, tales </w:t>
      </w:r>
      <w:proofErr w:type="spellStart"/>
      <w:r w:rsidRPr="00CB4EB5">
        <w:rPr>
          <w:rFonts w:ascii="Arial" w:hAnsi="Arial" w:cs="Arial"/>
          <w:bCs/>
          <w:spacing w:val="-3"/>
          <w:sz w:val="24"/>
          <w:szCs w:val="24"/>
        </w:rPr>
        <w:t>como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derechos y </w:t>
      </w:r>
      <w:proofErr w:type="spellStart"/>
      <w:r w:rsidRPr="00CB4EB5">
        <w:rPr>
          <w:rFonts w:ascii="Arial" w:hAnsi="Arial" w:cs="Arial"/>
          <w:bCs/>
          <w:spacing w:val="-3"/>
          <w:sz w:val="24"/>
          <w:szCs w:val="24"/>
        </w:rPr>
        <w:t>deberes</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miembros</w:t>
      </w:r>
      <w:proofErr w:type="spellEnd"/>
      <w:r w:rsidRPr="00CB4EB5">
        <w:rPr>
          <w:rFonts w:ascii="Arial" w:hAnsi="Arial" w:cs="Arial"/>
          <w:bCs/>
          <w:spacing w:val="-3"/>
          <w:sz w:val="24"/>
          <w:szCs w:val="24"/>
        </w:rPr>
        <w:t xml:space="preserve"> de la </w:t>
      </w:r>
      <w:proofErr w:type="spellStart"/>
      <w:r w:rsidRPr="00CB4EB5">
        <w:rPr>
          <w:rFonts w:ascii="Arial" w:hAnsi="Arial" w:cs="Arial"/>
          <w:bCs/>
          <w:spacing w:val="-3"/>
          <w:sz w:val="24"/>
          <w:szCs w:val="24"/>
        </w:rPr>
        <w:t>comunidad</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educativa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regulaciones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técnico-administrativas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sobre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estructura</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funcionamiento</w:t>
      </w:r>
      <w:proofErr w:type="spellEnd"/>
      <w:r w:rsidRPr="00CB4EB5">
        <w:rPr>
          <w:rFonts w:ascii="Arial" w:hAnsi="Arial" w:cs="Arial"/>
          <w:bCs/>
          <w:spacing w:val="-3"/>
          <w:sz w:val="24"/>
          <w:szCs w:val="24"/>
        </w:rPr>
        <w:t xml:space="preserve"> general del </w:t>
      </w:r>
      <w:proofErr w:type="spellStart"/>
      <w:r w:rsidRPr="00CB4EB5">
        <w:rPr>
          <w:rFonts w:ascii="Arial" w:hAnsi="Arial" w:cs="Arial"/>
          <w:bCs/>
          <w:spacing w:val="-3"/>
          <w:sz w:val="24"/>
          <w:szCs w:val="24"/>
        </w:rPr>
        <w:t>establecimiento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convivencia</w:t>
      </w:r>
      <w:proofErr w:type="spellEnd"/>
      <w:r w:rsidRPr="00CB4EB5">
        <w:rPr>
          <w:rFonts w:ascii="Arial" w:hAnsi="Arial" w:cs="Arial"/>
          <w:bCs/>
          <w:spacing w:val="-3"/>
          <w:sz w:val="24"/>
          <w:szCs w:val="24"/>
        </w:rPr>
        <w:t xml:space="preserve"> escolar, </w:t>
      </w:r>
      <w:proofErr w:type="spellStart"/>
      <w:r w:rsidRPr="00CB4EB5">
        <w:rPr>
          <w:rFonts w:ascii="Arial" w:hAnsi="Arial" w:cs="Arial"/>
          <w:bCs/>
          <w:spacing w:val="-3"/>
          <w:sz w:val="24"/>
          <w:szCs w:val="24"/>
        </w:rPr>
        <w:t>disciplina</w:t>
      </w:r>
      <w:proofErr w:type="spellEnd"/>
      <w:r w:rsidRPr="00CB4EB5">
        <w:rPr>
          <w:rFonts w:ascii="Arial" w:hAnsi="Arial" w:cs="Arial"/>
          <w:bCs/>
          <w:spacing w:val="-3"/>
          <w:sz w:val="24"/>
          <w:szCs w:val="24"/>
        </w:rPr>
        <w:t xml:space="preserve"> e </w:t>
      </w:r>
      <w:proofErr w:type="spellStart"/>
      <w:r w:rsidRPr="00CB4EB5">
        <w:rPr>
          <w:rFonts w:ascii="Arial" w:hAnsi="Arial" w:cs="Arial"/>
          <w:bCs/>
          <w:spacing w:val="-3"/>
          <w:sz w:val="24"/>
          <w:szCs w:val="24"/>
        </w:rPr>
        <w:t>instancias</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participación</w:t>
      </w:r>
      <w:proofErr w:type="spellEnd"/>
      <w:r w:rsidRPr="00CB4EB5">
        <w:rPr>
          <w:rFonts w:ascii="Arial" w:hAnsi="Arial" w:cs="Arial"/>
          <w:bCs/>
          <w:spacing w:val="-3"/>
          <w:sz w:val="24"/>
          <w:szCs w:val="24"/>
        </w:rPr>
        <w:t xml:space="preserve">, entre </w:t>
      </w:r>
      <w:proofErr w:type="spellStart"/>
      <w:r w:rsidRPr="00CB4EB5">
        <w:rPr>
          <w:rFonts w:ascii="Arial" w:hAnsi="Arial" w:cs="Arial"/>
          <w:bCs/>
          <w:spacing w:val="-3"/>
          <w:sz w:val="24"/>
          <w:szCs w:val="24"/>
        </w:rPr>
        <w:t>otros</w:t>
      </w:r>
      <w:proofErr w:type="spellEnd"/>
      <w:r w:rsidRPr="00CB4EB5">
        <w:rPr>
          <w:rFonts w:ascii="Arial" w:hAnsi="Arial" w:cs="Arial"/>
          <w:bCs/>
          <w:spacing w:val="-3"/>
          <w:sz w:val="24"/>
          <w:szCs w:val="24"/>
        </w:rPr>
        <w:t>.</w:t>
      </w:r>
    </w:p>
    <w:p w14:paraId="5D4C2A97"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p>
    <w:p w14:paraId="4E0ABAAC" w14:textId="77777777" w:rsidR="00893C50" w:rsidRPr="00CB4EB5" w:rsidRDefault="00893C50" w:rsidP="00893C50">
      <w:pPr>
        <w:tabs>
          <w:tab w:val="left" w:pos="722"/>
        </w:tabs>
        <w:spacing w:before="25" w:line="360" w:lineRule="auto"/>
        <w:ind w:right="49"/>
        <w:jc w:val="both"/>
        <w:rPr>
          <w:rFonts w:ascii="Arial" w:hAnsi="Arial" w:cs="Arial"/>
          <w:bCs/>
          <w:spacing w:val="-3"/>
          <w:sz w:val="24"/>
          <w:szCs w:val="24"/>
        </w:rPr>
      </w:pPr>
      <w:proofErr w:type="spellStart"/>
      <w:r w:rsidRPr="00CB4EB5">
        <w:rPr>
          <w:rFonts w:ascii="Arial" w:hAnsi="Arial" w:cs="Arial"/>
          <w:bCs/>
          <w:spacing w:val="-3"/>
          <w:sz w:val="24"/>
          <w:szCs w:val="24"/>
        </w:rPr>
        <w:t>Sobre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aspecto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particular, la Ley N° 21.545 </w:t>
      </w:r>
      <w:proofErr w:type="spellStart"/>
      <w:r w:rsidRPr="00CB4EB5">
        <w:rPr>
          <w:rFonts w:ascii="Arial" w:hAnsi="Arial" w:cs="Arial"/>
          <w:bCs/>
          <w:spacing w:val="-3"/>
          <w:sz w:val="24"/>
          <w:szCs w:val="24"/>
        </w:rPr>
        <w:t>obliga</w:t>
      </w:r>
      <w:proofErr w:type="spellEnd"/>
      <w:r w:rsidRPr="00CB4EB5">
        <w:rPr>
          <w:rFonts w:ascii="Arial" w:hAnsi="Arial" w:cs="Arial"/>
          <w:bCs/>
          <w:spacing w:val="-3"/>
          <w:sz w:val="24"/>
          <w:szCs w:val="24"/>
        </w:rPr>
        <w:t xml:space="preserve"> a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establecimientos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educacionales</w:t>
      </w:r>
      <w:proofErr w:type="spellEnd"/>
      <w:r w:rsidRPr="00CB4EB5">
        <w:rPr>
          <w:rFonts w:ascii="Arial" w:hAnsi="Arial" w:cs="Arial"/>
          <w:bCs/>
          <w:spacing w:val="-3"/>
          <w:sz w:val="24"/>
          <w:szCs w:val="24"/>
        </w:rPr>
        <w:t xml:space="preserve"> </w:t>
      </w:r>
      <w:proofErr w:type="gramStart"/>
      <w:r w:rsidRPr="00CB4EB5">
        <w:rPr>
          <w:rFonts w:ascii="Arial" w:hAnsi="Arial" w:cs="Arial"/>
          <w:bCs/>
          <w:spacing w:val="-3"/>
          <w:sz w:val="24"/>
          <w:szCs w:val="24"/>
        </w:rPr>
        <w:t>a</w:t>
      </w:r>
      <w:proofErr w:type="gram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efectuar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los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ajustes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necesarios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sus </w:t>
      </w:r>
      <w:proofErr w:type="spellStart"/>
      <w:r w:rsidRPr="00CB4EB5">
        <w:rPr>
          <w:rFonts w:ascii="Arial" w:hAnsi="Arial" w:cs="Arial"/>
          <w:bCs/>
          <w:spacing w:val="-3"/>
          <w:sz w:val="24"/>
          <w:szCs w:val="24"/>
        </w:rPr>
        <w:t>reglamentos</w:t>
      </w:r>
      <w:proofErr w:type="spellEnd"/>
      <w:r w:rsidRPr="00CB4EB5">
        <w:rPr>
          <w:rFonts w:ascii="Arial" w:hAnsi="Arial" w:cs="Arial"/>
          <w:bCs/>
          <w:spacing w:val="-3"/>
          <w:sz w:val="24"/>
          <w:szCs w:val="24"/>
        </w:rPr>
        <w:t xml:space="preserve"> </w:t>
      </w:r>
      <w:proofErr w:type="gramStart"/>
      <w:r w:rsidRPr="00CB4EB5">
        <w:rPr>
          <w:rFonts w:ascii="Arial" w:hAnsi="Arial" w:cs="Arial"/>
          <w:bCs/>
          <w:spacing w:val="-3"/>
          <w:sz w:val="24"/>
          <w:szCs w:val="24"/>
        </w:rPr>
        <w:t xml:space="preserve">y </w:t>
      </w:r>
      <w:r>
        <w:rPr>
          <w:rFonts w:ascii="Arial" w:hAnsi="Arial" w:cs="Arial"/>
          <w:bCs/>
          <w:spacing w:val="-3"/>
          <w:sz w:val="24"/>
          <w:szCs w:val="24"/>
        </w:rPr>
        <w:t xml:space="preserve"> </w:t>
      </w:r>
      <w:proofErr w:type="spellStart"/>
      <w:r>
        <w:rPr>
          <w:rFonts w:ascii="Arial" w:hAnsi="Arial" w:cs="Arial"/>
          <w:bCs/>
          <w:spacing w:val="-3"/>
          <w:sz w:val="24"/>
          <w:szCs w:val="24"/>
        </w:rPr>
        <w:t>p</w:t>
      </w:r>
      <w:r w:rsidRPr="00CB4EB5">
        <w:rPr>
          <w:rFonts w:ascii="Arial" w:hAnsi="Arial" w:cs="Arial"/>
          <w:bCs/>
          <w:spacing w:val="-3"/>
          <w:sz w:val="24"/>
          <w:szCs w:val="24"/>
        </w:rPr>
        <w:t>rocedimientos</w:t>
      </w:r>
      <w:proofErr w:type="spellEnd"/>
      <w:proofErr w:type="gram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internos</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consideren</w:t>
      </w:r>
      <w:proofErr w:type="spellEnd"/>
      <w:r w:rsidRPr="00CB4EB5">
        <w:rPr>
          <w:rFonts w:ascii="Arial" w:hAnsi="Arial" w:cs="Arial"/>
          <w:bCs/>
          <w:spacing w:val="-3"/>
          <w:sz w:val="24"/>
          <w:szCs w:val="24"/>
        </w:rPr>
        <w:t xml:space="preserve"> la </w:t>
      </w:r>
      <w:proofErr w:type="spellStart"/>
      <w:r w:rsidRPr="00CB4EB5">
        <w:rPr>
          <w:rFonts w:ascii="Arial" w:hAnsi="Arial" w:cs="Arial"/>
          <w:bCs/>
          <w:spacing w:val="-3"/>
          <w:sz w:val="24"/>
          <w:szCs w:val="24"/>
        </w:rPr>
        <w:t>diversidad</w:t>
      </w:r>
      <w:proofErr w:type="spellEnd"/>
      <w:r w:rsidRPr="00CB4EB5">
        <w:rPr>
          <w:rFonts w:ascii="Arial" w:hAnsi="Arial" w:cs="Arial"/>
          <w:bCs/>
          <w:spacing w:val="-3"/>
          <w:sz w:val="24"/>
          <w:szCs w:val="24"/>
        </w:rPr>
        <w:t xml:space="preserve"> de sus </w:t>
      </w:r>
      <w:proofErr w:type="spellStart"/>
      <w:r w:rsidRPr="00CB4EB5">
        <w:rPr>
          <w:rFonts w:ascii="Arial" w:hAnsi="Arial" w:cs="Arial"/>
          <w:bCs/>
          <w:spacing w:val="-3"/>
          <w:sz w:val="24"/>
          <w:szCs w:val="24"/>
        </w:rPr>
        <w:t>estudiantes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permitan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abordaje</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desregulaciones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emocionales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conductuales</w:t>
      </w:r>
      <w:proofErr w:type="spellEnd"/>
      <w:r w:rsidRPr="00CB4EB5">
        <w:rPr>
          <w:rFonts w:ascii="Arial" w:hAnsi="Arial" w:cs="Arial"/>
          <w:bCs/>
          <w:spacing w:val="-3"/>
          <w:sz w:val="24"/>
          <w:szCs w:val="24"/>
        </w:rPr>
        <w:t>.</w:t>
      </w:r>
    </w:p>
    <w:p w14:paraId="0CA82DD5"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p>
    <w:p w14:paraId="2AF2F396"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r w:rsidRPr="00CB4EB5">
        <w:rPr>
          <w:rFonts w:ascii="Arial" w:hAnsi="Arial" w:cs="Arial"/>
          <w:bCs/>
          <w:spacing w:val="-3"/>
          <w:sz w:val="24"/>
          <w:szCs w:val="24"/>
        </w:rPr>
        <w:t xml:space="preserve">Se </w:t>
      </w:r>
      <w:proofErr w:type="spellStart"/>
      <w:r w:rsidRPr="00CB4EB5">
        <w:rPr>
          <w:rFonts w:ascii="Arial" w:hAnsi="Arial" w:cs="Arial"/>
          <w:bCs/>
          <w:spacing w:val="-3"/>
          <w:sz w:val="24"/>
          <w:szCs w:val="24"/>
        </w:rPr>
        <w:t>entenderá</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como</w:t>
      </w:r>
      <w:proofErr w:type="spellEnd"/>
      <w:r w:rsidRPr="00CB4EB5">
        <w:rPr>
          <w:rFonts w:ascii="Arial" w:hAnsi="Arial" w:cs="Arial"/>
          <w:bCs/>
          <w:spacing w:val="-3"/>
          <w:sz w:val="24"/>
          <w:szCs w:val="24"/>
        </w:rPr>
        <w:t xml:space="preserve"> “</w:t>
      </w:r>
      <w:proofErr w:type="spellStart"/>
      <w:r w:rsidRPr="00CB4EB5">
        <w:rPr>
          <w:rFonts w:ascii="Arial" w:hAnsi="Arial" w:cs="Arial"/>
          <w:b/>
          <w:spacing w:val="-3"/>
          <w:sz w:val="24"/>
          <w:szCs w:val="24"/>
        </w:rPr>
        <w:t>Acompañamiento</w:t>
      </w:r>
      <w:proofErr w:type="spellEnd"/>
      <w:r w:rsidRPr="00CB4EB5">
        <w:rPr>
          <w:rFonts w:ascii="Arial" w:hAnsi="Arial" w:cs="Arial"/>
          <w:b/>
          <w:spacing w:val="-3"/>
          <w:sz w:val="24"/>
          <w:szCs w:val="24"/>
        </w:rPr>
        <w:t xml:space="preserve"> </w:t>
      </w:r>
      <w:proofErr w:type="spellStart"/>
      <w:r w:rsidRPr="00CB4EB5">
        <w:rPr>
          <w:rFonts w:ascii="Arial" w:hAnsi="Arial" w:cs="Arial"/>
          <w:b/>
          <w:spacing w:val="-3"/>
          <w:sz w:val="24"/>
          <w:szCs w:val="24"/>
        </w:rPr>
        <w:t>Emocional</w:t>
      </w:r>
      <w:proofErr w:type="spellEnd"/>
      <w:r w:rsidRPr="00CB4EB5">
        <w:rPr>
          <w:rFonts w:ascii="Arial" w:hAnsi="Arial" w:cs="Arial"/>
          <w:b/>
          <w:spacing w:val="-3"/>
          <w:sz w:val="24"/>
          <w:szCs w:val="24"/>
        </w:rPr>
        <w:t xml:space="preserve"> y </w:t>
      </w:r>
      <w:proofErr w:type="spellStart"/>
      <w:r w:rsidRPr="00CB4EB5">
        <w:rPr>
          <w:rFonts w:ascii="Arial" w:hAnsi="Arial" w:cs="Arial"/>
          <w:b/>
          <w:spacing w:val="-3"/>
          <w:sz w:val="24"/>
          <w:szCs w:val="24"/>
        </w:rPr>
        <w:t>Conductual</w:t>
      </w:r>
      <w:proofErr w:type="spellEnd"/>
      <w:r w:rsidRPr="00CB4EB5">
        <w:rPr>
          <w:rFonts w:ascii="Arial" w:hAnsi="Arial" w:cs="Arial"/>
          <w:bCs/>
          <w:spacing w:val="-3"/>
          <w:sz w:val="24"/>
          <w:szCs w:val="24"/>
        </w:rPr>
        <w:t xml:space="preserve">” al conjunto de </w:t>
      </w:r>
      <w:proofErr w:type="spellStart"/>
      <w:r w:rsidRPr="00CB4EB5">
        <w:rPr>
          <w:rFonts w:ascii="Arial" w:hAnsi="Arial" w:cs="Arial"/>
          <w:bCs/>
          <w:spacing w:val="-3"/>
          <w:sz w:val="24"/>
          <w:szCs w:val="24"/>
        </w:rPr>
        <w:t>acciones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preventivas</w:t>
      </w:r>
      <w:proofErr w:type="spellEnd"/>
      <w:r w:rsidRPr="00CB4EB5">
        <w:rPr>
          <w:rFonts w:ascii="Arial" w:hAnsi="Arial" w:cs="Arial"/>
          <w:bCs/>
          <w:spacing w:val="-3"/>
          <w:sz w:val="24"/>
          <w:szCs w:val="24"/>
        </w:rPr>
        <w:t xml:space="preserve"> y/o </w:t>
      </w:r>
      <w:proofErr w:type="spellStart"/>
      <w:r w:rsidRPr="00CB4EB5">
        <w:rPr>
          <w:rFonts w:ascii="Arial" w:hAnsi="Arial" w:cs="Arial"/>
          <w:bCs/>
          <w:spacing w:val="-3"/>
          <w:sz w:val="24"/>
          <w:szCs w:val="24"/>
        </w:rPr>
        <w:t>responsivas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desplegadas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hacia</w:t>
      </w:r>
      <w:proofErr w:type="spellEnd"/>
      <w:r w:rsidRPr="00CB4EB5">
        <w:rPr>
          <w:rFonts w:ascii="Arial" w:hAnsi="Arial" w:cs="Arial"/>
          <w:bCs/>
          <w:spacing w:val="-3"/>
          <w:sz w:val="24"/>
          <w:szCs w:val="24"/>
        </w:rPr>
        <w:t xml:space="preserve"> un o </w:t>
      </w:r>
      <w:proofErr w:type="spellStart"/>
      <w:r w:rsidRPr="00CB4EB5">
        <w:rPr>
          <w:rFonts w:ascii="Arial" w:hAnsi="Arial" w:cs="Arial"/>
          <w:bCs/>
          <w:spacing w:val="-3"/>
          <w:sz w:val="24"/>
          <w:szCs w:val="24"/>
        </w:rPr>
        <w:t>una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párvulo</w:t>
      </w:r>
      <w:proofErr w:type="spellEnd"/>
      <w:r w:rsidRPr="00CB4EB5">
        <w:rPr>
          <w:rFonts w:ascii="Arial" w:hAnsi="Arial" w:cs="Arial"/>
          <w:bCs/>
          <w:spacing w:val="-3"/>
          <w:sz w:val="24"/>
          <w:szCs w:val="24"/>
        </w:rPr>
        <w:t xml:space="preserve"> o </w:t>
      </w:r>
      <w:proofErr w:type="spellStart"/>
      <w:r w:rsidRPr="00CB4EB5">
        <w:rPr>
          <w:rFonts w:ascii="Arial" w:hAnsi="Arial" w:cs="Arial"/>
          <w:bCs/>
          <w:spacing w:val="-3"/>
          <w:sz w:val="24"/>
          <w:szCs w:val="24"/>
        </w:rPr>
        <w:t>estudiante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autista</w:t>
      </w:r>
      <w:proofErr w:type="spellEnd"/>
      <w:r w:rsidRPr="00CB4EB5">
        <w:rPr>
          <w:rFonts w:ascii="Arial" w:hAnsi="Arial" w:cs="Arial"/>
          <w:bCs/>
          <w:spacing w:val="-3"/>
          <w:sz w:val="24"/>
          <w:szCs w:val="24"/>
        </w:rPr>
        <w:t xml:space="preserve"> a lo largo de </w:t>
      </w:r>
      <w:proofErr w:type="spellStart"/>
      <w:r w:rsidRPr="00CB4EB5">
        <w:rPr>
          <w:rFonts w:ascii="Arial" w:hAnsi="Arial" w:cs="Arial"/>
          <w:bCs/>
          <w:spacing w:val="-3"/>
          <w:sz w:val="24"/>
          <w:szCs w:val="24"/>
        </w:rPr>
        <w:t>su</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trayectoria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educativa</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cuyo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propósito</w:t>
      </w:r>
      <w:proofErr w:type="spellEnd"/>
      <w:r w:rsidRPr="00CB4EB5">
        <w:rPr>
          <w:rFonts w:ascii="Arial" w:hAnsi="Arial" w:cs="Arial"/>
          <w:bCs/>
          <w:spacing w:val="-3"/>
          <w:sz w:val="24"/>
          <w:szCs w:val="24"/>
        </w:rPr>
        <w:t xml:space="preserve"> es </w:t>
      </w:r>
      <w:proofErr w:type="spellStart"/>
      <w:r w:rsidRPr="00CB4EB5">
        <w:rPr>
          <w:rFonts w:ascii="Arial" w:hAnsi="Arial" w:cs="Arial"/>
          <w:bCs/>
          <w:spacing w:val="-3"/>
          <w:sz w:val="24"/>
          <w:szCs w:val="24"/>
        </w:rPr>
        <w:t>mitigar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su</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vulnerabilidad</w:t>
      </w:r>
      <w:proofErr w:type="spellEnd"/>
      <w:r w:rsidRPr="00CB4EB5">
        <w:rPr>
          <w:rFonts w:ascii="Arial" w:hAnsi="Arial" w:cs="Arial"/>
          <w:bCs/>
          <w:spacing w:val="-3"/>
          <w:sz w:val="24"/>
          <w:szCs w:val="24"/>
        </w:rPr>
        <w:t xml:space="preserve"> ante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entorno</w:t>
      </w:r>
      <w:proofErr w:type="spellEnd"/>
      <w:r w:rsidRPr="00CB4EB5">
        <w:rPr>
          <w:rFonts w:ascii="Arial" w:hAnsi="Arial" w:cs="Arial"/>
          <w:bCs/>
          <w:spacing w:val="-3"/>
          <w:sz w:val="24"/>
          <w:szCs w:val="24"/>
        </w:rPr>
        <w:t xml:space="preserve">, o responder </w:t>
      </w:r>
      <w:proofErr w:type="spellStart"/>
      <w:r w:rsidRPr="00CB4EB5">
        <w:rPr>
          <w:rFonts w:ascii="Arial" w:hAnsi="Arial" w:cs="Arial"/>
          <w:bCs/>
          <w:spacing w:val="-3"/>
          <w:sz w:val="24"/>
          <w:szCs w:val="24"/>
        </w:rPr>
        <w:t>comprensiva</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eficazmente</w:t>
      </w:r>
      <w:proofErr w:type="spellEnd"/>
      <w:r w:rsidRPr="00CB4EB5">
        <w:rPr>
          <w:rFonts w:ascii="Arial" w:hAnsi="Arial" w:cs="Arial"/>
          <w:bCs/>
          <w:spacing w:val="-3"/>
          <w:sz w:val="24"/>
          <w:szCs w:val="24"/>
        </w:rPr>
        <w:t xml:space="preserve"> ante </w:t>
      </w:r>
      <w:proofErr w:type="spellStart"/>
      <w:r w:rsidRPr="00CB4EB5">
        <w:rPr>
          <w:rFonts w:ascii="Arial" w:hAnsi="Arial" w:cs="Arial"/>
          <w:bCs/>
          <w:spacing w:val="-3"/>
          <w:sz w:val="24"/>
          <w:szCs w:val="24"/>
        </w:rPr>
        <w:t>conductas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desafiantes</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manejar</w:t>
      </w:r>
      <w:proofErr w:type="spellEnd"/>
      <w:r w:rsidRPr="00CB4EB5">
        <w:rPr>
          <w:rFonts w:ascii="Arial" w:hAnsi="Arial" w:cs="Arial"/>
          <w:bCs/>
          <w:spacing w:val="-3"/>
          <w:sz w:val="24"/>
          <w:szCs w:val="24"/>
        </w:rPr>
        <w:t xml:space="preserve"> para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contexto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educativo</w:t>
      </w:r>
      <w:proofErr w:type="spellEnd"/>
      <w:r w:rsidRPr="00CB4EB5">
        <w:rPr>
          <w:rFonts w:ascii="Arial" w:hAnsi="Arial" w:cs="Arial"/>
          <w:bCs/>
          <w:spacing w:val="-3"/>
          <w:sz w:val="24"/>
          <w:szCs w:val="24"/>
        </w:rPr>
        <w:t xml:space="preserve">, sea </w:t>
      </w:r>
      <w:proofErr w:type="spellStart"/>
      <w:r w:rsidRPr="00CB4EB5">
        <w:rPr>
          <w:rFonts w:ascii="Arial" w:hAnsi="Arial" w:cs="Arial"/>
          <w:bCs/>
          <w:spacing w:val="-3"/>
          <w:sz w:val="24"/>
          <w:szCs w:val="24"/>
        </w:rPr>
        <w:t>por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su</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intensidad</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naturaleza</w:t>
      </w:r>
      <w:proofErr w:type="spellEnd"/>
      <w:r w:rsidRPr="00CB4EB5">
        <w:rPr>
          <w:rFonts w:ascii="Arial" w:hAnsi="Arial" w:cs="Arial"/>
          <w:bCs/>
          <w:spacing w:val="-3"/>
          <w:sz w:val="24"/>
          <w:szCs w:val="24"/>
        </w:rPr>
        <w:t xml:space="preserve"> o </w:t>
      </w:r>
      <w:proofErr w:type="spellStart"/>
      <w:r w:rsidRPr="00CB4EB5">
        <w:rPr>
          <w:rFonts w:ascii="Arial" w:hAnsi="Arial" w:cs="Arial"/>
          <w:bCs/>
          <w:spacing w:val="-3"/>
          <w:sz w:val="24"/>
          <w:szCs w:val="24"/>
        </w:rPr>
        <w:t>temporalidad</w:t>
      </w:r>
      <w:proofErr w:type="spellEnd"/>
      <w:r w:rsidRPr="00CB4EB5">
        <w:rPr>
          <w:rFonts w:ascii="Arial" w:hAnsi="Arial" w:cs="Arial"/>
          <w:bCs/>
          <w:spacing w:val="-3"/>
          <w:sz w:val="24"/>
          <w:szCs w:val="24"/>
        </w:rPr>
        <w:t>.</w:t>
      </w:r>
    </w:p>
    <w:p w14:paraId="4577859A" w14:textId="77777777" w:rsidR="00893C50" w:rsidRPr="00CB4EB5" w:rsidRDefault="00893C50" w:rsidP="00893C50">
      <w:pPr>
        <w:tabs>
          <w:tab w:val="left" w:pos="722"/>
        </w:tabs>
        <w:spacing w:before="25" w:line="360" w:lineRule="auto"/>
        <w:ind w:right="49"/>
        <w:jc w:val="both"/>
        <w:rPr>
          <w:rFonts w:ascii="Arial" w:hAnsi="Arial" w:cs="Arial"/>
          <w:bCs/>
          <w:spacing w:val="-3"/>
          <w:sz w:val="24"/>
          <w:szCs w:val="24"/>
        </w:rPr>
      </w:pPr>
    </w:p>
    <w:p w14:paraId="154D430F" w14:textId="77777777" w:rsidR="00893C50" w:rsidRPr="00CB4EB5" w:rsidRDefault="00893C50" w:rsidP="00893C50">
      <w:pPr>
        <w:tabs>
          <w:tab w:val="left" w:pos="722"/>
        </w:tabs>
        <w:spacing w:before="25" w:line="360" w:lineRule="auto"/>
        <w:ind w:right="49"/>
        <w:jc w:val="both"/>
        <w:rPr>
          <w:rFonts w:ascii="Arial" w:hAnsi="Arial" w:cs="Arial"/>
          <w:bCs/>
          <w:spacing w:val="-3"/>
          <w:sz w:val="24"/>
          <w:szCs w:val="24"/>
        </w:rPr>
      </w:pPr>
      <w:r w:rsidRPr="00CB4EB5">
        <w:rPr>
          <w:rFonts w:ascii="Arial" w:hAnsi="Arial" w:cs="Arial"/>
          <w:bCs/>
          <w:spacing w:val="-3"/>
          <w:sz w:val="24"/>
          <w:szCs w:val="24"/>
        </w:rPr>
        <w:t xml:space="preserve">La </w:t>
      </w:r>
      <w:proofErr w:type="spellStart"/>
      <w:r w:rsidRPr="00CB4EB5">
        <w:rPr>
          <w:rFonts w:ascii="Arial" w:hAnsi="Arial" w:cs="Arial"/>
          <w:bCs/>
          <w:spacing w:val="-3"/>
          <w:sz w:val="24"/>
          <w:szCs w:val="24"/>
        </w:rPr>
        <w:t>desregulación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emocional</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conductual</w:t>
      </w:r>
      <w:proofErr w:type="spellEnd"/>
      <w:r w:rsidRPr="00CB4EB5">
        <w:rPr>
          <w:rFonts w:ascii="Arial" w:hAnsi="Arial" w:cs="Arial"/>
          <w:bCs/>
          <w:spacing w:val="-3"/>
          <w:sz w:val="24"/>
          <w:szCs w:val="24"/>
        </w:rPr>
        <w:t xml:space="preserve"> es </w:t>
      </w:r>
      <w:proofErr w:type="spellStart"/>
      <w:r w:rsidRPr="00CB4EB5">
        <w:rPr>
          <w:rFonts w:ascii="Arial" w:hAnsi="Arial" w:cs="Arial"/>
          <w:bCs/>
          <w:spacing w:val="-3"/>
          <w:sz w:val="24"/>
          <w:szCs w:val="24"/>
        </w:rPr>
        <w:t>considerada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como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una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situación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desafiante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entendida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contexto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como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aquella</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ocurre</w:t>
      </w:r>
      <w:proofErr w:type="spellEnd"/>
      <w:r w:rsidRPr="00CB4EB5">
        <w:rPr>
          <w:rFonts w:ascii="Arial" w:hAnsi="Arial" w:cs="Arial"/>
          <w:bCs/>
          <w:spacing w:val="-3"/>
          <w:sz w:val="24"/>
          <w:szCs w:val="24"/>
        </w:rPr>
        <w:t xml:space="preserve"> con </w:t>
      </w:r>
      <w:proofErr w:type="spellStart"/>
      <w:r w:rsidRPr="00CB4EB5">
        <w:rPr>
          <w:rFonts w:ascii="Arial" w:hAnsi="Arial" w:cs="Arial"/>
          <w:bCs/>
          <w:spacing w:val="-3"/>
          <w:sz w:val="24"/>
          <w:szCs w:val="24"/>
        </w:rPr>
        <w:t>párvulos</w:t>
      </w:r>
      <w:proofErr w:type="spellEnd"/>
      <w:r w:rsidRPr="00CB4EB5">
        <w:rPr>
          <w:rFonts w:ascii="Arial" w:hAnsi="Arial" w:cs="Arial"/>
          <w:bCs/>
          <w:spacing w:val="-3"/>
          <w:sz w:val="24"/>
          <w:szCs w:val="24"/>
        </w:rPr>
        <w:t xml:space="preserve"> y </w:t>
      </w:r>
      <w:proofErr w:type="spellStart"/>
      <w:r w:rsidRPr="00CB4EB5">
        <w:rPr>
          <w:rFonts w:ascii="Arial" w:hAnsi="Arial" w:cs="Arial"/>
          <w:bCs/>
          <w:spacing w:val="-3"/>
          <w:sz w:val="24"/>
          <w:szCs w:val="24"/>
        </w:rPr>
        <w:t>estudiantes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Espectro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Autista</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por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su</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frecuencia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duración</w:t>
      </w:r>
      <w:proofErr w:type="spellEnd"/>
      <w:r w:rsidRPr="00CB4EB5">
        <w:rPr>
          <w:rFonts w:ascii="Arial" w:hAnsi="Arial" w:cs="Arial"/>
          <w:bCs/>
          <w:spacing w:val="-3"/>
          <w:sz w:val="24"/>
          <w:szCs w:val="24"/>
        </w:rPr>
        <w:t xml:space="preserve"> o </w:t>
      </w:r>
      <w:proofErr w:type="spellStart"/>
      <w:r w:rsidRPr="00CB4EB5">
        <w:rPr>
          <w:rFonts w:ascii="Arial" w:hAnsi="Arial" w:cs="Arial"/>
          <w:bCs/>
          <w:spacing w:val="-3"/>
          <w:sz w:val="24"/>
          <w:szCs w:val="24"/>
        </w:rPr>
        <w:t>intensidad</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requiere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una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atención</w:t>
      </w:r>
      <w:proofErr w:type="spellEnd"/>
      <w:r w:rsidRPr="00CB4EB5">
        <w:rPr>
          <w:rFonts w:ascii="Arial" w:hAnsi="Arial" w:cs="Arial"/>
          <w:bCs/>
          <w:spacing w:val="-3"/>
          <w:sz w:val="24"/>
          <w:szCs w:val="24"/>
        </w:rPr>
        <w:t xml:space="preserve"> particular y </w:t>
      </w:r>
      <w:proofErr w:type="spellStart"/>
      <w:r w:rsidRPr="00CB4EB5">
        <w:rPr>
          <w:rFonts w:ascii="Arial" w:hAnsi="Arial" w:cs="Arial"/>
          <w:bCs/>
          <w:spacing w:val="-3"/>
          <w:sz w:val="24"/>
          <w:szCs w:val="24"/>
        </w:rPr>
        <w:t>específica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por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parte</w:t>
      </w:r>
      <w:proofErr w:type="spellEnd"/>
      <w:r w:rsidRPr="00CB4EB5">
        <w:rPr>
          <w:rFonts w:ascii="Arial" w:hAnsi="Arial" w:cs="Arial"/>
          <w:bCs/>
          <w:spacing w:val="-3"/>
          <w:sz w:val="24"/>
          <w:szCs w:val="24"/>
        </w:rPr>
        <w:t xml:space="preserve"> de </w:t>
      </w:r>
      <w:proofErr w:type="spellStart"/>
      <w:r w:rsidRPr="00CB4EB5">
        <w:rPr>
          <w:rFonts w:ascii="Arial" w:hAnsi="Arial" w:cs="Arial"/>
          <w:bCs/>
          <w:spacing w:val="-3"/>
          <w:sz w:val="24"/>
          <w:szCs w:val="24"/>
        </w:rPr>
        <w:t>una</w:t>
      </w:r>
      <w:proofErr w:type="spellEnd"/>
      <w:r w:rsidRPr="00CB4EB5">
        <w:rPr>
          <w:rFonts w:ascii="Arial" w:hAnsi="Arial" w:cs="Arial"/>
          <w:bCs/>
          <w:spacing w:val="-3"/>
          <w:sz w:val="24"/>
          <w:szCs w:val="24"/>
        </w:rPr>
        <w:t xml:space="preserve"> persona </w:t>
      </w:r>
      <w:proofErr w:type="spellStart"/>
      <w:r w:rsidRPr="00CB4EB5">
        <w:rPr>
          <w:rFonts w:ascii="Arial" w:hAnsi="Arial" w:cs="Arial"/>
          <w:bCs/>
          <w:spacing w:val="-3"/>
          <w:sz w:val="24"/>
          <w:szCs w:val="24"/>
        </w:rPr>
        <w:t>adulta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situaciones</w:t>
      </w:r>
      <w:proofErr w:type="spellEnd"/>
      <w:r w:rsidRPr="00CB4EB5">
        <w:rPr>
          <w:rFonts w:ascii="Arial" w:hAnsi="Arial" w:cs="Arial"/>
          <w:bCs/>
          <w:spacing w:val="-3"/>
          <w:sz w:val="24"/>
          <w:szCs w:val="24"/>
        </w:rPr>
        <w:t xml:space="preserve">, al no </w:t>
      </w:r>
      <w:proofErr w:type="spellStart"/>
      <w:r w:rsidRPr="00CB4EB5">
        <w:rPr>
          <w:rFonts w:ascii="Arial" w:hAnsi="Arial" w:cs="Arial"/>
          <w:bCs/>
          <w:spacing w:val="-3"/>
          <w:sz w:val="24"/>
          <w:szCs w:val="24"/>
        </w:rPr>
        <w:t>disminuir</w:t>
      </w:r>
      <w:proofErr w:type="spellEnd"/>
      <w:r w:rsidRPr="00CB4EB5">
        <w:rPr>
          <w:rFonts w:ascii="Arial" w:hAnsi="Arial" w:cs="Arial"/>
          <w:bCs/>
          <w:spacing w:val="-3"/>
          <w:sz w:val="24"/>
          <w:szCs w:val="24"/>
        </w:rPr>
        <w:t xml:space="preserve"> ante </w:t>
      </w:r>
      <w:proofErr w:type="spellStart"/>
      <w:r w:rsidRPr="00CB4EB5">
        <w:rPr>
          <w:rFonts w:ascii="Arial" w:hAnsi="Arial" w:cs="Arial"/>
          <w:bCs/>
          <w:spacing w:val="-3"/>
          <w:sz w:val="24"/>
          <w:szCs w:val="24"/>
        </w:rPr>
        <w:t>estrategias</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generalmente</w:t>
      </w:r>
      <w:proofErr w:type="spellEnd"/>
      <w:r w:rsidRPr="00CB4EB5">
        <w:rPr>
          <w:rFonts w:ascii="Arial" w:hAnsi="Arial" w:cs="Arial"/>
          <w:bCs/>
          <w:spacing w:val="-3"/>
          <w:sz w:val="24"/>
          <w:szCs w:val="24"/>
        </w:rPr>
        <w:t xml:space="preserve"> se </w:t>
      </w:r>
      <w:proofErr w:type="spellStart"/>
      <w:r w:rsidRPr="00CB4EB5">
        <w:rPr>
          <w:rFonts w:ascii="Arial" w:hAnsi="Arial" w:cs="Arial"/>
          <w:bCs/>
          <w:spacing w:val="-3"/>
          <w:sz w:val="24"/>
          <w:szCs w:val="24"/>
        </w:rPr>
        <w:t>utilizan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situaciones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similares</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ocurren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tramo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etario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significan</w:t>
      </w:r>
      <w:proofErr w:type="spellEnd"/>
      <w:r w:rsidRPr="00CB4EB5">
        <w:rPr>
          <w:rFonts w:ascii="Arial" w:hAnsi="Arial" w:cs="Arial"/>
          <w:bCs/>
          <w:spacing w:val="-3"/>
          <w:sz w:val="24"/>
          <w:szCs w:val="24"/>
        </w:rPr>
        <w:t xml:space="preserve"> un </w:t>
      </w:r>
      <w:proofErr w:type="spellStart"/>
      <w:r w:rsidRPr="00CB4EB5">
        <w:rPr>
          <w:rFonts w:ascii="Arial" w:hAnsi="Arial" w:cs="Arial"/>
          <w:bCs/>
          <w:spacing w:val="-3"/>
          <w:sz w:val="24"/>
          <w:szCs w:val="24"/>
        </w:rPr>
        <w:t>desafío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por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parte</w:t>
      </w:r>
      <w:proofErr w:type="spellEnd"/>
      <w:r w:rsidRPr="00CB4EB5">
        <w:rPr>
          <w:rFonts w:ascii="Arial" w:hAnsi="Arial" w:cs="Arial"/>
          <w:bCs/>
          <w:spacing w:val="-3"/>
          <w:sz w:val="24"/>
          <w:szCs w:val="24"/>
        </w:rPr>
        <w:t xml:space="preserve"> de la persona </w:t>
      </w:r>
      <w:proofErr w:type="spellStart"/>
      <w:r w:rsidRPr="00CB4EB5">
        <w:rPr>
          <w:rFonts w:ascii="Arial" w:hAnsi="Arial" w:cs="Arial"/>
          <w:bCs/>
          <w:spacing w:val="-3"/>
          <w:sz w:val="24"/>
          <w:szCs w:val="24"/>
        </w:rPr>
        <w:t>adulta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ya</w:t>
      </w:r>
      <w:proofErr w:type="spellEnd"/>
      <w:r w:rsidRPr="00CB4EB5">
        <w:rPr>
          <w:rFonts w:ascii="Arial" w:hAnsi="Arial" w:cs="Arial"/>
          <w:bCs/>
          <w:spacing w:val="-3"/>
          <w:sz w:val="24"/>
          <w:szCs w:val="24"/>
        </w:rPr>
        <w:t xml:space="preserve"> que </w:t>
      </w:r>
      <w:proofErr w:type="spellStart"/>
      <w:r w:rsidRPr="00CB4EB5">
        <w:rPr>
          <w:rFonts w:ascii="Arial" w:hAnsi="Arial" w:cs="Arial"/>
          <w:bCs/>
          <w:spacing w:val="-3"/>
          <w:sz w:val="24"/>
          <w:szCs w:val="24"/>
        </w:rPr>
        <w:t>supone</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indagar</w:t>
      </w:r>
      <w:proofErr w:type="spellEnd"/>
      <w:r w:rsidRPr="00CB4EB5">
        <w:rPr>
          <w:rFonts w:ascii="Arial" w:hAnsi="Arial" w:cs="Arial"/>
          <w:bCs/>
          <w:spacing w:val="-3"/>
          <w:sz w:val="24"/>
          <w:szCs w:val="24"/>
        </w:rPr>
        <w:t xml:space="preserve"> con mayor </w:t>
      </w:r>
      <w:proofErr w:type="spellStart"/>
      <w:r w:rsidRPr="00CB4EB5">
        <w:rPr>
          <w:rFonts w:ascii="Arial" w:hAnsi="Arial" w:cs="Arial"/>
          <w:bCs/>
          <w:spacing w:val="-3"/>
          <w:sz w:val="24"/>
          <w:szCs w:val="24"/>
        </w:rPr>
        <w:t>precisión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las </w:t>
      </w:r>
      <w:proofErr w:type="spellStart"/>
      <w:r w:rsidRPr="00CB4EB5">
        <w:rPr>
          <w:rFonts w:ascii="Arial" w:hAnsi="Arial" w:cs="Arial"/>
          <w:bCs/>
          <w:spacing w:val="-3"/>
          <w:sz w:val="24"/>
          <w:szCs w:val="24"/>
        </w:rPr>
        <w:t>causas</w:t>
      </w:r>
      <w:proofErr w:type="spellEnd"/>
      <w:r w:rsidRPr="00CB4EB5">
        <w:rPr>
          <w:rFonts w:ascii="Arial" w:hAnsi="Arial" w:cs="Arial"/>
          <w:bCs/>
          <w:spacing w:val="-3"/>
          <w:sz w:val="24"/>
          <w:szCs w:val="24"/>
        </w:rPr>
        <w:t xml:space="preserve"> que la </w:t>
      </w:r>
      <w:proofErr w:type="spellStart"/>
      <w:r w:rsidRPr="00CB4EB5">
        <w:rPr>
          <w:rFonts w:ascii="Arial" w:hAnsi="Arial" w:cs="Arial"/>
          <w:bCs/>
          <w:spacing w:val="-3"/>
          <w:sz w:val="24"/>
          <w:szCs w:val="24"/>
        </w:rPr>
        <w:t>provocan</w:t>
      </w:r>
      <w:proofErr w:type="spellEnd"/>
      <w:r>
        <w:rPr>
          <w:rStyle w:val="Refdenotaalpie"/>
          <w:rFonts w:ascii="Arial" w:hAnsi="Arial" w:cs="Arial"/>
          <w:bCs/>
          <w:spacing w:val="-3"/>
          <w:sz w:val="24"/>
          <w:szCs w:val="24"/>
        </w:rPr>
        <w:footnoteReference w:id="8"/>
      </w:r>
      <w:r w:rsidRPr="00CB4EB5">
        <w:rPr>
          <w:rFonts w:ascii="Arial" w:hAnsi="Arial" w:cs="Arial"/>
          <w:bCs/>
          <w:spacing w:val="-3"/>
          <w:sz w:val="24"/>
          <w:szCs w:val="24"/>
        </w:rPr>
        <w:t>.</w:t>
      </w:r>
    </w:p>
    <w:p w14:paraId="50124F52"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p>
    <w:p w14:paraId="6979D175" w14:textId="77777777" w:rsidR="00893C50" w:rsidRPr="00A10AEA" w:rsidRDefault="00893C50" w:rsidP="00893C50">
      <w:pPr>
        <w:tabs>
          <w:tab w:val="left" w:pos="722"/>
        </w:tabs>
        <w:spacing w:before="25" w:line="360" w:lineRule="auto"/>
        <w:ind w:right="49"/>
        <w:jc w:val="both"/>
        <w:rPr>
          <w:rFonts w:ascii="Arial" w:hAnsi="Arial" w:cs="Arial"/>
          <w:bCs/>
          <w:spacing w:val="-3"/>
          <w:sz w:val="24"/>
          <w:szCs w:val="24"/>
        </w:rPr>
      </w:pPr>
      <w:r w:rsidRPr="00A10AEA">
        <w:rPr>
          <w:rFonts w:ascii="Arial" w:hAnsi="Arial" w:cs="Arial"/>
          <w:bCs/>
          <w:spacing w:val="-3"/>
          <w:sz w:val="24"/>
          <w:szCs w:val="24"/>
        </w:rPr>
        <w:lastRenderedPageBreak/>
        <w:t xml:space="preserve">El </w:t>
      </w:r>
      <w:proofErr w:type="spellStart"/>
      <w:r w:rsidRPr="00A10AEA">
        <w:rPr>
          <w:rFonts w:ascii="Arial" w:hAnsi="Arial" w:cs="Arial"/>
          <w:bCs/>
          <w:spacing w:val="-3"/>
          <w:sz w:val="24"/>
          <w:szCs w:val="24"/>
        </w:rPr>
        <w:t>acompañamiento</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emocional</w:t>
      </w:r>
      <w:proofErr w:type="spellEnd"/>
      <w:r w:rsidRPr="00A10AEA">
        <w:rPr>
          <w:rFonts w:ascii="Arial" w:hAnsi="Arial" w:cs="Arial"/>
          <w:bCs/>
          <w:spacing w:val="-3"/>
          <w:sz w:val="24"/>
          <w:szCs w:val="24"/>
        </w:rPr>
        <w:t xml:space="preserve"> y </w:t>
      </w:r>
      <w:proofErr w:type="spellStart"/>
      <w:r w:rsidRPr="00A10AEA">
        <w:rPr>
          <w:rFonts w:ascii="Arial" w:hAnsi="Arial" w:cs="Arial"/>
          <w:bCs/>
          <w:spacing w:val="-3"/>
          <w:sz w:val="24"/>
          <w:szCs w:val="24"/>
        </w:rPr>
        <w:t>conductual</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debe</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considerar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especialmente</w:t>
      </w:r>
      <w:proofErr w:type="spellEnd"/>
      <w:r w:rsidRPr="00A10AEA">
        <w:rPr>
          <w:rFonts w:ascii="Arial" w:hAnsi="Arial" w:cs="Arial"/>
          <w:bCs/>
          <w:spacing w:val="-3"/>
          <w:sz w:val="24"/>
          <w:szCs w:val="24"/>
        </w:rPr>
        <w:t xml:space="preserve"> la </w:t>
      </w:r>
      <w:proofErr w:type="spellStart"/>
      <w:r w:rsidRPr="00A10AEA">
        <w:rPr>
          <w:rFonts w:ascii="Arial" w:hAnsi="Arial" w:cs="Arial"/>
          <w:bCs/>
          <w:spacing w:val="-3"/>
          <w:sz w:val="24"/>
          <w:szCs w:val="24"/>
        </w:rPr>
        <w:t>relevancia</w:t>
      </w:r>
      <w:proofErr w:type="spellEnd"/>
      <w:r w:rsidRPr="00A10AEA">
        <w:rPr>
          <w:rFonts w:ascii="Arial" w:hAnsi="Arial" w:cs="Arial"/>
          <w:bCs/>
          <w:spacing w:val="-3"/>
          <w:sz w:val="24"/>
          <w:szCs w:val="24"/>
        </w:rPr>
        <w:t xml:space="preserve"> del </w:t>
      </w:r>
      <w:proofErr w:type="spellStart"/>
      <w:r w:rsidRPr="00A10AEA">
        <w:rPr>
          <w:rFonts w:ascii="Arial" w:hAnsi="Arial" w:cs="Arial"/>
          <w:bCs/>
          <w:spacing w:val="-3"/>
          <w:sz w:val="24"/>
          <w:szCs w:val="24"/>
        </w:rPr>
        <w:t>contexto</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en</w:t>
      </w:r>
      <w:proofErr w:type="spellEnd"/>
      <w:r w:rsidRPr="00A10AEA">
        <w:rPr>
          <w:rFonts w:ascii="Arial" w:hAnsi="Arial" w:cs="Arial"/>
          <w:bCs/>
          <w:spacing w:val="-3"/>
          <w:sz w:val="24"/>
          <w:szCs w:val="24"/>
        </w:rPr>
        <w:t xml:space="preserve"> la </w:t>
      </w:r>
      <w:proofErr w:type="spellStart"/>
      <w:r w:rsidRPr="00A10AEA">
        <w:rPr>
          <w:rFonts w:ascii="Arial" w:hAnsi="Arial" w:cs="Arial"/>
          <w:bCs/>
          <w:spacing w:val="-3"/>
          <w:sz w:val="24"/>
          <w:szCs w:val="24"/>
        </w:rPr>
        <w:t>estabilidad</w:t>
      </w:r>
      <w:proofErr w:type="spellEnd"/>
      <w:r w:rsidRPr="00A10AEA">
        <w:rPr>
          <w:rFonts w:ascii="Arial" w:hAnsi="Arial" w:cs="Arial"/>
          <w:bCs/>
          <w:spacing w:val="-3"/>
          <w:sz w:val="24"/>
          <w:szCs w:val="24"/>
        </w:rPr>
        <w:t xml:space="preserve"> y </w:t>
      </w:r>
      <w:proofErr w:type="spellStart"/>
      <w:r w:rsidRPr="00A10AEA">
        <w:rPr>
          <w:rFonts w:ascii="Arial" w:hAnsi="Arial" w:cs="Arial"/>
          <w:bCs/>
          <w:spacing w:val="-3"/>
          <w:sz w:val="24"/>
          <w:szCs w:val="24"/>
        </w:rPr>
        <w:t>bienestar</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los</w:t>
      </w:r>
      <w:proofErr w:type="spellEnd"/>
      <w:r w:rsidRPr="00A10AEA">
        <w:rPr>
          <w:rFonts w:ascii="Arial" w:hAnsi="Arial" w:cs="Arial"/>
          <w:bCs/>
          <w:spacing w:val="-3"/>
          <w:sz w:val="24"/>
          <w:szCs w:val="24"/>
        </w:rPr>
        <w:t xml:space="preserve"> y las </w:t>
      </w:r>
      <w:proofErr w:type="spellStart"/>
      <w:r w:rsidRPr="00A10AEA">
        <w:rPr>
          <w:rFonts w:ascii="Arial" w:hAnsi="Arial" w:cs="Arial"/>
          <w:bCs/>
          <w:spacing w:val="-3"/>
          <w:sz w:val="24"/>
          <w:szCs w:val="24"/>
        </w:rPr>
        <w:t>párvulos</w:t>
      </w:r>
      <w:proofErr w:type="spellEnd"/>
      <w:r w:rsidRPr="00A10AEA">
        <w:rPr>
          <w:rFonts w:ascii="Arial" w:hAnsi="Arial" w:cs="Arial"/>
          <w:bCs/>
          <w:spacing w:val="-3"/>
          <w:sz w:val="24"/>
          <w:szCs w:val="24"/>
        </w:rPr>
        <w:t xml:space="preserve"> y </w:t>
      </w:r>
      <w:proofErr w:type="spellStart"/>
      <w:r w:rsidRPr="00A10AEA">
        <w:rPr>
          <w:rFonts w:ascii="Arial" w:hAnsi="Arial" w:cs="Arial"/>
          <w:bCs/>
          <w:spacing w:val="-3"/>
          <w:sz w:val="24"/>
          <w:szCs w:val="24"/>
        </w:rPr>
        <w:t>estudiantes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autistas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el</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espacio</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educativo</w:t>
      </w:r>
      <w:proofErr w:type="spellEnd"/>
      <w:r w:rsidRPr="00A10AEA">
        <w:rPr>
          <w:rFonts w:ascii="Arial" w:hAnsi="Arial" w:cs="Arial"/>
          <w:bCs/>
          <w:spacing w:val="-3"/>
          <w:sz w:val="24"/>
          <w:szCs w:val="24"/>
        </w:rPr>
        <w:t xml:space="preserve">, y la </w:t>
      </w:r>
      <w:proofErr w:type="spellStart"/>
      <w:r w:rsidRPr="00A10AEA">
        <w:rPr>
          <w:rFonts w:ascii="Arial" w:hAnsi="Arial" w:cs="Arial"/>
          <w:bCs/>
          <w:spacing w:val="-3"/>
          <w:sz w:val="24"/>
          <w:szCs w:val="24"/>
        </w:rPr>
        <w:t>importancia</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concretar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una</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mirada</w:t>
      </w:r>
      <w:proofErr w:type="spellEnd"/>
      <w:r w:rsidRPr="00A10AEA">
        <w:rPr>
          <w:rFonts w:ascii="Arial" w:hAnsi="Arial" w:cs="Arial"/>
          <w:bCs/>
          <w:spacing w:val="-3"/>
          <w:sz w:val="24"/>
          <w:szCs w:val="24"/>
        </w:rPr>
        <w:t xml:space="preserve"> sensible, integral y </w:t>
      </w:r>
      <w:proofErr w:type="spellStart"/>
      <w:r w:rsidRPr="00A10AEA">
        <w:rPr>
          <w:rFonts w:ascii="Arial" w:hAnsi="Arial" w:cs="Arial"/>
          <w:bCs/>
          <w:spacing w:val="-3"/>
          <w:sz w:val="24"/>
          <w:szCs w:val="24"/>
        </w:rPr>
        <w:t>ecológica</w:t>
      </w:r>
      <w:proofErr w:type="spellEnd"/>
      <w:r w:rsidRPr="00A10AEA">
        <w:rPr>
          <w:rFonts w:ascii="Arial" w:hAnsi="Arial" w:cs="Arial"/>
          <w:bCs/>
          <w:spacing w:val="-3"/>
          <w:sz w:val="24"/>
          <w:szCs w:val="24"/>
        </w:rPr>
        <w:t xml:space="preserve"> ante </w:t>
      </w:r>
      <w:proofErr w:type="spellStart"/>
      <w:r w:rsidRPr="00A10AEA">
        <w:rPr>
          <w:rFonts w:ascii="Arial" w:hAnsi="Arial" w:cs="Arial"/>
          <w:bCs/>
          <w:spacing w:val="-3"/>
          <w:sz w:val="24"/>
          <w:szCs w:val="24"/>
        </w:rPr>
        <w:t>cada</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conducta</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desafiante</w:t>
      </w:r>
      <w:proofErr w:type="spellEnd"/>
      <w:r w:rsidRPr="00A10AEA">
        <w:rPr>
          <w:rFonts w:ascii="Arial" w:hAnsi="Arial" w:cs="Arial"/>
          <w:bCs/>
          <w:spacing w:val="-3"/>
          <w:sz w:val="24"/>
          <w:szCs w:val="24"/>
        </w:rPr>
        <w:t xml:space="preserve">, o </w:t>
      </w:r>
      <w:proofErr w:type="spellStart"/>
      <w:r w:rsidRPr="00A10AEA">
        <w:rPr>
          <w:rFonts w:ascii="Arial" w:hAnsi="Arial" w:cs="Arial"/>
          <w:bCs/>
          <w:spacing w:val="-3"/>
          <w:sz w:val="24"/>
          <w:szCs w:val="24"/>
        </w:rPr>
        <w:t>aparentemente</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desadaptativa</w:t>
      </w:r>
      <w:proofErr w:type="spellEnd"/>
      <w:r w:rsidRPr="00A10AEA">
        <w:rPr>
          <w:rFonts w:ascii="Arial" w:hAnsi="Arial" w:cs="Arial"/>
          <w:bCs/>
          <w:spacing w:val="-3"/>
          <w:sz w:val="24"/>
          <w:szCs w:val="24"/>
        </w:rPr>
        <w:t xml:space="preserve">, con </w:t>
      </w:r>
      <w:proofErr w:type="spellStart"/>
      <w:r w:rsidRPr="00A10AEA">
        <w:rPr>
          <w:rFonts w:ascii="Arial" w:hAnsi="Arial" w:cs="Arial"/>
          <w:bCs/>
          <w:spacing w:val="-3"/>
          <w:sz w:val="24"/>
          <w:szCs w:val="24"/>
        </w:rPr>
        <w:t>el</w:t>
      </w:r>
      <w:proofErr w:type="spellEnd"/>
      <w:r w:rsidRPr="00A10AEA">
        <w:rPr>
          <w:rFonts w:ascii="Arial" w:hAnsi="Arial" w:cs="Arial"/>
          <w:bCs/>
          <w:spacing w:val="-3"/>
          <w:sz w:val="24"/>
          <w:szCs w:val="24"/>
        </w:rPr>
        <w:t xml:space="preserve"> fin de </w:t>
      </w:r>
      <w:proofErr w:type="spellStart"/>
      <w:r w:rsidRPr="00A10AEA">
        <w:rPr>
          <w:rFonts w:ascii="Arial" w:hAnsi="Arial" w:cs="Arial"/>
          <w:bCs/>
          <w:spacing w:val="-3"/>
          <w:sz w:val="24"/>
          <w:szCs w:val="24"/>
        </w:rPr>
        <w:t>mitigar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su</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agudización</w:t>
      </w:r>
      <w:proofErr w:type="spellEnd"/>
      <w:r w:rsidRPr="00A10AEA">
        <w:rPr>
          <w:rFonts w:ascii="Arial" w:hAnsi="Arial" w:cs="Arial"/>
          <w:bCs/>
          <w:spacing w:val="-3"/>
          <w:sz w:val="24"/>
          <w:szCs w:val="24"/>
        </w:rPr>
        <w:t xml:space="preserve"> o </w:t>
      </w:r>
      <w:proofErr w:type="spellStart"/>
      <w:r w:rsidRPr="00A10AEA">
        <w:rPr>
          <w:rFonts w:ascii="Arial" w:hAnsi="Arial" w:cs="Arial"/>
          <w:bCs/>
          <w:spacing w:val="-3"/>
          <w:sz w:val="24"/>
          <w:szCs w:val="24"/>
        </w:rPr>
        <w:t>cronificación</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este</w:t>
      </w:r>
      <w:proofErr w:type="spellEnd"/>
      <w:r w:rsidRPr="00A10AEA">
        <w:rPr>
          <w:rFonts w:ascii="Arial" w:hAnsi="Arial" w:cs="Arial"/>
          <w:bCs/>
          <w:spacing w:val="-3"/>
          <w:sz w:val="24"/>
          <w:szCs w:val="24"/>
        </w:rPr>
        <w:t xml:space="preserve"> modo, </w:t>
      </w:r>
      <w:proofErr w:type="spellStart"/>
      <w:r w:rsidRPr="00A10AEA">
        <w:rPr>
          <w:rFonts w:ascii="Arial" w:hAnsi="Arial" w:cs="Arial"/>
          <w:bCs/>
          <w:spacing w:val="-3"/>
          <w:sz w:val="24"/>
          <w:szCs w:val="24"/>
        </w:rPr>
        <w:t>los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ajustes</w:t>
      </w:r>
      <w:proofErr w:type="spellEnd"/>
      <w:r w:rsidRPr="00A10AEA">
        <w:rPr>
          <w:rFonts w:ascii="Arial" w:hAnsi="Arial" w:cs="Arial"/>
          <w:bCs/>
          <w:spacing w:val="-3"/>
          <w:sz w:val="24"/>
          <w:szCs w:val="24"/>
        </w:rPr>
        <w:t xml:space="preserve"> que </w:t>
      </w:r>
      <w:proofErr w:type="spellStart"/>
      <w:r w:rsidRPr="00A10AEA">
        <w:rPr>
          <w:rFonts w:ascii="Arial" w:hAnsi="Arial" w:cs="Arial"/>
          <w:bCs/>
          <w:spacing w:val="-3"/>
          <w:sz w:val="24"/>
          <w:szCs w:val="24"/>
        </w:rPr>
        <w:t>deben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realizar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los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establecimientos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educacionales</w:t>
      </w:r>
      <w:proofErr w:type="spellEnd"/>
      <w:r w:rsidRPr="00A10AEA">
        <w:rPr>
          <w:rFonts w:ascii="Arial" w:hAnsi="Arial" w:cs="Arial"/>
          <w:bCs/>
          <w:spacing w:val="-3"/>
          <w:sz w:val="24"/>
          <w:szCs w:val="24"/>
        </w:rPr>
        <w:t xml:space="preserve"> para </w:t>
      </w:r>
      <w:proofErr w:type="spellStart"/>
      <w:r w:rsidRPr="00A10AEA">
        <w:rPr>
          <w:rFonts w:ascii="Arial" w:hAnsi="Arial" w:cs="Arial"/>
          <w:bCs/>
          <w:spacing w:val="-3"/>
          <w:sz w:val="24"/>
          <w:szCs w:val="24"/>
        </w:rPr>
        <w:t>el</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despliegue</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los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apoyos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requeridos</w:t>
      </w:r>
      <w:proofErr w:type="spellEnd"/>
      <w:r w:rsidRPr="00A10AEA">
        <w:rPr>
          <w:rFonts w:ascii="Arial" w:hAnsi="Arial" w:cs="Arial"/>
          <w:bCs/>
          <w:spacing w:val="-3"/>
          <w:sz w:val="24"/>
          <w:szCs w:val="24"/>
        </w:rPr>
        <w:t xml:space="preserve"> se </w:t>
      </w:r>
      <w:proofErr w:type="spellStart"/>
      <w:r w:rsidRPr="00A10AEA">
        <w:rPr>
          <w:rFonts w:ascii="Arial" w:hAnsi="Arial" w:cs="Arial"/>
          <w:bCs/>
          <w:spacing w:val="-3"/>
          <w:sz w:val="24"/>
          <w:szCs w:val="24"/>
        </w:rPr>
        <w:t>pueden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conceptualizar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desde</w:t>
      </w:r>
      <w:proofErr w:type="spellEnd"/>
      <w:r w:rsidRPr="00A10AEA">
        <w:rPr>
          <w:rFonts w:ascii="Arial" w:hAnsi="Arial" w:cs="Arial"/>
          <w:bCs/>
          <w:spacing w:val="-3"/>
          <w:sz w:val="24"/>
          <w:szCs w:val="24"/>
        </w:rPr>
        <w:t xml:space="preserve"> dos </w:t>
      </w:r>
      <w:proofErr w:type="spellStart"/>
      <w:r w:rsidRPr="00A10AEA">
        <w:rPr>
          <w:rFonts w:ascii="Arial" w:hAnsi="Arial" w:cs="Arial"/>
          <w:bCs/>
          <w:spacing w:val="-3"/>
          <w:sz w:val="24"/>
          <w:szCs w:val="24"/>
        </w:rPr>
        <w:t>ejes</w:t>
      </w:r>
      <w:proofErr w:type="spellEnd"/>
      <w:r w:rsidRPr="00A10AEA">
        <w:rPr>
          <w:rFonts w:ascii="Arial" w:hAnsi="Arial" w:cs="Arial"/>
          <w:bCs/>
          <w:spacing w:val="-3"/>
          <w:sz w:val="24"/>
          <w:szCs w:val="24"/>
        </w:rPr>
        <w:t>:</w:t>
      </w:r>
    </w:p>
    <w:p w14:paraId="01655916" w14:textId="77777777" w:rsidR="00893C50" w:rsidRPr="00A10AEA" w:rsidRDefault="00893C50" w:rsidP="00893C50">
      <w:pPr>
        <w:pStyle w:val="Prrafodelista"/>
        <w:widowControl w:val="0"/>
        <w:numPr>
          <w:ilvl w:val="0"/>
          <w:numId w:val="57"/>
        </w:numPr>
        <w:tabs>
          <w:tab w:val="left" w:pos="722"/>
        </w:tabs>
        <w:autoSpaceDE w:val="0"/>
        <w:autoSpaceDN w:val="0"/>
        <w:spacing w:before="25" w:after="0" w:line="360" w:lineRule="auto"/>
        <w:ind w:right="49"/>
        <w:contextualSpacing w:val="0"/>
        <w:jc w:val="both"/>
        <w:rPr>
          <w:rFonts w:ascii="Arial" w:hAnsi="Arial" w:cs="Arial"/>
          <w:bCs/>
          <w:spacing w:val="-3"/>
          <w:sz w:val="24"/>
          <w:szCs w:val="24"/>
        </w:rPr>
      </w:pPr>
      <w:r w:rsidRPr="00A10AEA">
        <w:rPr>
          <w:rFonts w:ascii="Arial" w:hAnsi="Arial" w:cs="Arial"/>
          <w:b/>
          <w:spacing w:val="-3"/>
          <w:sz w:val="24"/>
          <w:szCs w:val="24"/>
        </w:rPr>
        <w:t xml:space="preserve">Eje </w:t>
      </w:r>
      <w:proofErr w:type="spellStart"/>
      <w:r w:rsidRPr="00A10AEA">
        <w:rPr>
          <w:rFonts w:ascii="Arial" w:hAnsi="Arial" w:cs="Arial"/>
          <w:b/>
          <w:spacing w:val="-3"/>
          <w:sz w:val="24"/>
          <w:szCs w:val="24"/>
        </w:rPr>
        <w:t>preventivo</w:t>
      </w:r>
      <w:proofErr w:type="spellEnd"/>
      <w:r w:rsidRPr="00A10AEA">
        <w:rPr>
          <w:rFonts w:ascii="Arial" w:hAnsi="Arial" w:cs="Arial"/>
          <w:b/>
          <w:spacing w:val="-3"/>
          <w:sz w:val="24"/>
          <w:szCs w:val="24"/>
        </w:rPr>
        <w:t>:</w:t>
      </w:r>
      <w:r w:rsidRPr="00A10AEA">
        <w:rPr>
          <w:rFonts w:ascii="Arial" w:hAnsi="Arial" w:cs="Arial"/>
          <w:bCs/>
          <w:spacing w:val="-3"/>
          <w:sz w:val="24"/>
          <w:szCs w:val="24"/>
        </w:rPr>
        <w:t xml:space="preserve"> Las </w:t>
      </w:r>
      <w:proofErr w:type="spellStart"/>
      <w:r w:rsidRPr="00A10AEA">
        <w:rPr>
          <w:rFonts w:ascii="Arial" w:hAnsi="Arial" w:cs="Arial"/>
          <w:bCs/>
          <w:spacing w:val="-3"/>
          <w:sz w:val="24"/>
          <w:szCs w:val="24"/>
        </w:rPr>
        <w:t>comunidades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educativas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deberán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identificar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los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elementos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contextuales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sensoriales</w:t>
      </w:r>
      <w:proofErr w:type="spellEnd"/>
      <w:r w:rsidRPr="00A10AEA">
        <w:rPr>
          <w:rFonts w:ascii="Arial" w:hAnsi="Arial" w:cs="Arial"/>
          <w:bCs/>
          <w:spacing w:val="-3"/>
          <w:sz w:val="24"/>
          <w:szCs w:val="24"/>
        </w:rPr>
        <w:t xml:space="preserve"> y </w:t>
      </w:r>
      <w:proofErr w:type="spellStart"/>
      <w:r w:rsidRPr="00A10AEA">
        <w:rPr>
          <w:rFonts w:ascii="Arial" w:hAnsi="Arial" w:cs="Arial"/>
          <w:bCs/>
          <w:spacing w:val="-3"/>
          <w:sz w:val="24"/>
          <w:szCs w:val="24"/>
        </w:rPr>
        <w:t>relacionales</w:t>
      </w:r>
      <w:proofErr w:type="spellEnd"/>
      <w:r w:rsidRPr="00A10AEA">
        <w:rPr>
          <w:rFonts w:ascii="Arial" w:hAnsi="Arial" w:cs="Arial"/>
          <w:bCs/>
          <w:spacing w:val="-3"/>
          <w:sz w:val="24"/>
          <w:szCs w:val="24"/>
        </w:rPr>
        <w:t xml:space="preserve"> que </w:t>
      </w:r>
      <w:proofErr w:type="spellStart"/>
      <w:r w:rsidRPr="00A10AEA">
        <w:rPr>
          <w:rFonts w:ascii="Arial" w:hAnsi="Arial" w:cs="Arial"/>
          <w:bCs/>
          <w:spacing w:val="-3"/>
          <w:sz w:val="24"/>
          <w:szCs w:val="24"/>
        </w:rPr>
        <w:t>puedan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afectar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el</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bienestar</w:t>
      </w:r>
      <w:proofErr w:type="spellEnd"/>
      <w:r w:rsidRPr="00A10AEA">
        <w:rPr>
          <w:rFonts w:ascii="Arial" w:hAnsi="Arial" w:cs="Arial"/>
          <w:bCs/>
          <w:spacing w:val="-3"/>
          <w:sz w:val="24"/>
          <w:szCs w:val="24"/>
        </w:rPr>
        <w:t xml:space="preserve"> de un o </w:t>
      </w:r>
      <w:proofErr w:type="spellStart"/>
      <w:r w:rsidRPr="00A10AEA">
        <w:rPr>
          <w:rFonts w:ascii="Arial" w:hAnsi="Arial" w:cs="Arial"/>
          <w:bCs/>
          <w:spacing w:val="-3"/>
          <w:sz w:val="24"/>
          <w:szCs w:val="24"/>
        </w:rPr>
        <w:t>una</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párvulo</w:t>
      </w:r>
      <w:proofErr w:type="spellEnd"/>
      <w:r w:rsidRPr="00A10AEA">
        <w:rPr>
          <w:rFonts w:ascii="Arial" w:hAnsi="Arial" w:cs="Arial"/>
          <w:bCs/>
          <w:spacing w:val="-3"/>
          <w:sz w:val="24"/>
          <w:szCs w:val="24"/>
        </w:rPr>
        <w:t xml:space="preserve"> o </w:t>
      </w:r>
      <w:proofErr w:type="spellStart"/>
      <w:r w:rsidRPr="00A10AEA">
        <w:rPr>
          <w:rFonts w:ascii="Arial" w:hAnsi="Arial" w:cs="Arial"/>
          <w:bCs/>
          <w:spacing w:val="-3"/>
          <w:sz w:val="24"/>
          <w:szCs w:val="24"/>
        </w:rPr>
        <w:t>estudiante</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autista</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el</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espacio</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educativo</w:t>
      </w:r>
      <w:proofErr w:type="spellEnd"/>
      <w:r w:rsidRPr="00A10AEA">
        <w:rPr>
          <w:rFonts w:ascii="Arial" w:hAnsi="Arial" w:cs="Arial"/>
          <w:bCs/>
          <w:spacing w:val="-3"/>
          <w:sz w:val="24"/>
          <w:szCs w:val="24"/>
        </w:rPr>
        <w:t xml:space="preserve">, con </w:t>
      </w:r>
      <w:proofErr w:type="spellStart"/>
      <w:r w:rsidRPr="00A10AEA">
        <w:rPr>
          <w:rFonts w:ascii="Arial" w:hAnsi="Arial" w:cs="Arial"/>
          <w:bCs/>
          <w:spacing w:val="-3"/>
          <w:sz w:val="24"/>
          <w:szCs w:val="24"/>
        </w:rPr>
        <w:t>el</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propósito</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precaver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episodios</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desregulación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emocional</w:t>
      </w:r>
      <w:proofErr w:type="spellEnd"/>
      <w:r w:rsidRPr="00A10AEA">
        <w:rPr>
          <w:rFonts w:ascii="Arial" w:hAnsi="Arial" w:cs="Arial"/>
          <w:bCs/>
          <w:spacing w:val="-3"/>
          <w:sz w:val="24"/>
          <w:szCs w:val="24"/>
        </w:rPr>
        <w:t>.</w:t>
      </w:r>
    </w:p>
    <w:p w14:paraId="281763D4" w14:textId="77777777" w:rsidR="00893C50" w:rsidRPr="00A10AEA" w:rsidRDefault="00893C50" w:rsidP="00893C50">
      <w:pPr>
        <w:tabs>
          <w:tab w:val="left" w:pos="722"/>
        </w:tabs>
        <w:spacing w:before="25" w:line="360" w:lineRule="auto"/>
        <w:ind w:right="49"/>
        <w:jc w:val="both"/>
        <w:rPr>
          <w:rFonts w:ascii="Arial" w:hAnsi="Arial" w:cs="Arial"/>
          <w:bCs/>
          <w:spacing w:val="-3"/>
          <w:sz w:val="24"/>
          <w:szCs w:val="24"/>
        </w:rPr>
      </w:pPr>
    </w:p>
    <w:p w14:paraId="245D96C2" w14:textId="77777777" w:rsidR="00893C50" w:rsidRPr="00CB4EB5" w:rsidRDefault="00893C50" w:rsidP="00893C50">
      <w:pPr>
        <w:pStyle w:val="Prrafodelista"/>
        <w:widowControl w:val="0"/>
        <w:numPr>
          <w:ilvl w:val="0"/>
          <w:numId w:val="57"/>
        </w:numPr>
        <w:tabs>
          <w:tab w:val="left" w:pos="722"/>
        </w:tabs>
        <w:autoSpaceDE w:val="0"/>
        <w:autoSpaceDN w:val="0"/>
        <w:spacing w:before="25" w:after="0" w:line="360" w:lineRule="auto"/>
        <w:ind w:right="49"/>
        <w:contextualSpacing w:val="0"/>
        <w:jc w:val="both"/>
        <w:rPr>
          <w:rFonts w:ascii="Arial" w:hAnsi="Arial" w:cs="Arial"/>
          <w:bCs/>
          <w:spacing w:val="-3"/>
          <w:sz w:val="24"/>
          <w:szCs w:val="24"/>
        </w:rPr>
      </w:pPr>
      <w:r w:rsidRPr="00A10AEA">
        <w:rPr>
          <w:rFonts w:ascii="Arial" w:hAnsi="Arial" w:cs="Arial"/>
          <w:b/>
          <w:spacing w:val="-3"/>
          <w:sz w:val="24"/>
          <w:szCs w:val="24"/>
        </w:rPr>
        <w:t xml:space="preserve">Eje </w:t>
      </w:r>
      <w:proofErr w:type="spellStart"/>
      <w:r w:rsidRPr="00A10AEA">
        <w:rPr>
          <w:rFonts w:ascii="Arial" w:hAnsi="Arial" w:cs="Arial"/>
          <w:b/>
          <w:spacing w:val="-3"/>
          <w:sz w:val="24"/>
          <w:szCs w:val="24"/>
        </w:rPr>
        <w:t>reactivo</w:t>
      </w:r>
      <w:proofErr w:type="spellEnd"/>
      <w:r w:rsidRPr="00A10AEA">
        <w:rPr>
          <w:rFonts w:ascii="Arial" w:hAnsi="Arial" w:cs="Arial"/>
          <w:b/>
          <w:spacing w:val="-3"/>
          <w:sz w:val="24"/>
          <w:szCs w:val="24"/>
        </w:rPr>
        <w:t xml:space="preserve"> o de </w:t>
      </w:r>
      <w:proofErr w:type="spellStart"/>
      <w:r w:rsidRPr="00A10AEA">
        <w:rPr>
          <w:rFonts w:ascii="Arial" w:hAnsi="Arial" w:cs="Arial"/>
          <w:b/>
          <w:spacing w:val="-3"/>
          <w:sz w:val="24"/>
          <w:szCs w:val="24"/>
        </w:rPr>
        <w:t>respuesta</w:t>
      </w:r>
      <w:proofErr w:type="spellEnd"/>
      <w:r w:rsidRPr="00A10AEA">
        <w:rPr>
          <w:rFonts w:ascii="Arial" w:hAnsi="Arial" w:cs="Arial"/>
          <w:b/>
          <w:spacing w:val="-3"/>
          <w:sz w:val="24"/>
          <w:szCs w:val="24"/>
        </w:rPr>
        <w:t>:</w:t>
      </w:r>
      <w:r w:rsidRPr="00CB4EB5">
        <w:rPr>
          <w:rFonts w:ascii="Arial" w:hAnsi="Arial" w:cs="Arial"/>
          <w:bCs/>
          <w:spacing w:val="-3"/>
          <w:sz w:val="24"/>
          <w:szCs w:val="24"/>
        </w:rPr>
        <w:t xml:space="preserve"> Las </w:t>
      </w:r>
      <w:proofErr w:type="spellStart"/>
      <w:r w:rsidRPr="00CB4EB5">
        <w:rPr>
          <w:rFonts w:ascii="Arial" w:hAnsi="Arial" w:cs="Arial"/>
          <w:bCs/>
          <w:spacing w:val="-3"/>
          <w:sz w:val="24"/>
          <w:szCs w:val="24"/>
        </w:rPr>
        <w:t>comunidades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educativas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deberán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planificar</w:t>
      </w:r>
      <w:proofErr w:type="spellEnd"/>
      <w:r w:rsidRPr="00CB4EB5">
        <w:rPr>
          <w:rFonts w:ascii="Arial" w:hAnsi="Arial" w:cs="Arial"/>
          <w:bCs/>
          <w:spacing w:val="-3"/>
          <w:sz w:val="24"/>
          <w:szCs w:val="24"/>
        </w:rPr>
        <w:t xml:space="preserve"> las </w:t>
      </w:r>
      <w:proofErr w:type="spellStart"/>
      <w:r w:rsidRPr="00CB4EB5">
        <w:rPr>
          <w:rFonts w:ascii="Arial" w:hAnsi="Arial" w:cs="Arial"/>
          <w:bCs/>
          <w:spacing w:val="-3"/>
          <w:sz w:val="24"/>
          <w:szCs w:val="24"/>
        </w:rPr>
        <w:t>acciones</w:t>
      </w:r>
      <w:proofErr w:type="spellEnd"/>
      <w:r w:rsidRPr="00CB4EB5">
        <w:rPr>
          <w:rFonts w:ascii="Arial" w:hAnsi="Arial" w:cs="Arial"/>
          <w:bCs/>
          <w:spacing w:val="-3"/>
          <w:sz w:val="24"/>
          <w:szCs w:val="24"/>
        </w:rPr>
        <w:t xml:space="preserve"> a </w:t>
      </w:r>
      <w:proofErr w:type="spellStart"/>
      <w:r w:rsidRPr="00CB4EB5">
        <w:rPr>
          <w:rFonts w:ascii="Arial" w:hAnsi="Arial" w:cs="Arial"/>
          <w:bCs/>
          <w:spacing w:val="-3"/>
          <w:sz w:val="24"/>
          <w:szCs w:val="24"/>
        </w:rPr>
        <w:t>desplegar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la </w:t>
      </w:r>
      <w:proofErr w:type="spellStart"/>
      <w:r w:rsidRPr="00CB4EB5">
        <w:rPr>
          <w:rFonts w:ascii="Arial" w:hAnsi="Arial" w:cs="Arial"/>
          <w:bCs/>
          <w:spacing w:val="-3"/>
          <w:sz w:val="24"/>
          <w:szCs w:val="24"/>
        </w:rPr>
        <w:t>respuesta</w:t>
      </w:r>
      <w:proofErr w:type="spellEnd"/>
      <w:r w:rsidRPr="00CB4EB5">
        <w:rPr>
          <w:rFonts w:ascii="Arial" w:hAnsi="Arial" w:cs="Arial"/>
          <w:bCs/>
          <w:spacing w:val="-3"/>
          <w:sz w:val="24"/>
          <w:szCs w:val="24"/>
        </w:rPr>
        <w:t xml:space="preserve"> a </w:t>
      </w:r>
      <w:proofErr w:type="spellStart"/>
      <w:r w:rsidRPr="00CB4EB5">
        <w:rPr>
          <w:rFonts w:ascii="Arial" w:hAnsi="Arial" w:cs="Arial"/>
          <w:bCs/>
          <w:spacing w:val="-3"/>
          <w:sz w:val="24"/>
          <w:szCs w:val="24"/>
        </w:rPr>
        <w:t>situaciones</w:t>
      </w:r>
      <w:proofErr w:type="spellEnd"/>
      <w:r w:rsidRPr="00CB4EB5">
        <w:rPr>
          <w:rFonts w:ascii="Arial" w:hAnsi="Arial" w:cs="Arial"/>
          <w:bCs/>
          <w:spacing w:val="-3"/>
          <w:sz w:val="24"/>
          <w:szCs w:val="24"/>
        </w:rPr>
        <w:t xml:space="preserve"> de mayor </w:t>
      </w:r>
      <w:proofErr w:type="spellStart"/>
      <w:r w:rsidRPr="00CB4EB5">
        <w:rPr>
          <w:rFonts w:ascii="Arial" w:hAnsi="Arial" w:cs="Arial"/>
          <w:bCs/>
          <w:spacing w:val="-3"/>
          <w:sz w:val="24"/>
          <w:szCs w:val="24"/>
        </w:rPr>
        <w:t>vulnerabilidad</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emocional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manifiestas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por</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parte</w:t>
      </w:r>
      <w:proofErr w:type="spellEnd"/>
      <w:r w:rsidRPr="00CB4EB5">
        <w:rPr>
          <w:rFonts w:ascii="Arial" w:hAnsi="Arial" w:cs="Arial"/>
          <w:bCs/>
          <w:spacing w:val="-3"/>
          <w:sz w:val="24"/>
          <w:szCs w:val="24"/>
        </w:rPr>
        <w:t xml:space="preserve"> de un o </w:t>
      </w:r>
      <w:proofErr w:type="spellStart"/>
      <w:r w:rsidRPr="00CB4EB5">
        <w:rPr>
          <w:rFonts w:ascii="Arial" w:hAnsi="Arial" w:cs="Arial"/>
          <w:bCs/>
          <w:spacing w:val="-3"/>
          <w:sz w:val="24"/>
          <w:szCs w:val="24"/>
        </w:rPr>
        <w:t>una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estudiante</w:t>
      </w:r>
      <w:proofErr w:type="spellEnd"/>
      <w:r w:rsidRPr="00CB4EB5">
        <w:rPr>
          <w:rFonts w:ascii="Arial" w:hAnsi="Arial" w:cs="Arial"/>
          <w:bCs/>
          <w:spacing w:val="-3"/>
          <w:sz w:val="24"/>
          <w:szCs w:val="24"/>
        </w:rPr>
        <w:t xml:space="preserve"> o </w:t>
      </w:r>
      <w:proofErr w:type="spellStart"/>
      <w:r w:rsidRPr="00CB4EB5">
        <w:rPr>
          <w:rFonts w:ascii="Arial" w:hAnsi="Arial" w:cs="Arial"/>
          <w:bCs/>
          <w:spacing w:val="-3"/>
          <w:sz w:val="24"/>
          <w:szCs w:val="24"/>
        </w:rPr>
        <w:t>párvulo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el</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espacio</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educativo</w:t>
      </w:r>
      <w:proofErr w:type="spellEnd"/>
      <w:r w:rsidRPr="00CB4EB5">
        <w:rPr>
          <w:rFonts w:ascii="Arial" w:hAnsi="Arial" w:cs="Arial"/>
          <w:bCs/>
          <w:spacing w:val="-3"/>
          <w:sz w:val="24"/>
          <w:szCs w:val="24"/>
        </w:rPr>
        <w:t xml:space="preserve"> y que </w:t>
      </w:r>
      <w:proofErr w:type="spellStart"/>
      <w:r w:rsidRPr="00CB4EB5">
        <w:rPr>
          <w:rFonts w:ascii="Arial" w:hAnsi="Arial" w:cs="Arial"/>
          <w:bCs/>
          <w:spacing w:val="-3"/>
          <w:sz w:val="24"/>
          <w:szCs w:val="24"/>
        </w:rPr>
        <w:t>pueden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gatillar</w:t>
      </w:r>
      <w:proofErr w:type="spellEnd"/>
      <w:r w:rsidRPr="00CB4EB5">
        <w:rPr>
          <w:rFonts w:ascii="Arial" w:hAnsi="Arial" w:cs="Arial"/>
          <w:bCs/>
          <w:spacing w:val="-3"/>
          <w:sz w:val="24"/>
          <w:szCs w:val="24"/>
        </w:rPr>
        <w:t xml:space="preserve"> o que </w:t>
      </w:r>
      <w:proofErr w:type="spellStart"/>
      <w:r w:rsidRPr="00CB4EB5">
        <w:rPr>
          <w:rFonts w:ascii="Arial" w:hAnsi="Arial" w:cs="Arial"/>
          <w:bCs/>
          <w:spacing w:val="-3"/>
          <w:sz w:val="24"/>
          <w:szCs w:val="24"/>
        </w:rPr>
        <w:t>gatillen</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conductas</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desafiantes</w:t>
      </w:r>
      <w:proofErr w:type="spellEnd"/>
      <w:r w:rsidRPr="00CB4EB5">
        <w:rPr>
          <w:rFonts w:ascii="Arial" w:hAnsi="Arial" w:cs="Arial"/>
          <w:bCs/>
          <w:spacing w:val="-3"/>
          <w:sz w:val="24"/>
          <w:szCs w:val="24"/>
        </w:rPr>
        <w:t xml:space="preserve"> para </w:t>
      </w:r>
      <w:proofErr w:type="spellStart"/>
      <w:r w:rsidRPr="00CB4EB5">
        <w:rPr>
          <w:rFonts w:ascii="Arial" w:hAnsi="Arial" w:cs="Arial"/>
          <w:bCs/>
          <w:spacing w:val="-3"/>
          <w:sz w:val="24"/>
          <w:szCs w:val="24"/>
        </w:rPr>
        <w:t>su</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manejo</w:t>
      </w:r>
      <w:proofErr w:type="spellEnd"/>
      <w:r w:rsidRPr="00CB4EB5">
        <w:rPr>
          <w:rFonts w:ascii="Arial" w:hAnsi="Arial" w:cs="Arial"/>
          <w:bCs/>
          <w:spacing w:val="-3"/>
          <w:sz w:val="24"/>
          <w:szCs w:val="24"/>
        </w:rPr>
        <w:t xml:space="preserve">, dada </w:t>
      </w:r>
      <w:proofErr w:type="spellStart"/>
      <w:r w:rsidRPr="00CB4EB5">
        <w:rPr>
          <w:rFonts w:ascii="Arial" w:hAnsi="Arial" w:cs="Arial"/>
          <w:bCs/>
          <w:spacing w:val="-3"/>
          <w:sz w:val="24"/>
          <w:szCs w:val="24"/>
        </w:rPr>
        <w:t>su</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naturaleza</w:t>
      </w:r>
      <w:proofErr w:type="spellEnd"/>
      <w:r w:rsidRPr="00CB4EB5">
        <w:rPr>
          <w:rFonts w:ascii="Arial" w:hAnsi="Arial" w:cs="Arial"/>
          <w:bCs/>
          <w:spacing w:val="-3"/>
          <w:sz w:val="24"/>
          <w:szCs w:val="24"/>
        </w:rPr>
        <w:t xml:space="preserve">, </w:t>
      </w:r>
      <w:proofErr w:type="spellStart"/>
      <w:r w:rsidRPr="00CB4EB5">
        <w:rPr>
          <w:rFonts w:ascii="Arial" w:hAnsi="Arial" w:cs="Arial"/>
          <w:bCs/>
          <w:spacing w:val="-3"/>
          <w:sz w:val="24"/>
          <w:szCs w:val="24"/>
        </w:rPr>
        <w:t>intensidad</w:t>
      </w:r>
      <w:proofErr w:type="spellEnd"/>
      <w:r w:rsidRPr="00CB4EB5">
        <w:rPr>
          <w:rFonts w:ascii="Arial" w:hAnsi="Arial" w:cs="Arial"/>
          <w:bCs/>
          <w:spacing w:val="-3"/>
          <w:sz w:val="24"/>
          <w:szCs w:val="24"/>
        </w:rPr>
        <w:t xml:space="preserve"> o </w:t>
      </w:r>
      <w:proofErr w:type="spellStart"/>
      <w:r w:rsidRPr="00CB4EB5">
        <w:rPr>
          <w:rFonts w:ascii="Arial" w:hAnsi="Arial" w:cs="Arial"/>
          <w:bCs/>
          <w:spacing w:val="-3"/>
          <w:sz w:val="24"/>
          <w:szCs w:val="24"/>
        </w:rPr>
        <w:t>temporalidad</w:t>
      </w:r>
      <w:proofErr w:type="spellEnd"/>
      <w:r w:rsidRPr="00CB4EB5">
        <w:rPr>
          <w:rFonts w:ascii="Arial" w:hAnsi="Arial" w:cs="Arial"/>
          <w:bCs/>
          <w:spacing w:val="-3"/>
          <w:sz w:val="24"/>
          <w:szCs w:val="24"/>
        </w:rPr>
        <w:t>.</w:t>
      </w:r>
    </w:p>
    <w:p w14:paraId="356D4E2E" w14:textId="77777777" w:rsidR="00893C50" w:rsidRDefault="00893C50" w:rsidP="00893C50">
      <w:pPr>
        <w:pStyle w:val="Prrafodelista"/>
        <w:tabs>
          <w:tab w:val="left" w:pos="722"/>
        </w:tabs>
        <w:spacing w:before="25" w:line="360" w:lineRule="auto"/>
        <w:ind w:left="0" w:right="49"/>
        <w:rPr>
          <w:rFonts w:ascii="Arial" w:hAnsi="Arial" w:cs="Arial"/>
          <w:b/>
          <w:spacing w:val="-3"/>
          <w:sz w:val="24"/>
          <w:szCs w:val="24"/>
        </w:rPr>
      </w:pPr>
    </w:p>
    <w:p w14:paraId="3FBFE2A7" w14:textId="77777777" w:rsidR="00893C50" w:rsidRDefault="00893C50" w:rsidP="00893C50">
      <w:pPr>
        <w:tabs>
          <w:tab w:val="left" w:pos="722"/>
        </w:tabs>
        <w:spacing w:before="25" w:line="360" w:lineRule="auto"/>
        <w:ind w:right="49"/>
        <w:jc w:val="both"/>
        <w:rPr>
          <w:rFonts w:ascii="Arial" w:hAnsi="Arial" w:cs="Arial"/>
          <w:b/>
          <w:spacing w:val="-3"/>
          <w:sz w:val="24"/>
          <w:szCs w:val="24"/>
        </w:rPr>
      </w:pPr>
      <w:proofErr w:type="spellStart"/>
      <w:r w:rsidRPr="00A10AEA">
        <w:rPr>
          <w:rFonts w:ascii="Arial" w:hAnsi="Arial" w:cs="Arial"/>
          <w:bCs/>
          <w:spacing w:val="-3"/>
          <w:sz w:val="24"/>
          <w:szCs w:val="24"/>
        </w:rPr>
        <w:t>Concretamente</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esto</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supone</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contar</w:t>
      </w:r>
      <w:proofErr w:type="spellEnd"/>
      <w:r w:rsidRPr="00A10AEA">
        <w:rPr>
          <w:rFonts w:ascii="Arial" w:hAnsi="Arial" w:cs="Arial"/>
          <w:bCs/>
          <w:spacing w:val="-3"/>
          <w:sz w:val="24"/>
          <w:szCs w:val="24"/>
        </w:rPr>
        <w:t xml:space="preserve"> con dos </w:t>
      </w:r>
      <w:proofErr w:type="spellStart"/>
      <w:r w:rsidRPr="00A10AEA">
        <w:rPr>
          <w:rFonts w:ascii="Arial" w:hAnsi="Arial" w:cs="Arial"/>
          <w:bCs/>
          <w:spacing w:val="-3"/>
          <w:sz w:val="24"/>
          <w:szCs w:val="24"/>
        </w:rPr>
        <w:t>instrumentos</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gestión</w:t>
      </w:r>
      <w:proofErr w:type="spellEnd"/>
      <w:r w:rsidRPr="00A10AEA">
        <w:rPr>
          <w:rFonts w:ascii="Arial" w:hAnsi="Arial" w:cs="Arial"/>
          <w:bCs/>
          <w:spacing w:val="-3"/>
          <w:sz w:val="24"/>
          <w:szCs w:val="24"/>
        </w:rPr>
        <w:t xml:space="preserve"> que </w:t>
      </w:r>
      <w:proofErr w:type="spellStart"/>
      <w:r w:rsidRPr="00A10AEA">
        <w:rPr>
          <w:rFonts w:ascii="Arial" w:hAnsi="Arial" w:cs="Arial"/>
          <w:bCs/>
          <w:spacing w:val="-3"/>
          <w:sz w:val="24"/>
          <w:szCs w:val="24"/>
        </w:rPr>
        <w:t>permitan</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operativizar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los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apoyos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requeridos</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siendo</w:t>
      </w:r>
      <w:proofErr w:type="spellEnd"/>
      <w:r w:rsidRPr="00A10AEA">
        <w:rPr>
          <w:rFonts w:ascii="Arial" w:hAnsi="Arial" w:cs="Arial"/>
          <w:bCs/>
          <w:spacing w:val="-3"/>
          <w:sz w:val="24"/>
          <w:szCs w:val="24"/>
        </w:rPr>
        <w:t xml:space="preserve"> uno de </w:t>
      </w:r>
      <w:proofErr w:type="spellStart"/>
      <w:r w:rsidRPr="00A10AEA">
        <w:rPr>
          <w:rFonts w:ascii="Arial" w:hAnsi="Arial" w:cs="Arial"/>
          <w:bCs/>
          <w:spacing w:val="-3"/>
          <w:sz w:val="24"/>
          <w:szCs w:val="24"/>
        </w:rPr>
        <w:t>carácter</w:t>
      </w:r>
      <w:proofErr w:type="spellEnd"/>
      <w:r w:rsidRPr="00A10AEA">
        <w:rPr>
          <w:rFonts w:ascii="Arial" w:hAnsi="Arial" w:cs="Arial"/>
          <w:bCs/>
          <w:spacing w:val="-3"/>
          <w:sz w:val="24"/>
          <w:szCs w:val="24"/>
        </w:rPr>
        <w:t xml:space="preserve"> </w:t>
      </w:r>
      <w:proofErr w:type="spellStart"/>
      <w:r w:rsidRPr="00A10AEA">
        <w:rPr>
          <w:rFonts w:ascii="Arial" w:hAnsi="Arial" w:cs="Arial"/>
          <w:bCs/>
          <w:spacing w:val="-3"/>
          <w:sz w:val="24"/>
          <w:szCs w:val="24"/>
        </w:rPr>
        <w:t>específico</w:t>
      </w:r>
      <w:proofErr w:type="spellEnd"/>
      <w:r w:rsidRPr="00A10AEA">
        <w:rPr>
          <w:rFonts w:ascii="Arial" w:hAnsi="Arial" w:cs="Arial"/>
          <w:bCs/>
          <w:spacing w:val="-3"/>
          <w:sz w:val="24"/>
          <w:szCs w:val="24"/>
        </w:rPr>
        <w:t xml:space="preserve"> y </w:t>
      </w:r>
      <w:proofErr w:type="spellStart"/>
      <w:r w:rsidRPr="00A10AEA">
        <w:rPr>
          <w:rFonts w:ascii="Arial" w:hAnsi="Arial" w:cs="Arial"/>
          <w:bCs/>
          <w:spacing w:val="-3"/>
          <w:sz w:val="24"/>
          <w:szCs w:val="24"/>
        </w:rPr>
        <w:t>otro</w:t>
      </w:r>
      <w:proofErr w:type="spellEnd"/>
      <w:r w:rsidRPr="00A10AEA">
        <w:rPr>
          <w:rFonts w:ascii="Arial" w:hAnsi="Arial" w:cs="Arial"/>
          <w:bCs/>
          <w:spacing w:val="-3"/>
          <w:sz w:val="24"/>
          <w:szCs w:val="24"/>
        </w:rPr>
        <w:t xml:space="preserve"> de </w:t>
      </w:r>
      <w:proofErr w:type="spellStart"/>
      <w:r w:rsidRPr="00A10AEA">
        <w:rPr>
          <w:rFonts w:ascii="Arial" w:hAnsi="Arial" w:cs="Arial"/>
          <w:bCs/>
          <w:spacing w:val="-3"/>
          <w:sz w:val="24"/>
          <w:szCs w:val="24"/>
        </w:rPr>
        <w:t>carácter</w:t>
      </w:r>
      <w:proofErr w:type="spellEnd"/>
      <w:r w:rsidRPr="00A10AEA">
        <w:rPr>
          <w:rFonts w:ascii="Arial" w:hAnsi="Arial" w:cs="Arial"/>
          <w:bCs/>
          <w:spacing w:val="-3"/>
          <w:sz w:val="24"/>
          <w:szCs w:val="24"/>
        </w:rPr>
        <w:t xml:space="preserve"> general</w:t>
      </w:r>
      <w:r w:rsidRPr="00A10AEA">
        <w:rPr>
          <w:rFonts w:ascii="Arial" w:hAnsi="Arial" w:cs="Arial"/>
          <w:b/>
          <w:spacing w:val="-3"/>
          <w:sz w:val="24"/>
          <w:szCs w:val="24"/>
        </w:rPr>
        <w:t>.</w:t>
      </w:r>
    </w:p>
    <w:p w14:paraId="6D1259FB" w14:textId="77777777" w:rsidR="00893C50" w:rsidRDefault="00893C50" w:rsidP="00893C50">
      <w:pPr>
        <w:tabs>
          <w:tab w:val="left" w:pos="722"/>
        </w:tabs>
        <w:spacing w:before="25" w:line="360" w:lineRule="auto"/>
        <w:ind w:right="49"/>
        <w:jc w:val="both"/>
        <w:rPr>
          <w:rFonts w:ascii="Arial" w:hAnsi="Arial" w:cs="Arial"/>
          <w:b/>
          <w:spacing w:val="-3"/>
          <w:sz w:val="24"/>
          <w:szCs w:val="24"/>
        </w:rPr>
      </w:pPr>
    </w:p>
    <w:p w14:paraId="32B462FB" w14:textId="3F66FD5B" w:rsidR="00893C50" w:rsidRPr="00A10AEA" w:rsidRDefault="00893C50" w:rsidP="00893C50">
      <w:pPr>
        <w:tabs>
          <w:tab w:val="left" w:pos="722"/>
        </w:tabs>
        <w:spacing w:before="25" w:line="360" w:lineRule="auto"/>
        <w:ind w:right="49"/>
        <w:jc w:val="both"/>
        <w:rPr>
          <w:rFonts w:ascii="Arial" w:hAnsi="Arial" w:cs="Arial"/>
          <w:b/>
          <w:spacing w:val="-3"/>
          <w:sz w:val="24"/>
          <w:szCs w:val="24"/>
        </w:rPr>
      </w:pPr>
      <w:r w:rsidRPr="00A10AEA">
        <w:rPr>
          <w:rFonts w:ascii="Arial" w:hAnsi="Arial" w:cs="Arial"/>
          <w:b/>
          <w:spacing w:val="-3"/>
          <w:sz w:val="24"/>
          <w:szCs w:val="24"/>
        </w:rPr>
        <w:t>PLAN DE ACOMPAÑAMIENTO EMOCIONAL Y CONDUCTUAL.</w:t>
      </w:r>
    </w:p>
    <w:p w14:paraId="116FE2BB"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r w:rsidRPr="00CC7341">
        <w:rPr>
          <w:rFonts w:ascii="Arial" w:hAnsi="Arial" w:cs="Arial"/>
          <w:bCs/>
          <w:spacing w:val="-3"/>
          <w:sz w:val="24"/>
          <w:szCs w:val="24"/>
        </w:rPr>
        <w:t xml:space="preserve">Los </w:t>
      </w:r>
      <w:proofErr w:type="spellStart"/>
      <w:r w:rsidRPr="00CC7341">
        <w:rPr>
          <w:rFonts w:ascii="Arial" w:hAnsi="Arial" w:cs="Arial"/>
          <w:bCs/>
          <w:spacing w:val="-3"/>
          <w:sz w:val="24"/>
          <w:szCs w:val="24"/>
        </w:rPr>
        <w:t>establecimientos</w:t>
      </w:r>
      <w:proofErr w:type="spellEnd"/>
      <w:r w:rsidRPr="00CC7341">
        <w:rPr>
          <w:rFonts w:ascii="Arial" w:hAnsi="Arial" w:cs="Arial"/>
          <w:bCs/>
          <w:spacing w:val="-3"/>
          <w:sz w:val="24"/>
          <w:szCs w:val="24"/>
        </w:rPr>
        <w:t xml:space="preserve"> que </w:t>
      </w:r>
      <w:proofErr w:type="spellStart"/>
      <w:r w:rsidRPr="00CC7341">
        <w:rPr>
          <w:rFonts w:ascii="Arial" w:hAnsi="Arial" w:cs="Arial"/>
          <w:bCs/>
          <w:spacing w:val="-3"/>
          <w:sz w:val="24"/>
          <w:szCs w:val="24"/>
        </w:rPr>
        <w:t>tengan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párvulos</w:t>
      </w:r>
      <w:proofErr w:type="spellEnd"/>
      <w:r w:rsidRPr="00CC7341">
        <w:rPr>
          <w:rFonts w:ascii="Arial" w:hAnsi="Arial" w:cs="Arial"/>
          <w:bCs/>
          <w:spacing w:val="-3"/>
          <w:sz w:val="24"/>
          <w:szCs w:val="24"/>
        </w:rPr>
        <w:t xml:space="preserve"> o </w:t>
      </w:r>
      <w:proofErr w:type="spellStart"/>
      <w:r w:rsidRPr="00CC7341">
        <w:rPr>
          <w:rFonts w:ascii="Arial" w:hAnsi="Arial" w:cs="Arial"/>
          <w:bCs/>
          <w:spacing w:val="-3"/>
          <w:sz w:val="24"/>
          <w:szCs w:val="24"/>
        </w:rPr>
        <w:t>estudiantes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debidamente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diagnosticados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como</w:t>
      </w:r>
      <w:proofErr w:type="spellEnd"/>
      <w:r w:rsidRPr="00CC7341">
        <w:rPr>
          <w:rFonts w:ascii="Arial" w:hAnsi="Arial" w:cs="Arial"/>
          <w:bCs/>
          <w:spacing w:val="-3"/>
          <w:sz w:val="24"/>
          <w:szCs w:val="24"/>
        </w:rPr>
        <w:t xml:space="preserve"> personas con </w:t>
      </w:r>
      <w:proofErr w:type="spellStart"/>
      <w:r w:rsidRPr="00CC7341">
        <w:rPr>
          <w:rFonts w:ascii="Arial" w:hAnsi="Arial" w:cs="Arial"/>
          <w:bCs/>
          <w:spacing w:val="-3"/>
          <w:sz w:val="24"/>
          <w:szCs w:val="24"/>
        </w:rPr>
        <w:t>trastorno</w:t>
      </w:r>
      <w:proofErr w:type="spellEnd"/>
      <w:r w:rsidRPr="00CC7341">
        <w:rPr>
          <w:rFonts w:ascii="Arial" w:hAnsi="Arial" w:cs="Arial"/>
          <w:bCs/>
          <w:spacing w:val="-3"/>
          <w:sz w:val="24"/>
          <w:szCs w:val="24"/>
        </w:rPr>
        <w:t xml:space="preserve"> del </w:t>
      </w:r>
      <w:proofErr w:type="spellStart"/>
      <w:r w:rsidRPr="00CC7341">
        <w:rPr>
          <w:rFonts w:ascii="Arial" w:hAnsi="Arial" w:cs="Arial"/>
          <w:bCs/>
          <w:spacing w:val="-3"/>
          <w:sz w:val="24"/>
          <w:szCs w:val="24"/>
        </w:rPr>
        <w:t>espectro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autista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deberán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contar</w:t>
      </w:r>
      <w:proofErr w:type="spellEnd"/>
      <w:r w:rsidRPr="00CC7341">
        <w:rPr>
          <w:rFonts w:ascii="Arial" w:hAnsi="Arial" w:cs="Arial"/>
          <w:bCs/>
          <w:spacing w:val="-3"/>
          <w:sz w:val="24"/>
          <w:szCs w:val="24"/>
        </w:rPr>
        <w:t xml:space="preserve"> </w:t>
      </w:r>
      <w:r w:rsidRPr="00CC7341">
        <w:rPr>
          <w:rFonts w:ascii="Arial" w:hAnsi="Arial" w:cs="Arial"/>
          <w:bCs/>
          <w:spacing w:val="-3"/>
          <w:sz w:val="24"/>
          <w:szCs w:val="24"/>
        </w:rPr>
        <w:lastRenderedPageBreak/>
        <w:t xml:space="preserve">con un plan de </w:t>
      </w:r>
      <w:proofErr w:type="spellStart"/>
      <w:r w:rsidRPr="00CC7341">
        <w:rPr>
          <w:rFonts w:ascii="Arial" w:hAnsi="Arial" w:cs="Arial"/>
          <w:bCs/>
          <w:spacing w:val="-3"/>
          <w:sz w:val="24"/>
          <w:szCs w:val="24"/>
        </w:rPr>
        <w:t>manejo</w:t>
      </w:r>
      <w:proofErr w:type="spellEnd"/>
      <w:r w:rsidRPr="00CC7341">
        <w:rPr>
          <w:rFonts w:ascii="Arial" w:hAnsi="Arial" w:cs="Arial"/>
          <w:bCs/>
          <w:spacing w:val="-3"/>
          <w:sz w:val="24"/>
          <w:szCs w:val="24"/>
        </w:rPr>
        <w:t xml:space="preserve"> individual33 para </w:t>
      </w:r>
      <w:proofErr w:type="spellStart"/>
      <w:r w:rsidRPr="00CC7341">
        <w:rPr>
          <w:rFonts w:ascii="Arial" w:hAnsi="Arial" w:cs="Arial"/>
          <w:bCs/>
          <w:spacing w:val="-3"/>
          <w:sz w:val="24"/>
          <w:szCs w:val="24"/>
        </w:rPr>
        <w:t>identificar</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consecuencialmente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evitar</w:t>
      </w:r>
      <w:proofErr w:type="spellEnd"/>
      <w:r w:rsidRPr="00CC7341">
        <w:rPr>
          <w:rFonts w:ascii="Arial" w:hAnsi="Arial" w:cs="Arial"/>
          <w:bCs/>
          <w:spacing w:val="-3"/>
          <w:sz w:val="24"/>
          <w:szCs w:val="24"/>
        </w:rPr>
        <w:t xml:space="preserve"> de la forma </w:t>
      </w:r>
      <w:proofErr w:type="spellStart"/>
      <w:r w:rsidRPr="00CC7341">
        <w:rPr>
          <w:rFonts w:ascii="Arial" w:hAnsi="Arial" w:cs="Arial"/>
          <w:bCs/>
          <w:spacing w:val="-3"/>
          <w:sz w:val="24"/>
          <w:szCs w:val="24"/>
        </w:rPr>
        <w:t>más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efectiva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posible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aquellas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situaciones</w:t>
      </w:r>
      <w:proofErr w:type="spellEnd"/>
      <w:r w:rsidRPr="00CC7341">
        <w:rPr>
          <w:rFonts w:ascii="Arial" w:hAnsi="Arial" w:cs="Arial"/>
          <w:bCs/>
          <w:spacing w:val="-3"/>
          <w:sz w:val="24"/>
          <w:szCs w:val="24"/>
        </w:rPr>
        <w:t xml:space="preserve"> de mayor </w:t>
      </w:r>
      <w:proofErr w:type="spellStart"/>
      <w:r w:rsidRPr="00CC7341">
        <w:rPr>
          <w:rFonts w:ascii="Arial" w:hAnsi="Arial" w:cs="Arial"/>
          <w:bCs/>
          <w:spacing w:val="-3"/>
          <w:sz w:val="24"/>
          <w:szCs w:val="24"/>
        </w:rPr>
        <w:t>vulnerabilidad</w:t>
      </w:r>
      <w:proofErr w:type="spellEnd"/>
      <w:r w:rsidRPr="00CC7341">
        <w:rPr>
          <w:rFonts w:ascii="Arial" w:hAnsi="Arial" w:cs="Arial"/>
          <w:bCs/>
          <w:spacing w:val="-3"/>
          <w:sz w:val="24"/>
          <w:szCs w:val="24"/>
        </w:rPr>
        <w:t xml:space="preserve"> que </w:t>
      </w:r>
      <w:proofErr w:type="spellStart"/>
      <w:r w:rsidRPr="00CC7341">
        <w:rPr>
          <w:rFonts w:ascii="Arial" w:hAnsi="Arial" w:cs="Arial"/>
          <w:bCs/>
          <w:spacing w:val="-3"/>
          <w:sz w:val="24"/>
          <w:szCs w:val="24"/>
        </w:rPr>
        <w:t>pueden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gatillar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conductas</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desregulaciones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emocionales</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conductuales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por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parte</w:t>
      </w:r>
      <w:proofErr w:type="spellEnd"/>
      <w:r w:rsidRPr="00CC7341">
        <w:rPr>
          <w:rFonts w:ascii="Arial" w:hAnsi="Arial" w:cs="Arial"/>
          <w:bCs/>
          <w:spacing w:val="-3"/>
          <w:sz w:val="24"/>
          <w:szCs w:val="24"/>
        </w:rPr>
        <w:t xml:space="preserve"> del </w:t>
      </w:r>
      <w:proofErr w:type="spellStart"/>
      <w:r w:rsidRPr="00CC7341">
        <w:rPr>
          <w:rFonts w:ascii="Arial" w:hAnsi="Arial" w:cs="Arial"/>
          <w:bCs/>
          <w:spacing w:val="-3"/>
          <w:sz w:val="24"/>
          <w:szCs w:val="24"/>
        </w:rPr>
        <w:t>párvulo</w:t>
      </w:r>
      <w:proofErr w:type="spellEnd"/>
      <w:r w:rsidRPr="00CC7341">
        <w:rPr>
          <w:rFonts w:ascii="Arial" w:hAnsi="Arial" w:cs="Arial"/>
          <w:bCs/>
          <w:spacing w:val="-3"/>
          <w:sz w:val="24"/>
          <w:szCs w:val="24"/>
        </w:rPr>
        <w:t xml:space="preserve"> o </w:t>
      </w:r>
      <w:proofErr w:type="spellStart"/>
      <w:r w:rsidRPr="00CC7341">
        <w:rPr>
          <w:rFonts w:ascii="Arial" w:hAnsi="Arial" w:cs="Arial"/>
          <w:bCs/>
          <w:spacing w:val="-3"/>
          <w:sz w:val="24"/>
          <w:szCs w:val="24"/>
        </w:rPr>
        <w:t>estudiante</w:t>
      </w:r>
      <w:proofErr w:type="spellEnd"/>
      <w:r>
        <w:rPr>
          <w:rStyle w:val="Refdenotaalpie"/>
          <w:rFonts w:ascii="Arial" w:hAnsi="Arial" w:cs="Arial"/>
          <w:bCs/>
          <w:spacing w:val="-3"/>
          <w:sz w:val="24"/>
          <w:szCs w:val="24"/>
        </w:rPr>
        <w:footnoteReference w:id="9"/>
      </w:r>
      <w:r w:rsidRPr="00CC7341">
        <w:rPr>
          <w:rFonts w:ascii="Arial" w:hAnsi="Arial" w:cs="Arial"/>
          <w:bCs/>
          <w:spacing w:val="-3"/>
          <w:sz w:val="24"/>
          <w:szCs w:val="24"/>
        </w:rPr>
        <w:t>.</w:t>
      </w:r>
    </w:p>
    <w:p w14:paraId="0C59CBD8" w14:textId="77777777" w:rsidR="00893C50" w:rsidRPr="00CC7341" w:rsidRDefault="00893C50" w:rsidP="00893C50">
      <w:pPr>
        <w:tabs>
          <w:tab w:val="left" w:pos="722"/>
        </w:tabs>
        <w:spacing w:before="25" w:line="360" w:lineRule="auto"/>
        <w:ind w:right="49"/>
        <w:jc w:val="both"/>
        <w:rPr>
          <w:rFonts w:ascii="Arial" w:hAnsi="Arial" w:cs="Arial"/>
          <w:bCs/>
          <w:spacing w:val="-3"/>
          <w:sz w:val="24"/>
          <w:szCs w:val="24"/>
        </w:rPr>
      </w:pPr>
    </w:p>
    <w:p w14:paraId="6BEDE1E0" w14:textId="77777777" w:rsidR="00893C50" w:rsidRPr="00CC7341" w:rsidRDefault="00893C50" w:rsidP="00893C50">
      <w:pPr>
        <w:tabs>
          <w:tab w:val="left" w:pos="722"/>
        </w:tabs>
        <w:spacing w:before="25" w:line="360" w:lineRule="auto"/>
        <w:ind w:right="49"/>
        <w:jc w:val="both"/>
        <w:rPr>
          <w:rFonts w:ascii="Arial" w:hAnsi="Arial" w:cs="Arial"/>
          <w:bCs/>
          <w:spacing w:val="-3"/>
          <w:sz w:val="24"/>
          <w:szCs w:val="24"/>
        </w:rPr>
      </w:pPr>
      <w:proofErr w:type="spellStart"/>
      <w:r w:rsidRPr="00CC7341">
        <w:rPr>
          <w:rFonts w:ascii="Arial" w:hAnsi="Arial" w:cs="Arial"/>
          <w:bCs/>
          <w:spacing w:val="-3"/>
          <w:sz w:val="24"/>
          <w:szCs w:val="24"/>
        </w:rPr>
        <w:t>Asimismo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respecto</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cada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párvulo</w:t>
      </w:r>
      <w:proofErr w:type="spellEnd"/>
      <w:r w:rsidRPr="00CC7341">
        <w:rPr>
          <w:rFonts w:ascii="Arial" w:hAnsi="Arial" w:cs="Arial"/>
          <w:bCs/>
          <w:spacing w:val="-3"/>
          <w:sz w:val="24"/>
          <w:szCs w:val="24"/>
        </w:rPr>
        <w:t xml:space="preserve"> o </w:t>
      </w:r>
      <w:proofErr w:type="spellStart"/>
      <w:r w:rsidRPr="00CC7341">
        <w:rPr>
          <w:rFonts w:ascii="Arial" w:hAnsi="Arial" w:cs="Arial"/>
          <w:bCs/>
          <w:spacing w:val="-3"/>
          <w:sz w:val="24"/>
          <w:szCs w:val="24"/>
        </w:rPr>
        <w:t>estudiante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autista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este</w:t>
      </w:r>
      <w:proofErr w:type="spellEnd"/>
      <w:r w:rsidRPr="00CC7341">
        <w:rPr>
          <w:rFonts w:ascii="Arial" w:hAnsi="Arial" w:cs="Arial"/>
          <w:bCs/>
          <w:spacing w:val="-3"/>
          <w:sz w:val="24"/>
          <w:szCs w:val="24"/>
        </w:rPr>
        <w:t xml:space="preserve"> Plan </w:t>
      </w:r>
      <w:proofErr w:type="spellStart"/>
      <w:r w:rsidRPr="00CC7341">
        <w:rPr>
          <w:rFonts w:ascii="Arial" w:hAnsi="Arial" w:cs="Arial"/>
          <w:bCs/>
          <w:spacing w:val="-3"/>
          <w:sz w:val="24"/>
          <w:szCs w:val="24"/>
        </w:rPr>
        <w:t>deberá</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contener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una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descripción</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los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factores</w:t>
      </w:r>
      <w:proofErr w:type="spellEnd"/>
      <w:r w:rsidRPr="00CC7341">
        <w:rPr>
          <w:rFonts w:ascii="Arial" w:hAnsi="Arial" w:cs="Arial"/>
          <w:bCs/>
          <w:spacing w:val="-3"/>
          <w:sz w:val="24"/>
          <w:szCs w:val="24"/>
        </w:rPr>
        <w:t xml:space="preserve"> que </w:t>
      </w:r>
      <w:proofErr w:type="spellStart"/>
      <w:r w:rsidRPr="00CC7341">
        <w:rPr>
          <w:rFonts w:ascii="Arial" w:hAnsi="Arial" w:cs="Arial"/>
          <w:bCs/>
          <w:spacing w:val="-3"/>
          <w:sz w:val="24"/>
          <w:szCs w:val="24"/>
        </w:rPr>
        <w:t>los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equipos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educativos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han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identificado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como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eventualmente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gatillantes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una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situación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desafiante</w:t>
      </w:r>
      <w:proofErr w:type="spellEnd"/>
      <w:r w:rsidRPr="00CC7341">
        <w:rPr>
          <w:rFonts w:ascii="Arial" w:hAnsi="Arial" w:cs="Arial"/>
          <w:bCs/>
          <w:spacing w:val="-3"/>
          <w:sz w:val="24"/>
          <w:szCs w:val="24"/>
        </w:rPr>
        <w:t xml:space="preserve">, y de las </w:t>
      </w:r>
      <w:proofErr w:type="spellStart"/>
      <w:r w:rsidRPr="00CC7341">
        <w:rPr>
          <w:rFonts w:ascii="Arial" w:hAnsi="Arial" w:cs="Arial"/>
          <w:bCs/>
          <w:spacing w:val="-3"/>
          <w:sz w:val="24"/>
          <w:szCs w:val="24"/>
        </w:rPr>
        <w:t>medidas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respuesta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aconsejadas</w:t>
      </w:r>
      <w:proofErr w:type="spellEnd"/>
      <w:r w:rsidRPr="00CC7341">
        <w:rPr>
          <w:rFonts w:ascii="Arial" w:hAnsi="Arial" w:cs="Arial"/>
          <w:bCs/>
          <w:spacing w:val="-3"/>
          <w:sz w:val="24"/>
          <w:szCs w:val="24"/>
        </w:rPr>
        <w:t xml:space="preserve"> ante </w:t>
      </w:r>
      <w:proofErr w:type="spellStart"/>
      <w:r w:rsidRPr="00CC7341">
        <w:rPr>
          <w:rFonts w:ascii="Arial" w:hAnsi="Arial" w:cs="Arial"/>
          <w:bCs/>
          <w:spacing w:val="-3"/>
          <w:sz w:val="24"/>
          <w:szCs w:val="24"/>
        </w:rPr>
        <w:t>ello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atención</w:t>
      </w:r>
      <w:proofErr w:type="spellEnd"/>
      <w:r w:rsidRPr="00CC7341">
        <w:rPr>
          <w:rFonts w:ascii="Arial" w:hAnsi="Arial" w:cs="Arial"/>
          <w:bCs/>
          <w:spacing w:val="-3"/>
          <w:sz w:val="24"/>
          <w:szCs w:val="24"/>
        </w:rPr>
        <w:t xml:space="preserve"> a sus </w:t>
      </w:r>
      <w:proofErr w:type="spellStart"/>
      <w:r w:rsidRPr="00CC7341">
        <w:rPr>
          <w:rFonts w:ascii="Arial" w:hAnsi="Arial" w:cs="Arial"/>
          <w:bCs/>
          <w:spacing w:val="-3"/>
          <w:sz w:val="24"/>
          <w:szCs w:val="24"/>
        </w:rPr>
        <w:t>necesidades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particulares</w:t>
      </w:r>
      <w:proofErr w:type="spellEnd"/>
      <w:r w:rsidRPr="00CC7341">
        <w:rPr>
          <w:rFonts w:ascii="Arial" w:hAnsi="Arial" w:cs="Arial"/>
          <w:bCs/>
          <w:spacing w:val="-3"/>
          <w:sz w:val="24"/>
          <w:szCs w:val="24"/>
        </w:rPr>
        <w:t xml:space="preserve"> y sus </w:t>
      </w:r>
      <w:proofErr w:type="spellStart"/>
      <w:r w:rsidRPr="00CC7341">
        <w:rPr>
          <w:rFonts w:ascii="Arial" w:hAnsi="Arial" w:cs="Arial"/>
          <w:bCs/>
          <w:spacing w:val="-3"/>
          <w:sz w:val="24"/>
          <w:szCs w:val="24"/>
        </w:rPr>
        <w:t>intereses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profundos</w:t>
      </w:r>
      <w:proofErr w:type="spellEnd"/>
      <w:r w:rsidRPr="00CC7341">
        <w:rPr>
          <w:rFonts w:ascii="Arial" w:hAnsi="Arial" w:cs="Arial"/>
          <w:bCs/>
          <w:spacing w:val="-3"/>
          <w:sz w:val="24"/>
          <w:szCs w:val="24"/>
        </w:rPr>
        <w:t>.</w:t>
      </w:r>
    </w:p>
    <w:p w14:paraId="1FFF485C"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p>
    <w:p w14:paraId="1F87C02C" w14:textId="77777777" w:rsidR="00893C50" w:rsidRPr="00CC7341" w:rsidRDefault="00893C50" w:rsidP="00893C50">
      <w:pPr>
        <w:tabs>
          <w:tab w:val="left" w:pos="722"/>
        </w:tabs>
        <w:spacing w:before="25" w:line="360" w:lineRule="auto"/>
        <w:ind w:right="49"/>
        <w:jc w:val="both"/>
        <w:rPr>
          <w:rFonts w:ascii="Arial" w:hAnsi="Arial" w:cs="Arial"/>
          <w:bCs/>
          <w:spacing w:val="-3"/>
          <w:sz w:val="24"/>
          <w:szCs w:val="24"/>
        </w:rPr>
      </w:pPr>
      <w:r w:rsidRPr="00CC7341">
        <w:rPr>
          <w:rFonts w:ascii="Arial" w:hAnsi="Arial" w:cs="Arial"/>
          <w:bCs/>
          <w:spacing w:val="-3"/>
          <w:sz w:val="24"/>
          <w:szCs w:val="24"/>
        </w:rPr>
        <w:t xml:space="preserve">La </w:t>
      </w:r>
      <w:proofErr w:type="spellStart"/>
      <w:r w:rsidRPr="00CC7341">
        <w:rPr>
          <w:rFonts w:ascii="Arial" w:hAnsi="Arial" w:cs="Arial"/>
          <w:bCs/>
          <w:spacing w:val="-3"/>
          <w:sz w:val="24"/>
          <w:szCs w:val="24"/>
        </w:rPr>
        <w:t>respuesta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deberá</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considerar</w:t>
      </w:r>
      <w:proofErr w:type="spellEnd"/>
      <w:r w:rsidRPr="00CC7341">
        <w:rPr>
          <w:rFonts w:ascii="Arial" w:hAnsi="Arial" w:cs="Arial"/>
          <w:bCs/>
          <w:spacing w:val="-3"/>
          <w:sz w:val="24"/>
          <w:szCs w:val="24"/>
        </w:rPr>
        <w:t xml:space="preserve">, entre </w:t>
      </w:r>
      <w:proofErr w:type="spellStart"/>
      <w:r w:rsidRPr="00CC7341">
        <w:rPr>
          <w:rFonts w:ascii="Arial" w:hAnsi="Arial" w:cs="Arial"/>
          <w:bCs/>
          <w:spacing w:val="-3"/>
          <w:sz w:val="24"/>
          <w:szCs w:val="24"/>
        </w:rPr>
        <w:t>otros</w:t>
      </w:r>
      <w:proofErr w:type="spellEnd"/>
      <w:r w:rsidRPr="00CC7341">
        <w:rPr>
          <w:rFonts w:ascii="Arial" w:hAnsi="Arial" w:cs="Arial"/>
          <w:bCs/>
          <w:spacing w:val="-3"/>
          <w:sz w:val="24"/>
          <w:szCs w:val="24"/>
        </w:rPr>
        <w:t xml:space="preserve">, a </w:t>
      </w:r>
      <w:proofErr w:type="spellStart"/>
      <w:r w:rsidRPr="00CC7341">
        <w:rPr>
          <w:rFonts w:ascii="Arial" w:hAnsi="Arial" w:cs="Arial"/>
          <w:bCs/>
          <w:spacing w:val="-3"/>
          <w:sz w:val="24"/>
          <w:szCs w:val="24"/>
        </w:rPr>
        <w:t>los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adultos</w:t>
      </w:r>
      <w:proofErr w:type="spellEnd"/>
      <w:r w:rsidRPr="00CC7341">
        <w:rPr>
          <w:rFonts w:ascii="Arial" w:hAnsi="Arial" w:cs="Arial"/>
          <w:bCs/>
          <w:spacing w:val="-3"/>
          <w:sz w:val="24"/>
          <w:szCs w:val="24"/>
        </w:rPr>
        <w:t xml:space="preserve"> del </w:t>
      </w:r>
      <w:proofErr w:type="spellStart"/>
      <w:r w:rsidRPr="00CC7341">
        <w:rPr>
          <w:rFonts w:ascii="Arial" w:hAnsi="Arial" w:cs="Arial"/>
          <w:bCs/>
          <w:spacing w:val="-3"/>
          <w:sz w:val="24"/>
          <w:szCs w:val="24"/>
        </w:rPr>
        <w:t>establecimiento</w:t>
      </w:r>
      <w:proofErr w:type="spellEnd"/>
      <w:r w:rsidRPr="00CC7341">
        <w:rPr>
          <w:rFonts w:ascii="Arial" w:hAnsi="Arial" w:cs="Arial"/>
          <w:bCs/>
          <w:spacing w:val="-3"/>
          <w:sz w:val="24"/>
          <w:szCs w:val="24"/>
        </w:rPr>
        <w:t xml:space="preserve"> que </w:t>
      </w:r>
      <w:proofErr w:type="spellStart"/>
      <w:r w:rsidRPr="00CC7341">
        <w:rPr>
          <w:rFonts w:ascii="Arial" w:hAnsi="Arial" w:cs="Arial"/>
          <w:bCs/>
          <w:spacing w:val="-3"/>
          <w:sz w:val="24"/>
          <w:szCs w:val="24"/>
        </w:rPr>
        <w:t>acompañarán</w:t>
      </w:r>
      <w:proofErr w:type="spellEnd"/>
      <w:r w:rsidRPr="00CC7341">
        <w:rPr>
          <w:rFonts w:ascii="Arial" w:hAnsi="Arial" w:cs="Arial"/>
          <w:bCs/>
          <w:spacing w:val="-3"/>
          <w:sz w:val="24"/>
          <w:szCs w:val="24"/>
        </w:rPr>
        <w:t xml:space="preserve"> a </w:t>
      </w:r>
      <w:proofErr w:type="spellStart"/>
      <w:r w:rsidRPr="00CC7341">
        <w:rPr>
          <w:rFonts w:ascii="Arial" w:hAnsi="Arial" w:cs="Arial"/>
          <w:bCs/>
          <w:spacing w:val="-3"/>
          <w:sz w:val="24"/>
          <w:szCs w:val="24"/>
        </w:rPr>
        <w:t>él</w:t>
      </w:r>
      <w:proofErr w:type="spellEnd"/>
      <w:r w:rsidRPr="00CC7341">
        <w:rPr>
          <w:rFonts w:ascii="Arial" w:hAnsi="Arial" w:cs="Arial"/>
          <w:bCs/>
          <w:spacing w:val="-3"/>
          <w:sz w:val="24"/>
          <w:szCs w:val="24"/>
        </w:rPr>
        <w:t xml:space="preserve"> o a la </w:t>
      </w:r>
      <w:proofErr w:type="spellStart"/>
      <w:r w:rsidRPr="00CC7341">
        <w:rPr>
          <w:rFonts w:ascii="Arial" w:hAnsi="Arial" w:cs="Arial"/>
          <w:bCs/>
          <w:spacing w:val="-3"/>
          <w:sz w:val="24"/>
          <w:szCs w:val="24"/>
        </w:rPr>
        <w:t>estudiante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la </w:t>
      </w:r>
      <w:proofErr w:type="spellStart"/>
      <w:r w:rsidRPr="00CC7341">
        <w:rPr>
          <w:rFonts w:ascii="Arial" w:hAnsi="Arial" w:cs="Arial"/>
          <w:bCs/>
          <w:spacing w:val="-3"/>
          <w:sz w:val="24"/>
          <w:szCs w:val="24"/>
        </w:rPr>
        <w:t>recuperación</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su</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estado</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bienestar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el</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desplazamiento</w:t>
      </w:r>
      <w:proofErr w:type="spellEnd"/>
      <w:r w:rsidRPr="00CC7341">
        <w:rPr>
          <w:rFonts w:ascii="Arial" w:hAnsi="Arial" w:cs="Arial"/>
          <w:bCs/>
          <w:spacing w:val="-3"/>
          <w:sz w:val="24"/>
          <w:szCs w:val="24"/>
        </w:rPr>
        <w:t xml:space="preserve"> del </w:t>
      </w:r>
      <w:proofErr w:type="spellStart"/>
      <w:r w:rsidRPr="00CC7341">
        <w:rPr>
          <w:rFonts w:ascii="Arial" w:hAnsi="Arial" w:cs="Arial"/>
          <w:bCs/>
          <w:spacing w:val="-3"/>
          <w:sz w:val="24"/>
          <w:szCs w:val="24"/>
        </w:rPr>
        <w:t>grupo</w:t>
      </w:r>
      <w:proofErr w:type="spellEnd"/>
      <w:r w:rsidRPr="00CC7341">
        <w:rPr>
          <w:rFonts w:ascii="Arial" w:hAnsi="Arial" w:cs="Arial"/>
          <w:bCs/>
          <w:spacing w:val="-3"/>
          <w:sz w:val="24"/>
          <w:szCs w:val="24"/>
        </w:rPr>
        <w:t xml:space="preserve"> de pares </w:t>
      </w:r>
      <w:proofErr w:type="spellStart"/>
      <w:r w:rsidRPr="00CC7341">
        <w:rPr>
          <w:rFonts w:ascii="Arial" w:hAnsi="Arial" w:cs="Arial"/>
          <w:bCs/>
          <w:spacing w:val="-3"/>
          <w:sz w:val="24"/>
          <w:szCs w:val="24"/>
        </w:rPr>
        <w:t>hacia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otro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espacio</w:t>
      </w:r>
      <w:proofErr w:type="spellEnd"/>
      <w:r w:rsidRPr="00CC7341">
        <w:rPr>
          <w:rFonts w:ascii="Arial" w:hAnsi="Arial" w:cs="Arial"/>
          <w:bCs/>
          <w:spacing w:val="-3"/>
          <w:sz w:val="24"/>
          <w:szCs w:val="24"/>
        </w:rPr>
        <w:t xml:space="preserve"> para </w:t>
      </w:r>
      <w:proofErr w:type="spellStart"/>
      <w:r w:rsidRPr="00CC7341">
        <w:rPr>
          <w:rFonts w:ascii="Arial" w:hAnsi="Arial" w:cs="Arial"/>
          <w:bCs/>
          <w:spacing w:val="-3"/>
          <w:sz w:val="24"/>
          <w:szCs w:val="24"/>
        </w:rPr>
        <w:t>permitir</w:t>
      </w:r>
      <w:proofErr w:type="spellEnd"/>
      <w:r w:rsidRPr="00CC7341">
        <w:rPr>
          <w:rFonts w:ascii="Arial" w:hAnsi="Arial" w:cs="Arial"/>
          <w:bCs/>
          <w:spacing w:val="-3"/>
          <w:sz w:val="24"/>
          <w:szCs w:val="24"/>
        </w:rPr>
        <w:t xml:space="preserve"> un </w:t>
      </w:r>
      <w:proofErr w:type="spellStart"/>
      <w:r w:rsidRPr="00CC7341">
        <w:rPr>
          <w:rFonts w:ascii="Arial" w:hAnsi="Arial" w:cs="Arial"/>
          <w:bCs/>
          <w:spacing w:val="-3"/>
          <w:sz w:val="24"/>
          <w:szCs w:val="24"/>
        </w:rPr>
        <w:t>manejo</w:t>
      </w:r>
      <w:proofErr w:type="spellEnd"/>
      <w:r w:rsidRPr="00CC7341">
        <w:rPr>
          <w:rFonts w:ascii="Arial" w:hAnsi="Arial" w:cs="Arial"/>
          <w:bCs/>
          <w:spacing w:val="-3"/>
          <w:sz w:val="24"/>
          <w:szCs w:val="24"/>
        </w:rPr>
        <w:t xml:space="preserve"> privado de la </w:t>
      </w:r>
      <w:proofErr w:type="spellStart"/>
      <w:r w:rsidRPr="00CC7341">
        <w:rPr>
          <w:rFonts w:ascii="Arial" w:hAnsi="Arial" w:cs="Arial"/>
          <w:bCs/>
          <w:spacing w:val="-3"/>
          <w:sz w:val="24"/>
          <w:szCs w:val="24"/>
        </w:rPr>
        <w:t>situación</w:t>
      </w:r>
      <w:proofErr w:type="spellEnd"/>
      <w:r w:rsidRPr="00CC7341">
        <w:rPr>
          <w:rFonts w:ascii="Arial" w:hAnsi="Arial" w:cs="Arial"/>
          <w:bCs/>
          <w:spacing w:val="-3"/>
          <w:sz w:val="24"/>
          <w:szCs w:val="24"/>
        </w:rPr>
        <w:t>,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razón</w:t>
      </w:r>
      <w:proofErr w:type="spellEnd"/>
      <w:r w:rsidRPr="00CC7341">
        <w:rPr>
          <w:rFonts w:ascii="Arial" w:hAnsi="Arial" w:cs="Arial"/>
          <w:bCs/>
          <w:spacing w:val="-3"/>
          <w:sz w:val="24"/>
          <w:szCs w:val="24"/>
        </w:rPr>
        <w:t xml:space="preserve"> del principio de “</w:t>
      </w:r>
      <w:proofErr w:type="spellStart"/>
      <w:r w:rsidRPr="00CC7341">
        <w:rPr>
          <w:rFonts w:ascii="Arial" w:hAnsi="Arial" w:cs="Arial"/>
          <w:bCs/>
          <w:spacing w:val="-3"/>
          <w:sz w:val="24"/>
          <w:szCs w:val="24"/>
        </w:rPr>
        <w:t>trato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digno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referido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la ley-, y las </w:t>
      </w:r>
      <w:proofErr w:type="spellStart"/>
      <w:r w:rsidRPr="00CC7341">
        <w:rPr>
          <w:rFonts w:ascii="Arial" w:hAnsi="Arial" w:cs="Arial"/>
          <w:bCs/>
          <w:spacing w:val="-3"/>
          <w:sz w:val="24"/>
          <w:szCs w:val="24"/>
        </w:rPr>
        <w:t>estrategias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acompañamiento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emocional</w:t>
      </w:r>
      <w:proofErr w:type="spellEnd"/>
      <w:r w:rsidRPr="00CC7341">
        <w:rPr>
          <w:rFonts w:ascii="Arial" w:hAnsi="Arial" w:cs="Arial"/>
          <w:bCs/>
          <w:spacing w:val="-3"/>
          <w:sz w:val="24"/>
          <w:szCs w:val="24"/>
        </w:rPr>
        <w:t xml:space="preserve"> a </w:t>
      </w:r>
      <w:proofErr w:type="spellStart"/>
      <w:r w:rsidRPr="00CC7341">
        <w:rPr>
          <w:rFonts w:ascii="Arial" w:hAnsi="Arial" w:cs="Arial"/>
          <w:bCs/>
          <w:spacing w:val="-3"/>
          <w:sz w:val="24"/>
          <w:szCs w:val="24"/>
        </w:rPr>
        <w:t>utilizar</w:t>
      </w:r>
      <w:proofErr w:type="spellEnd"/>
      <w:r>
        <w:rPr>
          <w:rStyle w:val="Refdenotaalpie"/>
          <w:rFonts w:ascii="Arial" w:hAnsi="Arial" w:cs="Arial"/>
          <w:bCs/>
          <w:spacing w:val="-3"/>
          <w:sz w:val="24"/>
          <w:szCs w:val="24"/>
        </w:rPr>
        <w:footnoteReference w:id="10"/>
      </w:r>
    </w:p>
    <w:p w14:paraId="35E42E27" w14:textId="77777777" w:rsidR="00893C50" w:rsidRDefault="00893C50" w:rsidP="00893C50">
      <w:pPr>
        <w:tabs>
          <w:tab w:val="left" w:pos="722"/>
        </w:tabs>
        <w:spacing w:before="25" w:line="360" w:lineRule="auto"/>
        <w:ind w:right="49"/>
        <w:jc w:val="both"/>
        <w:rPr>
          <w:rFonts w:ascii="Arial" w:hAnsi="Arial" w:cs="Arial"/>
          <w:bCs/>
          <w:spacing w:val="-3"/>
          <w:sz w:val="24"/>
          <w:szCs w:val="24"/>
        </w:rPr>
      </w:pPr>
      <w:proofErr w:type="spellStart"/>
      <w:r w:rsidRPr="00CC7341">
        <w:rPr>
          <w:rFonts w:ascii="Arial" w:hAnsi="Arial" w:cs="Arial"/>
          <w:bCs/>
          <w:spacing w:val="-3"/>
          <w:sz w:val="24"/>
          <w:szCs w:val="24"/>
        </w:rPr>
        <w:t>Considerando</w:t>
      </w:r>
      <w:proofErr w:type="spellEnd"/>
      <w:r w:rsidRPr="00CC7341">
        <w:rPr>
          <w:rFonts w:ascii="Arial" w:hAnsi="Arial" w:cs="Arial"/>
          <w:bCs/>
          <w:spacing w:val="-3"/>
          <w:sz w:val="24"/>
          <w:szCs w:val="24"/>
        </w:rPr>
        <w:t xml:space="preserve"> la </w:t>
      </w:r>
      <w:proofErr w:type="spellStart"/>
      <w:r w:rsidRPr="00CC7341">
        <w:rPr>
          <w:rFonts w:ascii="Arial" w:hAnsi="Arial" w:cs="Arial"/>
          <w:bCs/>
          <w:spacing w:val="-3"/>
          <w:sz w:val="24"/>
          <w:szCs w:val="24"/>
        </w:rPr>
        <w:t>naturaleza</w:t>
      </w:r>
      <w:proofErr w:type="spellEnd"/>
      <w:r w:rsidRPr="00CC7341">
        <w:rPr>
          <w:rFonts w:ascii="Arial" w:hAnsi="Arial" w:cs="Arial"/>
          <w:bCs/>
          <w:spacing w:val="-3"/>
          <w:sz w:val="24"/>
          <w:szCs w:val="24"/>
        </w:rPr>
        <w:t xml:space="preserve"> individual de las </w:t>
      </w:r>
      <w:proofErr w:type="spellStart"/>
      <w:r w:rsidRPr="00CC7341">
        <w:rPr>
          <w:rFonts w:ascii="Arial" w:hAnsi="Arial" w:cs="Arial"/>
          <w:bCs/>
          <w:spacing w:val="-3"/>
          <w:sz w:val="24"/>
          <w:szCs w:val="24"/>
        </w:rPr>
        <w:t>necesidades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específicas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apoyo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el</w:t>
      </w:r>
      <w:proofErr w:type="spellEnd"/>
      <w:r w:rsidRPr="00CC7341">
        <w:rPr>
          <w:rFonts w:ascii="Arial" w:hAnsi="Arial" w:cs="Arial"/>
          <w:bCs/>
          <w:spacing w:val="-3"/>
          <w:sz w:val="24"/>
          <w:szCs w:val="24"/>
        </w:rPr>
        <w:t xml:space="preserve"> Plan de </w:t>
      </w:r>
      <w:proofErr w:type="spellStart"/>
      <w:r w:rsidRPr="00CC7341">
        <w:rPr>
          <w:rFonts w:ascii="Arial" w:hAnsi="Arial" w:cs="Arial"/>
          <w:bCs/>
          <w:spacing w:val="-3"/>
          <w:sz w:val="24"/>
          <w:szCs w:val="24"/>
        </w:rPr>
        <w:t>acompañamiento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emocional</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conductual</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párvulos</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estudiantes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debe</w:t>
      </w:r>
      <w:proofErr w:type="spellEnd"/>
      <w:r w:rsidRPr="00CC7341">
        <w:rPr>
          <w:rFonts w:ascii="Arial" w:hAnsi="Arial" w:cs="Arial"/>
          <w:bCs/>
          <w:spacing w:val="-3"/>
          <w:sz w:val="24"/>
          <w:szCs w:val="24"/>
        </w:rPr>
        <w:t xml:space="preserve"> </w:t>
      </w:r>
      <w:r w:rsidRPr="00CC7341">
        <w:rPr>
          <w:rFonts w:ascii="Arial" w:hAnsi="Arial" w:cs="Arial"/>
          <w:bCs/>
          <w:spacing w:val="-3"/>
          <w:sz w:val="24"/>
          <w:szCs w:val="24"/>
        </w:rPr>
        <w:lastRenderedPageBreak/>
        <w:t xml:space="preserve">ser </w:t>
      </w:r>
      <w:proofErr w:type="spellStart"/>
      <w:r w:rsidRPr="00CC7341">
        <w:rPr>
          <w:rFonts w:ascii="Arial" w:hAnsi="Arial" w:cs="Arial"/>
          <w:bCs/>
          <w:spacing w:val="-3"/>
          <w:sz w:val="24"/>
          <w:szCs w:val="24"/>
        </w:rPr>
        <w:t>personalizado</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trabajado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conjunto con </w:t>
      </w:r>
      <w:proofErr w:type="spellStart"/>
      <w:r w:rsidRPr="00CC7341">
        <w:rPr>
          <w:rFonts w:ascii="Arial" w:hAnsi="Arial" w:cs="Arial"/>
          <w:bCs/>
          <w:spacing w:val="-3"/>
          <w:sz w:val="24"/>
          <w:szCs w:val="24"/>
        </w:rPr>
        <w:t>su</w:t>
      </w:r>
      <w:proofErr w:type="spellEnd"/>
      <w:r w:rsidRPr="00CC7341">
        <w:rPr>
          <w:rFonts w:ascii="Arial" w:hAnsi="Arial" w:cs="Arial"/>
          <w:bCs/>
          <w:spacing w:val="-3"/>
          <w:sz w:val="24"/>
          <w:szCs w:val="24"/>
        </w:rPr>
        <w:t xml:space="preserve"> familia. Para </w:t>
      </w:r>
      <w:proofErr w:type="spellStart"/>
      <w:r w:rsidRPr="00CC7341">
        <w:rPr>
          <w:rFonts w:ascii="Arial" w:hAnsi="Arial" w:cs="Arial"/>
          <w:bCs/>
          <w:spacing w:val="-3"/>
          <w:sz w:val="24"/>
          <w:szCs w:val="24"/>
        </w:rPr>
        <w:t>ello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el</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establecimiento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deberá</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consultar</w:t>
      </w:r>
      <w:proofErr w:type="spellEnd"/>
      <w:r w:rsidRPr="00CC7341">
        <w:rPr>
          <w:rFonts w:ascii="Arial" w:hAnsi="Arial" w:cs="Arial"/>
          <w:bCs/>
          <w:spacing w:val="-3"/>
          <w:sz w:val="24"/>
          <w:szCs w:val="24"/>
        </w:rPr>
        <w:t xml:space="preserve"> al padre, madre o </w:t>
      </w:r>
      <w:proofErr w:type="spellStart"/>
      <w:r w:rsidRPr="00CC7341">
        <w:rPr>
          <w:rFonts w:ascii="Arial" w:hAnsi="Arial" w:cs="Arial"/>
          <w:bCs/>
          <w:spacing w:val="-3"/>
          <w:sz w:val="24"/>
          <w:szCs w:val="24"/>
        </w:rPr>
        <w:t>apoderado</w:t>
      </w:r>
      <w:proofErr w:type="spellEnd"/>
      <w:r w:rsidRPr="00CC7341">
        <w:rPr>
          <w:rFonts w:ascii="Arial" w:hAnsi="Arial" w:cs="Arial"/>
          <w:bCs/>
          <w:spacing w:val="-3"/>
          <w:sz w:val="24"/>
          <w:szCs w:val="24"/>
        </w:rPr>
        <w:t xml:space="preserve"> la </w:t>
      </w:r>
      <w:proofErr w:type="spellStart"/>
      <w:r w:rsidRPr="00CC7341">
        <w:rPr>
          <w:rFonts w:ascii="Arial" w:hAnsi="Arial" w:cs="Arial"/>
          <w:bCs/>
          <w:spacing w:val="-3"/>
          <w:sz w:val="24"/>
          <w:szCs w:val="24"/>
        </w:rPr>
        <w:t>existencia</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indicaciones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especiales</w:t>
      </w:r>
      <w:proofErr w:type="spellEnd"/>
      <w:r w:rsidRPr="00CC7341">
        <w:rPr>
          <w:rFonts w:ascii="Arial" w:hAnsi="Arial" w:cs="Arial"/>
          <w:bCs/>
          <w:spacing w:val="-3"/>
          <w:sz w:val="24"/>
          <w:szCs w:val="24"/>
        </w:rPr>
        <w:t xml:space="preserve"> ante </w:t>
      </w:r>
      <w:proofErr w:type="spellStart"/>
      <w:r w:rsidRPr="00CC7341">
        <w:rPr>
          <w:rFonts w:ascii="Arial" w:hAnsi="Arial" w:cs="Arial"/>
          <w:bCs/>
          <w:spacing w:val="-3"/>
          <w:sz w:val="24"/>
          <w:szCs w:val="24"/>
        </w:rPr>
        <w:t>una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situación</w:t>
      </w:r>
      <w:proofErr w:type="spellEnd"/>
      <w:r w:rsidRPr="00CC7341">
        <w:rPr>
          <w:rFonts w:ascii="Arial" w:hAnsi="Arial" w:cs="Arial"/>
          <w:bCs/>
          <w:spacing w:val="-3"/>
          <w:sz w:val="24"/>
          <w:szCs w:val="24"/>
        </w:rPr>
        <w:t xml:space="preserve"> de mayor </w:t>
      </w:r>
      <w:proofErr w:type="spellStart"/>
      <w:r w:rsidRPr="00CC7341">
        <w:rPr>
          <w:rFonts w:ascii="Arial" w:hAnsi="Arial" w:cs="Arial"/>
          <w:bCs/>
          <w:spacing w:val="-3"/>
          <w:sz w:val="24"/>
          <w:szCs w:val="24"/>
        </w:rPr>
        <w:t>vulnerabilidad</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emocional</w:t>
      </w:r>
      <w:proofErr w:type="spellEnd"/>
      <w:r w:rsidRPr="00CC7341">
        <w:rPr>
          <w:rFonts w:ascii="Arial" w:hAnsi="Arial" w:cs="Arial"/>
          <w:bCs/>
          <w:spacing w:val="-3"/>
          <w:sz w:val="24"/>
          <w:szCs w:val="24"/>
        </w:rPr>
        <w:t xml:space="preserve"> y/o </w:t>
      </w:r>
      <w:proofErr w:type="spellStart"/>
      <w:r w:rsidRPr="00CC7341">
        <w:rPr>
          <w:rFonts w:ascii="Arial" w:hAnsi="Arial" w:cs="Arial"/>
          <w:bCs/>
          <w:spacing w:val="-3"/>
          <w:sz w:val="24"/>
          <w:szCs w:val="24"/>
        </w:rPr>
        <w:t>desafío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conductual</w:t>
      </w:r>
      <w:proofErr w:type="spellEnd"/>
      <w:r w:rsidRPr="00CC7341">
        <w:rPr>
          <w:rFonts w:ascii="Arial" w:hAnsi="Arial" w:cs="Arial"/>
          <w:bCs/>
          <w:spacing w:val="-3"/>
          <w:sz w:val="24"/>
          <w:szCs w:val="24"/>
        </w:rPr>
        <w:t xml:space="preserve"> del </w:t>
      </w:r>
      <w:proofErr w:type="spellStart"/>
      <w:r w:rsidRPr="00CC7341">
        <w:rPr>
          <w:rFonts w:ascii="Arial" w:hAnsi="Arial" w:cs="Arial"/>
          <w:bCs/>
          <w:spacing w:val="-3"/>
          <w:sz w:val="24"/>
          <w:szCs w:val="24"/>
        </w:rPr>
        <w:t>estudiante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por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parte</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profesionales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apoyo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especialistas</w:t>
      </w:r>
      <w:proofErr w:type="spellEnd"/>
      <w:r w:rsidRPr="00CC7341">
        <w:rPr>
          <w:rFonts w:ascii="Arial" w:hAnsi="Arial" w:cs="Arial"/>
          <w:bCs/>
          <w:spacing w:val="-3"/>
          <w:sz w:val="24"/>
          <w:szCs w:val="24"/>
        </w:rPr>
        <w:t xml:space="preserve">, a fin de ser </w:t>
      </w:r>
      <w:proofErr w:type="spellStart"/>
      <w:r w:rsidRPr="00CC7341">
        <w:rPr>
          <w:rFonts w:ascii="Arial" w:hAnsi="Arial" w:cs="Arial"/>
          <w:bCs/>
          <w:spacing w:val="-3"/>
          <w:sz w:val="24"/>
          <w:szCs w:val="24"/>
        </w:rPr>
        <w:t>incorporado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el</w:t>
      </w:r>
      <w:proofErr w:type="spellEnd"/>
      <w:r w:rsidRPr="00CC7341">
        <w:rPr>
          <w:rFonts w:ascii="Arial" w:hAnsi="Arial" w:cs="Arial"/>
          <w:bCs/>
          <w:spacing w:val="-3"/>
          <w:sz w:val="24"/>
          <w:szCs w:val="24"/>
        </w:rPr>
        <w:t xml:space="preserve"> Plan de </w:t>
      </w:r>
      <w:proofErr w:type="spellStart"/>
      <w:r w:rsidRPr="00CC7341">
        <w:rPr>
          <w:rFonts w:ascii="Arial" w:hAnsi="Arial" w:cs="Arial"/>
          <w:bCs/>
          <w:spacing w:val="-3"/>
          <w:sz w:val="24"/>
          <w:szCs w:val="24"/>
        </w:rPr>
        <w:t>Acompañamiento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Emocional</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Conductual</w:t>
      </w:r>
      <w:proofErr w:type="spellEnd"/>
      <w:r w:rsidRPr="00CC7341">
        <w:rPr>
          <w:rFonts w:ascii="Arial" w:hAnsi="Arial" w:cs="Arial"/>
          <w:bCs/>
          <w:spacing w:val="-3"/>
          <w:sz w:val="24"/>
          <w:szCs w:val="24"/>
        </w:rPr>
        <w:t xml:space="preserve">. Esta </w:t>
      </w:r>
      <w:proofErr w:type="spellStart"/>
      <w:r w:rsidRPr="00CC7341">
        <w:rPr>
          <w:rFonts w:ascii="Arial" w:hAnsi="Arial" w:cs="Arial"/>
          <w:bCs/>
          <w:spacing w:val="-3"/>
          <w:sz w:val="24"/>
          <w:szCs w:val="24"/>
        </w:rPr>
        <w:t>información</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deberá</w:t>
      </w:r>
      <w:proofErr w:type="spellEnd"/>
      <w:r w:rsidRPr="00CC7341">
        <w:rPr>
          <w:rFonts w:ascii="Arial" w:hAnsi="Arial" w:cs="Arial"/>
          <w:bCs/>
          <w:spacing w:val="-3"/>
          <w:sz w:val="24"/>
          <w:szCs w:val="24"/>
        </w:rPr>
        <w:t xml:space="preserve"> ser </w:t>
      </w:r>
      <w:proofErr w:type="spellStart"/>
      <w:r w:rsidRPr="00CC7341">
        <w:rPr>
          <w:rFonts w:ascii="Arial" w:hAnsi="Arial" w:cs="Arial"/>
          <w:bCs/>
          <w:spacing w:val="-3"/>
          <w:sz w:val="24"/>
          <w:szCs w:val="24"/>
        </w:rPr>
        <w:t>permanentemente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informada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por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los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tutores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él</w:t>
      </w:r>
      <w:proofErr w:type="spellEnd"/>
      <w:r w:rsidRPr="00CC7341">
        <w:rPr>
          <w:rFonts w:ascii="Arial" w:hAnsi="Arial" w:cs="Arial"/>
          <w:bCs/>
          <w:spacing w:val="-3"/>
          <w:sz w:val="24"/>
          <w:szCs w:val="24"/>
        </w:rPr>
        <w:t xml:space="preserve"> o la </w:t>
      </w:r>
      <w:proofErr w:type="spellStart"/>
      <w:r w:rsidRPr="00CC7341">
        <w:rPr>
          <w:rFonts w:ascii="Arial" w:hAnsi="Arial" w:cs="Arial"/>
          <w:bCs/>
          <w:spacing w:val="-3"/>
          <w:sz w:val="24"/>
          <w:szCs w:val="24"/>
        </w:rPr>
        <w:t>estudiante</w:t>
      </w:r>
      <w:proofErr w:type="spellEnd"/>
      <w:r w:rsidRPr="00CC7341">
        <w:rPr>
          <w:rFonts w:ascii="Arial" w:hAnsi="Arial" w:cs="Arial"/>
          <w:bCs/>
          <w:spacing w:val="-3"/>
          <w:sz w:val="24"/>
          <w:szCs w:val="24"/>
        </w:rPr>
        <w:t xml:space="preserve"> al </w:t>
      </w:r>
      <w:proofErr w:type="spellStart"/>
      <w:r w:rsidRPr="00CC7341">
        <w:rPr>
          <w:rFonts w:ascii="Arial" w:hAnsi="Arial" w:cs="Arial"/>
          <w:bCs/>
          <w:spacing w:val="-3"/>
          <w:sz w:val="24"/>
          <w:szCs w:val="24"/>
        </w:rPr>
        <w:t>establecimiento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educacional</w:t>
      </w:r>
      <w:proofErr w:type="spellEnd"/>
      <w:r w:rsidRPr="00CC7341">
        <w:rPr>
          <w:rFonts w:ascii="Arial" w:hAnsi="Arial" w:cs="Arial"/>
          <w:bCs/>
          <w:spacing w:val="-3"/>
          <w:sz w:val="24"/>
          <w:szCs w:val="24"/>
        </w:rPr>
        <w:t xml:space="preserve">, a fin de </w:t>
      </w:r>
      <w:proofErr w:type="spellStart"/>
      <w:r w:rsidRPr="00CC7341">
        <w:rPr>
          <w:rFonts w:ascii="Arial" w:hAnsi="Arial" w:cs="Arial"/>
          <w:bCs/>
          <w:spacing w:val="-3"/>
          <w:sz w:val="24"/>
          <w:szCs w:val="24"/>
        </w:rPr>
        <w:t>mantener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actualizado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el</w:t>
      </w:r>
      <w:proofErr w:type="spellEnd"/>
      <w:r w:rsidRPr="00CC7341">
        <w:rPr>
          <w:rFonts w:ascii="Arial" w:hAnsi="Arial" w:cs="Arial"/>
          <w:bCs/>
          <w:spacing w:val="-3"/>
          <w:sz w:val="24"/>
          <w:szCs w:val="24"/>
        </w:rPr>
        <w:t xml:space="preserve"> Plan </w:t>
      </w:r>
      <w:proofErr w:type="spellStart"/>
      <w:r w:rsidRPr="00CC7341">
        <w:rPr>
          <w:rFonts w:ascii="Arial" w:hAnsi="Arial" w:cs="Arial"/>
          <w:bCs/>
          <w:spacing w:val="-3"/>
          <w:sz w:val="24"/>
          <w:szCs w:val="24"/>
        </w:rPr>
        <w:t>conforme</w:t>
      </w:r>
      <w:proofErr w:type="spellEnd"/>
      <w:r w:rsidRPr="00CC7341">
        <w:rPr>
          <w:rFonts w:ascii="Arial" w:hAnsi="Arial" w:cs="Arial"/>
          <w:bCs/>
          <w:spacing w:val="-3"/>
          <w:sz w:val="24"/>
          <w:szCs w:val="24"/>
        </w:rPr>
        <w:t xml:space="preserve"> a las </w:t>
      </w:r>
      <w:proofErr w:type="spellStart"/>
      <w:r w:rsidRPr="00CC7341">
        <w:rPr>
          <w:rFonts w:ascii="Arial" w:hAnsi="Arial" w:cs="Arial"/>
          <w:bCs/>
          <w:spacing w:val="-3"/>
          <w:sz w:val="24"/>
          <w:szCs w:val="24"/>
        </w:rPr>
        <w:t>últimas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indicaciones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los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médicos</w:t>
      </w:r>
      <w:proofErr w:type="spellEnd"/>
      <w:r w:rsidRPr="00CC7341">
        <w:rPr>
          <w:rFonts w:ascii="Arial" w:hAnsi="Arial" w:cs="Arial"/>
          <w:bCs/>
          <w:spacing w:val="-3"/>
          <w:sz w:val="24"/>
          <w:szCs w:val="24"/>
        </w:rPr>
        <w:t xml:space="preserve"> y/o </w:t>
      </w:r>
      <w:proofErr w:type="spellStart"/>
      <w:r w:rsidRPr="00CC7341">
        <w:rPr>
          <w:rFonts w:ascii="Arial" w:hAnsi="Arial" w:cs="Arial"/>
          <w:bCs/>
          <w:spacing w:val="-3"/>
          <w:sz w:val="24"/>
          <w:szCs w:val="24"/>
        </w:rPr>
        <w:t>especialistas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tratantes</w:t>
      </w:r>
      <w:proofErr w:type="spellEnd"/>
      <w:r w:rsidRPr="00CC7341">
        <w:rPr>
          <w:rFonts w:ascii="Arial" w:hAnsi="Arial" w:cs="Arial"/>
          <w:bCs/>
          <w:spacing w:val="-3"/>
          <w:sz w:val="24"/>
          <w:szCs w:val="24"/>
        </w:rPr>
        <w:t xml:space="preserve">. De </w:t>
      </w:r>
      <w:proofErr w:type="spellStart"/>
      <w:r w:rsidRPr="00CC7341">
        <w:rPr>
          <w:rFonts w:ascii="Arial" w:hAnsi="Arial" w:cs="Arial"/>
          <w:bCs/>
          <w:spacing w:val="-3"/>
          <w:sz w:val="24"/>
          <w:szCs w:val="24"/>
        </w:rPr>
        <w:t>este</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trabajo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mancomunado</w:t>
      </w:r>
      <w:proofErr w:type="spellEnd"/>
      <w:r w:rsidRPr="00CC7341">
        <w:rPr>
          <w:rFonts w:ascii="Arial" w:hAnsi="Arial" w:cs="Arial"/>
          <w:bCs/>
          <w:spacing w:val="-3"/>
          <w:sz w:val="24"/>
          <w:szCs w:val="24"/>
        </w:rPr>
        <w:t xml:space="preserve"> entre la familia del </w:t>
      </w:r>
      <w:proofErr w:type="spellStart"/>
      <w:r w:rsidRPr="00CC7341">
        <w:rPr>
          <w:rFonts w:ascii="Arial" w:hAnsi="Arial" w:cs="Arial"/>
          <w:bCs/>
          <w:spacing w:val="-3"/>
          <w:sz w:val="24"/>
          <w:szCs w:val="24"/>
        </w:rPr>
        <w:t>estudiante</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el</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establecimiento</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deberá</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quedar</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constancia</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las </w:t>
      </w:r>
      <w:proofErr w:type="spellStart"/>
      <w:r w:rsidRPr="00CC7341">
        <w:rPr>
          <w:rFonts w:ascii="Arial" w:hAnsi="Arial" w:cs="Arial"/>
          <w:bCs/>
          <w:spacing w:val="-3"/>
          <w:sz w:val="24"/>
          <w:szCs w:val="24"/>
        </w:rPr>
        <w:t>respectivas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citaciones</w:t>
      </w:r>
      <w:proofErr w:type="spellEnd"/>
      <w:r w:rsidRPr="00CC7341">
        <w:rPr>
          <w:rFonts w:ascii="Arial" w:hAnsi="Arial" w:cs="Arial"/>
          <w:bCs/>
          <w:spacing w:val="-3"/>
          <w:sz w:val="24"/>
          <w:szCs w:val="24"/>
        </w:rPr>
        <w:t xml:space="preserve"> y </w:t>
      </w:r>
      <w:proofErr w:type="spellStart"/>
      <w:r w:rsidRPr="00CC7341">
        <w:rPr>
          <w:rFonts w:ascii="Arial" w:hAnsi="Arial" w:cs="Arial"/>
          <w:bCs/>
          <w:spacing w:val="-3"/>
          <w:sz w:val="24"/>
          <w:szCs w:val="24"/>
        </w:rPr>
        <w:t>acuerdos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adoptados</w:t>
      </w:r>
      <w:proofErr w:type="spellEnd"/>
      <w:r w:rsidRPr="00CC7341">
        <w:rPr>
          <w:rFonts w:ascii="Arial" w:hAnsi="Arial" w:cs="Arial"/>
          <w:bCs/>
          <w:spacing w:val="-3"/>
          <w:sz w:val="24"/>
          <w:szCs w:val="24"/>
        </w:rPr>
        <w:t xml:space="preserve"> </w:t>
      </w:r>
      <w:proofErr w:type="spellStart"/>
      <w:r w:rsidRPr="00CC7341">
        <w:rPr>
          <w:rFonts w:ascii="Arial" w:hAnsi="Arial" w:cs="Arial"/>
          <w:bCs/>
          <w:spacing w:val="-3"/>
          <w:sz w:val="24"/>
          <w:szCs w:val="24"/>
        </w:rPr>
        <w:t>en</w:t>
      </w:r>
      <w:proofErr w:type="spellEnd"/>
      <w:r w:rsidRPr="00CC7341">
        <w:rPr>
          <w:rFonts w:ascii="Arial" w:hAnsi="Arial" w:cs="Arial"/>
          <w:bCs/>
          <w:spacing w:val="-3"/>
          <w:sz w:val="24"/>
          <w:szCs w:val="24"/>
        </w:rPr>
        <w:t xml:space="preserve"> conjunto.</w:t>
      </w:r>
    </w:p>
    <w:p w14:paraId="0DCB63AA" w14:textId="77777777" w:rsidR="00893C50" w:rsidRPr="00CC7341" w:rsidRDefault="00893C50" w:rsidP="00893C50">
      <w:pPr>
        <w:tabs>
          <w:tab w:val="left" w:pos="722"/>
        </w:tabs>
        <w:spacing w:before="25" w:line="360" w:lineRule="auto"/>
        <w:ind w:right="49"/>
        <w:jc w:val="both"/>
        <w:rPr>
          <w:rFonts w:ascii="Arial" w:hAnsi="Arial" w:cs="Arial"/>
          <w:bCs/>
          <w:spacing w:val="-3"/>
          <w:sz w:val="24"/>
          <w:szCs w:val="24"/>
        </w:rPr>
      </w:pPr>
    </w:p>
    <w:p w14:paraId="4EBB2DE6" w14:textId="77777777" w:rsidR="00893C50" w:rsidRPr="00B30E41" w:rsidRDefault="00893C50" w:rsidP="00893C50">
      <w:pPr>
        <w:tabs>
          <w:tab w:val="left" w:pos="722"/>
        </w:tabs>
        <w:spacing w:before="25" w:line="360" w:lineRule="auto"/>
        <w:ind w:right="49"/>
        <w:jc w:val="both"/>
        <w:rPr>
          <w:rFonts w:ascii="Arial" w:hAnsi="Arial" w:cs="Arial"/>
          <w:bCs/>
          <w:spacing w:val="-3"/>
          <w:sz w:val="24"/>
          <w:szCs w:val="24"/>
        </w:rPr>
      </w:pPr>
      <w:r w:rsidRPr="00B30E41">
        <w:rPr>
          <w:rFonts w:ascii="Arial" w:hAnsi="Arial" w:cs="Arial"/>
          <w:bCs/>
          <w:spacing w:val="-3"/>
          <w:sz w:val="24"/>
          <w:szCs w:val="24"/>
        </w:rPr>
        <w:t xml:space="preserve">Este Plan </w:t>
      </w:r>
      <w:proofErr w:type="spellStart"/>
      <w:r w:rsidRPr="00B30E41">
        <w:rPr>
          <w:rFonts w:ascii="Arial" w:hAnsi="Arial" w:cs="Arial"/>
          <w:bCs/>
          <w:spacing w:val="-3"/>
          <w:sz w:val="24"/>
          <w:szCs w:val="24"/>
        </w:rPr>
        <w:t>deberá</w:t>
      </w:r>
      <w:proofErr w:type="spellEnd"/>
      <w:r w:rsidRPr="00B30E41">
        <w:rPr>
          <w:rFonts w:ascii="Arial" w:hAnsi="Arial" w:cs="Arial"/>
          <w:bCs/>
          <w:spacing w:val="-3"/>
          <w:sz w:val="24"/>
          <w:szCs w:val="24"/>
        </w:rPr>
        <w:t xml:space="preserve"> ser </w:t>
      </w:r>
      <w:proofErr w:type="spellStart"/>
      <w:r w:rsidRPr="00B30E41">
        <w:rPr>
          <w:rFonts w:ascii="Arial" w:hAnsi="Arial" w:cs="Arial"/>
          <w:bCs/>
          <w:spacing w:val="-3"/>
          <w:sz w:val="24"/>
          <w:szCs w:val="24"/>
        </w:rPr>
        <w:t>informado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detalladamente</w:t>
      </w:r>
      <w:proofErr w:type="spellEnd"/>
      <w:r w:rsidRPr="00B30E41">
        <w:rPr>
          <w:rFonts w:ascii="Arial" w:hAnsi="Arial" w:cs="Arial"/>
          <w:bCs/>
          <w:spacing w:val="-3"/>
          <w:sz w:val="24"/>
          <w:szCs w:val="24"/>
        </w:rPr>
        <w:t xml:space="preserve">, al </w:t>
      </w:r>
      <w:proofErr w:type="spellStart"/>
      <w:r w:rsidRPr="00B30E41">
        <w:rPr>
          <w:rFonts w:ascii="Arial" w:hAnsi="Arial" w:cs="Arial"/>
          <w:bCs/>
          <w:spacing w:val="-3"/>
          <w:sz w:val="24"/>
          <w:szCs w:val="24"/>
        </w:rPr>
        <w:t>inicio</w:t>
      </w:r>
      <w:proofErr w:type="spellEnd"/>
      <w:r w:rsidRPr="00B30E41">
        <w:rPr>
          <w:rFonts w:ascii="Arial" w:hAnsi="Arial" w:cs="Arial"/>
          <w:bCs/>
          <w:spacing w:val="-3"/>
          <w:sz w:val="24"/>
          <w:szCs w:val="24"/>
        </w:rPr>
        <w:t xml:space="preserve"> del </w:t>
      </w:r>
      <w:proofErr w:type="spellStart"/>
      <w:r w:rsidRPr="00B30E41">
        <w:rPr>
          <w:rFonts w:ascii="Arial" w:hAnsi="Arial" w:cs="Arial"/>
          <w:bCs/>
          <w:spacing w:val="-3"/>
          <w:sz w:val="24"/>
          <w:szCs w:val="24"/>
        </w:rPr>
        <w:t>año</w:t>
      </w:r>
      <w:proofErr w:type="spellEnd"/>
      <w:r w:rsidRPr="00B30E41">
        <w:rPr>
          <w:rFonts w:ascii="Arial" w:hAnsi="Arial" w:cs="Arial"/>
          <w:bCs/>
          <w:spacing w:val="-3"/>
          <w:sz w:val="24"/>
          <w:szCs w:val="24"/>
        </w:rPr>
        <w:t xml:space="preserve"> escolar y </w:t>
      </w:r>
      <w:proofErr w:type="spellStart"/>
      <w:r w:rsidRPr="00B30E41">
        <w:rPr>
          <w:rFonts w:ascii="Arial" w:hAnsi="Arial" w:cs="Arial"/>
          <w:bCs/>
          <w:spacing w:val="-3"/>
          <w:sz w:val="24"/>
          <w:szCs w:val="24"/>
        </w:rPr>
        <w:t>cada</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vez</w:t>
      </w:r>
      <w:proofErr w:type="spellEnd"/>
      <w:r w:rsidRPr="00B30E41">
        <w:rPr>
          <w:rFonts w:ascii="Arial" w:hAnsi="Arial" w:cs="Arial"/>
          <w:bCs/>
          <w:spacing w:val="-3"/>
          <w:sz w:val="24"/>
          <w:szCs w:val="24"/>
        </w:rPr>
        <w:t xml:space="preserve"> que </w:t>
      </w:r>
      <w:proofErr w:type="spellStart"/>
      <w:r w:rsidRPr="00B30E41">
        <w:rPr>
          <w:rFonts w:ascii="Arial" w:hAnsi="Arial" w:cs="Arial"/>
          <w:bCs/>
          <w:spacing w:val="-3"/>
          <w:sz w:val="24"/>
          <w:szCs w:val="24"/>
        </w:rPr>
        <w:t>sea</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modificado</w:t>
      </w:r>
      <w:proofErr w:type="spellEnd"/>
      <w:r w:rsidRPr="00B30E41">
        <w:rPr>
          <w:rFonts w:ascii="Arial" w:hAnsi="Arial" w:cs="Arial"/>
          <w:bCs/>
          <w:spacing w:val="-3"/>
          <w:sz w:val="24"/>
          <w:szCs w:val="24"/>
        </w:rPr>
        <w:t xml:space="preserve">, a </w:t>
      </w:r>
      <w:proofErr w:type="spellStart"/>
      <w:r w:rsidRPr="00B30E41">
        <w:rPr>
          <w:rFonts w:ascii="Arial" w:hAnsi="Arial" w:cs="Arial"/>
          <w:bCs/>
          <w:spacing w:val="-3"/>
          <w:sz w:val="24"/>
          <w:szCs w:val="24"/>
        </w:rPr>
        <w:t>los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docentes</w:t>
      </w:r>
      <w:proofErr w:type="spellEnd"/>
      <w:r w:rsidRPr="00B30E41">
        <w:rPr>
          <w:rFonts w:ascii="Arial" w:hAnsi="Arial" w:cs="Arial"/>
          <w:bCs/>
          <w:spacing w:val="-3"/>
          <w:sz w:val="24"/>
          <w:szCs w:val="24"/>
        </w:rPr>
        <w:t xml:space="preserve"> y </w:t>
      </w:r>
      <w:proofErr w:type="spellStart"/>
      <w:r w:rsidRPr="00B30E41">
        <w:rPr>
          <w:rFonts w:ascii="Arial" w:hAnsi="Arial" w:cs="Arial"/>
          <w:bCs/>
          <w:spacing w:val="-3"/>
          <w:sz w:val="24"/>
          <w:szCs w:val="24"/>
        </w:rPr>
        <w:t>asistentes</w:t>
      </w:r>
      <w:proofErr w:type="spellEnd"/>
      <w:r w:rsidRPr="00B30E41">
        <w:rPr>
          <w:rFonts w:ascii="Arial" w:hAnsi="Arial" w:cs="Arial"/>
          <w:bCs/>
          <w:spacing w:val="-3"/>
          <w:sz w:val="24"/>
          <w:szCs w:val="24"/>
        </w:rPr>
        <w:t xml:space="preserve"> de la </w:t>
      </w:r>
      <w:proofErr w:type="spellStart"/>
      <w:r w:rsidRPr="00B30E41">
        <w:rPr>
          <w:rFonts w:ascii="Arial" w:hAnsi="Arial" w:cs="Arial"/>
          <w:bCs/>
          <w:spacing w:val="-3"/>
          <w:sz w:val="24"/>
          <w:szCs w:val="24"/>
        </w:rPr>
        <w:t>educación</w:t>
      </w:r>
      <w:proofErr w:type="spellEnd"/>
      <w:r w:rsidRPr="00B30E41">
        <w:rPr>
          <w:rFonts w:ascii="Arial" w:hAnsi="Arial" w:cs="Arial"/>
          <w:bCs/>
          <w:spacing w:val="-3"/>
          <w:sz w:val="24"/>
          <w:szCs w:val="24"/>
        </w:rPr>
        <w:t xml:space="preserve"> que, </w:t>
      </w:r>
      <w:proofErr w:type="spellStart"/>
      <w:r w:rsidRPr="00B30E41">
        <w:rPr>
          <w:rFonts w:ascii="Arial" w:hAnsi="Arial" w:cs="Arial"/>
          <w:bCs/>
          <w:spacing w:val="-3"/>
          <w:sz w:val="24"/>
          <w:szCs w:val="24"/>
        </w:rPr>
        <w:t>en</w:t>
      </w:r>
      <w:proofErr w:type="spellEnd"/>
      <w:r w:rsidRPr="00B30E41">
        <w:rPr>
          <w:rFonts w:ascii="Arial" w:hAnsi="Arial" w:cs="Arial"/>
          <w:bCs/>
          <w:spacing w:val="-3"/>
          <w:sz w:val="24"/>
          <w:szCs w:val="24"/>
        </w:rPr>
        <w:t xml:space="preserve"> sus </w:t>
      </w:r>
      <w:proofErr w:type="spellStart"/>
      <w:r w:rsidRPr="00B30E41">
        <w:rPr>
          <w:rFonts w:ascii="Arial" w:hAnsi="Arial" w:cs="Arial"/>
          <w:bCs/>
          <w:spacing w:val="-3"/>
          <w:sz w:val="24"/>
          <w:szCs w:val="24"/>
        </w:rPr>
        <w:t>labores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habituales</w:t>
      </w:r>
      <w:proofErr w:type="spellEnd"/>
      <w:r w:rsidRPr="00B30E41">
        <w:rPr>
          <w:rFonts w:ascii="Arial" w:hAnsi="Arial" w:cs="Arial"/>
          <w:bCs/>
          <w:spacing w:val="-3"/>
          <w:sz w:val="24"/>
          <w:szCs w:val="24"/>
        </w:rPr>
        <w:t xml:space="preserve">, se </w:t>
      </w:r>
      <w:proofErr w:type="spellStart"/>
      <w:r w:rsidRPr="00B30E41">
        <w:rPr>
          <w:rFonts w:ascii="Arial" w:hAnsi="Arial" w:cs="Arial"/>
          <w:bCs/>
          <w:spacing w:val="-3"/>
          <w:sz w:val="24"/>
          <w:szCs w:val="24"/>
        </w:rPr>
        <w:t>encuentran</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en</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contacto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directo</w:t>
      </w:r>
      <w:proofErr w:type="spellEnd"/>
      <w:r w:rsidRPr="00B30E41">
        <w:rPr>
          <w:rFonts w:ascii="Arial" w:hAnsi="Arial" w:cs="Arial"/>
          <w:bCs/>
          <w:spacing w:val="-3"/>
          <w:sz w:val="24"/>
          <w:szCs w:val="24"/>
        </w:rPr>
        <w:t xml:space="preserve"> con </w:t>
      </w:r>
      <w:proofErr w:type="spellStart"/>
      <w:r w:rsidRPr="00B30E41">
        <w:rPr>
          <w:rFonts w:ascii="Arial" w:hAnsi="Arial" w:cs="Arial"/>
          <w:bCs/>
          <w:spacing w:val="-3"/>
          <w:sz w:val="24"/>
          <w:szCs w:val="24"/>
        </w:rPr>
        <w:t>el</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párvulo</w:t>
      </w:r>
      <w:proofErr w:type="spellEnd"/>
      <w:r w:rsidRPr="00B30E41">
        <w:rPr>
          <w:rFonts w:ascii="Arial" w:hAnsi="Arial" w:cs="Arial"/>
          <w:bCs/>
          <w:spacing w:val="-3"/>
          <w:sz w:val="24"/>
          <w:szCs w:val="24"/>
        </w:rPr>
        <w:t xml:space="preserve"> o </w:t>
      </w:r>
      <w:proofErr w:type="spellStart"/>
      <w:r w:rsidRPr="00B30E41">
        <w:rPr>
          <w:rFonts w:ascii="Arial" w:hAnsi="Arial" w:cs="Arial"/>
          <w:bCs/>
          <w:spacing w:val="-3"/>
          <w:sz w:val="24"/>
          <w:szCs w:val="24"/>
        </w:rPr>
        <w:t>estudiante</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Asimismo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el</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establecimiento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deberá</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mantener</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una</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copia</w:t>
      </w:r>
      <w:proofErr w:type="spellEnd"/>
      <w:r w:rsidRPr="00B30E41">
        <w:rPr>
          <w:rFonts w:ascii="Arial" w:hAnsi="Arial" w:cs="Arial"/>
          <w:bCs/>
          <w:spacing w:val="-3"/>
          <w:sz w:val="24"/>
          <w:szCs w:val="24"/>
        </w:rPr>
        <w:t xml:space="preserve"> de las </w:t>
      </w:r>
      <w:proofErr w:type="spellStart"/>
      <w:r w:rsidRPr="00B30E41">
        <w:rPr>
          <w:rFonts w:ascii="Arial" w:hAnsi="Arial" w:cs="Arial"/>
          <w:bCs/>
          <w:spacing w:val="-3"/>
          <w:sz w:val="24"/>
          <w:szCs w:val="24"/>
        </w:rPr>
        <w:t>indicaciones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especiales</w:t>
      </w:r>
      <w:proofErr w:type="spellEnd"/>
      <w:r w:rsidRPr="00B30E41">
        <w:rPr>
          <w:rFonts w:ascii="Arial" w:hAnsi="Arial" w:cs="Arial"/>
          <w:bCs/>
          <w:spacing w:val="-3"/>
          <w:sz w:val="24"/>
          <w:szCs w:val="24"/>
        </w:rPr>
        <w:t xml:space="preserve"> de </w:t>
      </w:r>
      <w:proofErr w:type="spellStart"/>
      <w:r w:rsidRPr="00B30E41">
        <w:rPr>
          <w:rFonts w:ascii="Arial" w:hAnsi="Arial" w:cs="Arial"/>
          <w:bCs/>
          <w:spacing w:val="-3"/>
          <w:sz w:val="24"/>
          <w:szCs w:val="24"/>
        </w:rPr>
        <w:t>respuesta</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en</w:t>
      </w:r>
      <w:proofErr w:type="spellEnd"/>
      <w:r w:rsidRPr="00B30E41">
        <w:rPr>
          <w:rFonts w:ascii="Arial" w:hAnsi="Arial" w:cs="Arial"/>
          <w:bCs/>
          <w:spacing w:val="-3"/>
          <w:sz w:val="24"/>
          <w:szCs w:val="24"/>
        </w:rPr>
        <w:t xml:space="preserve"> la sala de </w:t>
      </w:r>
      <w:proofErr w:type="spellStart"/>
      <w:r w:rsidRPr="00B30E41">
        <w:rPr>
          <w:rFonts w:ascii="Arial" w:hAnsi="Arial" w:cs="Arial"/>
          <w:bCs/>
          <w:spacing w:val="-3"/>
          <w:sz w:val="24"/>
          <w:szCs w:val="24"/>
        </w:rPr>
        <w:t>clases</w:t>
      </w:r>
      <w:proofErr w:type="spellEnd"/>
      <w:r w:rsidRPr="00B30E41">
        <w:rPr>
          <w:rFonts w:ascii="Arial" w:hAnsi="Arial" w:cs="Arial"/>
          <w:bCs/>
          <w:spacing w:val="-3"/>
          <w:sz w:val="24"/>
          <w:szCs w:val="24"/>
        </w:rPr>
        <w:t xml:space="preserve"> o de </w:t>
      </w:r>
      <w:proofErr w:type="spellStart"/>
      <w:r w:rsidRPr="00B30E41">
        <w:rPr>
          <w:rFonts w:ascii="Arial" w:hAnsi="Arial" w:cs="Arial"/>
          <w:bCs/>
          <w:spacing w:val="-3"/>
          <w:sz w:val="24"/>
          <w:szCs w:val="24"/>
        </w:rPr>
        <w:t>actividades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en</w:t>
      </w:r>
      <w:proofErr w:type="spellEnd"/>
      <w:r w:rsidRPr="00B30E41">
        <w:rPr>
          <w:rFonts w:ascii="Arial" w:hAnsi="Arial" w:cs="Arial"/>
          <w:bCs/>
          <w:spacing w:val="-3"/>
          <w:sz w:val="24"/>
          <w:szCs w:val="24"/>
        </w:rPr>
        <w:t xml:space="preserve"> un </w:t>
      </w:r>
      <w:proofErr w:type="spellStart"/>
      <w:r w:rsidRPr="00B30E41">
        <w:rPr>
          <w:rFonts w:ascii="Arial" w:hAnsi="Arial" w:cs="Arial"/>
          <w:bCs/>
          <w:spacing w:val="-3"/>
          <w:sz w:val="24"/>
          <w:szCs w:val="24"/>
        </w:rPr>
        <w:t>lugar</w:t>
      </w:r>
      <w:proofErr w:type="spellEnd"/>
      <w:r w:rsidRPr="00B30E41">
        <w:rPr>
          <w:rFonts w:ascii="Arial" w:hAnsi="Arial" w:cs="Arial"/>
          <w:bCs/>
          <w:spacing w:val="-3"/>
          <w:sz w:val="24"/>
          <w:szCs w:val="24"/>
        </w:rPr>
        <w:t xml:space="preserve"> de </w:t>
      </w:r>
      <w:proofErr w:type="spellStart"/>
      <w:r w:rsidRPr="00B30E41">
        <w:rPr>
          <w:rFonts w:ascii="Arial" w:hAnsi="Arial" w:cs="Arial"/>
          <w:bCs/>
          <w:spacing w:val="-3"/>
          <w:sz w:val="24"/>
          <w:szCs w:val="24"/>
        </w:rPr>
        <w:t>acceso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exclusivo</w:t>
      </w:r>
      <w:proofErr w:type="spellEnd"/>
      <w:r w:rsidRPr="00B30E41">
        <w:rPr>
          <w:rFonts w:ascii="Arial" w:hAnsi="Arial" w:cs="Arial"/>
          <w:bCs/>
          <w:spacing w:val="-3"/>
          <w:sz w:val="24"/>
          <w:szCs w:val="24"/>
        </w:rPr>
        <w:t xml:space="preserve"> para </w:t>
      </w:r>
      <w:proofErr w:type="spellStart"/>
      <w:r w:rsidRPr="00B30E41">
        <w:rPr>
          <w:rFonts w:ascii="Arial" w:hAnsi="Arial" w:cs="Arial"/>
          <w:bCs/>
          <w:spacing w:val="-3"/>
          <w:sz w:val="24"/>
          <w:szCs w:val="24"/>
        </w:rPr>
        <w:t>los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docentes</w:t>
      </w:r>
      <w:proofErr w:type="spellEnd"/>
      <w:r w:rsidRPr="00B30E41">
        <w:rPr>
          <w:rFonts w:ascii="Arial" w:hAnsi="Arial" w:cs="Arial"/>
          <w:bCs/>
          <w:spacing w:val="-3"/>
          <w:sz w:val="24"/>
          <w:szCs w:val="24"/>
        </w:rPr>
        <w:t xml:space="preserve"> o </w:t>
      </w:r>
      <w:proofErr w:type="spellStart"/>
      <w:r w:rsidRPr="00B30E41">
        <w:rPr>
          <w:rFonts w:ascii="Arial" w:hAnsi="Arial" w:cs="Arial"/>
          <w:bCs/>
          <w:spacing w:val="-3"/>
          <w:sz w:val="24"/>
          <w:szCs w:val="24"/>
        </w:rPr>
        <w:t>asistentes</w:t>
      </w:r>
      <w:proofErr w:type="spellEnd"/>
      <w:r w:rsidRPr="00B30E41">
        <w:rPr>
          <w:rFonts w:ascii="Arial" w:hAnsi="Arial" w:cs="Arial"/>
          <w:bCs/>
          <w:spacing w:val="-3"/>
          <w:sz w:val="24"/>
          <w:szCs w:val="24"/>
        </w:rPr>
        <w:t xml:space="preserve"> de la </w:t>
      </w:r>
      <w:proofErr w:type="spellStart"/>
      <w:r w:rsidRPr="00B30E41">
        <w:rPr>
          <w:rFonts w:ascii="Arial" w:hAnsi="Arial" w:cs="Arial"/>
          <w:bCs/>
          <w:spacing w:val="-3"/>
          <w:sz w:val="24"/>
          <w:szCs w:val="24"/>
        </w:rPr>
        <w:t>educación</w:t>
      </w:r>
      <w:proofErr w:type="spellEnd"/>
      <w:r w:rsidRPr="00B30E41">
        <w:rPr>
          <w:rFonts w:ascii="Arial" w:hAnsi="Arial" w:cs="Arial"/>
          <w:bCs/>
          <w:spacing w:val="-3"/>
          <w:sz w:val="24"/>
          <w:szCs w:val="24"/>
        </w:rPr>
        <w:t xml:space="preserve">, con </w:t>
      </w:r>
      <w:proofErr w:type="spellStart"/>
      <w:r w:rsidRPr="00B30E41">
        <w:rPr>
          <w:rFonts w:ascii="Arial" w:hAnsi="Arial" w:cs="Arial"/>
          <w:bCs/>
          <w:spacing w:val="-3"/>
          <w:sz w:val="24"/>
          <w:szCs w:val="24"/>
        </w:rPr>
        <w:t>el</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propósito</w:t>
      </w:r>
      <w:proofErr w:type="spellEnd"/>
      <w:r w:rsidRPr="00B30E41">
        <w:rPr>
          <w:rFonts w:ascii="Arial" w:hAnsi="Arial" w:cs="Arial"/>
          <w:bCs/>
          <w:spacing w:val="-3"/>
          <w:sz w:val="24"/>
          <w:szCs w:val="24"/>
        </w:rPr>
        <w:t xml:space="preserve"> de </w:t>
      </w:r>
      <w:proofErr w:type="spellStart"/>
      <w:r w:rsidRPr="00B30E41">
        <w:rPr>
          <w:rFonts w:ascii="Arial" w:hAnsi="Arial" w:cs="Arial"/>
          <w:bCs/>
          <w:spacing w:val="-3"/>
          <w:sz w:val="24"/>
          <w:szCs w:val="24"/>
        </w:rPr>
        <w:t>tenerlas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como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guía</w:t>
      </w:r>
      <w:proofErr w:type="spellEnd"/>
      <w:r w:rsidRPr="00B30E41">
        <w:rPr>
          <w:rFonts w:ascii="Arial" w:hAnsi="Arial" w:cs="Arial"/>
          <w:bCs/>
          <w:spacing w:val="-3"/>
          <w:sz w:val="24"/>
          <w:szCs w:val="24"/>
        </w:rPr>
        <w:t xml:space="preserve"> ante un </w:t>
      </w:r>
      <w:proofErr w:type="spellStart"/>
      <w:r w:rsidRPr="00B30E41">
        <w:rPr>
          <w:rFonts w:ascii="Arial" w:hAnsi="Arial" w:cs="Arial"/>
          <w:bCs/>
          <w:spacing w:val="-3"/>
          <w:sz w:val="24"/>
          <w:szCs w:val="24"/>
        </w:rPr>
        <w:t>episodio</w:t>
      </w:r>
      <w:proofErr w:type="spellEnd"/>
      <w:r w:rsidRPr="00B30E41">
        <w:rPr>
          <w:rFonts w:ascii="Arial" w:hAnsi="Arial" w:cs="Arial"/>
          <w:bCs/>
          <w:spacing w:val="-3"/>
          <w:sz w:val="24"/>
          <w:szCs w:val="24"/>
        </w:rPr>
        <w:t xml:space="preserve"> de </w:t>
      </w:r>
      <w:proofErr w:type="spellStart"/>
      <w:r w:rsidRPr="00B30E41">
        <w:rPr>
          <w:rFonts w:ascii="Arial" w:hAnsi="Arial" w:cs="Arial"/>
          <w:bCs/>
          <w:spacing w:val="-3"/>
          <w:sz w:val="24"/>
          <w:szCs w:val="24"/>
        </w:rPr>
        <w:t>desregulación</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emocional</w:t>
      </w:r>
      <w:proofErr w:type="spellEnd"/>
      <w:r w:rsidRPr="00B30E41">
        <w:rPr>
          <w:rFonts w:ascii="Arial" w:hAnsi="Arial" w:cs="Arial"/>
          <w:bCs/>
          <w:spacing w:val="-3"/>
          <w:sz w:val="24"/>
          <w:szCs w:val="24"/>
        </w:rPr>
        <w:t xml:space="preserve"> o </w:t>
      </w:r>
      <w:proofErr w:type="spellStart"/>
      <w:r w:rsidRPr="00B30E41">
        <w:rPr>
          <w:rFonts w:ascii="Arial" w:hAnsi="Arial" w:cs="Arial"/>
          <w:bCs/>
          <w:spacing w:val="-3"/>
          <w:sz w:val="24"/>
          <w:szCs w:val="24"/>
        </w:rPr>
        <w:t>conductual</w:t>
      </w:r>
      <w:proofErr w:type="spellEnd"/>
      <w:r w:rsidRPr="00B30E41">
        <w:rPr>
          <w:rFonts w:ascii="Arial" w:hAnsi="Arial" w:cs="Arial"/>
          <w:bCs/>
          <w:spacing w:val="-3"/>
          <w:sz w:val="24"/>
          <w:szCs w:val="24"/>
        </w:rPr>
        <w:t xml:space="preserve">. Esta </w:t>
      </w:r>
      <w:proofErr w:type="spellStart"/>
      <w:r w:rsidRPr="00B30E41">
        <w:rPr>
          <w:rFonts w:ascii="Arial" w:hAnsi="Arial" w:cs="Arial"/>
          <w:bCs/>
          <w:spacing w:val="-3"/>
          <w:sz w:val="24"/>
          <w:szCs w:val="24"/>
        </w:rPr>
        <w:t>información</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sólo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podrá</w:t>
      </w:r>
      <w:proofErr w:type="spellEnd"/>
      <w:r w:rsidRPr="00B30E41">
        <w:rPr>
          <w:rFonts w:ascii="Arial" w:hAnsi="Arial" w:cs="Arial"/>
          <w:bCs/>
          <w:spacing w:val="-3"/>
          <w:sz w:val="24"/>
          <w:szCs w:val="24"/>
        </w:rPr>
        <w:t xml:space="preserve"> ser </w:t>
      </w:r>
      <w:proofErr w:type="spellStart"/>
      <w:r w:rsidRPr="00B30E41">
        <w:rPr>
          <w:rFonts w:ascii="Arial" w:hAnsi="Arial" w:cs="Arial"/>
          <w:bCs/>
          <w:spacing w:val="-3"/>
          <w:sz w:val="24"/>
          <w:szCs w:val="24"/>
        </w:rPr>
        <w:t>administrada</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por</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los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docentes</w:t>
      </w:r>
      <w:proofErr w:type="spellEnd"/>
      <w:r w:rsidRPr="00B30E41">
        <w:rPr>
          <w:rFonts w:ascii="Arial" w:hAnsi="Arial" w:cs="Arial"/>
          <w:bCs/>
          <w:spacing w:val="-3"/>
          <w:sz w:val="24"/>
          <w:szCs w:val="24"/>
        </w:rPr>
        <w:t xml:space="preserve"> y </w:t>
      </w:r>
      <w:proofErr w:type="spellStart"/>
      <w:r w:rsidRPr="00B30E41">
        <w:rPr>
          <w:rFonts w:ascii="Arial" w:hAnsi="Arial" w:cs="Arial"/>
          <w:bCs/>
          <w:spacing w:val="-3"/>
          <w:sz w:val="24"/>
          <w:szCs w:val="24"/>
        </w:rPr>
        <w:t>asistentes</w:t>
      </w:r>
      <w:proofErr w:type="spellEnd"/>
      <w:r w:rsidRPr="00B30E41">
        <w:rPr>
          <w:rFonts w:ascii="Arial" w:hAnsi="Arial" w:cs="Arial"/>
          <w:bCs/>
          <w:spacing w:val="-3"/>
          <w:sz w:val="24"/>
          <w:szCs w:val="24"/>
        </w:rPr>
        <w:t xml:space="preserve"> de la </w:t>
      </w:r>
      <w:proofErr w:type="spellStart"/>
      <w:r w:rsidRPr="00B30E41">
        <w:rPr>
          <w:rFonts w:ascii="Arial" w:hAnsi="Arial" w:cs="Arial"/>
          <w:bCs/>
          <w:spacing w:val="-3"/>
          <w:sz w:val="24"/>
          <w:szCs w:val="24"/>
        </w:rPr>
        <w:t>educación</w:t>
      </w:r>
      <w:proofErr w:type="spellEnd"/>
      <w:r w:rsidRPr="00B30E41">
        <w:rPr>
          <w:rFonts w:ascii="Arial" w:hAnsi="Arial" w:cs="Arial"/>
          <w:bCs/>
          <w:spacing w:val="-3"/>
          <w:sz w:val="24"/>
          <w:szCs w:val="24"/>
        </w:rPr>
        <w:t xml:space="preserve"> y </w:t>
      </w:r>
      <w:proofErr w:type="spellStart"/>
      <w:r w:rsidRPr="00B30E41">
        <w:rPr>
          <w:rFonts w:ascii="Arial" w:hAnsi="Arial" w:cs="Arial"/>
          <w:bCs/>
          <w:spacing w:val="-3"/>
          <w:sz w:val="24"/>
          <w:szCs w:val="24"/>
        </w:rPr>
        <w:t>su</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contenido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será</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confidencial</w:t>
      </w:r>
      <w:proofErr w:type="spellEnd"/>
      <w:r w:rsidRPr="00B30E41">
        <w:rPr>
          <w:rFonts w:ascii="Arial" w:hAnsi="Arial" w:cs="Arial"/>
          <w:bCs/>
          <w:spacing w:val="-3"/>
          <w:sz w:val="24"/>
          <w:szCs w:val="24"/>
        </w:rPr>
        <w:t>.</w:t>
      </w:r>
    </w:p>
    <w:p w14:paraId="7DDCB2C8" w14:textId="77777777" w:rsidR="00893C50" w:rsidRPr="00107EBD" w:rsidRDefault="00893C50" w:rsidP="00893C50">
      <w:pPr>
        <w:pStyle w:val="Prrafodelista"/>
        <w:tabs>
          <w:tab w:val="left" w:pos="722"/>
        </w:tabs>
        <w:spacing w:before="25" w:line="360" w:lineRule="auto"/>
        <w:ind w:left="0" w:right="49"/>
        <w:rPr>
          <w:rFonts w:ascii="Arial" w:hAnsi="Arial" w:cs="Arial"/>
          <w:bCs/>
          <w:spacing w:val="-3"/>
          <w:sz w:val="12"/>
          <w:szCs w:val="12"/>
        </w:rPr>
      </w:pPr>
    </w:p>
    <w:p w14:paraId="1E3549DB" w14:textId="7412EEC9" w:rsidR="00893C50" w:rsidRPr="00893C50" w:rsidRDefault="00893C50" w:rsidP="00893C50">
      <w:pPr>
        <w:pStyle w:val="Prrafodelista"/>
        <w:tabs>
          <w:tab w:val="left" w:pos="722"/>
        </w:tabs>
        <w:spacing w:before="25" w:line="360" w:lineRule="auto"/>
        <w:ind w:left="0" w:right="49"/>
        <w:rPr>
          <w:rFonts w:ascii="Arial" w:hAnsi="Arial" w:cs="Arial"/>
          <w:bCs/>
          <w:spacing w:val="-3"/>
          <w:sz w:val="24"/>
          <w:szCs w:val="24"/>
        </w:rPr>
      </w:pPr>
      <w:r w:rsidRPr="00B30E41">
        <w:rPr>
          <w:rFonts w:ascii="Arial" w:hAnsi="Arial" w:cs="Arial"/>
          <w:bCs/>
          <w:spacing w:val="-3"/>
          <w:sz w:val="24"/>
          <w:szCs w:val="24"/>
        </w:rPr>
        <w:t xml:space="preserve">Para la </w:t>
      </w:r>
      <w:proofErr w:type="spellStart"/>
      <w:r w:rsidRPr="00B30E41">
        <w:rPr>
          <w:rFonts w:ascii="Arial" w:hAnsi="Arial" w:cs="Arial"/>
          <w:bCs/>
          <w:spacing w:val="-3"/>
          <w:sz w:val="24"/>
          <w:szCs w:val="24"/>
        </w:rPr>
        <w:t>elaboración</w:t>
      </w:r>
      <w:proofErr w:type="spellEnd"/>
      <w:r w:rsidRPr="00B30E41">
        <w:rPr>
          <w:rFonts w:ascii="Arial" w:hAnsi="Arial" w:cs="Arial"/>
          <w:bCs/>
          <w:spacing w:val="-3"/>
          <w:sz w:val="24"/>
          <w:szCs w:val="24"/>
        </w:rPr>
        <w:t xml:space="preserve"> del Plan, </w:t>
      </w:r>
      <w:proofErr w:type="spellStart"/>
      <w:r w:rsidRPr="00B30E41">
        <w:rPr>
          <w:rFonts w:ascii="Arial" w:hAnsi="Arial" w:cs="Arial"/>
          <w:bCs/>
          <w:spacing w:val="-3"/>
          <w:sz w:val="24"/>
          <w:szCs w:val="24"/>
        </w:rPr>
        <w:t>los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establecimientos</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podrán</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considerar</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como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modelo</w:t>
      </w:r>
      <w:proofErr w:type="spellEnd"/>
      <w:r w:rsidRPr="00B30E41">
        <w:rPr>
          <w:rFonts w:ascii="Arial" w:hAnsi="Arial" w:cs="Arial"/>
          <w:bCs/>
          <w:spacing w:val="-3"/>
          <w:sz w:val="24"/>
          <w:szCs w:val="24"/>
        </w:rPr>
        <w:t xml:space="preserve"> las </w:t>
      </w:r>
      <w:proofErr w:type="spellStart"/>
      <w:r w:rsidRPr="00B30E41">
        <w:rPr>
          <w:rFonts w:ascii="Arial" w:hAnsi="Arial" w:cs="Arial"/>
          <w:bCs/>
          <w:spacing w:val="-3"/>
          <w:sz w:val="24"/>
          <w:szCs w:val="24"/>
        </w:rPr>
        <w:t>orientaciones</w:t>
      </w:r>
      <w:proofErr w:type="spellEnd"/>
      <w:r w:rsidRPr="00B30E41">
        <w:rPr>
          <w:rFonts w:ascii="Arial" w:hAnsi="Arial" w:cs="Arial"/>
          <w:bCs/>
          <w:spacing w:val="-3"/>
          <w:sz w:val="24"/>
          <w:szCs w:val="24"/>
        </w:rPr>
        <w:t xml:space="preserve"> que </w:t>
      </w:r>
      <w:proofErr w:type="gramStart"/>
      <w:r w:rsidRPr="00B30E41">
        <w:rPr>
          <w:rFonts w:ascii="Arial" w:hAnsi="Arial" w:cs="Arial"/>
          <w:bCs/>
          <w:spacing w:val="-3"/>
          <w:sz w:val="24"/>
          <w:szCs w:val="24"/>
        </w:rPr>
        <w:t>a</w:t>
      </w:r>
      <w:proofErr w:type="gram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este</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respecto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emita</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el</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Ministerio</w:t>
      </w:r>
      <w:proofErr w:type="spellEnd"/>
      <w:r w:rsidRPr="00B30E41">
        <w:rPr>
          <w:rFonts w:ascii="Arial" w:hAnsi="Arial" w:cs="Arial"/>
          <w:bCs/>
          <w:spacing w:val="-3"/>
          <w:sz w:val="24"/>
          <w:szCs w:val="24"/>
        </w:rPr>
        <w:t xml:space="preserve"> de </w:t>
      </w:r>
      <w:proofErr w:type="spellStart"/>
      <w:r w:rsidRPr="00B30E41">
        <w:rPr>
          <w:rFonts w:ascii="Arial" w:hAnsi="Arial" w:cs="Arial"/>
          <w:bCs/>
          <w:spacing w:val="-3"/>
          <w:sz w:val="24"/>
          <w:szCs w:val="24"/>
        </w:rPr>
        <w:t>Educación</w:t>
      </w:r>
      <w:proofErr w:type="spellEnd"/>
      <w:r>
        <w:rPr>
          <w:rStyle w:val="Refdenotaalpie"/>
          <w:rFonts w:ascii="Arial" w:hAnsi="Arial" w:cs="Arial"/>
          <w:bCs/>
          <w:spacing w:val="-3"/>
          <w:sz w:val="24"/>
          <w:szCs w:val="24"/>
        </w:rPr>
        <w:footnoteReference w:id="11"/>
      </w:r>
      <w:r w:rsidRPr="00B30E41">
        <w:rPr>
          <w:rFonts w:ascii="Arial" w:hAnsi="Arial" w:cs="Arial"/>
          <w:bCs/>
          <w:spacing w:val="-3"/>
          <w:sz w:val="24"/>
          <w:szCs w:val="24"/>
        </w:rPr>
        <w:t xml:space="preserve">, o bien </w:t>
      </w:r>
      <w:proofErr w:type="spellStart"/>
      <w:r w:rsidRPr="00B30E41">
        <w:rPr>
          <w:rFonts w:ascii="Arial" w:hAnsi="Arial" w:cs="Arial"/>
          <w:bCs/>
          <w:spacing w:val="-3"/>
          <w:sz w:val="24"/>
          <w:szCs w:val="24"/>
        </w:rPr>
        <w:t>utilizar</w:t>
      </w:r>
      <w:proofErr w:type="spellEnd"/>
      <w:r w:rsidRPr="00B30E41">
        <w:rPr>
          <w:rFonts w:ascii="Arial" w:hAnsi="Arial" w:cs="Arial"/>
          <w:bCs/>
          <w:spacing w:val="-3"/>
          <w:sz w:val="24"/>
          <w:szCs w:val="24"/>
        </w:rPr>
        <w:t xml:space="preserve"> uno </w:t>
      </w:r>
      <w:proofErr w:type="spellStart"/>
      <w:r w:rsidRPr="00B30E41">
        <w:rPr>
          <w:rFonts w:ascii="Arial" w:hAnsi="Arial" w:cs="Arial"/>
          <w:bCs/>
          <w:spacing w:val="-3"/>
          <w:sz w:val="24"/>
          <w:szCs w:val="24"/>
        </w:rPr>
        <w:t>análogo</w:t>
      </w:r>
      <w:proofErr w:type="spellEnd"/>
      <w:r w:rsidRPr="00B30E41">
        <w:rPr>
          <w:rFonts w:ascii="Arial" w:hAnsi="Arial" w:cs="Arial"/>
          <w:bCs/>
          <w:spacing w:val="-3"/>
          <w:sz w:val="24"/>
          <w:szCs w:val="24"/>
        </w:rPr>
        <w:t xml:space="preserve">, </w:t>
      </w:r>
      <w:proofErr w:type="spellStart"/>
      <w:r w:rsidRPr="00B30E41">
        <w:rPr>
          <w:rFonts w:ascii="Arial" w:hAnsi="Arial" w:cs="Arial"/>
          <w:bCs/>
          <w:spacing w:val="-3"/>
          <w:sz w:val="24"/>
          <w:szCs w:val="24"/>
        </w:rPr>
        <w:t>acorde</w:t>
      </w:r>
      <w:proofErr w:type="spellEnd"/>
      <w:r w:rsidRPr="00B30E41">
        <w:rPr>
          <w:rFonts w:ascii="Arial" w:hAnsi="Arial" w:cs="Arial"/>
          <w:bCs/>
          <w:spacing w:val="-3"/>
          <w:sz w:val="24"/>
          <w:szCs w:val="24"/>
        </w:rPr>
        <w:t xml:space="preserve"> a sus </w:t>
      </w:r>
      <w:proofErr w:type="spellStart"/>
      <w:r w:rsidRPr="00B30E41">
        <w:rPr>
          <w:rFonts w:ascii="Arial" w:hAnsi="Arial" w:cs="Arial"/>
          <w:bCs/>
          <w:spacing w:val="-3"/>
          <w:sz w:val="24"/>
          <w:szCs w:val="24"/>
        </w:rPr>
        <w:t>necesidades</w:t>
      </w:r>
      <w:proofErr w:type="spellEnd"/>
      <w:r w:rsidRPr="00B30E41">
        <w:rPr>
          <w:rFonts w:ascii="Arial" w:hAnsi="Arial" w:cs="Arial"/>
          <w:bCs/>
          <w:spacing w:val="-3"/>
          <w:sz w:val="24"/>
          <w:szCs w:val="24"/>
        </w:rPr>
        <w:t>.</w:t>
      </w:r>
    </w:p>
    <w:p w14:paraId="7D5F2947" w14:textId="77777777" w:rsidR="00893C50" w:rsidRDefault="00893C50" w:rsidP="00893C50">
      <w:pPr>
        <w:pStyle w:val="Prrafodelista"/>
        <w:tabs>
          <w:tab w:val="left" w:pos="722"/>
        </w:tabs>
        <w:spacing w:before="25" w:line="360" w:lineRule="auto"/>
        <w:ind w:left="0" w:right="49"/>
        <w:jc w:val="center"/>
        <w:rPr>
          <w:rFonts w:ascii="Arial" w:hAnsi="Arial" w:cs="Arial"/>
          <w:b/>
          <w:spacing w:val="-4"/>
          <w:sz w:val="56"/>
          <w:szCs w:val="24"/>
        </w:rPr>
      </w:pPr>
      <w:r w:rsidRPr="00003580">
        <w:rPr>
          <w:rFonts w:ascii="Arial" w:hAnsi="Arial" w:cs="Arial"/>
          <w:b/>
          <w:spacing w:val="-3"/>
          <w:sz w:val="56"/>
          <w:szCs w:val="24"/>
        </w:rPr>
        <w:lastRenderedPageBreak/>
        <w:t xml:space="preserve">PROTOCOLO DESREGULACIÓN EMOCIONAL </w:t>
      </w:r>
      <w:r w:rsidRPr="00003580">
        <w:rPr>
          <w:rFonts w:ascii="Arial" w:hAnsi="Arial" w:cs="Arial"/>
          <w:b/>
          <w:sz w:val="56"/>
          <w:szCs w:val="24"/>
        </w:rPr>
        <w:t xml:space="preserve">Y </w:t>
      </w:r>
      <w:r w:rsidRPr="00003580">
        <w:rPr>
          <w:rFonts w:ascii="Arial" w:hAnsi="Arial" w:cs="Arial"/>
          <w:b/>
          <w:spacing w:val="-6"/>
          <w:sz w:val="56"/>
          <w:szCs w:val="24"/>
        </w:rPr>
        <w:t>CONDUCTUAL</w:t>
      </w:r>
      <w:r w:rsidRPr="00003580">
        <w:rPr>
          <w:rFonts w:ascii="Arial" w:hAnsi="Arial" w:cs="Arial"/>
          <w:b/>
          <w:spacing w:val="-5"/>
          <w:sz w:val="56"/>
          <w:szCs w:val="24"/>
        </w:rPr>
        <w:t xml:space="preserve"> </w:t>
      </w:r>
      <w:r w:rsidRPr="00003580">
        <w:rPr>
          <w:rFonts w:ascii="Arial" w:hAnsi="Arial" w:cs="Arial"/>
          <w:b/>
          <w:spacing w:val="-4"/>
          <w:sz w:val="56"/>
          <w:szCs w:val="24"/>
        </w:rPr>
        <w:t>(DEC)</w:t>
      </w:r>
    </w:p>
    <w:p w14:paraId="46BF7703" w14:textId="77777777" w:rsidR="00893C50" w:rsidRPr="00003580" w:rsidRDefault="00893C50" w:rsidP="00893C50">
      <w:pPr>
        <w:pStyle w:val="Prrafodelista"/>
        <w:tabs>
          <w:tab w:val="left" w:pos="722"/>
        </w:tabs>
        <w:spacing w:before="25" w:line="360" w:lineRule="auto"/>
        <w:ind w:left="0" w:right="49"/>
        <w:jc w:val="center"/>
        <w:rPr>
          <w:rFonts w:ascii="Arial" w:hAnsi="Arial" w:cs="Arial"/>
          <w:b/>
          <w:sz w:val="56"/>
          <w:szCs w:val="24"/>
        </w:rPr>
      </w:pPr>
      <w:r>
        <w:rPr>
          <w:rFonts w:ascii="Arial" w:hAnsi="Arial" w:cs="Arial"/>
          <w:b/>
          <w:spacing w:val="-4"/>
          <w:sz w:val="56"/>
          <w:szCs w:val="24"/>
        </w:rPr>
        <w:t>TEA / CEA</w:t>
      </w:r>
    </w:p>
    <w:p w14:paraId="3A458F6C" w14:textId="77777777" w:rsidR="00893C50" w:rsidRDefault="00893C50" w:rsidP="00893C50">
      <w:pPr>
        <w:pStyle w:val="Textoindependiente"/>
        <w:spacing w:before="5" w:line="360" w:lineRule="auto"/>
        <w:ind w:right="49"/>
        <w:jc w:val="both"/>
        <w:rPr>
          <w:rFonts w:ascii="Arial" w:hAnsi="Arial" w:cs="Arial"/>
          <w:b/>
        </w:rPr>
      </w:pPr>
    </w:p>
    <w:p w14:paraId="199BFA34" w14:textId="77777777" w:rsidR="00893C50" w:rsidRDefault="00893C50" w:rsidP="00893C50">
      <w:pPr>
        <w:pStyle w:val="Textoindependiente"/>
        <w:spacing w:before="5" w:line="360" w:lineRule="auto"/>
        <w:ind w:right="49"/>
        <w:jc w:val="both"/>
        <w:rPr>
          <w:rFonts w:ascii="Arial" w:hAnsi="Arial" w:cs="Arial"/>
          <w:b/>
        </w:rPr>
      </w:pPr>
      <w:r w:rsidRPr="00003580">
        <w:rPr>
          <w:rFonts w:ascii="Arial" w:hAnsi="Arial" w:cs="Arial"/>
          <w:b/>
          <w:bCs/>
          <w:noProof/>
          <w:sz w:val="56"/>
          <w:szCs w:val="56"/>
        </w:rPr>
        <w:drawing>
          <wp:anchor distT="0" distB="0" distL="114300" distR="114300" simplePos="0" relativeHeight="251663360" behindDoc="1" locked="0" layoutInCell="1" allowOverlap="1" wp14:anchorId="059FDBFD" wp14:editId="60C73513">
            <wp:simplePos x="0" y="0"/>
            <wp:positionH relativeFrom="margin">
              <wp:align>center</wp:align>
            </wp:positionH>
            <wp:positionV relativeFrom="paragraph">
              <wp:posOffset>16510</wp:posOffset>
            </wp:positionV>
            <wp:extent cx="3048000" cy="3048000"/>
            <wp:effectExtent l="0" t="0" r="0" b="0"/>
            <wp:wrapNone/>
            <wp:docPr id="4" name="Imagen 4" descr="Centro Educacional Ado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Educacional Adon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A59D0" w14:textId="77777777" w:rsidR="00893C50" w:rsidRDefault="00893C50" w:rsidP="00893C50">
      <w:pPr>
        <w:pStyle w:val="Textoindependiente"/>
        <w:spacing w:before="5" w:line="360" w:lineRule="auto"/>
        <w:ind w:right="49"/>
        <w:jc w:val="both"/>
        <w:rPr>
          <w:rFonts w:ascii="Arial" w:hAnsi="Arial" w:cs="Arial"/>
          <w:b/>
        </w:rPr>
      </w:pPr>
    </w:p>
    <w:p w14:paraId="46B42786" w14:textId="77777777" w:rsidR="00893C50" w:rsidRDefault="00893C50" w:rsidP="00893C50">
      <w:pPr>
        <w:pStyle w:val="Textoindependiente"/>
        <w:spacing w:before="5" w:line="360" w:lineRule="auto"/>
        <w:ind w:right="49"/>
        <w:jc w:val="both"/>
        <w:rPr>
          <w:rFonts w:ascii="Arial" w:hAnsi="Arial" w:cs="Arial"/>
          <w:b/>
        </w:rPr>
      </w:pPr>
    </w:p>
    <w:p w14:paraId="085D2AE8" w14:textId="77777777" w:rsidR="00893C50" w:rsidRDefault="00893C50" w:rsidP="00893C50">
      <w:pPr>
        <w:pStyle w:val="Textoindependiente"/>
        <w:spacing w:before="5" w:line="360" w:lineRule="auto"/>
        <w:ind w:right="49"/>
        <w:jc w:val="both"/>
        <w:rPr>
          <w:rFonts w:ascii="Arial" w:hAnsi="Arial" w:cs="Arial"/>
          <w:b/>
        </w:rPr>
      </w:pPr>
    </w:p>
    <w:p w14:paraId="7943B6FB" w14:textId="77777777" w:rsidR="00893C50" w:rsidRDefault="00893C50" w:rsidP="00893C50">
      <w:pPr>
        <w:pStyle w:val="Textoindependiente"/>
        <w:spacing w:before="5" w:line="360" w:lineRule="auto"/>
        <w:ind w:right="49"/>
        <w:jc w:val="both"/>
        <w:rPr>
          <w:rFonts w:ascii="Arial" w:hAnsi="Arial" w:cs="Arial"/>
          <w:b/>
        </w:rPr>
      </w:pPr>
    </w:p>
    <w:p w14:paraId="35CFBDEF" w14:textId="77777777" w:rsidR="00893C50" w:rsidRDefault="00893C50" w:rsidP="00893C50">
      <w:pPr>
        <w:pStyle w:val="Textoindependiente"/>
        <w:spacing w:before="5" w:line="360" w:lineRule="auto"/>
        <w:ind w:right="49"/>
        <w:jc w:val="both"/>
        <w:rPr>
          <w:rFonts w:ascii="Arial" w:hAnsi="Arial" w:cs="Arial"/>
          <w:b/>
        </w:rPr>
      </w:pPr>
    </w:p>
    <w:p w14:paraId="7DB65250" w14:textId="77777777" w:rsidR="00893C50" w:rsidRDefault="00893C50" w:rsidP="00893C50">
      <w:pPr>
        <w:pStyle w:val="Textoindependiente"/>
        <w:spacing w:before="5" w:line="360" w:lineRule="auto"/>
        <w:ind w:right="49"/>
        <w:jc w:val="both"/>
        <w:rPr>
          <w:rFonts w:ascii="Arial" w:hAnsi="Arial" w:cs="Arial"/>
          <w:b/>
        </w:rPr>
      </w:pPr>
    </w:p>
    <w:p w14:paraId="5680B4C2" w14:textId="77777777" w:rsidR="00893C50" w:rsidRDefault="00893C50" w:rsidP="00893C50">
      <w:pPr>
        <w:pStyle w:val="Textoindependiente"/>
        <w:spacing w:before="5" w:line="360" w:lineRule="auto"/>
        <w:ind w:right="49"/>
        <w:jc w:val="both"/>
        <w:rPr>
          <w:rFonts w:ascii="Arial" w:hAnsi="Arial" w:cs="Arial"/>
          <w:b/>
        </w:rPr>
      </w:pPr>
    </w:p>
    <w:p w14:paraId="22A34D52" w14:textId="77777777" w:rsidR="00893C50" w:rsidRDefault="00893C50" w:rsidP="00893C50">
      <w:pPr>
        <w:pStyle w:val="Textoindependiente"/>
        <w:spacing w:before="5" w:line="360" w:lineRule="auto"/>
        <w:ind w:right="49"/>
        <w:jc w:val="both"/>
        <w:rPr>
          <w:rFonts w:ascii="Arial" w:hAnsi="Arial" w:cs="Arial"/>
          <w:b/>
        </w:rPr>
      </w:pPr>
    </w:p>
    <w:p w14:paraId="6DDA0A45" w14:textId="77777777" w:rsidR="00893C50" w:rsidRDefault="00893C50" w:rsidP="00893C50">
      <w:pPr>
        <w:pStyle w:val="Textoindependiente"/>
        <w:spacing w:before="5" w:line="360" w:lineRule="auto"/>
        <w:ind w:right="49"/>
        <w:jc w:val="both"/>
        <w:rPr>
          <w:rFonts w:ascii="Arial" w:hAnsi="Arial" w:cs="Arial"/>
          <w:b/>
        </w:rPr>
      </w:pPr>
    </w:p>
    <w:p w14:paraId="60C8DDD8" w14:textId="77777777" w:rsidR="00893C50" w:rsidRDefault="00893C50" w:rsidP="00893C50">
      <w:pPr>
        <w:pStyle w:val="Textoindependiente"/>
        <w:spacing w:before="5" w:line="360" w:lineRule="auto"/>
        <w:ind w:right="49"/>
        <w:jc w:val="both"/>
        <w:rPr>
          <w:rFonts w:ascii="Arial" w:hAnsi="Arial" w:cs="Arial"/>
          <w:b/>
        </w:rPr>
      </w:pPr>
    </w:p>
    <w:p w14:paraId="23E2C1A1" w14:textId="77777777" w:rsidR="00893C50" w:rsidRDefault="00893C50" w:rsidP="00893C50">
      <w:pPr>
        <w:pStyle w:val="Textoindependiente"/>
        <w:spacing w:before="5" w:line="360" w:lineRule="auto"/>
        <w:ind w:right="49"/>
        <w:jc w:val="both"/>
        <w:rPr>
          <w:rFonts w:ascii="Arial" w:hAnsi="Arial" w:cs="Arial"/>
          <w:b/>
        </w:rPr>
      </w:pPr>
    </w:p>
    <w:p w14:paraId="0F53F8CD" w14:textId="77777777" w:rsidR="00893C50" w:rsidRDefault="00893C50" w:rsidP="00893C50">
      <w:pPr>
        <w:pStyle w:val="Textoindependiente"/>
        <w:spacing w:before="5" w:line="360" w:lineRule="auto"/>
        <w:ind w:right="49"/>
        <w:jc w:val="both"/>
        <w:rPr>
          <w:rFonts w:ascii="Arial" w:hAnsi="Arial" w:cs="Arial"/>
          <w:b/>
        </w:rPr>
      </w:pPr>
    </w:p>
    <w:p w14:paraId="4D2AFA2E" w14:textId="77777777" w:rsidR="00893C50" w:rsidRDefault="00893C50" w:rsidP="00893C50">
      <w:pPr>
        <w:pStyle w:val="Textoindependiente"/>
        <w:spacing w:before="5" w:line="360" w:lineRule="auto"/>
        <w:ind w:right="49"/>
        <w:jc w:val="both"/>
        <w:rPr>
          <w:rFonts w:ascii="Arial" w:hAnsi="Arial" w:cs="Arial"/>
          <w:b/>
        </w:rPr>
      </w:pPr>
    </w:p>
    <w:p w14:paraId="04CC9580" w14:textId="77777777" w:rsidR="00893C50" w:rsidRPr="00003580" w:rsidRDefault="00893C50" w:rsidP="00893C50">
      <w:pPr>
        <w:pStyle w:val="Textoindependiente"/>
        <w:spacing w:before="5" w:line="360" w:lineRule="auto"/>
        <w:ind w:right="49"/>
        <w:jc w:val="center"/>
        <w:rPr>
          <w:rFonts w:ascii="Arial" w:hAnsi="Arial" w:cs="Arial"/>
          <w:b/>
          <w:sz w:val="40"/>
        </w:rPr>
      </w:pPr>
      <w:r>
        <w:rPr>
          <w:rFonts w:ascii="Arial" w:hAnsi="Arial" w:cs="Arial"/>
          <w:b/>
          <w:sz w:val="40"/>
        </w:rPr>
        <w:t>CURICÓ</w:t>
      </w:r>
      <w:r w:rsidRPr="00003580">
        <w:rPr>
          <w:rFonts w:ascii="Arial" w:hAnsi="Arial" w:cs="Arial"/>
          <w:b/>
          <w:sz w:val="40"/>
        </w:rPr>
        <w:t xml:space="preserve"> 202</w:t>
      </w:r>
      <w:r>
        <w:rPr>
          <w:rFonts w:ascii="Arial" w:hAnsi="Arial" w:cs="Arial"/>
          <w:b/>
          <w:sz w:val="40"/>
        </w:rPr>
        <w:t>6</w:t>
      </w:r>
    </w:p>
    <w:p w14:paraId="378FFA5C" w14:textId="77777777" w:rsidR="00893C50" w:rsidRPr="00AC3D42" w:rsidRDefault="00893C50" w:rsidP="00893C50">
      <w:pPr>
        <w:pStyle w:val="Textoindependiente"/>
        <w:spacing w:line="360" w:lineRule="auto"/>
        <w:ind w:right="49"/>
        <w:jc w:val="both"/>
        <w:rPr>
          <w:rFonts w:ascii="Arial" w:hAnsi="Arial" w:cs="Arial"/>
          <w:b/>
          <w:bCs/>
        </w:rPr>
      </w:pPr>
      <w:r w:rsidRPr="00AC3D42">
        <w:rPr>
          <w:rFonts w:ascii="Arial" w:hAnsi="Arial" w:cs="Arial"/>
          <w:b/>
          <w:bCs/>
        </w:rPr>
        <w:lastRenderedPageBreak/>
        <w:t>INTRODUCCION</w:t>
      </w:r>
    </w:p>
    <w:p w14:paraId="2984715E" w14:textId="77777777" w:rsidR="00893C50" w:rsidRDefault="00893C50" w:rsidP="00893C50">
      <w:pPr>
        <w:pStyle w:val="Textoindependiente"/>
        <w:spacing w:line="360" w:lineRule="auto"/>
        <w:ind w:right="49"/>
        <w:jc w:val="both"/>
        <w:rPr>
          <w:rFonts w:ascii="Arial" w:hAnsi="Arial" w:cs="Arial"/>
        </w:rPr>
      </w:pPr>
    </w:p>
    <w:p w14:paraId="58FDE3BC" w14:textId="77777777" w:rsidR="00893C50" w:rsidRPr="00AC3D42" w:rsidRDefault="00893C50" w:rsidP="00893C50">
      <w:pPr>
        <w:pStyle w:val="Textoindependiente"/>
        <w:spacing w:line="360" w:lineRule="auto"/>
        <w:ind w:right="49"/>
        <w:jc w:val="both"/>
        <w:rPr>
          <w:rFonts w:ascii="Arial" w:hAnsi="Arial" w:cs="Arial"/>
        </w:rPr>
      </w:pPr>
      <w:r w:rsidRPr="00AC3D42">
        <w:rPr>
          <w:rFonts w:ascii="Arial" w:hAnsi="Arial" w:cs="Arial"/>
        </w:rPr>
        <w:t xml:space="preserve">La ley </w:t>
      </w:r>
      <w:r>
        <w:rPr>
          <w:rFonts w:ascii="Arial" w:hAnsi="Arial" w:cs="Arial"/>
        </w:rPr>
        <w:t xml:space="preserve">N° </w:t>
      </w:r>
      <w:r w:rsidRPr="00AC3D42">
        <w:rPr>
          <w:rFonts w:ascii="Arial" w:hAnsi="Arial" w:cs="Arial"/>
        </w:rPr>
        <w:t>21</w:t>
      </w:r>
      <w:r>
        <w:rPr>
          <w:rFonts w:ascii="Arial" w:hAnsi="Arial" w:cs="Arial"/>
        </w:rPr>
        <w:t>.</w:t>
      </w:r>
      <w:r w:rsidRPr="00AC3D42">
        <w:rPr>
          <w:rFonts w:ascii="Arial" w:hAnsi="Arial" w:cs="Arial"/>
        </w:rPr>
        <w:t xml:space="preserve">545 </w:t>
      </w:r>
      <w:r>
        <w:rPr>
          <w:rFonts w:ascii="Arial" w:hAnsi="Arial" w:cs="Arial"/>
        </w:rPr>
        <w:t xml:space="preserve"> </w:t>
      </w:r>
      <w:proofErr w:type="spellStart"/>
      <w:r w:rsidRPr="00AC3D42">
        <w:rPr>
          <w:rFonts w:ascii="Arial" w:hAnsi="Arial" w:cs="Arial"/>
        </w:rPr>
        <w:t>establece</w:t>
      </w:r>
      <w:proofErr w:type="spellEnd"/>
      <w:r w:rsidRPr="00AC3D42">
        <w:rPr>
          <w:rFonts w:ascii="Arial" w:hAnsi="Arial" w:cs="Arial"/>
        </w:rPr>
        <w:t xml:space="preserve"> la </w:t>
      </w:r>
      <w:proofErr w:type="spellStart"/>
      <w:r w:rsidRPr="00AC3D42">
        <w:rPr>
          <w:rFonts w:ascii="Arial" w:hAnsi="Arial" w:cs="Arial"/>
        </w:rPr>
        <w:t>promoción</w:t>
      </w:r>
      <w:proofErr w:type="spellEnd"/>
      <w:r w:rsidRPr="00AC3D42">
        <w:rPr>
          <w:rFonts w:ascii="Arial" w:hAnsi="Arial" w:cs="Arial"/>
        </w:rPr>
        <w:t xml:space="preserve"> de la </w:t>
      </w:r>
      <w:proofErr w:type="spellStart"/>
      <w:r w:rsidRPr="00AC3D42">
        <w:rPr>
          <w:rFonts w:ascii="Arial" w:hAnsi="Arial" w:cs="Arial"/>
        </w:rPr>
        <w:t>inclusión</w:t>
      </w:r>
      <w:proofErr w:type="spellEnd"/>
      <w:r w:rsidRPr="00AC3D42">
        <w:rPr>
          <w:rFonts w:ascii="Arial" w:hAnsi="Arial" w:cs="Arial"/>
        </w:rPr>
        <w:t xml:space="preserve">, la </w:t>
      </w:r>
      <w:proofErr w:type="spellStart"/>
      <w:r w:rsidRPr="00AC3D42">
        <w:rPr>
          <w:rFonts w:ascii="Arial" w:hAnsi="Arial" w:cs="Arial"/>
        </w:rPr>
        <w:t>atención</w:t>
      </w:r>
      <w:proofErr w:type="spellEnd"/>
      <w:r>
        <w:rPr>
          <w:rFonts w:ascii="Arial" w:hAnsi="Arial" w:cs="Arial"/>
        </w:rPr>
        <w:t xml:space="preserve"> </w:t>
      </w:r>
      <w:r w:rsidRPr="00AC3D42">
        <w:rPr>
          <w:rFonts w:ascii="Arial" w:hAnsi="Arial" w:cs="Arial"/>
        </w:rPr>
        <w:t xml:space="preserve">integral, y la </w:t>
      </w:r>
      <w:proofErr w:type="spellStart"/>
      <w:r w:rsidRPr="00AC3D42">
        <w:rPr>
          <w:rFonts w:ascii="Arial" w:hAnsi="Arial" w:cs="Arial"/>
        </w:rPr>
        <w:t>protección</w:t>
      </w:r>
      <w:proofErr w:type="spellEnd"/>
      <w:r w:rsidRPr="00AC3D42">
        <w:rPr>
          <w:rFonts w:ascii="Arial" w:hAnsi="Arial" w:cs="Arial"/>
        </w:rPr>
        <w:t xml:space="preserve"> de </w:t>
      </w:r>
      <w:proofErr w:type="spellStart"/>
      <w:r w:rsidRPr="00AC3D42">
        <w:rPr>
          <w:rFonts w:ascii="Arial" w:hAnsi="Arial" w:cs="Arial"/>
        </w:rPr>
        <w:t>los</w:t>
      </w:r>
      <w:proofErr w:type="spellEnd"/>
      <w:r w:rsidRPr="00AC3D42">
        <w:rPr>
          <w:rFonts w:ascii="Arial" w:hAnsi="Arial" w:cs="Arial"/>
        </w:rPr>
        <w:t xml:space="preserve"> derechos de las personas</w:t>
      </w:r>
      <w:r>
        <w:rPr>
          <w:rFonts w:ascii="Arial" w:hAnsi="Arial" w:cs="Arial"/>
        </w:rPr>
        <w:t xml:space="preserve"> </w:t>
      </w:r>
      <w:r w:rsidRPr="00AC3D42">
        <w:rPr>
          <w:rFonts w:ascii="Arial" w:hAnsi="Arial" w:cs="Arial"/>
        </w:rPr>
        <w:t xml:space="preserve">con </w:t>
      </w:r>
      <w:proofErr w:type="spellStart"/>
      <w:r w:rsidRPr="00AC3D42">
        <w:rPr>
          <w:rFonts w:ascii="Arial" w:hAnsi="Arial" w:cs="Arial"/>
        </w:rPr>
        <w:t>trastorno</w:t>
      </w:r>
      <w:proofErr w:type="spellEnd"/>
      <w:r w:rsidRPr="00AC3D42">
        <w:rPr>
          <w:rFonts w:ascii="Arial" w:hAnsi="Arial" w:cs="Arial"/>
        </w:rPr>
        <w:t xml:space="preserve"> del </w:t>
      </w:r>
      <w:proofErr w:type="spellStart"/>
      <w:r w:rsidRPr="00AC3D42">
        <w:rPr>
          <w:rFonts w:ascii="Arial" w:hAnsi="Arial" w:cs="Arial"/>
        </w:rPr>
        <w:t>espectro</w:t>
      </w:r>
      <w:proofErr w:type="spellEnd"/>
      <w:r w:rsidRPr="00AC3D42">
        <w:rPr>
          <w:rFonts w:ascii="Arial" w:hAnsi="Arial" w:cs="Arial"/>
        </w:rPr>
        <w:t xml:space="preserve"> </w:t>
      </w:r>
      <w:proofErr w:type="spellStart"/>
      <w:r w:rsidRPr="00AC3D42">
        <w:rPr>
          <w:rFonts w:ascii="Arial" w:hAnsi="Arial" w:cs="Arial"/>
        </w:rPr>
        <w:t>autista</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el</w:t>
      </w:r>
      <w:proofErr w:type="spellEnd"/>
      <w:r w:rsidRPr="00AC3D42">
        <w:rPr>
          <w:rFonts w:ascii="Arial" w:hAnsi="Arial" w:cs="Arial"/>
        </w:rPr>
        <w:t xml:space="preserve"> </w:t>
      </w:r>
      <w:proofErr w:type="spellStart"/>
      <w:r w:rsidRPr="00AC3D42">
        <w:rPr>
          <w:rFonts w:ascii="Arial" w:hAnsi="Arial" w:cs="Arial"/>
        </w:rPr>
        <w:t>ámbito</w:t>
      </w:r>
      <w:proofErr w:type="spellEnd"/>
      <w:r w:rsidRPr="00AC3D42">
        <w:rPr>
          <w:rFonts w:ascii="Arial" w:hAnsi="Arial" w:cs="Arial"/>
        </w:rPr>
        <w:t xml:space="preserve"> social, de</w:t>
      </w:r>
      <w:r>
        <w:rPr>
          <w:rFonts w:ascii="Arial" w:hAnsi="Arial" w:cs="Arial"/>
        </w:rPr>
        <w:t xml:space="preserve"> </w:t>
      </w:r>
      <w:proofErr w:type="spellStart"/>
      <w:r w:rsidRPr="00AC3D42">
        <w:rPr>
          <w:rFonts w:ascii="Arial" w:hAnsi="Arial" w:cs="Arial"/>
        </w:rPr>
        <w:t>salud</w:t>
      </w:r>
      <w:proofErr w:type="spellEnd"/>
      <w:r w:rsidRPr="00AC3D42">
        <w:rPr>
          <w:rFonts w:ascii="Arial" w:hAnsi="Arial" w:cs="Arial"/>
        </w:rPr>
        <w:t xml:space="preserve"> y </w:t>
      </w:r>
      <w:proofErr w:type="spellStart"/>
      <w:r w:rsidRPr="00AC3D42">
        <w:rPr>
          <w:rFonts w:ascii="Arial" w:hAnsi="Arial" w:cs="Arial"/>
        </w:rPr>
        <w:t>educación</w:t>
      </w:r>
      <w:proofErr w:type="spellEnd"/>
      <w:r>
        <w:rPr>
          <w:rFonts w:ascii="Arial" w:hAnsi="Arial" w:cs="Arial"/>
        </w:rPr>
        <w:t xml:space="preserve">, </w:t>
      </w:r>
      <w:proofErr w:type="spellStart"/>
      <w:r>
        <w:rPr>
          <w:rFonts w:ascii="Arial" w:hAnsi="Arial" w:cs="Arial"/>
        </w:rPr>
        <w:t>complementada</w:t>
      </w:r>
      <w:proofErr w:type="spellEnd"/>
      <w:r>
        <w:rPr>
          <w:rFonts w:ascii="Arial" w:hAnsi="Arial" w:cs="Arial"/>
        </w:rPr>
        <w:t xml:space="preserve"> con las </w:t>
      </w:r>
      <w:proofErr w:type="spellStart"/>
      <w:r>
        <w:rPr>
          <w:rFonts w:ascii="Arial" w:hAnsi="Arial" w:cs="Arial"/>
        </w:rPr>
        <w:t>orientaciones</w:t>
      </w:r>
      <w:proofErr w:type="spellEnd"/>
      <w:r>
        <w:rPr>
          <w:rFonts w:ascii="Arial" w:hAnsi="Arial" w:cs="Arial"/>
        </w:rPr>
        <w:t xml:space="preserve"> y circulares del MINEDUC y SUPEREDUC </w:t>
      </w:r>
      <w:proofErr w:type="spellStart"/>
      <w:r>
        <w:rPr>
          <w:rFonts w:ascii="Arial" w:hAnsi="Arial" w:cs="Arial"/>
        </w:rPr>
        <w:t>tiene</w:t>
      </w:r>
      <w:proofErr w:type="spellEnd"/>
      <w:r>
        <w:rPr>
          <w:rFonts w:ascii="Arial" w:hAnsi="Arial" w:cs="Arial"/>
        </w:rPr>
        <w:t xml:space="preserve"> </w:t>
      </w:r>
      <w:proofErr w:type="spellStart"/>
      <w:r w:rsidRPr="00AC3D42">
        <w:rPr>
          <w:rFonts w:ascii="Arial" w:hAnsi="Arial" w:cs="Arial"/>
        </w:rPr>
        <w:t>por</w:t>
      </w:r>
      <w:proofErr w:type="spellEnd"/>
      <w:r w:rsidRPr="00AC3D42">
        <w:rPr>
          <w:rFonts w:ascii="Arial" w:hAnsi="Arial" w:cs="Arial"/>
        </w:rPr>
        <w:t xml:space="preserve"> </w:t>
      </w:r>
      <w:proofErr w:type="spellStart"/>
      <w:r w:rsidRPr="00AC3D42">
        <w:rPr>
          <w:rFonts w:ascii="Arial" w:hAnsi="Arial" w:cs="Arial"/>
        </w:rPr>
        <w:t>objeto</w:t>
      </w:r>
      <w:proofErr w:type="spellEnd"/>
      <w:r w:rsidRPr="00AC3D42">
        <w:rPr>
          <w:rFonts w:ascii="Arial" w:hAnsi="Arial" w:cs="Arial"/>
        </w:rPr>
        <w:t xml:space="preserve"> </w:t>
      </w:r>
      <w:proofErr w:type="spellStart"/>
      <w:r w:rsidRPr="00AC3D42">
        <w:rPr>
          <w:rFonts w:ascii="Arial" w:hAnsi="Arial" w:cs="Arial"/>
        </w:rPr>
        <w:t>asegurar</w:t>
      </w:r>
      <w:proofErr w:type="spellEnd"/>
      <w:r w:rsidRPr="00AC3D42">
        <w:rPr>
          <w:rFonts w:ascii="Arial" w:hAnsi="Arial" w:cs="Arial"/>
        </w:rPr>
        <w:t xml:space="preserve"> </w:t>
      </w:r>
      <w:proofErr w:type="spellStart"/>
      <w:r w:rsidRPr="00AC3D42">
        <w:rPr>
          <w:rFonts w:ascii="Arial" w:hAnsi="Arial" w:cs="Arial"/>
        </w:rPr>
        <w:t>el</w:t>
      </w:r>
      <w:proofErr w:type="spellEnd"/>
      <w:r w:rsidRPr="00AC3D42">
        <w:rPr>
          <w:rFonts w:ascii="Arial" w:hAnsi="Arial" w:cs="Arial"/>
        </w:rPr>
        <w:t xml:space="preserve"> derecho a la </w:t>
      </w:r>
      <w:proofErr w:type="spellStart"/>
      <w:r w:rsidRPr="00AC3D42">
        <w:rPr>
          <w:rFonts w:ascii="Arial" w:hAnsi="Arial" w:cs="Arial"/>
        </w:rPr>
        <w:t>igualdad</w:t>
      </w:r>
      <w:proofErr w:type="spellEnd"/>
      <w:r w:rsidRPr="00AC3D42">
        <w:rPr>
          <w:rFonts w:ascii="Arial" w:hAnsi="Arial" w:cs="Arial"/>
        </w:rPr>
        <w:t xml:space="preserve"> de </w:t>
      </w:r>
      <w:proofErr w:type="spellStart"/>
      <w:r w:rsidRPr="00AC3D42">
        <w:rPr>
          <w:rFonts w:ascii="Arial" w:hAnsi="Arial" w:cs="Arial"/>
        </w:rPr>
        <w:t>oportunidades</w:t>
      </w:r>
      <w:proofErr w:type="spellEnd"/>
      <w:r w:rsidRPr="00AC3D42">
        <w:rPr>
          <w:rFonts w:ascii="Arial" w:hAnsi="Arial" w:cs="Arial"/>
        </w:rPr>
        <w:t xml:space="preserve"> y</w:t>
      </w:r>
      <w:r>
        <w:rPr>
          <w:rFonts w:ascii="Arial" w:hAnsi="Arial" w:cs="Arial"/>
        </w:rPr>
        <w:t xml:space="preserve"> </w:t>
      </w:r>
      <w:proofErr w:type="spellStart"/>
      <w:r w:rsidRPr="00AC3D42">
        <w:rPr>
          <w:rFonts w:ascii="Arial" w:hAnsi="Arial" w:cs="Arial"/>
        </w:rPr>
        <w:t>resguardar</w:t>
      </w:r>
      <w:proofErr w:type="spellEnd"/>
      <w:r w:rsidRPr="00AC3D42">
        <w:rPr>
          <w:rFonts w:ascii="Arial" w:hAnsi="Arial" w:cs="Arial"/>
        </w:rPr>
        <w:t xml:space="preserve"> la </w:t>
      </w:r>
      <w:proofErr w:type="spellStart"/>
      <w:r w:rsidRPr="00AC3D42">
        <w:rPr>
          <w:rFonts w:ascii="Arial" w:hAnsi="Arial" w:cs="Arial"/>
        </w:rPr>
        <w:t>inclusión</w:t>
      </w:r>
      <w:proofErr w:type="spellEnd"/>
      <w:r w:rsidRPr="00AC3D42">
        <w:rPr>
          <w:rFonts w:ascii="Arial" w:hAnsi="Arial" w:cs="Arial"/>
        </w:rPr>
        <w:t xml:space="preserve"> social de </w:t>
      </w:r>
      <w:proofErr w:type="spellStart"/>
      <w:r w:rsidRPr="00AC3D42">
        <w:rPr>
          <w:rFonts w:ascii="Arial" w:hAnsi="Arial" w:cs="Arial"/>
        </w:rPr>
        <w:t>los</w:t>
      </w:r>
      <w:proofErr w:type="spellEnd"/>
      <w:r w:rsidRPr="00AC3D42">
        <w:rPr>
          <w:rFonts w:ascii="Arial" w:hAnsi="Arial" w:cs="Arial"/>
        </w:rPr>
        <w:t xml:space="preserve"> </w:t>
      </w:r>
      <w:proofErr w:type="spellStart"/>
      <w:r w:rsidRPr="00AC3D42">
        <w:rPr>
          <w:rFonts w:ascii="Arial" w:hAnsi="Arial" w:cs="Arial"/>
        </w:rPr>
        <w:t>niños</w:t>
      </w:r>
      <w:proofErr w:type="spellEnd"/>
      <w:r w:rsidRPr="00AC3D42">
        <w:rPr>
          <w:rFonts w:ascii="Arial" w:hAnsi="Arial" w:cs="Arial"/>
        </w:rPr>
        <w:t xml:space="preserve">, </w:t>
      </w:r>
      <w:proofErr w:type="spellStart"/>
      <w:r w:rsidRPr="00AC3D42">
        <w:rPr>
          <w:rFonts w:ascii="Arial" w:hAnsi="Arial" w:cs="Arial"/>
        </w:rPr>
        <w:t>niñas</w:t>
      </w:r>
      <w:proofErr w:type="spellEnd"/>
      <w:r w:rsidRPr="00AC3D42">
        <w:rPr>
          <w:rFonts w:ascii="Arial" w:hAnsi="Arial" w:cs="Arial"/>
        </w:rPr>
        <w:t xml:space="preserve">, </w:t>
      </w:r>
      <w:proofErr w:type="spellStart"/>
      <w:r w:rsidRPr="00AC3D42">
        <w:rPr>
          <w:rFonts w:ascii="Arial" w:hAnsi="Arial" w:cs="Arial"/>
        </w:rPr>
        <w:t>adolescentes</w:t>
      </w:r>
      <w:proofErr w:type="spellEnd"/>
      <w:r w:rsidRPr="00AC3D42">
        <w:rPr>
          <w:rFonts w:ascii="Arial" w:hAnsi="Arial" w:cs="Arial"/>
        </w:rPr>
        <w:t xml:space="preserve"> y </w:t>
      </w:r>
      <w:proofErr w:type="spellStart"/>
      <w:r w:rsidRPr="00AC3D42">
        <w:rPr>
          <w:rFonts w:ascii="Arial" w:hAnsi="Arial" w:cs="Arial"/>
        </w:rPr>
        <w:t>adultos</w:t>
      </w:r>
      <w:proofErr w:type="spellEnd"/>
      <w:r w:rsidRPr="00AC3D42">
        <w:rPr>
          <w:rFonts w:ascii="Arial" w:hAnsi="Arial" w:cs="Arial"/>
        </w:rPr>
        <w:t xml:space="preserve"> con </w:t>
      </w:r>
      <w:proofErr w:type="spellStart"/>
      <w:r w:rsidRPr="00AC3D42">
        <w:rPr>
          <w:rFonts w:ascii="Arial" w:hAnsi="Arial" w:cs="Arial"/>
        </w:rPr>
        <w:t>trastorno</w:t>
      </w:r>
      <w:proofErr w:type="spellEnd"/>
      <w:r w:rsidRPr="00AC3D42">
        <w:rPr>
          <w:rFonts w:ascii="Arial" w:hAnsi="Arial" w:cs="Arial"/>
        </w:rPr>
        <w:t xml:space="preserve"> del</w:t>
      </w:r>
      <w:r>
        <w:rPr>
          <w:rFonts w:ascii="Arial" w:hAnsi="Arial" w:cs="Arial"/>
        </w:rPr>
        <w:t xml:space="preserve"> </w:t>
      </w:r>
      <w:proofErr w:type="spellStart"/>
      <w:r w:rsidRPr="00AC3D42">
        <w:rPr>
          <w:rFonts w:ascii="Arial" w:hAnsi="Arial" w:cs="Arial"/>
        </w:rPr>
        <w:t>espectro</w:t>
      </w:r>
      <w:proofErr w:type="spellEnd"/>
      <w:r w:rsidRPr="00AC3D42">
        <w:rPr>
          <w:rFonts w:ascii="Arial" w:hAnsi="Arial" w:cs="Arial"/>
        </w:rPr>
        <w:t xml:space="preserve"> </w:t>
      </w:r>
      <w:proofErr w:type="spellStart"/>
      <w:r w:rsidRPr="00AC3D42">
        <w:rPr>
          <w:rFonts w:ascii="Arial" w:hAnsi="Arial" w:cs="Arial"/>
        </w:rPr>
        <w:t>autista</w:t>
      </w:r>
      <w:proofErr w:type="spellEnd"/>
      <w:r w:rsidRPr="00AC3D42">
        <w:rPr>
          <w:rFonts w:ascii="Arial" w:hAnsi="Arial" w:cs="Arial"/>
        </w:rPr>
        <w:t xml:space="preserve">; </w:t>
      </w:r>
      <w:proofErr w:type="spellStart"/>
      <w:r w:rsidRPr="00AC3D42">
        <w:rPr>
          <w:rFonts w:ascii="Arial" w:hAnsi="Arial" w:cs="Arial"/>
        </w:rPr>
        <w:t>eliminar</w:t>
      </w:r>
      <w:proofErr w:type="spellEnd"/>
      <w:r w:rsidRPr="00AC3D42">
        <w:rPr>
          <w:rFonts w:ascii="Arial" w:hAnsi="Arial" w:cs="Arial"/>
        </w:rPr>
        <w:t xml:space="preserve"> </w:t>
      </w:r>
      <w:proofErr w:type="spellStart"/>
      <w:r w:rsidRPr="00AC3D42">
        <w:rPr>
          <w:rFonts w:ascii="Arial" w:hAnsi="Arial" w:cs="Arial"/>
        </w:rPr>
        <w:t>cualquier</w:t>
      </w:r>
      <w:proofErr w:type="spellEnd"/>
      <w:r w:rsidRPr="00AC3D42">
        <w:rPr>
          <w:rFonts w:ascii="Arial" w:hAnsi="Arial" w:cs="Arial"/>
        </w:rPr>
        <w:t xml:space="preserve"> forma de </w:t>
      </w:r>
      <w:proofErr w:type="spellStart"/>
      <w:r w:rsidRPr="00AC3D42">
        <w:rPr>
          <w:rFonts w:ascii="Arial" w:hAnsi="Arial" w:cs="Arial"/>
        </w:rPr>
        <w:t>discriminación</w:t>
      </w:r>
      <w:proofErr w:type="spellEnd"/>
      <w:r w:rsidRPr="00AC3D42">
        <w:rPr>
          <w:rFonts w:ascii="Arial" w:hAnsi="Arial" w:cs="Arial"/>
        </w:rPr>
        <w:t xml:space="preserve">; </w:t>
      </w:r>
      <w:proofErr w:type="spellStart"/>
      <w:r w:rsidRPr="00AC3D42">
        <w:rPr>
          <w:rFonts w:ascii="Arial" w:hAnsi="Arial" w:cs="Arial"/>
        </w:rPr>
        <w:t>promover</w:t>
      </w:r>
      <w:proofErr w:type="spellEnd"/>
      <w:r w:rsidRPr="00AC3D42">
        <w:rPr>
          <w:rFonts w:ascii="Arial" w:hAnsi="Arial" w:cs="Arial"/>
        </w:rPr>
        <w:t xml:space="preserve"> un </w:t>
      </w:r>
      <w:proofErr w:type="spellStart"/>
      <w:r w:rsidRPr="00AC3D42">
        <w:rPr>
          <w:rFonts w:ascii="Arial" w:hAnsi="Arial" w:cs="Arial"/>
        </w:rPr>
        <w:t>abordaje</w:t>
      </w:r>
      <w:proofErr w:type="spellEnd"/>
      <w:r w:rsidRPr="00AC3D42">
        <w:rPr>
          <w:rFonts w:ascii="Arial" w:hAnsi="Arial" w:cs="Arial"/>
        </w:rPr>
        <w:t xml:space="preserve"> integral</w:t>
      </w:r>
      <w:r>
        <w:rPr>
          <w:rFonts w:ascii="Arial" w:hAnsi="Arial" w:cs="Arial"/>
        </w:rPr>
        <w:t xml:space="preserve"> </w:t>
      </w:r>
      <w:r w:rsidRPr="00AC3D42">
        <w:rPr>
          <w:rFonts w:ascii="Arial" w:hAnsi="Arial" w:cs="Arial"/>
        </w:rPr>
        <w:t xml:space="preserve">de </w:t>
      </w:r>
      <w:proofErr w:type="spellStart"/>
      <w:r w:rsidRPr="00AC3D42">
        <w:rPr>
          <w:rFonts w:ascii="Arial" w:hAnsi="Arial" w:cs="Arial"/>
        </w:rPr>
        <w:t>dichas</w:t>
      </w:r>
      <w:proofErr w:type="spellEnd"/>
      <w:r w:rsidRPr="00AC3D42">
        <w:rPr>
          <w:rFonts w:ascii="Arial" w:hAnsi="Arial" w:cs="Arial"/>
        </w:rPr>
        <w:t xml:space="preserve"> personas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el</w:t>
      </w:r>
      <w:proofErr w:type="spellEnd"/>
      <w:r w:rsidRPr="00AC3D42">
        <w:rPr>
          <w:rFonts w:ascii="Arial" w:hAnsi="Arial" w:cs="Arial"/>
        </w:rPr>
        <w:t xml:space="preserve"> </w:t>
      </w:r>
      <w:proofErr w:type="spellStart"/>
      <w:r w:rsidRPr="00AC3D42">
        <w:rPr>
          <w:rFonts w:ascii="Arial" w:hAnsi="Arial" w:cs="Arial"/>
        </w:rPr>
        <w:t>ámbito</w:t>
      </w:r>
      <w:proofErr w:type="spellEnd"/>
      <w:r w:rsidRPr="00AC3D42">
        <w:rPr>
          <w:rFonts w:ascii="Arial" w:hAnsi="Arial" w:cs="Arial"/>
        </w:rPr>
        <w:t xml:space="preserve"> social, de la </w:t>
      </w:r>
      <w:proofErr w:type="spellStart"/>
      <w:r w:rsidRPr="00AC3D42">
        <w:rPr>
          <w:rFonts w:ascii="Arial" w:hAnsi="Arial" w:cs="Arial"/>
        </w:rPr>
        <w:t>salud</w:t>
      </w:r>
      <w:proofErr w:type="spellEnd"/>
      <w:r w:rsidRPr="00AC3D42">
        <w:rPr>
          <w:rFonts w:ascii="Arial" w:hAnsi="Arial" w:cs="Arial"/>
        </w:rPr>
        <w:t xml:space="preserve"> y de la </w:t>
      </w:r>
      <w:proofErr w:type="spellStart"/>
      <w:r w:rsidRPr="00AC3D42">
        <w:rPr>
          <w:rFonts w:ascii="Arial" w:hAnsi="Arial" w:cs="Arial"/>
        </w:rPr>
        <w:t>educación</w:t>
      </w:r>
      <w:proofErr w:type="spellEnd"/>
      <w:r w:rsidRPr="00AC3D42">
        <w:rPr>
          <w:rFonts w:ascii="Arial" w:hAnsi="Arial" w:cs="Arial"/>
        </w:rPr>
        <w:t xml:space="preserve">, y </w:t>
      </w:r>
      <w:proofErr w:type="spellStart"/>
      <w:r w:rsidRPr="00AC3D42">
        <w:rPr>
          <w:rFonts w:ascii="Arial" w:hAnsi="Arial" w:cs="Arial"/>
        </w:rPr>
        <w:t>concientizar</w:t>
      </w:r>
      <w:proofErr w:type="spellEnd"/>
      <w:r w:rsidRPr="00AC3D42">
        <w:rPr>
          <w:rFonts w:ascii="Arial" w:hAnsi="Arial" w:cs="Arial"/>
        </w:rPr>
        <w:t xml:space="preserve"> a la</w:t>
      </w:r>
      <w:r>
        <w:rPr>
          <w:rFonts w:ascii="Arial" w:hAnsi="Arial" w:cs="Arial"/>
        </w:rPr>
        <w:t xml:space="preserve"> </w:t>
      </w:r>
      <w:proofErr w:type="spellStart"/>
      <w:r w:rsidRPr="00AC3D42">
        <w:rPr>
          <w:rFonts w:ascii="Arial" w:hAnsi="Arial" w:cs="Arial"/>
        </w:rPr>
        <w:t>sociedad</w:t>
      </w:r>
      <w:proofErr w:type="spellEnd"/>
      <w:r w:rsidRPr="00AC3D42">
        <w:rPr>
          <w:rFonts w:ascii="Arial" w:hAnsi="Arial" w:cs="Arial"/>
        </w:rPr>
        <w:t xml:space="preserve"> </w:t>
      </w:r>
      <w:proofErr w:type="spellStart"/>
      <w:r w:rsidRPr="00AC3D42">
        <w:rPr>
          <w:rFonts w:ascii="Arial" w:hAnsi="Arial" w:cs="Arial"/>
        </w:rPr>
        <w:t>sobre</w:t>
      </w:r>
      <w:proofErr w:type="spellEnd"/>
      <w:r w:rsidRPr="00AC3D42">
        <w:rPr>
          <w:rFonts w:ascii="Arial" w:hAnsi="Arial" w:cs="Arial"/>
        </w:rPr>
        <w:t xml:space="preserve"> </w:t>
      </w:r>
      <w:proofErr w:type="spellStart"/>
      <w:r w:rsidRPr="00AC3D42">
        <w:rPr>
          <w:rFonts w:ascii="Arial" w:hAnsi="Arial" w:cs="Arial"/>
        </w:rPr>
        <w:t>esta</w:t>
      </w:r>
      <w:proofErr w:type="spellEnd"/>
      <w:r w:rsidRPr="00AC3D42">
        <w:rPr>
          <w:rFonts w:ascii="Arial" w:hAnsi="Arial" w:cs="Arial"/>
        </w:rPr>
        <w:t xml:space="preserve"> </w:t>
      </w:r>
      <w:proofErr w:type="spellStart"/>
      <w:r w:rsidRPr="00AC3D42">
        <w:rPr>
          <w:rFonts w:ascii="Arial" w:hAnsi="Arial" w:cs="Arial"/>
        </w:rPr>
        <w:t>temática</w:t>
      </w:r>
      <w:proofErr w:type="spellEnd"/>
      <w:r w:rsidRPr="00AC3D42">
        <w:rPr>
          <w:rFonts w:ascii="Arial" w:hAnsi="Arial" w:cs="Arial"/>
        </w:rPr>
        <w:t>.</w:t>
      </w:r>
    </w:p>
    <w:p w14:paraId="1F16932B" w14:textId="77777777" w:rsidR="00893C50" w:rsidRDefault="00893C50" w:rsidP="00893C50">
      <w:pPr>
        <w:pStyle w:val="Textoindependiente"/>
        <w:spacing w:line="360" w:lineRule="auto"/>
        <w:ind w:right="49"/>
        <w:jc w:val="both"/>
        <w:rPr>
          <w:rFonts w:ascii="Arial" w:hAnsi="Arial" w:cs="Arial"/>
        </w:rPr>
      </w:pPr>
    </w:p>
    <w:p w14:paraId="4018935D" w14:textId="77777777" w:rsidR="00893C50" w:rsidRPr="00AC3D42" w:rsidRDefault="00893C50" w:rsidP="00893C50">
      <w:pPr>
        <w:pStyle w:val="Textoindependiente"/>
        <w:spacing w:line="360" w:lineRule="auto"/>
        <w:ind w:right="49"/>
        <w:jc w:val="both"/>
        <w:rPr>
          <w:rFonts w:ascii="Arial" w:hAnsi="Arial" w:cs="Arial"/>
        </w:rPr>
      </w:pPr>
      <w:r w:rsidRPr="00AC3D42">
        <w:rPr>
          <w:rFonts w:ascii="Arial" w:hAnsi="Arial" w:cs="Arial"/>
        </w:rPr>
        <w:t xml:space="preserve">En </w:t>
      </w:r>
      <w:proofErr w:type="spellStart"/>
      <w:r w:rsidRPr="00AC3D42">
        <w:rPr>
          <w:rFonts w:ascii="Arial" w:hAnsi="Arial" w:cs="Arial"/>
        </w:rPr>
        <w:t>su</w:t>
      </w:r>
      <w:proofErr w:type="spellEnd"/>
      <w:r w:rsidRPr="00AC3D42">
        <w:rPr>
          <w:rFonts w:ascii="Arial" w:hAnsi="Arial" w:cs="Arial"/>
        </w:rPr>
        <w:t xml:space="preserve"> </w:t>
      </w:r>
      <w:proofErr w:type="spellStart"/>
      <w:r w:rsidRPr="00AC3D42">
        <w:rPr>
          <w:rFonts w:ascii="Arial" w:hAnsi="Arial" w:cs="Arial"/>
        </w:rPr>
        <w:t>artículo</w:t>
      </w:r>
      <w:proofErr w:type="spellEnd"/>
      <w:r w:rsidRPr="00AC3D42">
        <w:rPr>
          <w:rFonts w:ascii="Arial" w:hAnsi="Arial" w:cs="Arial"/>
        </w:rPr>
        <w:t xml:space="preserve"> 18 Sistema </w:t>
      </w:r>
      <w:proofErr w:type="spellStart"/>
      <w:r w:rsidRPr="00AC3D42">
        <w:rPr>
          <w:rFonts w:ascii="Arial" w:hAnsi="Arial" w:cs="Arial"/>
        </w:rPr>
        <w:t>educativo</w:t>
      </w:r>
      <w:proofErr w:type="spellEnd"/>
      <w:r w:rsidRPr="00AC3D42">
        <w:rPr>
          <w:rFonts w:ascii="Arial" w:hAnsi="Arial" w:cs="Arial"/>
        </w:rPr>
        <w:t xml:space="preserve">. Es </w:t>
      </w:r>
      <w:proofErr w:type="spellStart"/>
      <w:r w:rsidRPr="00AC3D42">
        <w:rPr>
          <w:rFonts w:ascii="Arial" w:hAnsi="Arial" w:cs="Arial"/>
        </w:rPr>
        <w:t>deber</w:t>
      </w:r>
      <w:proofErr w:type="spellEnd"/>
      <w:r w:rsidRPr="00AC3D42">
        <w:rPr>
          <w:rFonts w:ascii="Arial" w:hAnsi="Arial" w:cs="Arial"/>
        </w:rPr>
        <w:t xml:space="preserve"> del Estado </w:t>
      </w:r>
      <w:proofErr w:type="spellStart"/>
      <w:r w:rsidRPr="00AC3D42">
        <w:rPr>
          <w:rFonts w:ascii="Arial" w:hAnsi="Arial" w:cs="Arial"/>
        </w:rPr>
        <w:t>asegurar</w:t>
      </w:r>
      <w:proofErr w:type="spellEnd"/>
      <w:r w:rsidRPr="00AC3D42">
        <w:rPr>
          <w:rFonts w:ascii="Arial" w:hAnsi="Arial" w:cs="Arial"/>
        </w:rPr>
        <w:t xml:space="preserve"> a </w:t>
      </w:r>
      <w:proofErr w:type="spellStart"/>
      <w:r w:rsidRPr="00AC3D42">
        <w:rPr>
          <w:rFonts w:ascii="Arial" w:hAnsi="Arial" w:cs="Arial"/>
        </w:rPr>
        <w:t>todos</w:t>
      </w:r>
      <w:proofErr w:type="spellEnd"/>
      <w:r w:rsidRPr="00AC3D42">
        <w:rPr>
          <w:rFonts w:ascii="Arial" w:hAnsi="Arial" w:cs="Arial"/>
        </w:rPr>
        <w:t xml:space="preserve"> </w:t>
      </w:r>
      <w:proofErr w:type="spellStart"/>
      <w:r w:rsidRPr="00AC3D42">
        <w:rPr>
          <w:rFonts w:ascii="Arial" w:hAnsi="Arial" w:cs="Arial"/>
        </w:rPr>
        <w:t>los</w:t>
      </w:r>
      <w:proofErr w:type="spellEnd"/>
      <w:r w:rsidRPr="00AC3D42">
        <w:rPr>
          <w:rFonts w:ascii="Arial" w:hAnsi="Arial" w:cs="Arial"/>
        </w:rPr>
        <w:t xml:space="preserve"> </w:t>
      </w:r>
      <w:proofErr w:type="spellStart"/>
      <w:r w:rsidRPr="00AC3D42">
        <w:rPr>
          <w:rFonts w:ascii="Arial" w:hAnsi="Arial" w:cs="Arial"/>
        </w:rPr>
        <w:t>niños</w:t>
      </w:r>
      <w:proofErr w:type="spellEnd"/>
      <w:r w:rsidRPr="00AC3D42">
        <w:rPr>
          <w:rFonts w:ascii="Arial" w:hAnsi="Arial" w:cs="Arial"/>
        </w:rPr>
        <w:t xml:space="preserve">, </w:t>
      </w:r>
      <w:proofErr w:type="spellStart"/>
      <w:r w:rsidRPr="00AC3D42">
        <w:rPr>
          <w:rFonts w:ascii="Arial" w:hAnsi="Arial" w:cs="Arial"/>
        </w:rPr>
        <w:t>niñas</w:t>
      </w:r>
      <w:proofErr w:type="spellEnd"/>
      <w:r w:rsidRPr="00AC3D42">
        <w:rPr>
          <w:rFonts w:ascii="Arial" w:hAnsi="Arial" w:cs="Arial"/>
        </w:rPr>
        <w:t>,</w:t>
      </w:r>
      <w:r>
        <w:rPr>
          <w:rFonts w:ascii="Arial" w:hAnsi="Arial" w:cs="Arial"/>
        </w:rPr>
        <w:t xml:space="preserve"> </w:t>
      </w:r>
      <w:proofErr w:type="spellStart"/>
      <w:r w:rsidRPr="00AC3D42">
        <w:rPr>
          <w:rFonts w:ascii="Arial" w:hAnsi="Arial" w:cs="Arial"/>
        </w:rPr>
        <w:t>adolescentes</w:t>
      </w:r>
      <w:proofErr w:type="spellEnd"/>
      <w:r w:rsidRPr="00AC3D42">
        <w:rPr>
          <w:rFonts w:ascii="Arial" w:hAnsi="Arial" w:cs="Arial"/>
        </w:rPr>
        <w:t xml:space="preserve"> y personas </w:t>
      </w:r>
      <w:proofErr w:type="spellStart"/>
      <w:r w:rsidRPr="00AC3D42">
        <w:rPr>
          <w:rFonts w:ascii="Arial" w:hAnsi="Arial" w:cs="Arial"/>
        </w:rPr>
        <w:t>adultas</w:t>
      </w:r>
      <w:proofErr w:type="spellEnd"/>
      <w:r w:rsidRPr="00AC3D42">
        <w:rPr>
          <w:rFonts w:ascii="Arial" w:hAnsi="Arial" w:cs="Arial"/>
        </w:rPr>
        <w:t xml:space="preserve"> </w:t>
      </w:r>
      <w:proofErr w:type="spellStart"/>
      <w:r w:rsidRPr="00AC3D42">
        <w:rPr>
          <w:rFonts w:ascii="Arial" w:hAnsi="Arial" w:cs="Arial"/>
        </w:rPr>
        <w:t>una</w:t>
      </w:r>
      <w:proofErr w:type="spellEnd"/>
      <w:r w:rsidRPr="00AC3D42">
        <w:rPr>
          <w:rFonts w:ascii="Arial" w:hAnsi="Arial" w:cs="Arial"/>
        </w:rPr>
        <w:t xml:space="preserve"> </w:t>
      </w:r>
      <w:proofErr w:type="spellStart"/>
      <w:r w:rsidRPr="00AC3D42">
        <w:rPr>
          <w:rFonts w:ascii="Arial" w:hAnsi="Arial" w:cs="Arial"/>
        </w:rPr>
        <w:t>educación</w:t>
      </w:r>
      <w:proofErr w:type="spellEnd"/>
      <w:r w:rsidRPr="00AC3D42">
        <w:rPr>
          <w:rFonts w:ascii="Arial" w:hAnsi="Arial" w:cs="Arial"/>
        </w:rPr>
        <w:t xml:space="preserve"> </w:t>
      </w:r>
      <w:proofErr w:type="spellStart"/>
      <w:r w:rsidRPr="00AC3D42">
        <w:rPr>
          <w:rFonts w:ascii="Arial" w:hAnsi="Arial" w:cs="Arial"/>
        </w:rPr>
        <w:t>inclusiva</w:t>
      </w:r>
      <w:proofErr w:type="spellEnd"/>
      <w:r w:rsidRPr="00AC3D42">
        <w:rPr>
          <w:rFonts w:ascii="Arial" w:hAnsi="Arial" w:cs="Arial"/>
        </w:rPr>
        <w:t xml:space="preserve"> de </w:t>
      </w:r>
      <w:proofErr w:type="spellStart"/>
      <w:r w:rsidRPr="00AC3D42">
        <w:rPr>
          <w:rFonts w:ascii="Arial" w:hAnsi="Arial" w:cs="Arial"/>
        </w:rPr>
        <w:t>calidad</w:t>
      </w:r>
      <w:proofErr w:type="spellEnd"/>
      <w:r w:rsidRPr="00AC3D42">
        <w:rPr>
          <w:rFonts w:ascii="Arial" w:hAnsi="Arial" w:cs="Arial"/>
        </w:rPr>
        <w:t xml:space="preserve"> y </w:t>
      </w:r>
      <w:proofErr w:type="spellStart"/>
      <w:r w:rsidRPr="00AC3D42">
        <w:rPr>
          <w:rFonts w:ascii="Arial" w:hAnsi="Arial" w:cs="Arial"/>
        </w:rPr>
        <w:t>promover</w:t>
      </w:r>
      <w:proofErr w:type="spellEnd"/>
      <w:r w:rsidRPr="00AC3D42">
        <w:rPr>
          <w:rFonts w:ascii="Arial" w:hAnsi="Arial" w:cs="Arial"/>
        </w:rPr>
        <w:t xml:space="preserve"> que se</w:t>
      </w:r>
      <w:r>
        <w:rPr>
          <w:rFonts w:ascii="Arial" w:hAnsi="Arial" w:cs="Arial"/>
        </w:rPr>
        <w:t xml:space="preserve"> </w:t>
      </w:r>
      <w:proofErr w:type="spellStart"/>
      <w:r w:rsidRPr="00AC3D42">
        <w:rPr>
          <w:rFonts w:ascii="Arial" w:hAnsi="Arial" w:cs="Arial"/>
        </w:rPr>
        <w:t>generen</w:t>
      </w:r>
      <w:proofErr w:type="spellEnd"/>
      <w:r w:rsidRPr="00AC3D42">
        <w:rPr>
          <w:rFonts w:ascii="Arial" w:hAnsi="Arial" w:cs="Arial"/>
        </w:rPr>
        <w:t xml:space="preserve"> las </w:t>
      </w:r>
      <w:proofErr w:type="spellStart"/>
      <w:r w:rsidRPr="00AC3D42">
        <w:rPr>
          <w:rFonts w:ascii="Arial" w:hAnsi="Arial" w:cs="Arial"/>
        </w:rPr>
        <w:t>condiciones</w:t>
      </w:r>
      <w:proofErr w:type="spellEnd"/>
      <w:r w:rsidRPr="00AC3D42">
        <w:rPr>
          <w:rFonts w:ascii="Arial" w:hAnsi="Arial" w:cs="Arial"/>
        </w:rPr>
        <w:t xml:space="preserve"> </w:t>
      </w:r>
      <w:proofErr w:type="spellStart"/>
      <w:r w:rsidRPr="00AC3D42">
        <w:rPr>
          <w:rFonts w:ascii="Arial" w:hAnsi="Arial" w:cs="Arial"/>
        </w:rPr>
        <w:t>necesarias</w:t>
      </w:r>
      <w:proofErr w:type="spellEnd"/>
      <w:r w:rsidRPr="00AC3D42">
        <w:rPr>
          <w:rFonts w:ascii="Arial" w:hAnsi="Arial" w:cs="Arial"/>
        </w:rPr>
        <w:t xml:space="preserve"> para </w:t>
      </w:r>
      <w:proofErr w:type="spellStart"/>
      <w:r w:rsidRPr="00AC3D42">
        <w:rPr>
          <w:rFonts w:ascii="Arial" w:hAnsi="Arial" w:cs="Arial"/>
        </w:rPr>
        <w:t>el</w:t>
      </w:r>
      <w:proofErr w:type="spellEnd"/>
      <w:r w:rsidRPr="00AC3D42">
        <w:rPr>
          <w:rFonts w:ascii="Arial" w:hAnsi="Arial" w:cs="Arial"/>
        </w:rPr>
        <w:t xml:space="preserve"> </w:t>
      </w:r>
      <w:proofErr w:type="spellStart"/>
      <w:r w:rsidRPr="00AC3D42">
        <w:rPr>
          <w:rFonts w:ascii="Arial" w:hAnsi="Arial" w:cs="Arial"/>
        </w:rPr>
        <w:t>acceso</w:t>
      </w:r>
      <w:proofErr w:type="spellEnd"/>
      <w:r w:rsidRPr="00AC3D42">
        <w:rPr>
          <w:rFonts w:ascii="Arial" w:hAnsi="Arial" w:cs="Arial"/>
        </w:rPr>
        <w:t xml:space="preserve">, </w:t>
      </w:r>
      <w:proofErr w:type="spellStart"/>
      <w:r w:rsidRPr="00AC3D42">
        <w:rPr>
          <w:rFonts w:ascii="Arial" w:hAnsi="Arial" w:cs="Arial"/>
        </w:rPr>
        <w:t>participación</w:t>
      </w:r>
      <w:proofErr w:type="spellEnd"/>
      <w:r w:rsidRPr="00AC3D42">
        <w:rPr>
          <w:rFonts w:ascii="Arial" w:hAnsi="Arial" w:cs="Arial"/>
        </w:rPr>
        <w:t xml:space="preserve">, </w:t>
      </w:r>
      <w:proofErr w:type="spellStart"/>
      <w:r w:rsidRPr="00AC3D42">
        <w:rPr>
          <w:rFonts w:ascii="Arial" w:hAnsi="Arial" w:cs="Arial"/>
        </w:rPr>
        <w:t>permanencia</w:t>
      </w:r>
      <w:proofErr w:type="spellEnd"/>
      <w:r w:rsidRPr="00AC3D42">
        <w:rPr>
          <w:rFonts w:ascii="Arial" w:hAnsi="Arial" w:cs="Arial"/>
        </w:rPr>
        <w:t xml:space="preserve"> y </w:t>
      </w:r>
      <w:proofErr w:type="spellStart"/>
      <w:r w:rsidRPr="00AC3D42">
        <w:rPr>
          <w:rFonts w:ascii="Arial" w:hAnsi="Arial" w:cs="Arial"/>
        </w:rPr>
        <w:t>progreso</w:t>
      </w:r>
      <w:proofErr w:type="spellEnd"/>
      <w:r w:rsidRPr="00AC3D42">
        <w:rPr>
          <w:rFonts w:ascii="Arial" w:hAnsi="Arial" w:cs="Arial"/>
        </w:rPr>
        <w:t xml:space="preserve"> de</w:t>
      </w:r>
      <w:r>
        <w:rPr>
          <w:rFonts w:ascii="Arial" w:hAnsi="Arial" w:cs="Arial"/>
        </w:rPr>
        <w:t xml:space="preserve"> </w:t>
      </w:r>
      <w:proofErr w:type="spellStart"/>
      <w:r w:rsidRPr="00AC3D42">
        <w:rPr>
          <w:rFonts w:ascii="Arial" w:hAnsi="Arial" w:cs="Arial"/>
        </w:rPr>
        <w:t>los</w:t>
      </w:r>
      <w:proofErr w:type="spellEnd"/>
      <w:r w:rsidRPr="00AC3D42">
        <w:rPr>
          <w:rFonts w:ascii="Arial" w:hAnsi="Arial" w:cs="Arial"/>
        </w:rPr>
        <w:t xml:space="preserve"> y las </w:t>
      </w:r>
      <w:proofErr w:type="spellStart"/>
      <w:r w:rsidRPr="00AC3D42">
        <w:rPr>
          <w:rFonts w:ascii="Arial" w:hAnsi="Arial" w:cs="Arial"/>
        </w:rPr>
        <w:t>estudiantes</w:t>
      </w:r>
      <w:proofErr w:type="spellEnd"/>
      <w:r w:rsidRPr="00AC3D42">
        <w:rPr>
          <w:rFonts w:ascii="Arial" w:hAnsi="Arial" w:cs="Arial"/>
        </w:rPr>
        <w:t xml:space="preserve">, </w:t>
      </w:r>
      <w:proofErr w:type="spellStart"/>
      <w:r w:rsidRPr="00AC3D42">
        <w:rPr>
          <w:rFonts w:ascii="Arial" w:hAnsi="Arial" w:cs="Arial"/>
        </w:rPr>
        <w:t>según</w:t>
      </w:r>
      <w:proofErr w:type="spellEnd"/>
      <w:r w:rsidRPr="00AC3D42">
        <w:rPr>
          <w:rFonts w:ascii="Arial" w:hAnsi="Arial" w:cs="Arial"/>
        </w:rPr>
        <w:t xml:space="preserve"> sea </w:t>
      </w:r>
      <w:proofErr w:type="spellStart"/>
      <w:r w:rsidRPr="00AC3D42">
        <w:rPr>
          <w:rFonts w:ascii="Arial" w:hAnsi="Arial" w:cs="Arial"/>
        </w:rPr>
        <w:t>su</w:t>
      </w:r>
      <w:proofErr w:type="spellEnd"/>
      <w:r w:rsidRPr="00AC3D42">
        <w:rPr>
          <w:rFonts w:ascii="Arial" w:hAnsi="Arial" w:cs="Arial"/>
        </w:rPr>
        <w:t xml:space="preserve"> </w:t>
      </w:r>
      <w:proofErr w:type="spellStart"/>
      <w:r w:rsidRPr="00AC3D42">
        <w:rPr>
          <w:rFonts w:ascii="Arial" w:hAnsi="Arial" w:cs="Arial"/>
        </w:rPr>
        <w:t>interés</w:t>
      </w:r>
      <w:proofErr w:type="spellEnd"/>
      <w:r w:rsidRPr="00AC3D42">
        <w:rPr>
          <w:rFonts w:ascii="Arial" w:hAnsi="Arial" w:cs="Arial"/>
        </w:rPr>
        <w:t xml:space="preserve"> superior.</w:t>
      </w:r>
    </w:p>
    <w:p w14:paraId="09DA4037" w14:textId="77777777" w:rsidR="00893C50" w:rsidRDefault="00893C50" w:rsidP="00893C50">
      <w:pPr>
        <w:pStyle w:val="Textoindependiente"/>
        <w:spacing w:line="360" w:lineRule="auto"/>
        <w:ind w:right="49"/>
        <w:jc w:val="both"/>
        <w:rPr>
          <w:rFonts w:ascii="Arial" w:hAnsi="Arial" w:cs="Arial"/>
        </w:rPr>
      </w:pPr>
    </w:p>
    <w:p w14:paraId="14DE20E6" w14:textId="77777777" w:rsidR="00893C50" w:rsidRPr="00AC3D42" w:rsidRDefault="00893C50" w:rsidP="00893C50">
      <w:pPr>
        <w:pStyle w:val="Textoindependiente"/>
        <w:spacing w:line="360" w:lineRule="auto"/>
        <w:ind w:right="49"/>
        <w:jc w:val="both"/>
        <w:rPr>
          <w:rFonts w:ascii="Arial" w:hAnsi="Arial" w:cs="Arial"/>
        </w:rPr>
      </w:pPr>
      <w:r w:rsidRPr="00AC3D42">
        <w:rPr>
          <w:rFonts w:ascii="Arial" w:hAnsi="Arial" w:cs="Arial"/>
        </w:rPr>
        <w:t xml:space="preserve">Esto </w:t>
      </w:r>
      <w:proofErr w:type="spellStart"/>
      <w:r w:rsidRPr="00AC3D42">
        <w:rPr>
          <w:rFonts w:ascii="Arial" w:hAnsi="Arial" w:cs="Arial"/>
        </w:rPr>
        <w:t>implica</w:t>
      </w:r>
      <w:proofErr w:type="spellEnd"/>
      <w:r w:rsidRPr="00AC3D42">
        <w:rPr>
          <w:rFonts w:ascii="Arial" w:hAnsi="Arial" w:cs="Arial"/>
        </w:rPr>
        <w:t xml:space="preserve"> que </w:t>
      </w:r>
      <w:proofErr w:type="spellStart"/>
      <w:r w:rsidRPr="00AC3D42">
        <w:rPr>
          <w:rFonts w:ascii="Arial" w:hAnsi="Arial" w:cs="Arial"/>
        </w:rPr>
        <w:t>el</w:t>
      </w:r>
      <w:proofErr w:type="spellEnd"/>
      <w:r w:rsidRPr="00AC3D42">
        <w:rPr>
          <w:rFonts w:ascii="Arial" w:hAnsi="Arial" w:cs="Arial"/>
        </w:rPr>
        <w:t xml:space="preserve"> Estado </w:t>
      </w:r>
      <w:proofErr w:type="spellStart"/>
      <w:r w:rsidRPr="00AC3D42">
        <w:rPr>
          <w:rFonts w:ascii="Arial" w:hAnsi="Arial" w:cs="Arial"/>
        </w:rPr>
        <w:t>resguardará</w:t>
      </w:r>
      <w:proofErr w:type="spellEnd"/>
      <w:r w:rsidRPr="00AC3D42">
        <w:rPr>
          <w:rFonts w:ascii="Arial" w:hAnsi="Arial" w:cs="Arial"/>
        </w:rPr>
        <w:t xml:space="preserve"> que </w:t>
      </w:r>
      <w:proofErr w:type="spellStart"/>
      <w:r w:rsidRPr="00AC3D42">
        <w:rPr>
          <w:rFonts w:ascii="Arial" w:hAnsi="Arial" w:cs="Arial"/>
        </w:rPr>
        <w:t>los</w:t>
      </w:r>
      <w:proofErr w:type="spellEnd"/>
      <w:r w:rsidRPr="00AC3D42">
        <w:rPr>
          <w:rFonts w:ascii="Arial" w:hAnsi="Arial" w:cs="Arial"/>
        </w:rPr>
        <w:t xml:space="preserve"> </w:t>
      </w:r>
      <w:proofErr w:type="spellStart"/>
      <w:r w:rsidRPr="00AC3D42">
        <w:rPr>
          <w:rFonts w:ascii="Arial" w:hAnsi="Arial" w:cs="Arial"/>
        </w:rPr>
        <w:t>niños</w:t>
      </w:r>
      <w:proofErr w:type="spellEnd"/>
      <w:r w:rsidRPr="00AC3D42">
        <w:rPr>
          <w:rFonts w:ascii="Arial" w:hAnsi="Arial" w:cs="Arial"/>
        </w:rPr>
        <w:t xml:space="preserve">, </w:t>
      </w:r>
      <w:proofErr w:type="spellStart"/>
      <w:r w:rsidRPr="00AC3D42">
        <w:rPr>
          <w:rFonts w:ascii="Arial" w:hAnsi="Arial" w:cs="Arial"/>
        </w:rPr>
        <w:t>niñas</w:t>
      </w:r>
      <w:proofErr w:type="spellEnd"/>
      <w:r w:rsidRPr="00AC3D42">
        <w:rPr>
          <w:rFonts w:ascii="Arial" w:hAnsi="Arial" w:cs="Arial"/>
        </w:rPr>
        <w:t xml:space="preserve">, </w:t>
      </w:r>
      <w:proofErr w:type="spellStart"/>
      <w:r w:rsidRPr="00AC3D42">
        <w:rPr>
          <w:rFonts w:ascii="Arial" w:hAnsi="Arial" w:cs="Arial"/>
        </w:rPr>
        <w:t>adolescentes</w:t>
      </w:r>
      <w:proofErr w:type="spellEnd"/>
      <w:r w:rsidRPr="00AC3D42">
        <w:rPr>
          <w:rFonts w:ascii="Arial" w:hAnsi="Arial" w:cs="Arial"/>
        </w:rPr>
        <w:t xml:space="preserve"> y personas</w:t>
      </w:r>
      <w:r>
        <w:rPr>
          <w:rFonts w:ascii="Arial" w:hAnsi="Arial" w:cs="Arial"/>
        </w:rPr>
        <w:t xml:space="preserve"> </w:t>
      </w:r>
      <w:proofErr w:type="spellStart"/>
      <w:r w:rsidRPr="00AC3D42">
        <w:rPr>
          <w:rFonts w:ascii="Arial" w:hAnsi="Arial" w:cs="Arial"/>
        </w:rPr>
        <w:t>adultas</w:t>
      </w:r>
      <w:proofErr w:type="spellEnd"/>
      <w:r w:rsidRPr="00AC3D42">
        <w:rPr>
          <w:rFonts w:ascii="Arial" w:hAnsi="Arial" w:cs="Arial"/>
        </w:rPr>
        <w:t xml:space="preserve"> con </w:t>
      </w:r>
      <w:proofErr w:type="spellStart"/>
      <w:r w:rsidRPr="00AC3D42">
        <w:rPr>
          <w:rFonts w:ascii="Arial" w:hAnsi="Arial" w:cs="Arial"/>
        </w:rPr>
        <w:t>trastorno</w:t>
      </w:r>
      <w:proofErr w:type="spellEnd"/>
      <w:r w:rsidRPr="00AC3D42">
        <w:rPr>
          <w:rFonts w:ascii="Arial" w:hAnsi="Arial" w:cs="Arial"/>
        </w:rPr>
        <w:t xml:space="preserve"> del </w:t>
      </w:r>
      <w:proofErr w:type="spellStart"/>
      <w:r w:rsidRPr="00AC3D42">
        <w:rPr>
          <w:rFonts w:ascii="Arial" w:hAnsi="Arial" w:cs="Arial"/>
        </w:rPr>
        <w:t>espectro</w:t>
      </w:r>
      <w:proofErr w:type="spellEnd"/>
      <w:r w:rsidRPr="00AC3D42">
        <w:rPr>
          <w:rFonts w:ascii="Arial" w:hAnsi="Arial" w:cs="Arial"/>
        </w:rPr>
        <w:t xml:space="preserve"> </w:t>
      </w:r>
      <w:proofErr w:type="spellStart"/>
      <w:r w:rsidRPr="00AC3D42">
        <w:rPr>
          <w:rFonts w:ascii="Arial" w:hAnsi="Arial" w:cs="Arial"/>
        </w:rPr>
        <w:t>autista</w:t>
      </w:r>
      <w:proofErr w:type="spellEnd"/>
      <w:r w:rsidRPr="00AC3D42">
        <w:rPr>
          <w:rFonts w:ascii="Arial" w:hAnsi="Arial" w:cs="Arial"/>
        </w:rPr>
        <w:t xml:space="preserve"> </w:t>
      </w:r>
      <w:proofErr w:type="spellStart"/>
      <w:r w:rsidRPr="00AC3D42">
        <w:rPr>
          <w:rFonts w:ascii="Arial" w:hAnsi="Arial" w:cs="Arial"/>
        </w:rPr>
        <w:t>accedan</w:t>
      </w:r>
      <w:proofErr w:type="spellEnd"/>
      <w:r w:rsidRPr="00AC3D42">
        <w:rPr>
          <w:rFonts w:ascii="Arial" w:hAnsi="Arial" w:cs="Arial"/>
        </w:rPr>
        <w:t xml:space="preserve"> sin </w:t>
      </w:r>
      <w:proofErr w:type="spellStart"/>
      <w:r w:rsidRPr="00AC3D42">
        <w:rPr>
          <w:rFonts w:ascii="Arial" w:hAnsi="Arial" w:cs="Arial"/>
        </w:rPr>
        <w:t>discriminación</w:t>
      </w:r>
      <w:proofErr w:type="spellEnd"/>
      <w:r w:rsidRPr="00AC3D42">
        <w:rPr>
          <w:rFonts w:ascii="Arial" w:hAnsi="Arial" w:cs="Arial"/>
        </w:rPr>
        <w:t xml:space="preserve"> </w:t>
      </w:r>
      <w:proofErr w:type="spellStart"/>
      <w:r w:rsidRPr="00AC3D42">
        <w:rPr>
          <w:rFonts w:ascii="Arial" w:hAnsi="Arial" w:cs="Arial"/>
        </w:rPr>
        <w:t>arbitraria</w:t>
      </w:r>
      <w:proofErr w:type="spellEnd"/>
      <w:r w:rsidRPr="00AC3D42">
        <w:rPr>
          <w:rFonts w:ascii="Arial" w:hAnsi="Arial" w:cs="Arial"/>
        </w:rPr>
        <w:t xml:space="preserve"> a </w:t>
      </w:r>
      <w:proofErr w:type="spellStart"/>
      <w:r w:rsidRPr="00AC3D42">
        <w:rPr>
          <w:rFonts w:ascii="Arial" w:hAnsi="Arial" w:cs="Arial"/>
        </w:rPr>
        <w:t>los</w:t>
      </w:r>
      <w:proofErr w:type="spellEnd"/>
      <w:r>
        <w:rPr>
          <w:rFonts w:ascii="Arial" w:hAnsi="Arial" w:cs="Arial"/>
        </w:rPr>
        <w:t xml:space="preserve"> </w:t>
      </w:r>
      <w:proofErr w:type="spellStart"/>
      <w:r w:rsidRPr="00AC3D42">
        <w:rPr>
          <w:rFonts w:ascii="Arial" w:hAnsi="Arial" w:cs="Arial"/>
        </w:rPr>
        <w:t>establecimientos</w:t>
      </w:r>
      <w:proofErr w:type="spellEnd"/>
      <w:r w:rsidRPr="00AC3D42">
        <w:rPr>
          <w:rFonts w:ascii="Arial" w:hAnsi="Arial" w:cs="Arial"/>
        </w:rPr>
        <w:t xml:space="preserve"> </w:t>
      </w:r>
      <w:proofErr w:type="spellStart"/>
      <w:r w:rsidRPr="00AC3D42">
        <w:rPr>
          <w:rFonts w:ascii="Arial" w:hAnsi="Arial" w:cs="Arial"/>
        </w:rPr>
        <w:t>públicos</w:t>
      </w:r>
      <w:proofErr w:type="spellEnd"/>
      <w:r w:rsidRPr="00AC3D42">
        <w:rPr>
          <w:rFonts w:ascii="Arial" w:hAnsi="Arial" w:cs="Arial"/>
        </w:rPr>
        <w:t xml:space="preserve"> y privados del </w:t>
      </w:r>
      <w:proofErr w:type="spellStart"/>
      <w:r w:rsidRPr="00AC3D42">
        <w:rPr>
          <w:rFonts w:ascii="Arial" w:hAnsi="Arial" w:cs="Arial"/>
        </w:rPr>
        <w:t>sistema</w:t>
      </w:r>
      <w:proofErr w:type="spellEnd"/>
      <w:r w:rsidRPr="00AC3D42">
        <w:rPr>
          <w:rFonts w:ascii="Arial" w:hAnsi="Arial" w:cs="Arial"/>
        </w:rPr>
        <w:t xml:space="preserve"> </w:t>
      </w:r>
      <w:proofErr w:type="spellStart"/>
      <w:r w:rsidRPr="00AC3D42">
        <w:rPr>
          <w:rFonts w:ascii="Arial" w:hAnsi="Arial" w:cs="Arial"/>
        </w:rPr>
        <w:t>educativo</w:t>
      </w:r>
      <w:proofErr w:type="spellEnd"/>
      <w:r w:rsidRPr="00AC3D42">
        <w:rPr>
          <w:rFonts w:ascii="Arial" w:hAnsi="Arial" w:cs="Arial"/>
        </w:rPr>
        <w:t>.</w:t>
      </w:r>
    </w:p>
    <w:p w14:paraId="28A0E3C2" w14:textId="77777777" w:rsidR="00893C50" w:rsidRDefault="00893C50" w:rsidP="00893C50">
      <w:pPr>
        <w:pStyle w:val="Textoindependiente"/>
        <w:spacing w:line="360" w:lineRule="auto"/>
        <w:ind w:right="49"/>
        <w:jc w:val="both"/>
        <w:rPr>
          <w:rFonts w:ascii="Arial" w:hAnsi="Arial" w:cs="Arial"/>
        </w:rPr>
      </w:pPr>
    </w:p>
    <w:p w14:paraId="3F4E58E7" w14:textId="77777777" w:rsidR="00893C50" w:rsidRDefault="00893C50" w:rsidP="00893C50">
      <w:pPr>
        <w:pStyle w:val="Textoindependiente"/>
        <w:spacing w:line="360" w:lineRule="auto"/>
        <w:ind w:right="49"/>
        <w:jc w:val="both"/>
        <w:rPr>
          <w:rFonts w:ascii="Arial" w:hAnsi="Arial" w:cs="Arial"/>
        </w:rPr>
      </w:pPr>
      <w:r w:rsidRPr="00AC3D42">
        <w:rPr>
          <w:rFonts w:ascii="Arial" w:hAnsi="Arial" w:cs="Arial"/>
        </w:rPr>
        <w:t xml:space="preserve">Los </w:t>
      </w:r>
      <w:proofErr w:type="spellStart"/>
      <w:r w:rsidRPr="00AC3D42">
        <w:rPr>
          <w:rFonts w:ascii="Arial" w:hAnsi="Arial" w:cs="Arial"/>
        </w:rPr>
        <w:t>establecimientos</w:t>
      </w:r>
      <w:proofErr w:type="spellEnd"/>
      <w:r w:rsidRPr="00AC3D42">
        <w:rPr>
          <w:rFonts w:ascii="Arial" w:hAnsi="Arial" w:cs="Arial"/>
        </w:rPr>
        <w:t xml:space="preserve"> </w:t>
      </w:r>
      <w:proofErr w:type="spellStart"/>
      <w:r w:rsidRPr="00AC3D42">
        <w:rPr>
          <w:rFonts w:ascii="Arial" w:hAnsi="Arial" w:cs="Arial"/>
        </w:rPr>
        <w:t>educacionales</w:t>
      </w:r>
      <w:proofErr w:type="spellEnd"/>
      <w:r>
        <w:rPr>
          <w:rFonts w:ascii="Arial" w:hAnsi="Arial" w:cs="Arial"/>
        </w:rPr>
        <w:t xml:space="preserve">, </w:t>
      </w:r>
      <w:proofErr w:type="spellStart"/>
      <w:r>
        <w:rPr>
          <w:rFonts w:ascii="Arial" w:hAnsi="Arial" w:cs="Arial"/>
        </w:rPr>
        <w:t>como</w:t>
      </w:r>
      <w:proofErr w:type="spellEnd"/>
      <w:r>
        <w:rPr>
          <w:rFonts w:ascii="Arial" w:hAnsi="Arial" w:cs="Arial"/>
        </w:rPr>
        <w:t xml:space="preserve"> </w:t>
      </w:r>
      <w:proofErr w:type="spellStart"/>
      <w:r>
        <w:rPr>
          <w:rFonts w:ascii="Arial" w:hAnsi="Arial" w:cs="Arial"/>
        </w:rPr>
        <w:t>el</w:t>
      </w:r>
      <w:proofErr w:type="spellEnd"/>
      <w:r>
        <w:rPr>
          <w:rFonts w:ascii="Arial" w:hAnsi="Arial" w:cs="Arial"/>
        </w:rPr>
        <w:t xml:space="preserve"> </w:t>
      </w:r>
      <w:proofErr w:type="spellStart"/>
      <w:r>
        <w:rPr>
          <w:rFonts w:ascii="Arial" w:hAnsi="Arial" w:cs="Arial"/>
        </w:rPr>
        <w:t>nuestro</w:t>
      </w:r>
      <w:proofErr w:type="spellEnd"/>
      <w:r>
        <w:rPr>
          <w:rFonts w:ascii="Arial" w:hAnsi="Arial" w:cs="Arial"/>
        </w:rPr>
        <w:t>,</w:t>
      </w:r>
      <w:r w:rsidRPr="00AC3D42">
        <w:rPr>
          <w:rFonts w:ascii="Arial" w:hAnsi="Arial" w:cs="Arial"/>
        </w:rPr>
        <w:t xml:space="preserve"> </w:t>
      </w:r>
      <w:proofErr w:type="spellStart"/>
      <w:r w:rsidRPr="00AC3D42">
        <w:rPr>
          <w:rFonts w:ascii="Arial" w:hAnsi="Arial" w:cs="Arial"/>
        </w:rPr>
        <w:t>velarán</w:t>
      </w:r>
      <w:proofErr w:type="spellEnd"/>
      <w:r w:rsidRPr="00AC3D42">
        <w:rPr>
          <w:rFonts w:ascii="Arial" w:hAnsi="Arial" w:cs="Arial"/>
        </w:rPr>
        <w:t xml:space="preserve"> </w:t>
      </w:r>
      <w:proofErr w:type="spellStart"/>
      <w:r w:rsidRPr="00AC3D42">
        <w:rPr>
          <w:rFonts w:ascii="Arial" w:hAnsi="Arial" w:cs="Arial"/>
        </w:rPr>
        <w:t>por</w:t>
      </w:r>
      <w:proofErr w:type="spellEnd"/>
      <w:r w:rsidRPr="00AC3D42">
        <w:rPr>
          <w:rFonts w:ascii="Arial" w:hAnsi="Arial" w:cs="Arial"/>
        </w:rPr>
        <w:t xml:space="preserve"> </w:t>
      </w:r>
      <w:proofErr w:type="spellStart"/>
      <w:r w:rsidRPr="00AC3D42">
        <w:rPr>
          <w:rFonts w:ascii="Arial" w:hAnsi="Arial" w:cs="Arial"/>
        </w:rPr>
        <w:t>el</w:t>
      </w:r>
      <w:proofErr w:type="spellEnd"/>
      <w:r w:rsidRPr="00AC3D42">
        <w:rPr>
          <w:rFonts w:ascii="Arial" w:hAnsi="Arial" w:cs="Arial"/>
        </w:rPr>
        <w:t xml:space="preserve"> </w:t>
      </w:r>
      <w:proofErr w:type="spellStart"/>
      <w:r w:rsidRPr="00AC3D42">
        <w:rPr>
          <w:rFonts w:ascii="Arial" w:hAnsi="Arial" w:cs="Arial"/>
        </w:rPr>
        <w:t>desarrollo</w:t>
      </w:r>
      <w:proofErr w:type="spellEnd"/>
      <w:r w:rsidRPr="00AC3D42">
        <w:rPr>
          <w:rFonts w:ascii="Arial" w:hAnsi="Arial" w:cs="Arial"/>
        </w:rPr>
        <w:t xml:space="preserve"> de </w:t>
      </w:r>
      <w:proofErr w:type="spellStart"/>
      <w:r w:rsidRPr="00AC3D42">
        <w:rPr>
          <w:rFonts w:ascii="Arial" w:hAnsi="Arial" w:cs="Arial"/>
        </w:rPr>
        <w:t>comunidades</w:t>
      </w:r>
      <w:proofErr w:type="spellEnd"/>
      <w:r w:rsidRPr="00AC3D42">
        <w:rPr>
          <w:rFonts w:ascii="Arial" w:hAnsi="Arial" w:cs="Arial"/>
        </w:rPr>
        <w:t xml:space="preserve"> </w:t>
      </w:r>
      <w:proofErr w:type="spellStart"/>
      <w:r w:rsidRPr="00AC3D42">
        <w:rPr>
          <w:rFonts w:ascii="Arial" w:hAnsi="Arial" w:cs="Arial"/>
        </w:rPr>
        <w:t>educativas</w:t>
      </w:r>
      <w:proofErr w:type="spellEnd"/>
      <w:r>
        <w:rPr>
          <w:rFonts w:ascii="Arial" w:hAnsi="Arial" w:cs="Arial"/>
        </w:rPr>
        <w:t xml:space="preserve"> </w:t>
      </w:r>
      <w:proofErr w:type="spellStart"/>
      <w:r w:rsidRPr="00AC3D42">
        <w:rPr>
          <w:rFonts w:ascii="Arial" w:hAnsi="Arial" w:cs="Arial"/>
        </w:rPr>
        <w:t>inclusivas</w:t>
      </w:r>
      <w:proofErr w:type="spellEnd"/>
      <w:r w:rsidRPr="00AC3D42">
        <w:rPr>
          <w:rFonts w:ascii="Arial" w:hAnsi="Arial" w:cs="Arial"/>
        </w:rPr>
        <w:t xml:space="preserve">. </w:t>
      </w:r>
      <w:proofErr w:type="spellStart"/>
      <w:r w:rsidRPr="00AC3D42">
        <w:rPr>
          <w:rFonts w:ascii="Arial" w:hAnsi="Arial" w:cs="Arial"/>
        </w:rPr>
        <w:t>Asimismo</w:t>
      </w:r>
      <w:proofErr w:type="spellEnd"/>
      <w:r w:rsidRPr="00AC3D42">
        <w:rPr>
          <w:rFonts w:ascii="Arial" w:hAnsi="Arial" w:cs="Arial"/>
        </w:rPr>
        <w:t xml:space="preserve">, </w:t>
      </w:r>
      <w:proofErr w:type="spellStart"/>
      <w:r w:rsidRPr="00AC3D42">
        <w:rPr>
          <w:rFonts w:ascii="Arial" w:hAnsi="Arial" w:cs="Arial"/>
        </w:rPr>
        <w:t>efectuarán</w:t>
      </w:r>
      <w:proofErr w:type="spellEnd"/>
      <w:r w:rsidRPr="00AC3D42">
        <w:rPr>
          <w:rFonts w:ascii="Arial" w:hAnsi="Arial" w:cs="Arial"/>
        </w:rPr>
        <w:t xml:space="preserve"> </w:t>
      </w:r>
      <w:proofErr w:type="spellStart"/>
      <w:r w:rsidRPr="00AC3D42">
        <w:rPr>
          <w:rFonts w:ascii="Arial" w:hAnsi="Arial" w:cs="Arial"/>
        </w:rPr>
        <w:t>los</w:t>
      </w:r>
      <w:proofErr w:type="spellEnd"/>
      <w:r w:rsidRPr="00AC3D42">
        <w:rPr>
          <w:rFonts w:ascii="Arial" w:hAnsi="Arial" w:cs="Arial"/>
        </w:rPr>
        <w:t xml:space="preserve"> </w:t>
      </w:r>
      <w:proofErr w:type="spellStart"/>
      <w:r w:rsidRPr="00AC3D42">
        <w:rPr>
          <w:rFonts w:ascii="Arial" w:hAnsi="Arial" w:cs="Arial"/>
        </w:rPr>
        <w:t>ajustes</w:t>
      </w:r>
      <w:proofErr w:type="spellEnd"/>
      <w:r w:rsidRPr="00AC3D42">
        <w:rPr>
          <w:rFonts w:ascii="Arial" w:hAnsi="Arial" w:cs="Arial"/>
        </w:rPr>
        <w:t xml:space="preserve"> </w:t>
      </w:r>
      <w:proofErr w:type="spellStart"/>
      <w:r w:rsidRPr="00AC3D42">
        <w:rPr>
          <w:rFonts w:ascii="Arial" w:hAnsi="Arial" w:cs="Arial"/>
        </w:rPr>
        <w:t>necesarios</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sus </w:t>
      </w:r>
      <w:proofErr w:type="spellStart"/>
      <w:r w:rsidRPr="00AC3D42">
        <w:rPr>
          <w:rFonts w:ascii="Arial" w:hAnsi="Arial" w:cs="Arial"/>
        </w:rPr>
        <w:t>reglamentos</w:t>
      </w:r>
      <w:proofErr w:type="spellEnd"/>
      <w:r w:rsidRPr="00AC3D42">
        <w:rPr>
          <w:rFonts w:ascii="Arial" w:hAnsi="Arial" w:cs="Arial"/>
        </w:rPr>
        <w:t xml:space="preserve"> y</w:t>
      </w:r>
      <w:r>
        <w:rPr>
          <w:rFonts w:ascii="Arial" w:hAnsi="Arial" w:cs="Arial"/>
        </w:rPr>
        <w:t xml:space="preserve"> </w:t>
      </w:r>
      <w:proofErr w:type="spellStart"/>
      <w:r w:rsidRPr="00AC3D42">
        <w:rPr>
          <w:rFonts w:ascii="Arial" w:hAnsi="Arial" w:cs="Arial"/>
        </w:rPr>
        <w:t>procedimientos</w:t>
      </w:r>
      <w:proofErr w:type="spellEnd"/>
      <w:r w:rsidRPr="00AC3D42">
        <w:rPr>
          <w:rFonts w:ascii="Arial" w:hAnsi="Arial" w:cs="Arial"/>
        </w:rPr>
        <w:t xml:space="preserve"> </w:t>
      </w:r>
      <w:proofErr w:type="spellStart"/>
      <w:r w:rsidRPr="00AC3D42">
        <w:rPr>
          <w:rFonts w:ascii="Arial" w:hAnsi="Arial" w:cs="Arial"/>
        </w:rPr>
        <w:t>internos</w:t>
      </w:r>
      <w:proofErr w:type="spellEnd"/>
      <w:r w:rsidRPr="00AC3D42">
        <w:rPr>
          <w:rFonts w:ascii="Arial" w:hAnsi="Arial" w:cs="Arial"/>
        </w:rPr>
        <w:t xml:space="preserve">, que </w:t>
      </w:r>
      <w:proofErr w:type="spellStart"/>
      <w:r w:rsidRPr="00AC3D42">
        <w:rPr>
          <w:rFonts w:ascii="Arial" w:hAnsi="Arial" w:cs="Arial"/>
        </w:rPr>
        <w:t>consideren</w:t>
      </w:r>
      <w:proofErr w:type="spellEnd"/>
      <w:r w:rsidRPr="00AC3D42">
        <w:rPr>
          <w:rFonts w:ascii="Arial" w:hAnsi="Arial" w:cs="Arial"/>
        </w:rPr>
        <w:t xml:space="preserve"> la </w:t>
      </w:r>
      <w:proofErr w:type="spellStart"/>
      <w:r w:rsidRPr="00AC3D42">
        <w:rPr>
          <w:rFonts w:ascii="Arial" w:hAnsi="Arial" w:cs="Arial"/>
        </w:rPr>
        <w:t>diversidad</w:t>
      </w:r>
      <w:proofErr w:type="spellEnd"/>
      <w:r w:rsidRPr="00AC3D42">
        <w:rPr>
          <w:rFonts w:ascii="Arial" w:hAnsi="Arial" w:cs="Arial"/>
        </w:rPr>
        <w:t xml:space="preserve"> de sus </w:t>
      </w:r>
      <w:proofErr w:type="spellStart"/>
      <w:r w:rsidRPr="00AC3D42">
        <w:rPr>
          <w:rFonts w:ascii="Arial" w:hAnsi="Arial" w:cs="Arial"/>
        </w:rPr>
        <w:t>estudiantes</w:t>
      </w:r>
      <w:proofErr w:type="spellEnd"/>
      <w:r w:rsidRPr="00AC3D42">
        <w:rPr>
          <w:rFonts w:ascii="Arial" w:hAnsi="Arial" w:cs="Arial"/>
        </w:rPr>
        <w:t xml:space="preserve"> y </w:t>
      </w:r>
      <w:proofErr w:type="spellStart"/>
      <w:r w:rsidRPr="00AC3D42">
        <w:rPr>
          <w:rFonts w:ascii="Arial" w:hAnsi="Arial" w:cs="Arial"/>
        </w:rPr>
        <w:t>permitan</w:t>
      </w:r>
      <w:proofErr w:type="spellEnd"/>
      <w:r w:rsidRPr="00AC3D42">
        <w:rPr>
          <w:rFonts w:ascii="Arial" w:hAnsi="Arial" w:cs="Arial"/>
        </w:rPr>
        <w:t xml:space="preserve"> </w:t>
      </w:r>
      <w:proofErr w:type="spellStart"/>
      <w:r w:rsidRPr="00AC3D42">
        <w:rPr>
          <w:rFonts w:ascii="Arial" w:hAnsi="Arial" w:cs="Arial"/>
        </w:rPr>
        <w:t>el</w:t>
      </w:r>
      <w:proofErr w:type="spellEnd"/>
      <w:r>
        <w:rPr>
          <w:rFonts w:ascii="Arial" w:hAnsi="Arial" w:cs="Arial"/>
        </w:rPr>
        <w:t xml:space="preserve"> </w:t>
      </w:r>
      <w:proofErr w:type="spellStart"/>
      <w:r w:rsidRPr="00AC3D42">
        <w:rPr>
          <w:rFonts w:ascii="Arial" w:hAnsi="Arial" w:cs="Arial"/>
        </w:rPr>
        <w:t>abordaje</w:t>
      </w:r>
      <w:proofErr w:type="spellEnd"/>
      <w:r w:rsidRPr="00AC3D42">
        <w:rPr>
          <w:rFonts w:ascii="Arial" w:hAnsi="Arial" w:cs="Arial"/>
        </w:rPr>
        <w:t xml:space="preserve"> de </w:t>
      </w:r>
      <w:proofErr w:type="spellStart"/>
      <w:r w:rsidRPr="00AC3D42">
        <w:rPr>
          <w:rFonts w:ascii="Arial" w:hAnsi="Arial" w:cs="Arial"/>
        </w:rPr>
        <w:t>desregulaciones</w:t>
      </w:r>
      <w:proofErr w:type="spellEnd"/>
      <w:r w:rsidRPr="00AC3D42">
        <w:rPr>
          <w:rFonts w:ascii="Arial" w:hAnsi="Arial" w:cs="Arial"/>
        </w:rPr>
        <w:t xml:space="preserve"> </w:t>
      </w:r>
      <w:proofErr w:type="spellStart"/>
      <w:r w:rsidRPr="00AC3D42">
        <w:rPr>
          <w:rFonts w:ascii="Arial" w:hAnsi="Arial" w:cs="Arial"/>
        </w:rPr>
        <w:t>emocionales</w:t>
      </w:r>
      <w:proofErr w:type="spellEnd"/>
      <w:r w:rsidRPr="00AC3D42">
        <w:rPr>
          <w:rFonts w:ascii="Arial" w:hAnsi="Arial" w:cs="Arial"/>
        </w:rPr>
        <w:t xml:space="preserve"> y </w:t>
      </w:r>
      <w:proofErr w:type="spellStart"/>
      <w:r w:rsidRPr="00AC3D42">
        <w:rPr>
          <w:rFonts w:ascii="Arial" w:hAnsi="Arial" w:cs="Arial"/>
        </w:rPr>
        <w:t>conductuales</w:t>
      </w:r>
      <w:proofErr w:type="spellEnd"/>
      <w:r w:rsidRPr="00AC3D42">
        <w:rPr>
          <w:rFonts w:ascii="Arial" w:hAnsi="Arial" w:cs="Arial"/>
        </w:rPr>
        <w:t>.</w:t>
      </w:r>
    </w:p>
    <w:p w14:paraId="3BB55E13" w14:textId="77777777" w:rsidR="00893C50" w:rsidRDefault="00893C50" w:rsidP="00893C50">
      <w:pPr>
        <w:pStyle w:val="Textoindependiente"/>
        <w:spacing w:line="360" w:lineRule="auto"/>
        <w:ind w:right="49"/>
        <w:jc w:val="both"/>
        <w:rPr>
          <w:rFonts w:ascii="Arial" w:hAnsi="Arial" w:cs="Arial"/>
        </w:rPr>
      </w:pPr>
    </w:p>
    <w:p w14:paraId="37E6D5AC" w14:textId="77777777" w:rsidR="00893C50" w:rsidRDefault="00893C50" w:rsidP="00893C50">
      <w:pPr>
        <w:pStyle w:val="Textoindependiente"/>
        <w:spacing w:line="360" w:lineRule="auto"/>
        <w:ind w:right="49"/>
        <w:jc w:val="both"/>
        <w:rPr>
          <w:rFonts w:ascii="Arial" w:hAnsi="Arial" w:cs="Arial"/>
        </w:rPr>
      </w:pPr>
      <w:r w:rsidRPr="009E686D">
        <w:rPr>
          <w:rFonts w:ascii="Arial" w:hAnsi="Arial" w:cs="Arial"/>
        </w:rPr>
        <w:t xml:space="preserve">En </w:t>
      </w:r>
      <w:proofErr w:type="spellStart"/>
      <w:r w:rsidRPr="009E686D">
        <w:rPr>
          <w:rFonts w:ascii="Arial" w:hAnsi="Arial" w:cs="Arial"/>
        </w:rPr>
        <w:t>el</w:t>
      </w:r>
      <w:proofErr w:type="spellEnd"/>
      <w:r w:rsidRPr="009E686D">
        <w:rPr>
          <w:rFonts w:ascii="Arial" w:hAnsi="Arial" w:cs="Arial"/>
        </w:rPr>
        <w:t xml:space="preserve"> Plan de </w:t>
      </w:r>
      <w:proofErr w:type="spellStart"/>
      <w:r w:rsidRPr="009E686D">
        <w:rPr>
          <w:rFonts w:ascii="Arial" w:hAnsi="Arial" w:cs="Arial"/>
        </w:rPr>
        <w:t>acompañamiento</w:t>
      </w:r>
      <w:proofErr w:type="spellEnd"/>
      <w:r w:rsidRPr="009E686D">
        <w:rPr>
          <w:rFonts w:ascii="Arial" w:hAnsi="Arial" w:cs="Arial"/>
        </w:rPr>
        <w:t xml:space="preserve"> </w:t>
      </w:r>
      <w:proofErr w:type="spellStart"/>
      <w:r w:rsidRPr="009E686D">
        <w:rPr>
          <w:rFonts w:ascii="Arial" w:hAnsi="Arial" w:cs="Arial"/>
        </w:rPr>
        <w:t>emocional</w:t>
      </w:r>
      <w:proofErr w:type="spellEnd"/>
      <w:r w:rsidRPr="009E686D">
        <w:rPr>
          <w:rFonts w:ascii="Arial" w:hAnsi="Arial" w:cs="Arial"/>
        </w:rPr>
        <w:t xml:space="preserve"> y </w:t>
      </w:r>
      <w:proofErr w:type="spellStart"/>
      <w:r w:rsidRPr="009E686D">
        <w:rPr>
          <w:rFonts w:ascii="Arial" w:hAnsi="Arial" w:cs="Arial"/>
        </w:rPr>
        <w:t>conductual</w:t>
      </w:r>
      <w:proofErr w:type="spellEnd"/>
      <w:r w:rsidRPr="009E686D">
        <w:rPr>
          <w:rFonts w:ascii="Arial" w:hAnsi="Arial" w:cs="Arial"/>
        </w:rPr>
        <w:t xml:space="preserve">, </w:t>
      </w:r>
      <w:proofErr w:type="spellStart"/>
      <w:r w:rsidRPr="009E686D">
        <w:rPr>
          <w:rFonts w:ascii="Arial" w:hAnsi="Arial" w:cs="Arial"/>
        </w:rPr>
        <w:t>entrega</w:t>
      </w:r>
      <w:proofErr w:type="spellEnd"/>
      <w:r w:rsidRPr="009E686D">
        <w:rPr>
          <w:rFonts w:ascii="Arial" w:hAnsi="Arial" w:cs="Arial"/>
        </w:rPr>
        <w:t xml:space="preserve"> </w:t>
      </w:r>
      <w:proofErr w:type="spellStart"/>
      <w:r w:rsidRPr="009E686D">
        <w:rPr>
          <w:rFonts w:ascii="Arial" w:hAnsi="Arial" w:cs="Arial"/>
        </w:rPr>
        <w:t>indicaciones</w:t>
      </w:r>
      <w:proofErr w:type="spellEnd"/>
      <w:r w:rsidRPr="009E686D">
        <w:rPr>
          <w:rFonts w:ascii="Arial" w:hAnsi="Arial" w:cs="Arial"/>
        </w:rPr>
        <w:t xml:space="preserve"> </w:t>
      </w:r>
      <w:proofErr w:type="spellStart"/>
      <w:r w:rsidRPr="009E686D">
        <w:rPr>
          <w:rFonts w:ascii="Arial" w:hAnsi="Arial" w:cs="Arial"/>
        </w:rPr>
        <w:t>sobre</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diagnóstico</w:t>
      </w:r>
      <w:proofErr w:type="spellEnd"/>
      <w:r w:rsidRPr="009E686D">
        <w:rPr>
          <w:rFonts w:ascii="Arial" w:hAnsi="Arial" w:cs="Arial"/>
        </w:rPr>
        <w:t xml:space="preserve"> para </w:t>
      </w:r>
      <w:proofErr w:type="spellStart"/>
      <w:r w:rsidRPr="009E686D">
        <w:rPr>
          <w:rFonts w:ascii="Arial" w:hAnsi="Arial" w:cs="Arial"/>
        </w:rPr>
        <w:t>efectos</w:t>
      </w:r>
      <w:proofErr w:type="spellEnd"/>
      <w:r w:rsidRPr="009E686D">
        <w:rPr>
          <w:rFonts w:ascii="Arial" w:hAnsi="Arial" w:cs="Arial"/>
        </w:rPr>
        <w:t xml:space="preserve"> </w:t>
      </w:r>
      <w:proofErr w:type="spellStart"/>
      <w:r w:rsidRPr="009E686D">
        <w:rPr>
          <w:rFonts w:ascii="Arial" w:hAnsi="Arial" w:cs="Arial"/>
        </w:rPr>
        <w:t>educativos</w:t>
      </w:r>
      <w:proofErr w:type="spellEnd"/>
      <w:r w:rsidRPr="009E686D">
        <w:rPr>
          <w:rFonts w:ascii="Arial" w:hAnsi="Arial" w:cs="Arial"/>
        </w:rPr>
        <w:t xml:space="preserve">; </w:t>
      </w:r>
      <w:proofErr w:type="spellStart"/>
      <w:r w:rsidRPr="009E686D">
        <w:rPr>
          <w:rFonts w:ascii="Arial" w:hAnsi="Arial" w:cs="Arial"/>
        </w:rPr>
        <w:t>obligaciones</w:t>
      </w:r>
      <w:proofErr w:type="spellEnd"/>
      <w:r w:rsidRPr="009E686D">
        <w:rPr>
          <w:rFonts w:ascii="Arial" w:hAnsi="Arial" w:cs="Arial"/>
        </w:rPr>
        <w:t xml:space="preserve"> </w:t>
      </w:r>
      <w:proofErr w:type="spellStart"/>
      <w:r w:rsidRPr="009E686D">
        <w:rPr>
          <w:rFonts w:ascii="Arial" w:hAnsi="Arial" w:cs="Arial"/>
        </w:rPr>
        <w:t>específicas</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cuanto</w:t>
      </w:r>
      <w:proofErr w:type="spellEnd"/>
      <w:r w:rsidRPr="009E686D">
        <w:rPr>
          <w:rFonts w:ascii="Arial" w:hAnsi="Arial" w:cs="Arial"/>
        </w:rPr>
        <w:t xml:space="preserve"> al </w:t>
      </w:r>
      <w:proofErr w:type="spellStart"/>
      <w:r w:rsidRPr="009E686D">
        <w:rPr>
          <w:rFonts w:ascii="Arial" w:hAnsi="Arial" w:cs="Arial"/>
        </w:rPr>
        <w:t>acceso</w:t>
      </w:r>
      <w:proofErr w:type="spellEnd"/>
      <w:r w:rsidRPr="009E686D">
        <w:rPr>
          <w:rFonts w:ascii="Arial" w:hAnsi="Arial" w:cs="Arial"/>
        </w:rPr>
        <w:t xml:space="preserve"> a la </w:t>
      </w:r>
      <w:proofErr w:type="spellStart"/>
      <w:r w:rsidRPr="009E686D">
        <w:rPr>
          <w:rFonts w:ascii="Arial" w:hAnsi="Arial" w:cs="Arial"/>
        </w:rPr>
        <w:t>educación</w:t>
      </w:r>
      <w:proofErr w:type="spellEnd"/>
      <w:r w:rsidRPr="009E686D">
        <w:rPr>
          <w:rFonts w:ascii="Arial" w:hAnsi="Arial" w:cs="Arial"/>
        </w:rPr>
        <w:t xml:space="preserve"> y al </w:t>
      </w:r>
      <w:proofErr w:type="spellStart"/>
      <w:r w:rsidRPr="009E686D">
        <w:rPr>
          <w:rFonts w:ascii="Arial" w:hAnsi="Arial" w:cs="Arial"/>
        </w:rPr>
        <w:t>desarrollo</w:t>
      </w:r>
      <w:proofErr w:type="spellEnd"/>
      <w:r w:rsidRPr="009E686D">
        <w:rPr>
          <w:rFonts w:ascii="Arial" w:hAnsi="Arial" w:cs="Arial"/>
        </w:rPr>
        <w:t xml:space="preserve"> de </w:t>
      </w:r>
      <w:proofErr w:type="spellStart"/>
      <w:r w:rsidRPr="009E686D">
        <w:rPr>
          <w:rFonts w:ascii="Arial" w:hAnsi="Arial" w:cs="Arial"/>
        </w:rPr>
        <w:t>comunidades</w:t>
      </w:r>
      <w:proofErr w:type="spellEnd"/>
      <w:r w:rsidRPr="009E686D">
        <w:rPr>
          <w:rFonts w:ascii="Arial" w:hAnsi="Arial" w:cs="Arial"/>
        </w:rPr>
        <w:t xml:space="preserve"> </w:t>
      </w:r>
      <w:proofErr w:type="spellStart"/>
      <w:r w:rsidRPr="009E686D">
        <w:rPr>
          <w:rFonts w:ascii="Arial" w:hAnsi="Arial" w:cs="Arial"/>
        </w:rPr>
        <w:t>inclusivas</w:t>
      </w:r>
      <w:proofErr w:type="spellEnd"/>
      <w:r w:rsidRPr="009E686D">
        <w:rPr>
          <w:rFonts w:ascii="Arial" w:hAnsi="Arial" w:cs="Arial"/>
        </w:rPr>
        <w:t xml:space="preserve">; </w:t>
      </w:r>
      <w:proofErr w:type="spellStart"/>
      <w:r w:rsidRPr="009E686D">
        <w:rPr>
          <w:rFonts w:ascii="Arial" w:hAnsi="Arial" w:cs="Arial"/>
        </w:rPr>
        <w:t>acerca</w:t>
      </w:r>
      <w:proofErr w:type="spellEnd"/>
      <w:r w:rsidRPr="009E686D">
        <w:rPr>
          <w:rFonts w:ascii="Arial" w:hAnsi="Arial" w:cs="Arial"/>
        </w:rPr>
        <w:t xml:space="preserve"> de la </w:t>
      </w:r>
      <w:proofErr w:type="spellStart"/>
      <w:r w:rsidRPr="009E686D">
        <w:rPr>
          <w:rFonts w:ascii="Arial" w:hAnsi="Arial" w:cs="Arial"/>
        </w:rPr>
        <w:t>aplicación</w:t>
      </w:r>
      <w:proofErr w:type="spellEnd"/>
      <w:r w:rsidRPr="009E686D">
        <w:rPr>
          <w:rFonts w:ascii="Arial" w:hAnsi="Arial" w:cs="Arial"/>
        </w:rPr>
        <w:t xml:space="preserve"> de </w:t>
      </w:r>
      <w:proofErr w:type="spellStart"/>
      <w:r w:rsidRPr="009E686D">
        <w:rPr>
          <w:rFonts w:ascii="Arial" w:hAnsi="Arial" w:cs="Arial"/>
        </w:rPr>
        <w:t>medidas</w:t>
      </w:r>
      <w:proofErr w:type="spellEnd"/>
      <w:r w:rsidRPr="009E686D">
        <w:rPr>
          <w:rFonts w:ascii="Arial" w:hAnsi="Arial" w:cs="Arial"/>
        </w:rPr>
        <w:t xml:space="preserve"> </w:t>
      </w:r>
      <w:proofErr w:type="spellStart"/>
      <w:r w:rsidRPr="009E686D">
        <w:rPr>
          <w:rFonts w:ascii="Arial" w:hAnsi="Arial" w:cs="Arial"/>
        </w:rPr>
        <w:t>disciplinarias</w:t>
      </w:r>
      <w:proofErr w:type="spellEnd"/>
      <w:r w:rsidRPr="009E686D">
        <w:rPr>
          <w:rFonts w:ascii="Arial" w:hAnsi="Arial" w:cs="Arial"/>
        </w:rPr>
        <w:t xml:space="preserve">; </w:t>
      </w:r>
      <w:proofErr w:type="spellStart"/>
      <w:r w:rsidRPr="009E686D">
        <w:rPr>
          <w:rFonts w:ascii="Arial" w:hAnsi="Arial" w:cs="Arial"/>
        </w:rPr>
        <w:t>frente</w:t>
      </w:r>
      <w:proofErr w:type="spellEnd"/>
      <w:r w:rsidRPr="009E686D">
        <w:rPr>
          <w:rFonts w:ascii="Arial" w:hAnsi="Arial" w:cs="Arial"/>
        </w:rPr>
        <w:t xml:space="preserve"> a </w:t>
      </w:r>
      <w:proofErr w:type="spellStart"/>
      <w:r w:rsidRPr="009E686D">
        <w:rPr>
          <w:rFonts w:ascii="Arial" w:hAnsi="Arial" w:cs="Arial"/>
        </w:rPr>
        <w:t>situaciones</w:t>
      </w:r>
      <w:proofErr w:type="spellEnd"/>
      <w:r w:rsidRPr="009E686D">
        <w:rPr>
          <w:rFonts w:ascii="Arial" w:hAnsi="Arial" w:cs="Arial"/>
        </w:rPr>
        <w:t xml:space="preserve"> de </w:t>
      </w:r>
      <w:proofErr w:type="spellStart"/>
      <w:r w:rsidRPr="009E686D">
        <w:rPr>
          <w:rFonts w:ascii="Arial" w:hAnsi="Arial" w:cs="Arial"/>
        </w:rPr>
        <w:t>desregulación</w:t>
      </w:r>
      <w:proofErr w:type="spellEnd"/>
      <w:r w:rsidRPr="009E686D">
        <w:rPr>
          <w:rFonts w:ascii="Arial" w:hAnsi="Arial" w:cs="Arial"/>
        </w:rPr>
        <w:t xml:space="preserve"> </w:t>
      </w:r>
      <w:proofErr w:type="spellStart"/>
      <w:r w:rsidRPr="009E686D">
        <w:rPr>
          <w:rFonts w:ascii="Arial" w:hAnsi="Arial" w:cs="Arial"/>
        </w:rPr>
        <w:t>emocional</w:t>
      </w:r>
      <w:proofErr w:type="spellEnd"/>
      <w:r w:rsidRPr="009E686D">
        <w:rPr>
          <w:rFonts w:ascii="Arial" w:hAnsi="Arial" w:cs="Arial"/>
        </w:rPr>
        <w:t xml:space="preserve"> y </w:t>
      </w:r>
      <w:proofErr w:type="spellStart"/>
      <w:r w:rsidRPr="009E686D">
        <w:rPr>
          <w:rFonts w:ascii="Arial" w:hAnsi="Arial" w:cs="Arial"/>
        </w:rPr>
        <w:t>conductual</w:t>
      </w:r>
      <w:proofErr w:type="spellEnd"/>
      <w:r w:rsidRPr="009E686D">
        <w:rPr>
          <w:rFonts w:ascii="Arial" w:hAnsi="Arial" w:cs="Arial"/>
        </w:rPr>
        <w:t xml:space="preserve"> e </w:t>
      </w:r>
      <w:proofErr w:type="spellStart"/>
      <w:r w:rsidRPr="009E686D">
        <w:rPr>
          <w:rFonts w:ascii="Arial" w:hAnsi="Arial" w:cs="Arial"/>
        </w:rPr>
        <w:lastRenderedPageBreak/>
        <w:t>implementación</w:t>
      </w:r>
      <w:proofErr w:type="spellEnd"/>
      <w:r w:rsidRPr="009E686D">
        <w:rPr>
          <w:rFonts w:ascii="Arial" w:hAnsi="Arial" w:cs="Arial"/>
        </w:rPr>
        <w:t xml:space="preserve"> de </w:t>
      </w:r>
      <w:proofErr w:type="spellStart"/>
      <w:r w:rsidRPr="009E686D">
        <w:rPr>
          <w:rFonts w:ascii="Arial" w:hAnsi="Arial" w:cs="Arial"/>
        </w:rPr>
        <w:t>protocolo</w:t>
      </w:r>
      <w:proofErr w:type="spellEnd"/>
      <w:r w:rsidRPr="009E686D">
        <w:rPr>
          <w:rFonts w:ascii="Arial" w:hAnsi="Arial" w:cs="Arial"/>
        </w:rPr>
        <w:t xml:space="preserve"> de </w:t>
      </w:r>
      <w:proofErr w:type="spellStart"/>
      <w:r w:rsidRPr="009E686D">
        <w:rPr>
          <w:rFonts w:ascii="Arial" w:hAnsi="Arial" w:cs="Arial"/>
        </w:rPr>
        <w:t>respuesta</w:t>
      </w:r>
      <w:proofErr w:type="spellEnd"/>
      <w:r w:rsidRPr="009E686D">
        <w:rPr>
          <w:rFonts w:ascii="Arial" w:hAnsi="Arial" w:cs="Arial"/>
        </w:rPr>
        <w:t xml:space="preserve"> y </w:t>
      </w:r>
      <w:proofErr w:type="spellStart"/>
      <w:r w:rsidRPr="009E686D">
        <w:rPr>
          <w:rFonts w:ascii="Arial" w:hAnsi="Arial" w:cs="Arial"/>
        </w:rPr>
        <w:t>atención</w:t>
      </w:r>
      <w:proofErr w:type="spellEnd"/>
      <w:r w:rsidRPr="009E686D">
        <w:rPr>
          <w:rFonts w:ascii="Arial" w:hAnsi="Arial" w:cs="Arial"/>
        </w:rPr>
        <w:t xml:space="preserve"> a </w:t>
      </w:r>
      <w:proofErr w:type="spellStart"/>
      <w:r w:rsidRPr="009E686D">
        <w:rPr>
          <w:rFonts w:ascii="Arial" w:hAnsi="Arial" w:cs="Arial"/>
        </w:rPr>
        <w:t>situaciones</w:t>
      </w:r>
      <w:proofErr w:type="spellEnd"/>
      <w:r w:rsidRPr="009E686D">
        <w:rPr>
          <w:rFonts w:ascii="Arial" w:hAnsi="Arial" w:cs="Arial"/>
        </w:rPr>
        <w:t xml:space="preserve"> </w:t>
      </w:r>
      <w:proofErr w:type="spellStart"/>
      <w:r w:rsidRPr="009E686D">
        <w:rPr>
          <w:rFonts w:ascii="Arial" w:hAnsi="Arial" w:cs="Arial"/>
        </w:rPr>
        <w:t>desafiantes</w:t>
      </w:r>
      <w:proofErr w:type="spellEnd"/>
      <w:r w:rsidRPr="009E686D">
        <w:rPr>
          <w:rFonts w:ascii="Arial" w:hAnsi="Arial" w:cs="Arial"/>
        </w:rPr>
        <w:t xml:space="preserve"> con </w:t>
      </w:r>
      <w:proofErr w:type="spellStart"/>
      <w:r w:rsidRPr="009E686D">
        <w:rPr>
          <w:rFonts w:ascii="Arial" w:hAnsi="Arial" w:cs="Arial"/>
        </w:rPr>
        <w:t>niños</w:t>
      </w:r>
      <w:proofErr w:type="spellEnd"/>
      <w:r w:rsidRPr="009E686D">
        <w:rPr>
          <w:rFonts w:ascii="Arial" w:hAnsi="Arial" w:cs="Arial"/>
        </w:rPr>
        <w:t xml:space="preserve">, </w:t>
      </w:r>
      <w:proofErr w:type="spellStart"/>
      <w:r w:rsidRPr="009E686D">
        <w:rPr>
          <w:rFonts w:ascii="Arial" w:hAnsi="Arial" w:cs="Arial"/>
        </w:rPr>
        <w:t>niñas</w:t>
      </w:r>
      <w:proofErr w:type="spellEnd"/>
      <w:r w:rsidRPr="009E686D">
        <w:rPr>
          <w:rFonts w:ascii="Arial" w:hAnsi="Arial" w:cs="Arial"/>
        </w:rPr>
        <w:t xml:space="preserve"> y </w:t>
      </w:r>
      <w:proofErr w:type="spellStart"/>
      <w:r w:rsidRPr="009E686D">
        <w:rPr>
          <w:rFonts w:ascii="Arial" w:hAnsi="Arial" w:cs="Arial"/>
        </w:rPr>
        <w:t>estudiantes</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espectro</w:t>
      </w:r>
      <w:proofErr w:type="spellEnd"/>
      <w:r w:rsidRPr="009E686D">
        <w:rPr>
          <w:rFonts w:ascii="Arial" w:hAnsi="Arial" w:cs="Arial"/>
        </w:rPr>
        <w:t xml:space="preserve"> </w:t>
      </w:r>
      <w:proofErr w:type="spellStart"/>
      <w:r w:rsidRPr="009E686D">
        <w:rPr>
          <w:rFonts w:ascii="Arial" w:hAnsi="Arial" w:cs="Arial"/>
        </w:rPr>
        <w:t>autista</w:t>
      </w:r>
      <w:proofErr w:type="spellEnd"/>
      <w:r w:rsidRPr="009E686D">
        <w:rPr>
          <w:rFonts w:ascii="Arial" w:hAnsi="Arial" w:cs="Arial"/>
        </w:rPr>
        <w:t>.</w:t>
      </w:r>
    </w:p>
    <w:p w14:paraId="2D9FE800" w14:textId="77777777" w:rsidR="00893C50" w:rsidRDefault="00893C50" w:rsidP="00893C50">
      <w:pPr>
        <w:pStyle w:val="Textoindependiente"/>
        <w:spacing w:line="360" w:lineRule="auto"/>
        <w:ind w:right="49"/>
        <w:jc w:val="both"/>
        <w:rPr>
          <w:rFonts w:ascii="Arial" w:hAnsi="Arial" w:cs="Arial"/>
        </w:rPr>
      </w:pPr>
      <w:r w:rsidRPr="00AC3D42">
        <w:rPr>
          <w:rFonts w:ascii="Arial" w:hAnsi="Arial" w:cs="Arial"/>
          <w:b/>
          <w:bCs/>
        </w:rPr>
        <w:t>OBJETIVO</w:t>
      </w:r>
      <w:r w:rsidRPr="00AC3D42">
        <w:rPr>
          <w:rFonts w:ascii="Arial" w:hAnsi="Arial" w:cs="Arial"/>
        </w:rPr>
        <w:t xml:space="preserve">: </w:t>
      </w:r>
      <w:proofErr w:type="spellStart"/>
      <w:r w:rsidRPr="00AC3D42">
        <w:rPr>
          <w:rFonts w:ascii="Arial" w:hAnsi="Arial" w:cs="Arial"/>
        </w:rPr>
        <w:t>Entregar</w:t>
      </w:r>
      <w:proofErr w:type="spellEnd"/>
      <w:r w:rsidRPr="00AC3D42">
        <w:rPr>
          <w:rFonts w:ascii="Arial" w:hAnsi="Arial" w:cs="Arial"/>
        </w:rPr>
        <w:t xml:space="preserve"> </w:t>
      </w:r>
      <w:proofErr w:type="spellStart"/>
      <w:r w:rsidRPr="00AC3D42">
        <w:rPr>
          <w:rFonts w:ascii="Arial" w:hAnsi="Arial" w:cs="Arial"/>
        </w:rPr>
        <w:t>orientaciones</w:t>
      </w:r>
      <w:proofErr w:type="spellEnd"/>
      <w:r w:rsidRPr="00AC3D42">
        <w:rPr>
          <w:rFonts w:ascii="Arial" w:hAnsi="Arial" w:cs="Arial"/>
        </w:rPr>
        <w:t xml:space="preserve"> a la </w:t>
      </w:r>
      <w:proofErr w:type="spellStart"/>
      <w:r w:rsidRPr="009E686D">
        <w:rPr>
          <w:rFonts w:ascii="Arial" w:hAnsi="Arial" w:cs="Arial"/>
        </w:rPr>
        <w:t>comunidad</w:t>
      </w:r>
      <w:proofErr w:type="spellEnd"/>
      <w:r w:rsidRPr="009E686D">
        <w:rPr>
          <w:rFonts w:ascii="Arial" w:hAnsi="Arial" w:cs="Arial"/>
        </w:rPr>
        <w:t xml:space="preserve"> </w:t>
      </w:r>
      <w:proofErr w:type="spellStart"/>
      <w:r w:rsidRPr="009E686D">
        <w:rPr>
          <w:rFonts w:ascii="Arial" w:hAnsi="Arial" w:cs="Arial"/>
        </w:rPr>
        <w:t>Educativa</w:t>
      </w:r>
      <w:proofErr w:type="spellEnd"/>
      <w:r w:rsidRPr="009E686D">
        <w:rPr>
          <w:rFonts w:ascii="Arial" w:hAnsi="Arial" w:cs="Arial"/>
        </w:rPr>
        <w:t xml:space="preserve"> del Centro </w:t>
      </w:r>
      <w:proofErr w:type="spellStart"/>
      <w:r w:rsidRPr="009E686D">
        <w:rPr>
          <w:rFonts w:ascii="Arial" w:hAnsi="Arial" w:cs="Arial"/>
        </w:rPr>
        <w:t>Educacional</w:t>
      </w:r>
      <w:proofErr w:type="spellEnd"/>
      <w:r w:rsidRPr="009E686D">
        <w:rPr>
          <w:rFonts w:ascii="Arial" w:hAnsi="Arial" w:cs="Arial"/>
        </w:rPr>
        <w:t xml:space="preserve"> Adonay</w:t>
      </w:r>
      <w:r>
        <w:rPr>
          <w:rFonts w:ascii="Arial" w:hAnsi="Arial" w:cs="Arial"/>
        </w:rPr>
        <w:t xml:space="preserve"> </w:t>
      </w:r>
      <w:proofErr w:type="spellStart"/>
      <w:r w:rsidRPr="00AC3D42">
        <w:rPr>
          <w:rFonts w:ascii="Arial" w:hAnsi="Arial" w:cs="Arial"/>
        </w:rPr>
        <w:t>desde</w:t>
      </w:r>
      <w:proofErr w:type="spellEnd"/>
      <w:r w:rsidRPr="00AC3D42">
        <w:rPr>
          <w:rFonts w:ascii="Arial" w:hAnsi="Arial" w:cs="Arial"/>
        </w:rPr>
        <w:t xml:space="preserve"> un </w:t>
      </w:r>
      <w:proofErr w:type="spellStart"/>
      <w:r w:rsidRPr="00AC3D42">
        <w:rPr>
          <w:rFonts w:ascii="Arial" w:hAnsi="Arial" w:cs="Arial"/>
        </w:rPr>
        <w:t>enfoque</w:t>
      </w:r>
      <w:proofErr w:type="spellEnd"/>
      <w:r>
        <w:rPr>
          <w:rFonts w:ascii="Arial" w:hAnsi="Arial" w:cs="Arial"/>
        </w:rPr>
        <w:t xml:space="preserve"> </w:t>
      </w:r>
      <w:proofErr w:type="spellStart"/>
      <w:r w:rsidRPr="00AC3D42">
        <w:rPr>
          <w:rFonts w:ascii="Arial" w:hAnsi="Arial" w:cs="Arial"/>
        </w:rPr>
        <w:t>preventivo</w:t>
      </w:r>
      <w:proofErr w:type="spellEnd"/>
      <w:r w:rsidRPr="00AC3D42">
        <w:rPr>
          <w:rFonts w:ascii="Arial" w:hAnsi="Arial" w:cs="Arial"/>
        </w:rPr>
        <w:t xml:space="preserve"> </w:t>
      </w:r>
      <w:proofErr w:type="spellStart"/>
      <w:r w:rsidRPr="00AC3D42">
        <w:rPr>
          <w:rFonts w:ascii="Arial" w:hAnsi="Arial" w:cs="Arial"/>
        </w:rPr>
        <w:t>como</w:t>
      </w:r>
      <w:proofErr w:type="spellEnd"/>
      <w:r w:rsidRPr="00AC3D42">
        <w:rPr>
          <w:rFonts w:ascii="Arial" w:hAnsi="Arial" w:cs="Arial"/>
        </w:rPr>
        <w:t xml:space="preserve"> de </w:t>
      </w:r>
      <w:proofErr w:type="spellStart"/>
      <w:r w:rsidRPr="00AC3D42">
        <w:rPr>
          <w:rFonts w:ascii="Arial" w:hAnsi="Arial" w:cs="Arial"/>
        </w:rPr>
        <w:t>una</w:t>
      </w:r>
      <w:proofErr w:type="spellEnd"/>
      <w:r w:rsidRPr="00AC3D42">
        <w:rPr>
          <w:rFonts w:ascii="Arial" w:hAnsi="Arial" w:cs="Arial"/>
        </w:rPr>
        <w:t xml:space="preserve"> </w:t>
      </w:r>
      <w:proofErr w:type="spellStart"/>
      <w:r w:rsidRPr="00AC3D42">
        <w:rPr>
          <w:rFonts w:ascii="Arial" w:hAnsi="Arial" w:cs="Arial"/>
        </w:rPr>
        <w:t>intervención</w:t>
      </w:r>
      <w:proofErr w:type="spellEnd"/>
      <w:r w:rsidRPr="00AC3D42">
        <w:rPr>
          <w:rFonts w:ascii="Arial" w:hAnsi="Arial" w:cs="Arial"/>
        </w:rPr>
        <w:t xml:space="preserve"> </w:t>
      </w:r>
      <w:proofErr w:type="spellStart"/>
      <w:r w:rsidRPr="00AC3D42">
        <w:rPr>
          <w:rFonts w:ascii="Arial" w:hAnsi="Arial" w:cs="Arial"/>
        </w:rPr>
        <w:t>directa</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aquellas</w:t>
      </w:r>
      <w:proofErr w:type="spellEnd"/>
      <w:r w:rsidRPr="00AC3D42">
        <w:rPr>
          <w:rFonts w:ascii="Arial" w:hAnsi="Arial" w:cs="Arial"/>
        </w:rPr>
        <w:t xml:space="preserve"> </w:t>
      </w:r>
      <w:proofErr w:type="spellStart"/>
      <w:r w:rsidRPr="00AC3D42">
        <w:rPr>
          <w:rFonts w:ascii="Arial" w:hAnsi="Arial" w:cs="Arial"/>
        </w:rPr>
        <w:t>situaciones</w:t>
      </w:r>
      <w:proofErr w:type="spellEnd"/>
      <w:r w:rsidRPr="00AC3D42">
        <w:rPr>
          <w:rFonts w:ascii="Arial" w:hAnsi="Arial" w:cs="Arial"/>
        </w:rPr>
        <w:t xml:space="preserve"> de </w:t>
      </w:r>
      <w:proofErr w:type="spellStart"/>
      <w:r w:rsidRPr="00AC3D42">
        <w:rPr>
          <w:rFonts w:ascii="Arial" w:hAnsi="Arial" w:cs="Arial"/>
        </w:rPr>
        <w:t>desregulación</w:t>
      </w:r>
      <w:proofErr w:type="spellEnd"/>
      <w:r>
        <w:rPr>
          <w:rFonts w:ascii="Arial" w:hAnsi="Arial" w:cs="Arial"/>
        </w:rPr>
        <w:t xml:space="preserve"> </w:t>
      </w:r>
      <w:proofErr w:type="spellStart"/>
      <w:r w:rsidRPr="00AC3D42">
        <w:rPr>
          <w:rFonts w:ascii="Arial" w:hAnsi="Arial" w:cs="Arial"/>
        </w:rPr>
        <w:t>emocional</w:t>
      </w:r>
      <w:proofErr w:type="spellEnd"/>
      <w:r w:rsidRPr="00AC3D42">
        <w:rPr>
          <w:rFonts w:ascii="Arial" w:hAnsi="Arial" w:cs="Arial"/>
        </w:rPr>
        <w:t xml:space="preserve"> y </w:t>
      </w:r>
      <w:proofErr w:type="spellStart"/>
      <w:r w:rsidRPr="00AC3D42">
        <w:rPr>
          <w:rFonts w:ascii="Arial" w:hAnsi="Arial" w:cs="Arial"/>
        </w:rPr>
        <w:t>conductual</w:t>
      </w:r>
      <w:proofErr w:type="spellEnd"/>
      <w:r w:rsidRPr="00AC3D42">
        <w:rPr>
          <w:rFonts w:ascii="Arial" w:hAnsi="Arial" w:cs="Arial"/>
        </w:rPr>
        <w:t xml:space="preserve"> (DEC) de </w:t>
      </w:r>
      <w:proofErr w:type="spellStart"/>
      <w:r w:rsidRPr="00AC3D42">
        <w:rPr>
          <w:rFonts w:ascii="Arial" w:hAnsi="Arial" w:cs="Arial"/>
        </w:rPr>
        <w:t>estudiantes</w:t>
      </w:r>
      <w:proofErr w:type="spellEnd"/>
      <w:r w:rsidRPr="00AC3D42">
        <w:rPr>
          <w:rFonts w:ascii="Arial" w:hAnsi="Arial" w:cs="Arial"/>
        </w:rPr>
        <w:t xml:space="preserve"> u </w:t>
      </w:r>
      <w:proofErr w:type="spellStart"/>
      <w:r w:rsidRPr="00AC3D42">
        <w:rPr>
          <w:rFonts w:ascii="Arial" w:hAnsi="Arial" w:cs="Arial"/>
        </w:rPr>
        <w:t>otros</w:t>
      </w:r>
      <w:proofErr w:type="spellEnd"/>
      <w:r w:rsidRPr="00AC3D42">
        <w:rPr>
          <w:rFonts w:ascii="Arial" w:hAnsi="Arial" w:cs="Arial"/>
        </w:rPr>
        <w:t xml:space="preserve"> </w:t>
      </w:r>
      <w:proofErr w:type="spellStart"/>
      <w:r w:rsidRPr="00AC3D42">
        <w:rPr>
          <w:rFonts w:ascii="Arial" w:hAnsi="Arial" w:cs="Arial"/>
        </w:rPr>
        <w:t>miembros</w:t>
      </w:r>
      <w:proofErr w:type="spellEnd"/>
      <w:r w:rsidRPr="00AC3D42">
        <w:rPr>
          <w:rFonts w:ascii="Arial" w:hAnsi="Arial" w:cs="Arial"/>
        </w:rPr>
        <w:t xml:space="preserve"> del </w:t>
      </w:r>
      <w:proofErr w:type="spellStart"/>
      <w:r w:rsidRPr="00AC3D42">
        <w:rPr>
          <w:rFonts w:ascii="Arial" w:hAnsi="Arial" w:cs="Arial"/>
        </w:rPr>
        <w:t>establecimiento</w:t>
      </w:r>
      <w:proofErr w:type="spellEnd"/>
      <w:r>
        <w:rPr>
          <w:rFonts w:ascii="Arial" w:hAnsi="Arial" w:cs="Arial"/>
        </w:rPr>
        <w:t xml:space="preserve"> </w:t>
      </w:r>
      <w:r w:rsidRPr="009E686D">
        <w:rPr>
          <w:rFonts w:ascii="Arial" w:hAnsi="Arial" w:cs="Arial"/>
        </w:rPr>
        <w:t xml:space="preserve">con </w:t>
      </w:r>
      <w:proofErr w:type="spellStart"/>
      <w:r w:rsidRPr="009E686D">
        <w:rPr>
          <w:rFonts w:ascii="Arial" w:hAnsi="Arial" w:cs="Arial"/>
        </w:rPr>
        <w:t>condición</w:t>
      </w:r>
      <w:proofErr w:type="spellEnd"/>
      <w:r w:rsidRPr="009E686D">
        <w:rPr>
          <w:rFonts w:ascii="Arial" w:hAnsi="Arial" w:cs="Arial"/>
        </w:rPr>
        <w:t xml:space="preserve"> de </w:t>
      </w:r>
      <w:proofErr w:type="spellStart"/>
      <w:r w:rsidRPr="009E686D">
        <w:rPr>
          <w:rFonts w:ascii="Arial" w:hAnsi="Arial" w:cs="Arial"/>
        </w:rPr>
        <w:t>espectro</w:t>
      </w:r>
      <w:proofErr w:type="spellEnd"/>
      <w:r w:rsidRPr="009E686D">
        <w:rPr>
          <w:rFonts w:ascii="Arial" w:hAnsi="Arial" w:cs="Arial"/>
        </w:rPr>
        <w:t xml:space="preserve"> </w:t>
      </w:r>
      <w:proofErr w:type="spellStart"/>
      <w:r w:rsidRPr="009E686D">
        <w:rPr>
          <w:rFonts w:ascii="Arial" w:hAnsi="Arial" w:cs="Arial"/>
        </w:rPr>
        <w:t>autista</w:t>
      </w:r>
      <w:proofErr w:type="spellEnd"/>
      <w:r w:rsidRPr="009E686D">
        <w:rPr>
          <w:rFonts w:ascii="Arial" w:hAnsi="Arial" w:cs="Arial"/>
        </w:rPr>
        <w:t xml:space="preserve"> que </w:t>
      </w:r>
      <w:proofErr w:type="spellStart"/>
      <w:r w:rsidRPr="009E686D">
        <w:rPr>
          <w:rFonts w:ascii="Arial" w:hAnsi="Arial" w:cs="Arial"/>
        </w:rPr>
        <w:t>puedan</w:t>
      </w:r>
      <w:proofErr w:type="spellEnd"/>
      <w:r w:rsidRPr="009E686D">
        <w:rPr>
          <w:rFonts w:ascii="Arial" w:hAnsi="Arial" w:cs="Arial"/>
        </w:rPr>
        <w:t xml:space="preserve"> </w:t>
      </w:r>
      <w:proofErr w:type="spellStart"/>
      <w:r w:rsidRPr="009E686D">
        <w:rPr>
          <w:rFonts w:ascii="Arial" w:hAnsi="Arial" w:cs="Arial"/>
        </w:rPr>
        <w:t>producirse</w:t>
      </w:r>
      <w:proofErr w:type="spellEnd"/>
      <w:r w:rsidRPr="009E686D">
        <w:rPr>
          <w:rFonts w:ascii="Arial" w:hAnsi="Arial" w:cs="Arial"/>
        </w:rPr>
        <w:t xml:space="preserve"> </w:t>
      </w:r>
      <w:proofErr w:type="spellStart"/>
      <w:r w:rsidRPr="009E686D">
        <w:rPr>
          <w:rFonts w:ascii="Arial" w:hAnsi="Arial" w:cs="Arial"/>
        </w:rPr>
        <w:t>daño</w:t>
      </w:r>
      <w:proofErr w:type="spellEnd"/>
      <w:r w:rsidRPr="009E686D">
        <w:rPr>
          <w:rFonts w:ascii="Arial" w:hAnsi="Arial" w:cs="Arial"/>
        </w:rPr>
        <w:t xml:space="preserve"> </w:t>
      </w:r>
      <w:proofErr w:type="spellStart"/>
      <w:r w:rsidRPr="009E686D">
        <w:rPr>
          <w:rFonts w:ascii="Arial" w:hAnsi="Arial" w:cs="Arial"/>
        </w:rPr>
        <w:t>físico</w:t>
      </w:r>
      <w:proofErr w:type="spellEnd"/>
      <w:r w:rsidRPr="009E686D">
        <w:rPr>
          <w:rFonts w:ascii="Arial" w:hAnsi="Arial" w:cs="Arial"/>
        </w:rPr>
        <w:t xml:space="preserve"> y/o </w:t>
      </w:r>
      <w:proofErr w:type="spellStart"/>
      <w:r w:rsidRPr="009E686D">
        <w:rPr>
          <w:rFonts w:ascii="Arial" w:hAnsi="Arial" w:cs="Arial"/>
        </w:rPr>
        <w:t>emocional</w:t>
      </w:r>
      <w:proofErr w:type="spellEnd"/>
      <w:r w:rsidRPr="009E686D">
        <w:rPr>
          <w:rFonts w:ascii="Arial" w:hAnsi="Arial" w:cs="Arial"/>
        </w:rPr>
        <w:t xml:space="preserve"> </w:t>
      </w:r>
      <w:proofErr w:type="spellStart"/>
      <w:r w:rsidRPr="009E686D">
        <w:rPr>
          <w:rFonts w:ascii="Arial" w:hAnsi="Arial" w:cs="Arial"/>
        </w:rPr>
        <w:t>así</w:t>
      </w:r>
      <w:proofErr w:type="spellEnd"/>
      <w:r w:rsidRPr="009E686D">
        <w:rPr>
          <w:rFonts w:ascii="Arial" w:hAnsi="Arial" w:cs="Arial"/>
        </w:rPr>
        <w:t xml:space="preserve"> </w:t>
      </w:r>
      <w:proofErr w:type="spellStart"/>
      <w:r w:rsidRPr="009E686D">
        <w:rPr>
          <w:rFonts w:ascii="Arial" w:hAnsi="Arial" w:cs="Arial"/>
        </w:rPr>
        <w:t>mismo</w:t>
      </w:r>
      <w:proofErr w:type="spellEnd"/>
      <w:r w:rsidRPr="009E686D">
        <w:rPr>
          <w:rFonts w:ascii="Arial" w:hAnsi="Arial" w:cs="Arial"/>
        </w:rPr>
        <w:t xml:space="preserve"> </w:t>
      </w:r>
      <w:proofErr w:type="spellStart"/>
      <w:r w:rsidRPr="009E686D">
        <w:rPr>
          <w:rFonts w:ascii="Arial" w:hAnsi="Arial" w:cs="Arial"/>
        </w:rPr>
        <w:t>como</w:t>
      </w:r>
      <w:proofErr w:type="spellEnd"/>
      <w:r w:rsidRPr="009E686D">
        <w:rPr>
          <w:rFonts w:ascii="Arial" w:hAnsi="Arial" w:cs="Arial"/>
        </w:rPr>
        <w:t xml:space="preserve"> a </w:t>
      </w:r>
      <w:proofErr w:type="spellStart"/>
      <w:r w:rsidRPr="009E686D">
        <w:rPr>
          <w:rFonts w:ascii="Arial" w:hAnsi="Arial" w:cs="Arial"/>
        </w:rPr>
        <w:t>otro</w:t>
      </w:r>
      <w:proofErr w:type="spellEnd"/>
      <w:r w:rsidRPr="009E686D">
        <w:rPr>
          <w:rFonts w:ascii="Arial" w:hAnsi="Arial" w:cs="Arial"/>
        </w:rPr>
        <w:t xml:space="preserve"> </w:t>
      </w:r>
      <w:proofErr w:type="spellStart"/>
      <w:r w:rsidRPr="009E686D">
        <w:rPr>
          <w:rFonts w:ascii="Arial" w:hAnsi="Arial" w:cs="Arial"/>
        </w:rPr>
        <w:t>miembro</w:t>
      </w:r>
      <w:proofErr w:type="spellEnd"/>
      <w:r w:rsidRPr="009E686D">
        <w:rPr>
          <w:rFonts w:ascii="Arial" w:hAnsi="Arial" w:cs="Arial"/>
        </w:rPr>
        <w:t xml:space="preserve"> de la </w:t>
      </w:r>
      <w:proofErr w:type="spellStart"/>
      <w:r w:rsidRPr="009E686D">
        <w:rPr>
          <w:rFonts w:ascii="Arial" w:hAnsi="Arial" w:cs="Arial"/>
        </w:rPr>
        <w:t>comunidad</w:t>
      </w:r>
      <w:proofErr w:type="spellEnd"/>
      <w:r w:rsidRPr="009E686D">
        <w:rPr>
          <w:rFonts w:ascii="Arial" w:hAnsi="Arial" w:cs="Arial"/>
        </w:rPr>
        <w:t xml:space="preserve"> escolar</w:t>
      </w:r>
      <w:r>
        <w:rPr>
          <w:rFonts w:ascii="Arial" w:hAnsi="Arial" w:cs="Arial"/>
        </w:rPr>
        <w:t xml:space="preserve"> </w:t>
      </w:r>
      <w:proofErr w:type="spellStart"/>
      <w:r w:rsidRPr="00AC3D42">
        <w:rPr>
          <w:rFonts w:ascii="Arial" w:hAnsi="Arial" w:cs="Arial"/>
        </w:rPr>
        <w:t>Siempre</w:t>
      </w:r>
      <w:proofErr w:type="spellEnd"/>
      <w:r w:rsidRPr="00AC3D42">
        <w:rPr>
          <w:rFonts w:ascii="Arial" w:hAnsi="Arial" w:cs="Arial"/>
        </w:rPr>
        <w:t xml:space="preserve"> </w:t>
      </w:r>
      <w:proofErr w:type="spellStart"/>
      <w:r w:rsidRPr="00AC3D42">
        <w:rPr>
          <w:rFonts w:ascii="Arial" w:hAnsi="Arial" w:cs="Arial"/>
        </w:rPr>
        <w:t>este</w:t>
      </w:r>
      <w:proofErr w:type="spellEnd"/>
      <w:r w:rsidRPr="00AC3D42">
        <w:rPr>
          <w:rFonts w:ascii="Arial" w:hAnsi="Arial" w:cs="Arial"/>
        </w:rPr>
        <w:t xml:space="preserve"> </w:t>
      </w:r>
      <w:proofErr w:type="spellStart"/>
      <w:r w:rsidRPr="00AC3D42">
        <w:rPr>
          <w:rFonts w:ascii="Arial" w:hAnsi="Arial" w:cs="Arial"/>
        </w:rPr>
        <w:t>abordaje</w:t>
      </w:r>
      <w:proofErr w:type="spellEnd"/>
      <w:r w:rsidRPr="00AC3D42">
        <w:rPr>
          <w:rFonts w:ascii="Arial" w:hAnsi="Arial" w:cs="Arial"/>
        </w:rPr>
        <w:t xml:space="preserve"> </w:t>
      </w:r>
      <w:proofErr w:type="spellStart"/>
      <w:r w:rsidRPr="00AC3D42">
        <w:rPr>
          <w:rFonts w:ascii="Arial" w:hAnsi="Arial" w:cs="Arial"/>
        </w:rPr>
        <w:t>incorpora</w:t>
      </w:r>
      <w:proofErr w:type="spellEnd"/>
      <w:r w:rsidRPr="00AC3D42">
        <w:rPr>
          <w:rFonts w:ascii="Arial" w:hAnsi="Arial" w:cs="Arial"/>
        </w:rPr>
        <w:t xml:space="preserve"> la</w:t>
      </w:r>
      <w:r>
        <w:rPr>
          <w:rFonts w:ascii="Arial" w:hAnsi="Arial" w:cs="Arial"/>
        </w:rPr>
        <w:t xml:space="preserve"> </w:t>
      </w:r>
      <w:proofErr w:type="spellStart"/>
      <w:r w:rsidRPr="00AC3D42">
        <w:rPr>
          <w:rFonts w:ascii="Arial" w:hAnsi="Arial" w:cs="Arial"/>
        </w:rPr>
        <w:t>participación</w:t>
      </w:r>
      <w:proofErr w:type="spellEnd"/>
      <w:r w:rsidRPr="00AC3D42">
        <w:rPr>
          <w:rFonts w:ascii="Arial" w:hAnsi="Arial" w:cs="Arial"/>
        </w:rPr>
        <w:t xml:space="preserve"> de la familia y </w:t>
      </w:r>
      <w:proofErr w:type="spellStart"/>
      <w:r w:rsidRPr="00AC3D42">
        <w:rPr>
          <w:rFonts w:ascii="Arial" w:hAnsi="Arial" w:cs="Arial"/>
        </w:rPr>
        <w:t>considera</w:t>
      </w:r>
      <w:proofErr w:type="spellEnd"/>
      <w:r w:rsidRPr="00AC3D42">
        <w:rPr>
          <w:rFonts w:ascii="Arial" w:hAnsi="Arial" w:cs="Arial"/>
        </w:rPr>
        <w:t xml:space="preserve"> </w:t>
      </w:r>
      <w:proofErr w:type="spellStart"/>
      <w:r w:rsidRPr="00AC3D42">
        <w:rPr>
          <w:rFonts w:ascii="Arial" w:hAnsi="Arial" w:cs="Arial"/>
        </w:rPr>
        <w:t>el</w:t>
      </w:r>
      <w:proofErr w:type="spellEnd"/>
      <w:r w:rsidRPr="00AC3D42">
        <w:rPr>
          <w:rFonts w:ascii="Arial" w:hAnsi="Arial" w:cs="Arial"/>
        </w:rPr>
        <w:t xml:space="preserve"> </w:t>
      </w:r>
      <w:proofErr w:type="spellStart"/>
      <w:r w:rsidRPr="00AC3D42">
        <w:rPr>
          <w:rFonts w:ascii="Arial" w:hAnsi="Arial" w:cs="Arial"/>
        </w:rPr>
        <w:t>criterio</w:t>
      </w:r>
      <w:proofErr w:type="spellEnd"/>
      <w:r w:rsidRPr="00AC3D42">
        <w:rPr>
          <w:rFonts w:ascii="Arial" w:hAnsi="Arial" w:cs="Arial"/>
        </w:rPr>
        <w:t xml:space="preserve"> de </w:t>
      </w:r>
      <w:proofErr w:type="spellStart"/>
      <w:r w:rsidRPr="00AC3D42">
        <w:rPr>
          <w:rFonts w:ascii="Arial" w:hAnsi="Arial" w:cs="Arial"/>
        </w:rPr>
        <w:t>cada</w:t>
      </w:r>
      <w:proofErr w:type="spellEnd"/>
      <w:r w:rsidRPr="00AC3D42">
        <w:rPr>
          <w:rFonts w:ascii="Arial" w:hAnsi="Arial" w:cs="Arial"/>
        </w:rPr>
        <w:t xml:space="preserve"> </w:t>
      </w:r>
      <w:proofErr w:type="spellStart"/>
      <w:r w:rsidRPr="00AC3D42">
        <w:rPr>
          <w:rFonts w:ascii="Arial" w:hAnsi="Arial" w:cs="Arial"/>
        </w:rPr>
        <w:t>realidad</w:t>
      </w:r>
      <w:proofErr w:type="spellEnd"/>
      <w:r w:rsidRPr="00AC3D42">
        <w:rPr>
          <w:rFonts w:ascii="Arial" w:hAnsi="Arial" w:cs="Arial"/>
        </w:rPr>
        <w:t xml:space="preserve"> particular</w:t>
      </w:r>
      <w:r>
        <w:rPr>
          <w:rFonts w:ascii="Arial" w:hAnsi="Arial" w:cs="Arial"/>
        </w:rPr>
        <w:t>.</w:t>
      </w:r>
    </w:p>
    <w:p w14:paraId="6A940A89" w14:textId="77777777" w:rsidR="00893C50" w:rsidRDefault="00893C50" w:rsidP="00893C50">
      <w:pPr>
        <w:pStyle w:val="Textoindependiente"/>
        <w:spacing w:line="360" w:lineRule="auto"/>
        <w:ind w:right="49"/>
        <w:jc w:val="both"/>
        <w:rPr>
          <w:rFonts w:ascii="Arial" w:hAnsi="Arial" w:cs="Arial"/>
        </w:rPr>
      </w:pPr>
    </w:p>
    <w:p w14:paraId="4C650EFF" w14:textId="77777777" w:rsidR="00893C50" w:rsidRDefault="00893C50" w:rsidP="00893C50">
      <w:pPr>
        <w:pStyle w:val="Textoindependiente"/>
        <w:spacing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marco</w:t>
      </w:r>
      <w:proofErr w:type="spellEnd"/>
      <w:r w:rsidRPr="00901BC0">
        <w:rPr>
          <w:rFonts w:ascii="Arial" w:hAnsi="Arial" w:cs="Arial"/>
        </w:rPr>
        <w:t xml:space="preserve"> de </w:t>
      </w:r>
      <w:proofErr w:type="spellStart"/>
      <w:r w:rsidRPr="00901BC0">
        <w:rPr>
          <w:rFonts w:ascii="Arial" w:hAnsi="Arial" w:cs="Arial"/>
        </w:rPr>
        <w:t>este</w:t>
      </w:r>
      <w:proofErr w:type="spellEnd"/>
      <w:r w:rsidRPr="00901BC0">
        <w:rPr>
          <w:rFonts w:ascii="Arial" w:hAnsi="Arial" w:cs="Arial"/>
        </w:rPr>
        <w:t xml:space="preserve"> </w:t>
      </w:r>
      <w:proofErr w:type="spellStart"/>
      <w:r w:rsidRPr="00901BC0">
        <w:rPr>
          <w:rFonts w:ascii="Arial" w:hAnsi="Arial" w:cs="Arial"/>
        </w:rPr>
        <w:t>documento</w:t>
      </w:r>
      <w:proofErr w:type="spellEnd"/>
      <w:r w:rsidRPr="00901BC0">
        <w:rPr>
          <w:rFonts w:ascii="Arial" w:hAnsi="Arial" w:cs="Arial"/>
        </w:rPr>
        <w:t xml:space="preserve">, </w:t>
      </w:r>
      <w:r>
        <w:rPr>
          <w:rFonts w:ascii="Arial" w:hAnsi="Arial" w:cs="Arial"/>
        </w:rPr>
        <w:t xml:space="preserve">se </w:t>
      </w:r>
      <w:proofErr w:type="spellStart"/>
      <w:r w:rsidRPr="00901BC0">
        <w:rPr>
          <w:rFonts w:ascii="Arial" w:hAnsi="Arial" w:cs="Arial"/>
        </w:rPr>
        <w:t>entenderá</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r w:rsidRPr="00AC3D42">
        <w:rPr>
          <w:rFonts w:ascii="Arial" w:hAnsi="Arial" w:cs="Arial"/>
          <w:b/>
          <w:bCs/>
        </w:rPr>
        <w:t xml:space="preserve">personas con </w:t>
      </w:r>
      <w:proofErr w:type="spellStart"/>
      <w:r w:rsidRPr="00AC3D42">
        <w:rPr>
          <w:rFonts w:ascii="Arial" w:hAnsi="Arial" w:cs="Arial"/>
          <w:b/>
          <w:bCs/>
        </w:rPr>
        <w:t>Trastorno</w:t>
      </w:r>
      <w:proofErr w:type="spellEnd"/>
      <w:r w:rsidRPr="00AC3D42">
        <w:rPr>
          <w:rFonts w:ascii="Arial" w:hAnsi="Arial" w:cs="Arial"/>
          <w:b/>
          <w:bCs/>
        </w:rPr>
        <w:t xml:space="preserve"> del </w:t>
      </w:r>
      <w:proofErr w:type="spellStart"/>
      <w:r w:rsidRPr="00AC3D42">
        <w:rPr>
          <w:rFonts w:ascii="Arial" w:hAnsi="Arial" w:cs="Arial"/>
          <w:b/>
          <w:bCs/>
        </w:rPr>
        <w:t>Espectro</w:t>
      </w:r>
      <w:proofErr w:type="spellEnd"/>
      <w:r w:rsidRPr="00AC3D42">
        <w:rPr>
          <w:rFonts w:ascii="Arial" w:hAnsi="Arial" w:cs="Arial"/>
          <w:b/>
          <w:bCs/>
        </w:rPr>
        <w:t xml:space="preserve"> </w:t>
      </w:r>
      <w:proofErr w:type="spellStart"/>
      <w:r w:rsidRPr="00AC3D42">
        <w:rPr>
          <w:rFonts w:ascii="Arial" w:hAnsi="Arial" w:cs="Arial"/>
          <w:b/>
          <w:bCs/>
        </w:rPr>
        <w:t>Autista</w:t>
      </w:r>
      <w:proofErr w:type="spellEnd"/>
      <w:r w:rsidRPr="00AC3D42">
        <w:rPr>
          <w:rFonts w:ascii="Arial" w:hAnsi="Arial" w:cs="Arial"/>
        </w:rPr>
        <w:t xml:space="preserve"> a </w:t>
      </w:r>
      <w:proofErr w:type="spellStart"/>
      <w:r w:rsidRPr="00AC3D42">
        <w:rPr>
          <w:rFonts w:ascii="Arial" w:hAnsi="Arial" w:cs="Arial"/>
        </w:rPr>
        <w:t>aquellas</w:t>
      </w:r>
      <w:proofErr w:type="spellEnd"/>
      <w:r w:rsidRPr="00AC3D42">
        <w:rPr>
          <w:rFonts w:ascii="Arial" w:hAnsi="Arial" w:cs="Arial"/>
        </w:rPr>
        <w:t xml:space="preserve"> que </w:t>
      </w:r>
      <w:proofErr w:type="spellStart"/>
      <w:r w:rsidRPr="00AC3D42">
        <w:rPr>
          <w:rFonts w:ascii="Arial" w:hAnsi="Arial" w:cs="Arial"/>
        </w:rPr>
        <w:t>presentan</w:t>
      </w:r>
      <w:proofErr w:type="spellEnd"/>
      <w:r w:rsidRPr="00AC3D42">
        <w:rPr>
          <w:rFonts w:ascii="Arial" w:hAnsi="Arial" w:cs="Arial"/>
        </w:rPr>
        <w:t xml:space="preserve"> </w:t>
      </w:r>
      <w:proofErr w:type="spellStart"/>
      <w:r w:rsidRPr="00AC3D42">
        <w:rPr>
          <w:rFonts w:ascii="Arial" w:hAnsi="Arial" w:cs="Arial"/>
        </w:rPr>
        <w:t>una</w:t>
      </w:r>
      <w:proofErr w:type="spellEnd"/>
      <w:r>
        <w:rPr>
          <w:rFonts w:ascii="Arial" w:hAnsi="Arial" w:cs="Arial"/>
        </w:rPr>
        <w:t xml:space="preserve"> </w:t>
      </w:r>
      <w:proofErr w:type="spellStart"/>
      <w:r w:rsidRPr="00AC3D42">
        <w:rPr>
          <w:rFonts w:ascii="Arial" w:hAnsi="Arial" w:cs="Arial"/>
        </w:rPr>
        <w:t>diferencia</w:t>
      </w:r>
      <w:proofErr w:type="spellEnd"/>
      <w:r w:rsidRPr="00AC3D42">
        <w:rPr>
          <w:rFonts w:ascii="Arial" w:hAnsi="Arial" w:cs="Arial"/>
        </w:rPr>
        <w:t xml:space="preserve"> o </w:t>
      </w:r>
      <w:proofErr w:type="spellStart"/>
      <w:r w:rsidRPr="00AC3D42">
        <w:rPr>
          <w:rFonts w:ascii="Arial" w:hAnsi="Arial" w:cs="Arial"/>
        </w:rPr>
        <w:t>diversidad</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el</w:t>
      </w:r>
      <w:proofErr w:type="spellEnd"/>
      <w:r w:rsidRPr="00AC3D42">
        <w:rPr>
          <w:rFonts w:ascii="Arial" w:hAnsi="Arial" w:cs="Arial"/>
        </w:rPr>
        <w:t xml:space="preserve"> </w:t>
      </w:r>
      <w:proofErr w:type="spellStart"/>
      <w:r w:rsidRPr="00AC3D42">
        <w:rPr>
          <w:rFonts w:ascii="Arial" w:hAnsi="Arial" w:cs="Arial"/>
        </w:rPr>
        <w:t>neurodesarrollo</w:t>
      </w:r>
      <w:proofErr w:type="spellEnd"/>
      <w:r w:rsidRPr="00AC3D42">
        <w:rPr>
          <w:rFonts w:ascii="Arial" w:hAnsi="Arial" w:cs="Arial"/>
        </w:rPr>
        <w:t xml:space="preserve"> </w:t>
      </w:r>
      <w:proofErr w:type="spellStart"/>
      <w:r w:rsidRPr="00AC3D42">
        <w:rPr>
          <w:rFonts w:ascii="Arial" w:hAnsi="Arial" w:cs="Arial"/>
        </w:rPr>
        <w:t>típico</w:t>
      </w:r>
      <w:proofErr w:type="spellEnd"/>
      <w:r w:rsidRPr="00AC3D42">
        <w:rPr>
          <w:rFonts w:ascii="Arial" w:hAnsi="Arial" w:cs="Arial"/>
        </w:rPr>
        <w:t xml:space="preserve">, que se </w:t>
      </w:r>
      <w:proofErr w:type="spellStart"/>
      <w:r w:rsidRPr="00AC3D42">
        <w:rPr>
          <w:rFonts w:ascii="Arial" w:hAnsi="Arial" w:cs="Arial"/>
        </w:rPr>
        <w:t>manifiesta</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dificultades</w:t>
      </w:r>
      <w:proofErr w:type="spellEnd"/>
      <w:r>
        <w:rPr>
          <w:rFonts w:ascii="Arial" w:hAnsi="Arial" w:cs="Arial"/>
        </w:rPr>
        <w:t xml:space="preserve"> </w:t>
      </w:r>
      <w:proofErr w:type="spellStart"/>
      <w:r w:rsidRPr="00AC3D42">
        <w:rPr>
          <w:rFonts w:ascii="Arial" w:hAnsi="Arial" w:cs="Arial"/>
        </w:rPr>
        <w:t>significativas</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la </w:t>
      </w:r>
      <w:proofErr w:type="spellStart"/>
      <w:r w:rsidRPr="00AC3D42">
        <w:rPr>
          <w:rFonts w:ascii="Arial" w:hAnsi="Arial" w:cs="Arial"/>
        </w:rPr>
        <w:t>iniciación</w:t>
      </w:r>
      <w:proofErr w:type="spellEnd"/>
      <w:r w:rsidRPr="00AC3D42">
        <w:rPr>
          <w:rFonts w:ascii="Arial" w:hAnsi="Arial" w:cs="Arial"/>
        </w:rPr>
        <w:t xml:space="preserve">, </w:t>
      </w:r>
      <w:proofErr w:type="spellStart"/>
      <w:r w:rsidRPr="00AC3D42">
        <w:rPr>
          <w:rFonts w:ascii="Arial" w:hAnsi="Arial" w:cs="Arial"/>
        </w:rPr>
        <w:t>reciprocidad</w:t>
      </w:r>
      <w:proofErr w:type="spellEnd"/>
      <w:r w:rsidRPr="00AC3D42">
        <w:rPr>
          <w:rFonts w:ascii="Arial" w:hAnsi="Arial" w:cs="Arial"/>
        </w:rPr>
        <w:t xml:space="preserve"> y </w:t>
      </w:r>
      <w:proofErr w:type="spellStart"/>
      <w:r w:rsidRPr="00AC3D42">
        <w:rPr>
          <w:rFonts w:ascii="Arial" w:hAnsi="Arial" w:cs="Arial"/>
        </w:rPr>
        <w:t>mantención</w:t>
      </w:r>
      <w:proofErr w:type="spellEnd"/>
      <w:r w:rsidRPr="00AC3D42">
        <w:rPr>
          <w:rFonts w:ascii="Arial" w:hAnsi="Arial" w:cs="Arial"/>
        </w:rPr>
        <w:t xml:space="preserve"> de la </w:t>
      </w:r>
      <w:proofErr w:type="spellStart"/>
      <w:r w:rsidRPr="00AC3D42">
        <w:rPr>
          <w:rFonts w:ascii="Arial" w:hAnsi="Arial" w:cs="Arial"/>
        </w:rPr>
        <w:t>interacción</w:t>
      </w:r>
      <w:proofErr w:type="spellEnd"/>
      <w:r w:rsidRPr="00AC3D42">
        <w:rPr>
          <w:rFonts w:ascii="Arial" w:hAnsi="Arial" w:cs="Arial"/>
        </w:rPr>
        <w:t xml:space="preserve"> y </w:t>
      </w:r>
      <w:proofErr w:type="spellStart"/>
      <w:r w:rsidRPr="00AC3D42">
        <w:rPr>
          <w:rFonts w:ascii="Arial" w:hAnsi="Arial" w:cs="Arial"/>
        </w:rPr>
        <w:t>comunicación</w:t>
      </w:r>
      <w:proofErr w:type="spellEnd"/>
      <w:r>
        <w:rPr>
          <w:rFonts w:ascii="Arial" w:hAnsi="Arial" w:cs="Arial"/>
        </w:rPr>
        <w:t xml:space="preserve"> </w:t>
      </w:r>
      <w:r w:rsidRPr="00AC3D42">
        <w:rPr>
          <w:rFonts w:ascii="Arial" w:hAnsi="Arial" w:cs="Arial"/>
        </w:rPr>
        <w:t xml:space="preserve">social al </w:t>
      </w:r>
      <w:proofErr w:type="spellStart"/>
      <w:r w:rsidRPr="00AC3D42">
        <w:rPr>
          <w:rFonts w:ascii="Arial" w:hAnsi="Arial" w:cs="Arial"/>
        </w:rPr>
        <w:t>interactuar</w:t>
      </w:r>
      <w:proofErr w:type="spellEnd"/>
      <w:r w:rsidRPr="00AC3D42">
        <w:rPr>
          <w:rFonts w:ascii="Arial" w:hAnsi="Arial" w:cs="Arial"/>
        </w:rPr>
        <w:t xml:space="preserve"> con </w:t>
      </w:r>
      <w:proofErr w:type="spellStart"/>
      <w:r w:rsidRPr="00AC3D42">
        <w:rPr>
          <w:rFonts w:ascii="Arial" w:hAnsi="Arial" w:cs="Arial"/>
        </w:rPr>
        <w:t>los</w:t>
      </w:r>
      <w:proofErr w:type="spellEnd"/>
      <w:r w:rsidRPr="00AC3D42">
        <w:rPr>
          <w:rFonts w:ascii="Arial" w:hAnsi="Arial" w:cs="Arial"/>
        </w:rPr>
        <w:t xml:space="preserve"> </w:t>
      </w:r>
      <w:proofErr w:type="spellStart"/>
      <w:r w:rsidRPr="00AC3D42">
        <w:rPr>
          <w:rFonts w:ascii="Arial" w:hAnsi="Arial" w:cs="Arial"/>
        </w:rPr>
        <w:t>diferentes</w:t>
      </w:r>
      <w:proofErr w:type="spellEnd"/>
      <w:r w:rsidRPr="00AC3D42">
        <w:rPr>
          <w:rFonts w:ascii="Arial" w:hAnsi="Arial" w:cs="Arial"/>
        </w:rPr>
        <w:t xml:space="preserve"> </w:t>
      </w:r>
      <w:proofErr w:type="spellStart"/>
      <w:r w:rsidRPr="00AC3D42">
        <w:rPr>
          <w:rFonts w:ascii="Arial" w:hAnsi="Arial" w:cs="Arial"/>
        </w:rPr>
        <w:t>entornos</w:t>
      </w:r>
      <w:proofErr w:type="spellEnd"/>
      <w:r w:rsidRPr="00AC3D42">
        <w:rPr>
          <w:rFonts w:ascii="Arial" w:hAnsi="Arial" w:cs="Arial"/>
        </w:rPr>
        <w:t xml:space="preserve">, </w:t>
      </w:r>
      <w:proofErr w:type="spellStart"/>
      <w:r w:rsidRPr="00AC3D42">
        <w:rPr>
          <w:rFonts w:ascii="Arial" w:hAnsi="Arial" w:cs="Arial"/>
        </w:rPr>
        <w:t>así</w:t>
      </w:r>
      <w:proofErr w:type="spellEnd"/>
      <w:r w:rsidRPr="00AC3D42">
        <w:rPr>
          <w:rFonts w:ascii="Arial" w:hAnsi="Arial" w:cs="Arial"/>
        </w:rPr>
        <w:t xml:space="preserve"> </w:t>
      </w:r>
      <w:proofErr w:type="spellStart"/>
      <w:r w:rsidRPr="00AC3D42">
        <w:rPr>
          <w:rFonts w:ascii="Arial" w:hAnsi="Arial" w:cs="Arial"/>
        </w:rPr>
        <w:t>como</w:t>
      </w:r>
      <w:proofErr w:type="spellEnd"/>
      <w:r w:rsidRPr="00AC3D42">
        <w:rPr>
          <w:rFonts w:ascii="Arial" w:hAnsi="Arial" w:cs="Arial"/>
        </w:rPr>
        <w:t xml:space="preserve"> también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conductas</w:t>
      </w:r>
      <w:proofErr w:type="spellEnd"/>
      <w:r w:rsidRPr="00AC3D42">
        <w:rPr>
          <w:rFonts w:ascii="Arial" w:hAnsi="Arial" w:cs="Arial"/>
        </w:rPr>
        <w:t xml:space="preserve"> o </w:t>
      </w:r>
      <w:proofErr w:type="spellStart"/>
      <w:r w:rsidRPr="00AC3D42">
        <w:rPr>
          <w:rFonts w:ascii="Arial" w:hAnsi="Arial" w:cs="Arial"/>
        </w:rPr>
        <w:t>intereses</w:t>
      </w:r>
      <w:proofErr w:type="spellEnd"/>
      <w:r>
        <w:rPr>
          <w:rFonts w:ascii="Arial" w:hAnsi="Arial" w:cs="Arial"/>
        </w:rPr>
        <w:t xml:space="preserve"> </w:t>
      </w:r>
      <w:proofErr w:type="spellStart"/>
      <w:r w:rsidRPr="009E686D">
        <w:rPr>
          <w:rFonts w:ascii="Arial" w:hAnsi="Arial" w:cs="Arial"/>
        </w:rPr>
        <w:t>restringidos</w:t>
      </w:r>
      <w:proofErr w:type="spellEnd"/>
      <w:r w:rsidRPr="00AC3D42">
        <w:rPr>
          <w:rFonts w:ascii="Arial" w:hAnsi="Arial" w:cs="Arial"/>
        </w:rPr>
        <w:t xml:space="preserve"> o </w:t>
      </w:r>
      <w:proofErr w:type="spellStart"/>
      <w:r w:rsidRPr="00AC3D42">
        <w:rPr>
          <w:rFonts w:ascii="Arial" w:hAnsi="Arial" w:cs="Arial"/>
        </w:rPr>
        <w:t>repetitivos</w:t>
      </w:r>
      <w:proofErr w:type="spellEnd"/>
      <w:r>
        <w:rPr>
          <w:rFonts w:ascii="Arial" w:hAnsi="Arial" w:cs="Arial"/>
        </w:rPr>
        <w:t>.</w:t>
      </w:r>
    </w:p>
    <w:p w14:paraId="5BFD35AF" w14:textId="77777777" w:rsidR="00893C50" w:rsidRPr="00AC3D42" w:rsidRDefault="00893C50" w:rsidP="00893C50">
      <w:pPr>
        <w:pStyle w:val="Textoindependiente"/>
        <w:spacing w:line="360" w:lineRule="auto"/>
        <w:ind w:right="49"/>
        <w:jc w:val="both"/>
        <w:rPr>
          <w:rFonts w:ascii="Arial" w:hAnsi="Arial" w:cs="Arial"/>
        </w:rPr>
      </w:pPr>
    </w:p>
    <w:p w14:paraId="1C016DBE" w14:textId="77777777" w:rsidR="00893C50" w:rsidRDefault="00893C50" w:rsidP="00893C50">
      <w:pPr>
        <w:pStyle w:val="Textoindependiente"/>
        <w:spacing w:line="360" w:lineRule="auto"/>
        <w:ind w:right="49"/>
        <w:jc w:val="both"/>
        <w:rPr>
          <w:rFonts w:ascii="Arial" w:hAnsi="Arial" w:cs="Arial"/>
        </w:rPr>
      </w:pPr>
      <w:proofErr w:type="spellStart"/>
      <w:r w:rsidRPr="00AC3D42">
        <w:rPr>
          <w:rFonts w:ascii="Arial" w:hAnsi="Arial" w:cs="Arial"/>
        </w:rPr>
        <w:t>Estas</w:t>
      </w:r>
      <w:proofErr w:type="spellEnd"/>
      <w:r w:rsidRPr="00AC3D42">
        <w:rPr>
          <w:rFonts w:ascii="Arial" w:hAnsi="Arial" w:cs="Arial"/>
        </w:rPr>
        <w:t xml:space="preserve"> </w:t>
      </w:r>
      <w:proofErr w:type="spellStart"/>
      <w:r w:rsidRPr="00AC3D42">
        <w:rPr>
          <w:rFonts w:ascii="Arial" w:hAnsi="Arial" w:cs="Arial"/>
        </w:rPr>
        <w:t>características</w:t>
      </w:r>
      <w:proofErr w:type="spellEnd"/>
      <w:r w:rsidRPr="00AC3D42">
        <w:rPr>
          <w:rFonts w:ascii="Arial" w:hAnsi="Arial" w:cs="Arial"/>
        </w:rPr>
        <w:t xml:space="preserve"> </w:t>
      </w:r>
      <w:proofErr w:type="spellStart"/>
      <w:r w:rsidRPr="00AC3D42">
        <w:rPr>
          <w:rFonts w:ascii="Arial" w:hAnsi="Arial" w:cs="Arial"/>
        </w:rPr>
        <w:t>constituyen</w:t>
      </w:r>
      <w:proofErr w:type="spellEnd"/>
      <w:r w:rsidRPr="00AC3D42">
        <w:rPr>
          <w:rFonts w:ascii="Arial" w:hAnsi="Arial" w:cs="Arial"/>
        </w:rPr>
        <w:t xml:space="preserve"> </w:t>
      </w:r>
      <w:proofErr w:type="spellStart"/>
      <w:r w:rsidRPr="00AC3D42">
        <w:rPr>
          <w:rFonts w:ascii="Arial" w:hAnsi="Arial" w:cs="Arial"/>
        </w:rPr>
        <w:t>algún</w:t>
      </w:r>
      <w:proofErr w:type="spellEnd"/>
      <w:r w:rsidRPr="00AC3D42">
        <w:rPr>
          <w:rFonts w:ascii="Arial" w:hAnsi="Arial" w:cs="Arial"/>
        </w:rPr>
        <w:t xml:space="preserve"> </w:t>
      </w:r>
      <w:proofErr w:type="spellStart"/>
      <w:r w:rsidRPr="00AC3D42">
        <w:rPr>
          <w:rFonts w:ascii="Arial" w:hAnsi="Arial" w:cs="Arial"/>
        </w:rPr>
        <w:t>grado</w:t>
      </w:r>
      <w:proofErr w:type="spellEnd"/>
      <w:r w:rsidRPr="00AC3D42">
        <w:rPr>
          <w:rFonts w:ascii="Arial" w:hAnsi="Arial" w:cs="Arial"/>
        </w:rPr>
        <w:t xml:space="preserve"> de </w:t>
      </w:r>
      <w:proofErr w:type="spellStart"/>
      <w:r w:rsidRPr="00AC3D42">
        <w:rPr>
          <w:rFonts w:ascii="Arial" w:hAnsi="Arial" w:cs="Arial"/>
        </w:rPr>
        <w:t>discapacidad</w:t>
      </w:r>
      <w:proofErr w:type="spellEnd"/>
      <w:r w:rsidRPr="00AC3D42">
        <w:rPr>
          <w:rFonts w:ascii="Arial" w:hAnsi="Arial" w:cs="Arial"/>
        </w:rPr>
        <w:t xml:space="preserve"> </w:t>
      </w:r>
      <w:proofErr w:type="spellStart"/>
      <w:r w:rsidRPr="00AC3D42">
        <w:rPr>
          <w:rFonts w:ascii="Arial" w:hAnsi="Arial" w:cs="Arial"/>
        </w:rPr>
        <w:t>cuando</w:t>
      </w:r>
      <w:proofErr w:type="spellEnd"/>
      <w:r w:rsidRPr="00AC3D42">
        <w:rPr>
          <w:rFonts w:ascii="Arial" w:hAnsi="Arial" w:cs="Arial"/>
        </w:rPr>
        <w:t xml:space="preserve"> </w:t>
      </w:r>
      <w:proofErr w:type="spellStart"/>
      <w:r w:rsidRPr="00AC3D42">
        <w:rPr>
          <w:rFonts w:ascii="Arial" w:hAnsi="Arial" w:cs="Arial"/>
        </w:rPr>
        <w:t>generan</w:t>
      </w:r>
      <w:proofErr w:type="spellEnd"/>
      <w:r w:rsidRPr="00AC3D42">
        <w:rPr>
          <w:rFonts w:ascii="Arial" w:hAnsi="Arial" w:cs="Arial"/>
        </w:rPr>
        <w:t xml:space="preserve"> un </w:t>
      </w:r>
      <w:proofErr w:type="spellStart"/>
      <w:r w:rsidRPr="00AC3D42">
        <w:rPr>
          <w:rFonts w:ascii="Arial" w:hAnsi="Arial" w:cs="Arial"/>
        </w:rPr>
        <w:t>impacto</w:t>
      </w:r>
      <w:proofErr w:type="spellEnd"/>
      <w:r>
        <w:rPr>
          <w:rFonts w:ascii="Arial" w:hAnsi="Arial" w:cs="Arial"/>
        </w:rPr>
        <w:t xml:space="preserve"> </w:t>
      </w:r>
      <w:proofErr w:type="spellStart"/>
      <w:r w:rsidRPr="00AC3D42">
        <w:rPr>
          <w:rFonts w:ascii="Arial" w:hAnsi="Arial" w:cs="Arial"/>
        </w:rPr>
        <w:t>funcional</w:t>
      </w:r>
      <w:proofErr w:type="spellEnd"/>
      <w:r w:rsidRPr="00AC3D42">
        <w:rPr>
          <w:rFonts w:ascii="Arial" w:hAnsi="Arial" w:cs="Arial"/>
        </w:rPr>
        <w:t xml:space="preserve"> </w:t>
      </w:r>
      <w:proofErr w:type="spellStart"/>
      <w:r w:rsidRPr="00AC3D42">
        <w:rPr>
          <w:rFonts w:ascii="Arial" w:hAnsi="Arial" w:cs="Arial"/>
        </w:rPr>
        <w:t>significativo</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la persona a </w:t>
      </w:r>
      <w:proofErr w:type="spellStart"/>
      <w:r w:rsidRPr="00AC3D42">
        <w:rPr>
          <w:rFonts w:ascii="Arial" w:hAnsi="Arial" w:cs="Arial"/>
        </w:rPr>
        <w:t>nivel</w:t>
      </w:r>
      <w:proofErr w:type="spellEnd"/>
      <w:r w:rsidRPr="00AC3D42">
        <w:rPr>
          <w:rFonts w:ascii="Arial" w:hAnsi="Arial" w:cs="Arial"/>
        </w:rPr>
        <w:t xml:space="preserve"> familiar, social, </w:t>
      </w:r>
      <w:proofErr w:type="spellStart"/>
      <w:r w:rsidRPr="00AC3D42">
        <w:rPr>
          <w:rFonts w:ascii="Arial" w:hAnsi="Arial" w:cs="Arial"/>
        </w:rPr>
        <w:t>educativo</w:t>
      </w:r>
      <w:proofErr w:type="spellEnd"/>
      <w:r w:rsidRPr="00AC3D42">
        <w:rPr>
          <w:rFonts w:ascii="Arial" w:hAnsi="Arial" w:cs="Arial"/>
        </w:rPr>
        <w:t xml:space="preserve">, </w:t>
      </w:r>
      <w:proofErr w:type="spellStart"/>
      <w:r w:rsidRPr="00AC3D42">
        <w:rPr>
          <w:rFonts w:ascii="Arial" w:hAnsi="Arial" w:cs="Arial"/>
        </w:rPr>
        <w:t>ocupacional</w:t>
      </w:r>
      <w:proofErr w:type="spellEnd"/>
      <w:r w:rsidRPr="00AC3D42">
        <w:rPr>
          <w:rFonts w:ascii="Arial" w:hAnsi="Arial" w:cs="Arial"/>
        </w:rPr>
        <w:t xml:space="preserve"> o de</w:t>
      </w:r>
      <w:r>
        <w:rPr>
          <w:rFonts w:ascii="Arial" w:hAnsi="Arial" w:cs="Arial"/>
        </w:rPr>
        <w:t xml:space="preserve"> </w:t>
      </w:r>
      <w:proofErr w:type="spellStart"/>
      <w:r>
        <w:rPr>
          <w:rFonts w:ascii="Arial" w:hAnsi="Arial" w:cs="Arial"/>
        </w:rPr>
        <w:t>otras</w:t>
      </w:r>
      <w:proofErr w:type="spellEnd"/>
      <w:r>
        <w:rPr>
          <w:rFonts w:ascii="Arial" w:hAnsi="Arial" w:cs="Arial"/>
        </w:rPr>
        <w:t xml:space="preserve"> </w:t>
      </w:r>
      <w:proofErr w:type="spellStart"/>
      <w:r>
        <w:rPr>
          <w:rFonts w:ascii="Arial" w:hAnsi="Arial" w:cs="Arial"/>
        </w:rPr>
        <w:t>áreas</w:t>
      </w:r>
      <w:proofErr w:type="spellEnd"/>
      <w:r>
        <w:rPr>
          <w:rFonts w:ascii="Arial" w:hAnsi="Arial" w:cs="Arial"/>
        </w:rPr>
        <w:t xml:space="preserve"> y que</w:t>
      </w:r>
      <w:r w:rsidRPr="00AC3D42">
        <w:rPr>
          <w:rFonts w:ascii="Arial" w:hAnsi="Arial" w:cs="Arial"/>
        </w:rPr>
        <w:t xml:space="preserve"> al </w:t>
      </w:r>
      <w:proofErr w:type="spellStart"/>
      <w:r w:rsidRPr="00AC3D42">
        <w:rPr>
          <w:rFonts w:ascii="Arial" w:hAnsi="Arial" w:cs="Arial"/>
        </w:rPr>
        <w:t>interactuar</w:t>
      </w:r>
      <w:proofErr w:type="spellEnd"/>
      <w:r w:rsidRPr="00AC3D42">
        <w:rPr>
          <w:rFonts w:ascii="Arial" w:hAnsi="Arial" w:cs="Arial"/>
        </w:rPr>
        <w:t xml:space="preserve"> con </w:t>
      </w:r>
      <w:proofErr w:type="spellStart"/>
      <w:r w:rsidRPr="00AC3D42">
        <w:rPr>
          <w:rFonts w:ascii="Arial" w:hAnsi="Arial" w:cs="Arial"/>
        </w:rPr>
        <w:t>diversas</w:t>
      </w:r>
      <w:proofErr w:type="spellEnd"/>
      <w:r w:rsidRPr="00AC3D42">
        <w:rPr>
          <w:rFonts w:ascii="Arial" w:hAnsi="Arial" w:cs="Arial"/>
        </w:rPr>
        <w:t xml:space="preserve"> barreras </w:t>
      </w:r>
      <w:proofErr w:type="spellStart"/>
      <w:r w:rsidRPr="00AC3D42">
        <w:rPr>
          <w:rFonts w:ascii="Arial" w:hAnsi="Arial" w:cs="Arial"/>
        </w:rPr>
        <w:t>presentes</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el</w:t>
      </w:r>
      <w:proofErr w:type="spellEnd"/>
      <w:r w:rsidRPr="00AC3D42">
        <w:rPr>
          <w:rFonts w:ascii="Arial" w:hAnsi="Arial" w:cs="Arial"/>
        </w:rPr>
        <w:t xml:space="preserve"> </w:t>
      </w:r>
      <w:proofErr w:type="spellStart"/>
      <w:r w:rsidRPr="00AC3D42">
        <w:rPr>
          <w:rFonts w:ascii="Arial" w:hAnsi="Arial" w:cs="Arial"/>
        </w:rPr>
        <w:t>entorno</w:t>
      </w:r>
      <w:proofErr w:type="spellEnd"/>
      <w:r w:rsidRPr="00AC3D42">
        <w:rPr>
          <w:rFonts w:ascii="Arial" w:hAnsi="Arial" w:cs="Arial"/>
        </w:rPr>
        <w:t xml:space="preserve">, </w:t>
      </w:r>
      <w:proofErr w:type="spellStart"/>
      <w:r w:rsidRPr="00AC3D42">
        <w:rPr>
          <w:rFonts w:ascii="Arial" w:hAnsi="Arial" w:cs="Arial"/>
        </w:rPr>
        <w:t>impida</w:t>
      </w:r>
      <w:proofErr w:type="spellEnd"/>
      <w:r w:rsidRPr="00AC3D42">
        <w:rPr>
          <w:rFonts w:ascii="Arial" w:hAnsi="Arial" w:cs="Arial"/>
        </w:rPr>
        <w:t xml:space="preserve"> o</w:t>
      </w:r>
      <w:r>
        <w:rPr>
          <w:rFonts w:ascii="Arial" w:hAnsi="Arial" w:cs="Arial"/>
        </w:rPr>
        <w:t xml:space="preserve"> </w:t>
      </w:r>
      <w:proofErr w:type="spellStart"/>
      <w:r w:rsidRPr="00AC3D42">
        <w:rPr>
          <w:rFonts w:ascii="Arial" w:hAnsi="Arial" w:cs="Arial"/>
        </w:rPr>
        <w:t>restrinja</w:t>
      </w:r>
      <w:proofErr w:type="spellEnd"/>
      <w:r w:rsidRPr="00AC3D42">
        <w:rPr>
          <w:rFonts w:ascii="Arial" w:hAnsi="Arial" w:cs="Arial"/>
        </w:rPr>
        <w:t xml:space="preserve"> </w:t>
      </w:r>
      <w:proofErr w:type="spellStart"/>
      <w:r w:rsidRPr="00AC3D42">
        <w:rPr>
          <w:rFonts w:ascii="Arial" w:hAnsi="Arial" w:cs="Arial"/>
        </w:rPr>
        <w:t>su</w:t>
      </w:r>
      <w:proofErr w:type="spellEnd"/>
      <w:r w:rsidRPr="00AC3D42">
        <w:rPr>
          <w:rFonts w:ascii="Arial" w:hAnsi="Arial" w:cs="Arial"/>
        </w:rPr>
        <w:t xml:space="preserve"> </w:t>
      </w:r>
      <w:proofErr w:type="spellStart"/>
      <w:r w:rsidRPr="00AC3D42">
        <w:rPr>
          <w:rFonts w:ascii="Arial" w:hAnsi="Arial" w:cs="Arial"/>
        </w:rPr>
        <w:t>participación</w:t>
      </w:r>
      <w:proofErr w:type="spellEnd"/>
      <w:r w:rsidRPr="00AC3D42">
        <w:rPr>
          <w:rFonts w:ascii="Arial" w:hAnsi="Arial" w:cs="Arial"/>
        </w:rPr>
        <w:t xml:space="preserve"> plena y </w:t>
      </w:r>
      <w:proofErr w:type="spellStart"/>
      <w:r w:rsidRPr="00AC3D42">
        <w:rPr>
          <w:rFonts w:ascii="Arial" w:hAnsi="Arial" w:cs="Arial"/>
        </w:rPr>
        <w:t>efectiva</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la </w:t>
      </w:r>
      <w:proofErr w:type="spellStart"/>
      <w:r w:rsidRPr="00AC3D42">
        <w:rPr>
          <w:rFonts w:ascii="Arial" w:hAnsi="Arial" w:cs="Arial"/>
        </w:rPr>
        <w:t>sociedad</w:t>
      </w:r>
      <w:proofErr w:type="spellEnd"/>
      <w:r w:rsidRPr="00AC3D42">
        <w:rPr>
          <w:rFonts w:ascii="Arial" w:hAnsi="Arial" w:cs="Arial"/>
        </w:rPr>
        <w:t xml:space="preserve">, </w:t>
      </w:r>
      <w:proofErr w:type="spellStart"/>
      <w:r w:rsidRPr="00AC3D42">
        <w:rPr>
          <w:rFonts w:ascii="Arial" w:hAnsi="Arial" w:cs="Arial"/>
        </w:rPr>
        <w:t>en</w:t>
      </w:r>
      <w:proofErr w:type="spellEnd"/>
      <w:r w:rsidRPr="00AC3D42">
        <w:rPr>
          <w:rFonts w:ascii="Arial" w:hAnsi="Arial" w:cs="Arial"/>
        </w:rPr>
        <w:t xml:space="preserve"> </w:t>
      </w:r>
      <w:proofErr w:type="spellStart"/>
      <w:r w:rsidRPr="00AC3D42">
        <w:rPr>
          <w:rFonts w:ascii="Arial" w:hAnsi="Arial" w:cs="Arial"/>
        </w:rPr>
        <w:t>igualdad</w:t>
      </w:r>
      <w:proofErr w:type="spellEnd"/>
      <w:r w:rsidRPr="00AC3D42">
        <w:rPr>
          <w:rFonts w:ascii="Arial" w:hAnsi="Arial" w:cs="Arial"/>
        </w:rPr>
        <w:t xml:space="preserve"> de </w:t>
      </w:r>
      <w:proofErr w:type="spellStart"/>
      <w:r w:rsidRPr="00AC3D42">
        <w:rPr>
          <w:rFonts w:ascii="Arial" w:hAnsi="Arial" w:cs="Arial"/>
        </w:rPr>
        <w:t>condiciones</w:t>
      </w:r>
      <w:proofErr w:type="spellEnd"/>
      <w:r w:rsidRPr="00AC3D42">
        <w:rPr>
          <w:rFonts w:ascii="Arial" w:hAnsi="Arial" w:cs="Arial"/>
        </w:rPr>
        <w:t xml:space="preserve"> con las</w:t>
      </w:r>
      <w:r>
        <w:rPr>
          <w:rFonts w:ascii="Arial" w:hAnsi="Arial" w:cs="Arial"/>
        </w:rPr>
        <w:t xml:space="preserve"> </w:t>
      </w:r>
      <w:proofErr w:type="spellStart"/>
      <w:r w:rsidRPr="00AC3D42">
        <w:rPr>
          <w:rFonts w:ascii="Arial" w:hAnsi="Arial" w:cs="Arial"/>
        </w:rPr>
        <w:t>demás</w:t>
      </w:r>
      <w:proofErr w:type="spellEnd"/>
      <w:r w:rsidRPr="00AC3D42">
        <w:rPr>
          <w:rFonts w:ascii="Arial" w:hAnsi="Arial" w:cs="Arial"/>
        </w:rPr>
        <w:t>.</w:t>
      </w:r>
    </w:p>
    <w:p w14:paraId="7DDBCC77" w14:textId="77777777" w:rsidR="00893C50" w:rsidRDefault="00893C50" w:rsidP="00893C50">
      <w:pPr>
        <w:pStyle w:val="Textoindependiente"/>
        <w:spacing w:line="360" w:lineRule="auto"/>
        <w:ind w:right="49"/>
        <w:jc w:val="both"/>
        <w:rPr>
          <w:rFonts w:ascii="Arial" w:hAnsi="Arial" w:cs="Arial"/>
        </w:rPr>
      </w:pPr>
    </w:p>
    <w:p w14:paraId="743FE524" w14:textId="77777777" w:rsidR="00893C50" w:rsidRPr="00901BC0" w:rsidRDefault="00893C50" w:rsidP="00893C50">
      <w:pPr>
        <w:pStyle w:val="Textoindependiente"/>
        <w:spacing w:line="360" w:lineRule="auto"/>
        <w:ind w:right="49"/>
        <w:jc w:val="both"/>
        <w:rPr>
          <w:rFonts w:ascii="Arial" w:hAnsi="Arial" w:cs="Arial"/>
          <w:i/>
        </w:rPr>
      </w:pPr>
      <w:r>
        <w:rPr>
          <w:rFonts w:ascii="Arial" w:hAnsi="Arial" w:cs="Arial"/>
        </w:rPr>
        <w:t xml:space="preserve">Por </w:t>
      </w:r>
      <w:proofErr w:type="spellStart"/>
      <w:r>
        <w:rPr>
          <w:rFonts w:ascii="Arial" w:hAnsi="Arial" w:cs="Arial"/>
        </w:rPr>
        <w:t>su</w:t>
      </w:r>
      <w:proofErr w:type="spellEnd"/>
      <w:r>
        <w:rPr>
          <w:rFonts w:ascii="Arial" w:hAnsi="Arial" w:cs="Arial"/>
        </w:rPr>
        <w:t xml:space="preserve"> </w:t>
      </w:r>
      <w:proofErr w:type="spellStart"/>
      <w:r>
        <w:rPr>
          <w:rFonts w:ascii="Arial" w:hAnsi="Arial" w:cs="Arial"/>
        </w:rPr>
        <w:t>parte</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este</w:t>
      </w:r>
      <w:proofErr w:type="spellEnd"/>
      <w:r>
        <w:rPr>
          <w:rFonts w:ascii="Arial" w:hAnsi="Arial" w:cs="Arial"/>
        </w:rPr>
        <w:t xml:space="preserve"> </w:t>
      </w:r>
      <w:proofErr w:type="spellStart"/>
      <w:r>
        <w:rPr>
          <w:rFonts w:ascii="Arial" w:hAnsi="Arial" w:cs="Arial"/>
        </w:rPr>
        <w:t>documento</w:t>
      </w:r>
      <w:proofErr w:type="spellEnd"/>
      <w:r>
        <w:rPr>
          <w:rFonts w:ascii="Arial" w:hAnsi="Arial" w:cs="Arial"/>
        </w:rPr>
        <w:t xml:space="preserve"> </w:t>
      </w:r>
      <w:proofErr w:type="spellStart"/>
      <w:r>
        <w:rPr>
          <w:rFonts w:ascii="Arial" w:hAnsi="Arial" w:cs="Arial"/>
        </w:rPr>
        <w:t>definiremos</w:t>
      </w:r>
      <w:proofErr w:type="spellEnd"/>
      <w:r>
        <w:rPr>
          <w:rFonts w:ascii="Arial" w:hAnsi="Arial" w:cs="Arial"/>
        </w:rPr>
        <w:t xml:space="preserve"> </w:t>
      </w:r>
      <w:proofErr w:type="spellStart"/>
      <w:r w:rsidRPr="00AC3D42">
        <w:rPr>
          <w:rFonts w:ascii="Arial" w:hAnsi="Arial" w:cs="Arial"/>
          <w:b/>
          <w:bCs/>
        </w:rPr>
        <w:t>Desregulación</w:t>
      </w:r>
      <w:proofErr w:type="spellEnd"/>
      <w:r w:rsidRPr="00AC3D42">
        <w:rPr>
          <w:rFonts w:ascii="Arial" w:hAnsi="Arial" w:cs="Arial"/>
          <w:b/>
          <w:bCs/>
        </w:rPr>
        <w:t xml:space="preserve"> </w:t>
      </w:r>
      <w:proofErr w:type="spellStart"/>
      <w:r w:rsidRPr="00AC3D42">
        <w:rPr>
          <w:rFonts w:ascii="Arial" w:hAnsi="Arial" w:cs="Arial"/>
          <w:b/>
          <w:bCs/>
        </w:rPr>
        <w:t>Emocional</w:t>
      </w:r>
      <w:proofErr w:type="spellEnd"/>
      <w:r w:rsidRPr="00AC3D42">
        <w:rPr>
          <w:rFonts w:ascii="Arial" w:hAnsi="Arial" w:cs="Arial"/>
          <w:b/>
          <w:bCs/>
        </w:rPr>
        <w:t xml:space="preserve"> y </w:t>
      </w:r>
      <w:proofErr w:type="spellStart"/>
      <w:r w:rsidRPr="00AC3D42">
        <w:rPr>
          <w:rFonts w:ascii="Arial" w:hAnsi="Arial" w:cs="Arial"/>
          <w:b/>
          <w:bCs/>
        </w:rPr>
        <w:t>Conductual</w:t>
      </w:r>
      <w:proofErr w:type="spellEnd"/>
      <w:r w:rsidRPr="00AC3D42">
        <w:rPr>
          <w:rFonts w:ascii="Arial" w:hAnsi="Arial" w:cs="Arial"/>
          <w:b/>
          <w:bCs/>
        </w:rPr>
        <w:t xml:space="preserve"> (DEC)</w:t>
      </w:r>
      <w:r>
        <w:rPr>
          <w:rFonts w:ascii="Arial" w:hAnsi="Arial" w:cs="Arial"/>
        </w:rPr>
        <w:t xml:space="preserve"> </w:t>
      </w:r>
      <w:proofErr w:type="spellStart"/>
      <w:r>
        <w:rPr>
          <w:rFonts w:ascii="Arial" w:hAnsi="Arial" w:cs="Arial"/>
        </w:rPr>
        <w:t>como</w:t>
      </w:r>
      <w:proofErr w:type="spellEnd"/>
      <w:r>
        <w:rPr>
          <w:rFonts w:ascii="Arial" w:hAnsi="Arial" w:cs="Arial"/>
        </w:rPr>
        <w:t xml:space="preserve"> </w:t>
      </w:r>
      <w:r w:rsidRPr="00901BC0">
        <w:rPr>
          <w:rFonts w:ascii="Arial" w:hAnsi="Arial" w:cs="Arial"/>
          <w:i/>
          <w:spacing w:val="-4"/>
        </w:rPr>
        <w:t>“</w:t>
      </w:r>
      <w:r w:rsidRPr="00AC3D42">
        <w:rPr>
          <w:rFonts w:ascii="Arial" w:hAnsi="Arial" w:cs="Arial"/>
          <w:iCs/>
          <w:spacing w:val="-4"/>
        </w:rPr>
        <w:t xml:space="preserve">La </w:t>
      </w:r>
      <w:proofErr w:type="spellStart"/>
      <w:r w:rsidRPr="00AC3D42">
        <w:rPr>
          <w:rFonts w:ascii="Arial" w:hAnsi="Arial" w:cs="Arial"/>
          <w:iCs/>
        </w:rPr>
        <w:t>reacción</w:t>
      </w:r>
      <w:proofErr w:type="spellEnd"/>
      <w:r w:rsidRPr="00AC3D42">
        <w:rPr>
          <w:rFonts w:ascii="Arial" w:hAnsi="Arial" w:cs="Arial"/>
          <w:iCs/>
        </w:rPr>
        <w:t xml:space="preserve"> </w:t>
      </w:r>
      <w:proofErr w:type="spellStart"/>
      <w:r w:rsidRPr="00AC3D42">
        <w:rPr>
          <w:rFonts w:ascii="Arial" w:hAnsi="Arial" w:cs="Arial"/>
          <w:iCs/>
        </w:rPr>
        <w:t>motora</w:t>
      </w:r>
      <w:proofErr w:type="spellEnd"/>
      <w:r w:rsidRPr="00AC3D42">
        <w:rPr>
          <w:rFonts w:ascii="Arial" w:hAnsi="Arial" w:cs="Arial"/>
          <w:iCs/>
        </w:rPr>
        <w:t xml:space="preserve"> y </w:t>
      </w:r>
      <w:proofErr w:type="spellStart"/>
      <w:r w:rsidRPr="00AC3D42">
        <w:rPr>
          <w:rFonts w:ascii="Arial" w:hAnsi="Arial" w:cs="Arial"/>
          <w:iCs/>
        </w:rPr>
        <w:t>emocional</w:t>
      </w:r>
      <w:proofErr w:type="spellEnd"/>
      <w:r w:rsidRPr="00AC3D42">
        <w:rPr>
          <w:rFonts w:ascii="Arial" w:hAnsi="Arial" w:cs="Arial"/>
          <w:iCs/>
        </w:rPr>
        <w:t xml:space="preserve"> a </w:t>
      </w:r>
      <w:r w:rsidRPr="00AC3D42">
        <w:rPr>
          <w:rFonts w:ascii="Arial" w:hAnsi="Arial" w:cs="Arial"/>
          <w:iCs/>
          <w:spacing w:val="-4"/>
        </w:rPr>
        <w:t xml:space="preserve">uno </w:t>
      </w:r>
      <w:r w:rsidRPr="00AC3D42">
        <w:rPr>
          <w:rFonts w:ascii="Arial" w:hAnsi="Arial" w:cs="Arial"/>
          <w:iCs/>
        </w:rPr>
        <w:t xml:space="preserve">o </w:t>
      </w:r>
      <w:proofErr w:type="spellStart"/>
      <w:r w:rsidRPr="00AC3D42">
        <w:rPr>
          <w:rFonts w:ascii="Arial" w:hAnsi="Arial" w:cs="Arial"/>
          <w:iCs/>
        </w:rPr>
        <w:t>varios</w:t>
      </w:r>
      <w:proofErr w:type="spellEnd"/>
      <w:r w:rsidRPr="00AC3D42">
        <w:rPr>
          <w:rFonts w:ascii="Arial" w:hAnsi="Arial" w:cs="Arial"/>
          <w:iCs/>
        </w:rPr>
        <w:t xml:space="preserve"> </w:t>
      </w:r>
      <w:proofErr w:type="spellStart"/>
      <w:r w:rsidRPr="00AC3D42">
        <w:rPr>
          <w:rFonts w:ascii="Arial" w:hAnsi="Arial" w:cs="Arial"/>
          <w:iCs/>
        </w:rPr>
        <w:t>estímulos</w:t>
      </w:r>
      <w:proofErr w:type="spellEnd"/>
      <w:r w:rsidRPr="00AC3D42">
        <w:rPr>
          <w:rFonts w:ascii="Arial" w:hAnsi="Arial" w:cs="Arial"/>
          <w:iCs/>
        </w:rPr>
        <w:t xml:space="preserve"> o </w:t>
      </w:r>
      <w:proofErr w:type="spellStart"/>
      <w:r w:rsidRPr="00AC3D42">
        <w:rPr>
          <w:rFonts w:ascii="Arial" w:hAnsi="Arial" w:cs="Arial"/>
          <w:iCs/>
        </w:rPr>
        <w:t>situaciones</w:t>
      </w:r>
      <w:proofErr w:type="spellEnd"/>
      <w:r w:rsidRPr="00AC3D42">
        <w:rPr>
          <w:rFonts w:ascii="Arial" w:hAnsi="Arial" w:cs="Arial"/>
          <w:iCs/>
        </w:rPr>
        <w:t xml:space="preserve">  </w:t>
      </w:r>
      <w:proofErr w:type="spellStart"/>
      <w:r w:rsidRPr="00AC3D42">
        <w:rPr>
          <w:rFonts w:ascii="Arial" w:hAnsi="Arial" w:cs="Arial"/>
          <w:iCs/>
        </w:rPr>
        <w:t>desencadenantes</w:t>
      </w:r>
      <w:proofErr w:type="spellEnd"/>
      <w:r w:rsidRPr="00AC3D42">
        <w:rPr>
          <w:rFonts w:ascii="Arial" w:hAnsi="Arial" w:cs="Arial"/>
          <w:iCs/>
        </w:rPr>
        <w:t xml:space="preserve">, </w:t>
      </w:r>
      <w:proofErr w:type="spellStart"/>
      <w:r w:rsidRPr="00AC3D42">
        <w:rPr>
          <w:rFonts w:ascii="Arial" w:hAnsi="Arial" w:cs="Arial"/>
          <w:iCs/>
          <w:spacing w:val="-3"/>
        </w:rPr>
        <w:t>en</w:t>
      </w:r>
      <w:proofErr w:type="spellEnd"/>
      <w:r w:rsidRPr="00AC3D42">
        <w:rPr>
          <w:rFonts w:ascii="Arial" w:hAnsi="Arial" w:cs="Arial"/>
          <w:iCs/>
          <w:spacing w:val="-3"/>
        </w:rPr>
        <w:t xml:space="preserve"> </w:t>
      </w:r>
      <w:proofErr w:type="spellStart"/>
      <w:r w:rsidRPr="00AC3D42">
        <w:rPr>
          <w:rFonts w:ascii="Arial" w:hAnsi="Arial" w:cs="Arial"/>
          <w:iCs/>
          <w:spacing w:val="-4"/>
        </w:rPr>
        <w:t>donde</w:t>
      </w:r>
      <w:proofErr w:type="spellEnd"/>
      <w:r w:rsidRPr="00AC3D42">
        <w:rPr>
          <w:rFonts w:ascii="Arial" w:hAnsi="Arial" w:cs="Arial"/>
          <w:iCs/>
          <w:spacing w:val="-4"/>
        </w:rPr>
        <w:t xml:space="preserve"> </w:t>
      </w:r>
      <w:proofErr w:type="spellStart"/>
      <w:r w:rsidRPr="00AC3D42">
        <w:rPr>
          <w:rFonts w:ascii="Arial" w:hAnsi="Arial" w:cs="Arial"/>
          <w:iCs/>
          <w:spacing w:val="-3"/>
        </w:rPr>
        <w:t>el</w:t>
      </w:r>
      <w:proofErr w:type="spellEnd"/>
      <w:r w:rsidRPr="00AC3D42">
        <w:rPr>
          <w:rFonts w:ascii="Arial" w:hAnsi="Arial" w:cs="Arial"/>
          <w:iCs/>
          <w:spacing w:val="-3"/>
        </w:rPr>
        <w:t xml:space="preserve"> </w:t>
      </w:r>
      <w:proofErr w:type="spellStart"/>
      <w:r w:rsidRPr="00AC3D42">
        <w:rPr>
          <w:rFonts w:ascii="Arial" w:hAnsi="Arial" w:cs="Arial"/>
          <w:iCs/>
          <w:spacing w:val="-3"/>
        </w:rPr>
        <w:t>niño</w:t>
      </w:r>
      <w:proofErr w:type="spellEnd"/>
      <w:r w:rsidRPr="00AC3D42">
        <w:rPr>
          <w:rFonts w:ascii="Arial" w:hAnsi="Arial" w:cs="Arial"/>
          <w:iCs/>
          <w:spacing w:val="-3"/>
        </w:rPr>
        <w:t xml:space="preserve">, </w:t>
      </w:r>
      <w:proofErr w:type="spellStart"/>
      <w:r w:rsidRPr="00AC3D42">
        <w:rPr>
          <w:rFonts w:ascii="Arial" w:hAnsi="Arial" w:cs="Arial"/>
          <w:iCs/>
          <w:spacing w:val="-3"/>
        </w:rPr>
        <w:t>niña</w:t>
      </w:r>
      <w:proofErr w:type="spellEnd"/>
      <w:r w:rsidRPr="00AC3D42">
        <w:rPr>
          <w:rFonts w:ascii="Arial" w:hAnsi="Arial" w:cs="Arial"/>
          <w:iCs/>
          <w:spacing w:val="-3"/>
        </w:rPr>
        <w:t xml:space="preserve">,  </w:t>
      </w:r>
      <w:proofErr w:type="spellStart"/>
      <w:r w:rsidRPr="00AC3D42">
        <w:rPr>
          <w:rFonts w:ascii="Arial" w:hAnsi="Arial" w:cs="Arial"/>
          <w:iCs/>
        </w:rPr>
        <w:t>adolescente</w:t>
      </w:r>
      <w:proofErr w:type="spellEnd"/>
      <w:r w:rsidRPr="00AC3D42">
        <w:rPr>
          <w:rFonts w:ascii="Arial" w:hAnsi="Arial" w:cs="Arial"/>
          <w:iCs/>
        </w:rPr>
        <w:t xml:space="preserve"> o  </w:t>
      </w:r>
      <w:proofErr w:type="spellStart"/>
      <w:r w:rsidRPr="00AC3D42">
        <w:rPr>
          <w:rFonts w:ascii="Arial" w:hAnsi="Arial" w:cs="Arial"/>
          <w:iCs/>
        </w:rPr>
        <w:t>joven</w:t>
      </w:r>
      <w:proofErr w:type="spellEnd"/>
      <w:r w:rsidRPr="00AC3D42">
        <w:rPr>
          <w:rFonts w:ascii="Arial" w:hAnsi="Arial" w:cs="Arial"/>
          <w:iCs/>
        </w:rPr>
        <w:t xml:space="preserve"> </w:t>
      </w:r>
      <w:r w:rsidRPr="00AC3D42">
        <w:rPr>
          <w:rFonts w:ascii="Arial" w:hAnsi="Arial" w:cs="Arial"/>
          <w:iCs/>
          <w:spacing w:val="-3"/>
        </w:rPr>
        <w:t xml:space="preserve">(NNAJ),  </w:t>
      </w:r>
      <w:proofErr w:type="spellStart"/>
      <w:r w:rsidRPr="00AC3D42">
        <w:rPr>
          <w:rFonts w:ascii="Arial" w:hAnsi="Arial" w:cs="Arial"/>
          <w:iCs/>
          <w:spacing w:val="-4"/>
        </w:rPr>
        <w:t>por</w:t>
      </w:r>
      <w:proofErr w:type="spellEnd"/>
      <w:r w:rsidRPr="00AC3D42">
        <w:rPr>
          <w:rFonts w:ascii="Arial" w:hAnsi="Arial" w:cs="Arial"/>
          <w:iCs/>
          <w:spacing w:val="-4"/>
        </w:rPr>
        <w:t xml:space="preserve"> </w:t>
      </w:r>
      <w:r w:rsidRPr="00AC3D42">
        <w:rPr>
          <w:rFonts w:ascii="Arial" w:hAnsi="Arial" w:cs="Arial"/>
          <w:iCs/>
        </w:rPr>
        <w:t xml:space="preserve">la </w:t>
      </w:r>
      <w:proofErr w:type="spellStart"/>
      <w:r w:rsidRPr="00AC3D42">
        <w:rPr>
          <w:rFonts w:ascii="Arial" w:hAnsi="Arial" w:cs="Arial"/>
          <w:iCs/>
        </w:rPr>
        <w:t>intensidad</w:t>
      </w:r>
      <w:proofErr w:type="spellEnd"/>
      <w:r w:rsidRPr="00AC3D42">
        <w:rPr>
          <w:rFonts w:ascii="Arial" w:hAnsi="Arial" w:cs="Arial"/>
          <w:iCs/>
        </w:rPr>
        <w:t xml:space="preserve"> </w:t>
      </w:r>
      <w:r w:rsidRPr="00AC3D42">
        <w:rPr>
          <w:rFonts w:ascii="Arial" w:hAnsi="Arial" w:cs="Arial"/>
          <w:iCs/>
          <w:spacing w:val="-3"/>
        </w:rPr>
        <w:t xml:space="preserve">de </w:t>
      </w:r>
      <w:r w:rsidRPr="00AC3D42">
        <w:rPr>
          <w:rFonts w:ascii="Arial" w:hAnsi="Arial" w:cs="Arial"/>
          <w:iCs/>
        </w:rPr>
        <w:t xml:space="preserve">la </w:t>
      </w:r>
      <w:proofErr w:type="spellStart"/>
      <w:r w:rsidRPr="00AC3D42">
        <w:rPr>
          <w:rFonts w:ascii="Arial" w:hAnsi="Arial" w:cs="Arial"/>
          <w:iCs/>
        </w:rPr>
        <w:t>misma</w:t>
      </w:r>
      <w:proofErr w:type="spellEnd"/>
      <w:r w:rsidRPr="00AC3D42">
        <w:rPr>
          <w:rFonts w:ascii="Arial" w:hAnsi="Arial" w:cs="Arial"/>
          <w:iCs/>
        </w:rPr>
        <w:t xml:space="preserve">, </w:t>
      </w:r>
      <w:r w:rsidRPr="00AC3D42">
        <w:rPr>
          <w:rFonts w:ascii="Arial" w:hAnsi="Arial" w:cs="Arial"/>
          <w:iCs/>
          <w:spacing w:val="-3"/>
        </w:rPr>
        <w:t xml:space="preserve">no </w:t>
      </w:r>
      <w:proofErr w:type="spellStart"/>
      <w:r w:rsidRPr="00AC3D42">
        <w:rPr>
          <w:rFonts w:ascii="Arial" w:hAnsi="Arial" w:cs="Arial"/>
          <w:iCs/>
          <w:spacing w:val="-3"/>
        </w:rPr>
        <w:t>comprende</w:t>
      </w:r>
      <w:proofErr w:type="spellEnd"/>
      <w:r w:rsidRPr="00AC3D42">
        <w:rPr>
          <w:rFonts w:ascii="Arial" w:hAnsi="Arial" w:cs="Arial"/>
          <w:iCs/>
          <w:spacing w:val="-3"/>
        </w:rPr>
        <w:t xml:space="preserve"> </w:t>
      </w:r>
      <w:proofErr w:type="spellStart"/>
      <w:r w:rsidRPr="00AC3D42">
        <w:rPr>
          <w:rFonts w:ascii="Arial" w:hAnsi="Arial" w:cs="Arial"/>
          <w:iCs/>
          <w:spacing w:val="3"/>
        </w:rPr>
        <w:t>su</w:t>
      </w:r>
      <w:proofErr w:type="spellEnd"/>
      <w:r w:rsidRPr="00AC3D42">
        <w:rPr>
          <w:rFonts w:ascii="Arial" w:hAnsi="Arial" w:cs="Arial"/>
          <w:iCs/>
          <w:spacing w:val="3"/>
        </w:rPr>
        <w:t xml:space="preserve"> </w:t>
      </w:r>
      <w:proofErr w:type="spellStart"/>
      <w:r w:rsidRPr="00AC3D42">
        <w:rPr>
          <w:rFonts w:ascii="Arial" w:hAnsi="Arial" w:cs="Arial"/>
          <w:iCs/>
        </w:rPr>
        <w:t>estado</w:t>
      </w:r>
      <w:proofErr w:type="spellEnd"/>
      <w:r w:rsidRPr="00AC3D42">
        <w:rPr>
          <w:rFonts w:ascii="Arial" w:hAnsi="Arial" w:cs="Arial"/>
          <w:iCs/>
        </w:rPr>
        <w:t xml:space="preserve"> </w:t>
      </w:r>
      <w:proofErr w:type="spellStart"/>
      <w:r w:rsidRPr="00AC3D42">
        <w:rPr>
          <w:rFonts w:ascii="Arial" w:hAnsi="Arial" w:cs="Arial"/>
          <w:iCs/>
        </w:rPr>
        <w:t>emocional</w:t>
      </w:r>
      <w:proofErr w:type="spellEnd"/>
      <w:r w:rsidRPr="00AC3D42">
        <w:rPr>
          <w:rFonts w:ascii="Arial" w:hAnsi="Arial" w:cs="Arial"/>
          <w:iCs/>
        </w:rPr>
        <w:t xml:space="preserve"> </w:t>
      </w:r>
      <w:proofErr w:type="spellStart"/>
      <w:r w:rsidRPr="00AC3D42">
        <w:rPr>
          <w:rFonts w:ascii="Arial" w:hAnsi="Arial" w:cs="Arial"/>
          <w:iCs/>
          <w:spacing w:val="-3"/>
        </w:rPr>
        <w:t>ni</w:t>
      </w:r>
      <w:proofErr w:type="spellEnd"/>
      <w:r w:rsidRPr="00AC3D42">
        <w:rPr>
          <w:rFonts w:ascii="Arial" w:hAnsi="Arial" w:cs="Arial"/>
          <w:iCs/>
          <w:spacing w:val="-3"/>
        </w:rPr>
        <w:t xml:space="preserve"> </w:t>
      </w:r>
      <w:proofErr w:type="spellStart"/>
      <w:r w:rsidRPr="00AC3D42">
        <w:rPr>
          <w:rFonts w:ascii="Arial" w:hAnsi="Arial" w:cs="Arial"/>
          <w:iCs/>
          <w:spacing w:val="-3"/>
        </w:rPr>
        <w:t>logra</w:t>
      </w:r>
      <w:proofErr w:type="spellEnd"/>
      <w:r w:rsidRPr="00AC3D42">
        <w:rPr>
          <w:rFonts w:ascii="Arial" w:hAnsi="Arial" w:cs="Arial"/>
          <w:iCs/>
          <w:spacing w:val="-3"/>
        </w:rPr>
        <w:t xml:space="preserve"> </w:t>
      </w:r>
      <w:proofErr w:type="spellStart"/>
      <w:r w:rsidRPr="00AC3D42">
        <w:rPr>
          <w:rFonts w:ascii="Arial" w:hAnsi="Arial" w:cs="Arial"/>
          <w:iCs/>
          <w:spacing w:val="-4"/>
        </w:rPr>
        <w:t>expresar</w:t>
      </w:r>
      <w:proofErr w:type="spellEnd"/>
      <w:r w:rsidRPr="00AC3D42">
        <w:rPr>
          <w:rFonts w:ascii="Arial" w:hAnsi="Arial" w:cs="Arial"/>
          <w:iCs/>
          <w:spacing w:val="-4"/>
        </w:rPr>
        <w:t xml:space="preserve"> </w:t>
      </w:r>
      <w:r w:rsidRPr="00AC3D42">
        <w:rPr>
          <w:rFonts w:ascii="Arial" w:hAnsi="Arial" w:cs="Arial"/>
          <w:iCs/>
        </w:rPr>
        <w:t xml:space="preserve">sus </w:t>
      </w:r>
      <w:proofErr w:type="spellStart"/>
      <w:r w:rsidRPr="00AC3D42">
        <w:rPr>
          <w:rFonts w:ascii="Arial" w:hAnsi="Arial" w:cs="Arial"/>
          <w:iCs/>
        </w:rPr>
        <w:t>emociones</w:t>
      </w:r>
      <w:proofErr w:type="spellEnd"/>
      <w:r w:rsidRPr="00AC3D42">
        <w:rPr>
          <w:rFonts w:ascii="Arial" w:hAnsi="Arial" w:cs="Arial"/>
          <w:iCs/>
        </w:rPr>
        <w:t xml:space="preserve"> o  </w:t>
      </w:r>
      <w:proofErr w:type="spellStart"/>
      <w:r w:rsidRPr="00AC3D42">
        <w:rPr>
          <w:rFonts w:ascii="Arial" w:hAnsi="Arial" w:cs="Arial"/>
          <w:iCs/>
        </w:rPr>
        <w:t>sensaciones</w:t>
      </w:r>
      <w:proofErr w:type="spellEnd"/>
      <w:r w:rsidRPr="00AC3D42">
        <w:rPr>
          <w:rFonts w:ascii="Arial" w:hAnsi="Arial" w:cs="Arial"/>
          <w:iCs/>
        </w:rPr>
        <w:t xml:space="preserve">  </w:t>
      </w:r>
      <w:r w:rsidRPr="00AC3D42">
        <w:rPr>
          <w:rFonts w:ascii="Arial" w:hAnsi="Arial" w:cs="Arial"/>
          <w:iCs/>
          <w:spacing w:val="-3"/>
        </w:rPr>
        <w:t xml:space="preserve">de </w:t>
      </w:r>
      <w:proofErr w:type="spellStart"/>
      <w:r w:rsidRPr="00AC3D42">
        <w:rPr>
          <w:rFonts w:ascii="Arial" w:hAnsi="Arial" w:cs="Arial"/>
          <w:iCs/>
          <w:spacing w:val="-4"/>
        </w:rPr>
        <w:t>una</w:t>
      </w:r>
      <w:proofErr w:type="spellEnd"/>
      <w:r w:rsidRPr="00AC3D42">
        <w:rPr>
          <w:rFonts w:ascii="Arial" w:hAnsi="Arial" w:cs="Arial"/>
          <w:iCs/>
          <w:spacing w:val="-4"/>
        </w:rPr>
        <w:t xml:space="preserve"> </w:t>
      </w:r>
      <w:proofErr w:type="spellStart"/>
      <w:r w:rsidRPr="00AC3D42">
        <w:rPr>
          <w:rFonts w:ascii="Arial" w:hAnsi="Arial" w:cs="Arial"/>
          <w:iCs/>
          <w:spacing w:val="-4"/>
        </w:rPr>
        <w:t>manera</w:t>
      </w:r>
      <w:proofErr w:type="spellEnd"/>
      <w:r w:rsidRPr="00AC3D42">
        <w:rPr>
          <w:rFonts w:ascii="Arial" w:hAnsi="Arial" w:cs="Arial"/>
          <w:iCs/>
          <w:spacing w:val="-4"/>
        </w:rPr>
        <w:t xml:space="preserve"> </w:t>
      </w:r>
      <w:proofErr w:type="spellStart"/>
      <w:r w:rsidRPr="00AC3D42">
        <w:rPr>
          <w:rFonts w:ascii="Arial" w:hAnsi="Arial" w:cs="Arial"/>
          <w:iCs/>
        </w:rPr>
        <w:t>adaptativa</w:t>
      </w:r>
      <w:proofErr w:type="spellEnd"/>
      <w:r w:rsidRPr="00AC3D42">
        <w:rPr>
          <w:rFonts w:ascii="Arial" w:hAnsi="Arial" w:cs="Arial"/>
          <w:iCs/>
        </w:rPr>
        <w:t xml:space="preserve">, </w:t>
      </w:r>
      <w:proofErr w:type="spellStart"/>
      <w:r w:rsidRPr="00AC3D42">
        <w:rPr>
          <w:rFonts w:ascii="Arial" w:hAnsi="Arial" w:cs="Arial"/>
          <w:iCs/>
          <w:spacing w:val="-3"/>
        </w:rPr>
        <w:t>presentando</w:t>
      </w:r>
      <w:proofErr w:type="spellEnd"/>
      <w:r w:rsidRPr="00AC3D42">
        <w:rPr>
          <w:rFonts w:ascii="Arial" w:hAnsi="Arial" w:cs="Arial"/>
          <w:iCs/>
          <w:spacing w:val="-3"/>
        </w:rPr>
        <w:t xml:space="preserve"> </w:t>
      </w:r>
      <w:proofErr w:type="spellStart"/>
      <w:r w:rsidRPr="00AC3D42">
        <w:rPr>
          <w:rFonts w:ascii="Arial" w:hAnsi="Arial" w:cs="Arial"/>
          <w:iCs/>
        </w:rPr>
        <w:t>dificultades</w:t>
      </w:r>
      <w:proofErr w:type="spellEnd"/>
      <w:r w:rsidRPr="00AC3D42">
        <w:rPr>
          <w:rFonts w:ascii="Arial" w:hAnsi="Arial" w:cs="Arial"/>
          <w:iCs/>
        </w:rPr>
        <w:t xml:space="preserve"> </w:t>
      </w:r>
      <w:proofErr w:type="spellStart"/>
      <w:r w:rsidRPr="00AC3D42">
        <w:rPr>
          <w:rFonts w:ascii="Arial" w:hAnsi="Arial" w:cs="Arial"/>
          <w:iCs/>
        </w:rPr>
        <w:t>más</w:t>
      </w:r>
      <w:proofErr w:type="spellEnd"/>
      <w:r w:rsidRPr="00AC3D42">
        <w:rPr>
          <w:rFonts w:ascii="Arial" w:hAnsi="Arial" w:cs="Arial"/>
          <w:iCs/>
        </w:rPr>
        <w:t xml:space="preserve"> </w:t>
      </w:r>
      <w:proofErr w:type="spellStart"/>
      <w:r w:rsidRPr="00AC3D42">
        <w:rPr>
          <w:rFonts w:ascii="Arial" w:hAnsi="Arial" w:cs="Arial"/>
          <w:iCs/>
        </w:rPr>
        <w:t>allá</w:t>
      </w:r>
      <w:proofErr w:type="spellEnd"/>
      <w:r w:rsidRPr="00AC3D42">
        <w:rPr>
          <w:rFonts w:ascii="Arial" w:hAnsi="Arial" w:cs="Arial"/>
          <w:iCs/>
        </w:rPr>
        <w:t xml:space="preserve"> </w:t>
      </w:r>
      <w:r w:rsidRPr="00AC3D42">
        <w:rPr>
          <w:rFonts w:ascii="Arial" w:hAnsi="Arial" w:cs="Arial"/>
          <w:iCs/>
          <w:spacing w:val="-3"/>
        </w:rPr>
        <w:t xml:space="preserve">de </w:t>
      </w:r>
      <w:r w:rsidRPr="00AC3D42">
        <w:rPr>
          <w:rFonts w:ascii="Arial" w:hAnsi="Arial" w:cs="Arial"/>
          <w:iCs/>
        </w:rPr>
        <w:t xml:space="preserve">lo </w:t>
      </w:r>
      <w:proofErr w:type="spellStart"/>
      <w:r w:rsidRPr="00AC3D42">
        <w:rPr>
          <w:rFonts w:ascii="Arial" w:hAnsi="Arial" w:cs="Arial"/>
          <w:iCs/>
          <w:spacing w:val="-4"/>
        </w:rPr>
        <w:t>esperado</w:t>
      </w:r>
      <w:proofErr w:type="spellEnd"/>
      <w:r w:rsidRPr="00AC3D42">
        <w:rPr>
          <w:rFonts w:ascii="Arial" w:hAnsi="Arial" w:cs="Arial"/>
          <w:iCs/>
          <w:spacing w:val="-4"/>
        </w:rPr>
        <w:t xml:space="preserve"> para  </w:t>
      </w:r>
      <w:proofErr w:type="spellStart"/>
      <w:r w:rsidRPr="00AC3D42">
        <w:rPr>
          <w:rFonts w:ascii="Arial" w:hAnsi="Arial" w:cs="Arial"/>
          <w:iCs/>
          <w:spacing w:val="3"/>
        </w:rPr>
        <w:t>su</w:t>
      </w:r>
      <w:proofErr w:type="spellEnd"/>
      <w:r w:rsidRPr="00AC3D42">
        <w:rPr>
          <w:rFonts w:ascii="Arial" w:hAnsi="Arial" w:cs="Arial"/>
          <w:iCs/>
          <w:spacing w:val="3"/>
        </w:rPr>
        <w:t xml:space="preserve"> </w:t>
      </w:r>
      <w:proofErr w:type="spellStart"/>
      <w:r w:rsidRPr="00AC3D42">
        <w:rPr>
          <w:rFonts w:ascii="Arial" w:hAnsi="Arial" w:cs="Arial"/>
          <w:iCs/>
          <w:spacing w:val="-4"/>
        </w:rPr>
        <w:t>edad</w:t>
      </w:r>
      <w:proofErr w:type="spellEnd"/>
      <w:r w:rsidRPr="00AC3D42">
        <w:rPr>
          <w:rFonts w:ascii="Arial" w:hAnsi="Arial" w:cs="Arial"/>
          <w:iCs/>
          <w:spacing w:val="-4"/>
        </w:rPr>
        <w:t xml:space="preserve">  </w:t>
      </w:r>
      <w:r w:rsidRPr="00AC3D42">
        <w:rPr>
          <w:rFonts w:ascii="Arial" w:hAnsi="Arial" w:cs="Arial"/>
          <w:iCs/>
        </w:rPr>
        <w:t xml:space="preserve">o </w:t>
      </w:r>
      <w:proofErr w:type="spellStart"/>
      <w:r w:rsidRPr="00AC3D42">
        <w:rPr>
          <w:rFonts w:ascii="Arial" w:hAnsi="Arial" w:cs="Arial"/>
          <w:iCs/>
        </w:rPr>
        <w:t>etapa</w:t>
      </w:r>
      <w:proofErr w:type="spellEnd"/>
      <w:r w:rsidRPr="00AC3D42">
        <w:rPr>
          <w:rFonts w:ascii="Arial" w:hAnsi="Arial" w:cs="Arial"/>
          <w:iCs/>
        </w:rPr>
        <w:t xml:space="preserve"> </w:t>
      </w:r>
      <w:r w:rsidRPr="00AC3D42">
        <w:rPr>
          <w:rFonts w:ascii="Arial" w:hAnsi="Arial" w:cs="Arial"/>
          <w:iCs/>
          <w:spacing w:val="-3"/>
        </w:rPr>
        <w:t xml:space="preserve">de </w:t>
      </w:r>
      <w:proofErr w:type="spellStart"/>
      <w:r w:rsidRPr="00AC3D42">
        <w:rPr>
          <w:rFonts w:ascii="Arial" w:hAnsi="Arial" w:cs="Arial"/>
          <w:iCs/>
          <w:spacing w:val="-3"/>
        </w:rPr>
        <w:t>desarrollo</w:t>
      </w:r>
      <w:proofErr w:type="spellEnd"/>
      <w:r w:rsidRPr="00AC3D42">
        <w:rPr>
          <w:rFonts w:ascii="Arial" w:hAnsi="Arial" w:cs="Arial"/>
          <w:iCs/>
          <w:spacing w:val="-3"/>
        </w:rPr>
        <w:t xml:space="preserve"> </w:t>
      </w:r>
      <w:proofErr w:type="spellStart"/>
      <w:r w:rsidRPr="00AC3D42">
        <w:rPr>
          <w:rFonts w:ascii="Arial" w:hAnsi="Arial" w:cs="Arial"/>
          <w:iCs/>
        </w:rPr>
        <w:t>evolutivo</w:t>
      </w:r>
      <w:proofErr w:type="spellEnd"/>
      <w:r w:rsidRPr="00AC3D42">
        <w:rPr>
          <w:rFonts w:ascii="Arial" w:hAnsi="Arial" w:cs="Arial"/>
          <w:iCs/>
        </w:rPr>
        <w:t xml:space="preserve">,  </w:t>
      </w:r>
      <w:r w:rsidRPr="00AC3D42">
        <w:rPr>
          <w:rFonts w:ascii="Arial" w:hAnsi="Arial" w:cs="Arial"/>
          <w:iCs/>
          <w:spacing w:val="-4"/>
        </w:rPr>
        <w:t xml:space="preserve">para  </w:t>
      </w:r>
      <w:proofErr w:type="spellStart"/>
      <w:r w:rsidRPr="00AC3D42">
        <w:rPr>
          <w:rFonts w:ascii="Arial" w:hAnsi="Arial" w:cs="Arial"/>
          <w:iCs/>
          <w:spacing w:val="-3"/>
        </w:rPr>
        <w:t>autorregularse</w:t>
      </w:r>
      <w:proofErr w:type="spellEnd"/>
      <w:r w:rsidRPr="00AC3D42">
        <w:rPr>
          <w:rFonts w:ascii="Arial" w:hAnsi="Arial" w:cs="Arial"/>
          <w:iCs/>
          <w:spacing w:val="-3"/>
        </w:rPr>
        <w:t xml:space="preserve"> </w:t>
      </w:r>
      <w:r w:rsidRPr="00AC3D42">
        <w:rPr>
          <w:rFonts w:ascii="Arial" w:hAnsi="Arial" w:cs="Arial"/>
          <w:iCs/>
        </w:rPr>
        <w:t xml:space="preserve">y </w:t>
      </w:r>
      <w:proofErr w:type="spellStart"/>
      <w:r w:rsidRPr="00AC3D42">
        <w:rPr>
          <w:rFonts w:ascii="Arial" w:hAnsi="Arial" w:cs="Arial"/>
          <w:iCs/>
        </w:rPr>
        <w:t>volver</w:t>
      </w:r>
      <w:proofErr w:type="spellEnd"/>
      <w:r w:rsidRPr="00AC3D42">
        <w:rPr>
          <w:rFonts w:ascii="Arial" w:hAnsi="Arial" w:cs="Arial"/>
          <w:iCs/>
        </w:rPr>
        <w:t xml:space="preserve"> a </w:t>
      </w:r>
      <w:r w:rsidRPr="00AC3D42">
        <w:rPr>
          <w:rFonts w:ascii="Arial" w:hAnsi="Arial" w:cs="Arial"/>
          <w:iCs/>
          <w:spacing w:val="-3"/>
        </w:rPr>
        <w:t xml:space="preserve">un </w:t>
      </w:r>
      <w:proofErr w:type="spellStart"/>
      <w:r w:rsidRPr="00AC3D42">
        <w:rPr>
          <w:rFonts w:ascii="Arial" w:hAnsi="Arial" w:cs="Arial"/>
          <w:iCs/>
        </w:rPr>
        <w:t>estado</w:t>
      </w:r>
      <w:proofErr w:type="spellEnd"/>
      <w:r w:rsidRPr="00AC3D42">
        <w:rPr>
          <w:rFonts w:ascii="Arial" w:hAnsi="Arial" w:cs="Arial"/>
          <w:iCs/>
        </w:rPr>
        <w:t xml:space="preserve"> </w:t>
      </w:r>
      <w:r w:rsidRPr="00AC3D42">
        <w:rPr>
          <w:rFonts w:ascii="Arial" w:hAnsi="Arial" w:cs="Arial"/>
          <w:iCs/>
          <w:spacing w:val="-3"/>
        </w:rPr>
        <w:t xml:space="preserve">de </w:t>
      </w:r>
      <w:proofErr w:type="spellStart"/>
      <w:r w:rsidRPr="00AC3D42">
        <w:rPr>
          <w:rFonts w:ascii="Arial" w:hAnsi="Arial" w:cs="Arial"/>
          <w:iCs/>
        </w:rPr>
        <w:t>calma</w:t>
      </w:r>
      <w:proofErr w:type="spellEnd"/>
      <w:r w:rsidRPr="00AC3D42">
        <w:rPr>
          <w:rFonts w:ascii="Arial" w:hAnsi="Arial" w:cs="Arial"/>
          <w:iCs/>
        </w:rPr>
        <w:t xml:space="preserve"> y/o, </w:t>
      </w:r>
      <w:r w:rsidRPr="00AC3D42">
        <w:rPr>
          <w:rFonts w:ascii="Arial" w:hAnsi="Arial" w:cs="Arial"/>
          <w:iCs/>
          <w:spacing w:val="-4"/>
        </w:rPr>
        <w:t xml:space="preserve">que </w:t>
      </w:r>
      <w:r w:rsidRPr="00AC3D42">
        <w:rPr>
          <w:rFonts w:ascii="Arial" w:hAnsi="Arial" w:cs="Arial"/>
          <w:iCs/>
          <w:spacing w:val="-3"/>
        </w:rPr>
        <w:t xml:space="preserve">no </w:t>
      </w:r>
      <w:proofErr w:type="spellStart"/>
      <w:r w:rsidRPr="00AC3D42">
        <w:rPr>
          <w:rFonts w:ascii="Arial" w:hAnsi="Arial" w:cs="Arial"/>
          <w:iCs/>
          <w:spacing w:val="-3"/>
        </w:rPr>
        <w:t>desaparecen</w:t>
      </w:r>
      <w:proofErr w:type="spellEnd"/>
      <w:r w:rsidRPr="00AC3D42">
        <w:rPr>
          <w:rFonts w:ascii="Arial" w:hAnsi="Arial" w:cs="Arial"/>
          <w:iCs/>
          <w:spacing w:val="-3"/>
        </w:rPr>
        <w:t xml:space="preserve"> </w:t>
      </w:r>
      <w:proofErr w:type="spellStart"/>
      <w:r w:rsidRPr="00AC3D42">
        <w:rPr>
          <w:rFonts w:ascii="Arial" w:hAnsi="Arial" w:cs="Arial"/>
          <w:iCs/>
          <w:spacing w:val="-3"/>
        </w:rPr>
        <w:t>después</w:t>
      </w:r>
      <w:proofErr w:type="spellEnd"/>
      <w:r w:rsidRPr="00AC3D42">
        <w:rPr>
          <w:rFonts w:ascii="Arial" w:hAnsi="Arial" w:cs="Arial"/>
          <w:iCs/>
          <w:spacing w:val="-3"/>
        </w:rPr>
        <w:t xml:space="preserve"> de </w:t>
      </w:r>
      <w:r w:rsidRPr="00AC3D42">
        <w:rPr>
          <w:rFonts w:ascii="Arial" w:hAnsi="Arial" w:cs="Arial"/>
          <w:iCs/>
          <w:spacing w:val="-4"/>
        </w:rPr>
        <w:t xml:space="preserve">uno </w:t>
      </w:r>
      <w:r w:rsidRPr="00AC3D42">
        <w:rPr>
          <w:rFonts w:ascii="Arial" w:hAnsi="Arial" w:cs="Arial"/>
          <w:iCs/>
        </w:rPr>
        <w:t xml:space="preserve">o </w:t>
      </w:r>
      <w:proofErr w:type="spellStart"/>
      <w:r w:rsidRPr="00AC3D42">
        <w:rPr>
          <w:rFonts w:ascii="Arial" w:hAnsi="Arial" w:cs="Arial"/>
          <w:iCs/>
        </w:rPr>
        <w:t>más</w:t>
      </w:r>
      <w:proofErr w:type="spellEnd"/>
      <w:r w:rsidRPr="00AC3D42">
        <w:rPr>
          <w:rFonts w:ascii="Arial" w:hAnsi="Arial" w:cs="Arial"/>
          <w:iCs/>
        </w:rPr>
        <w:t xml:space="preserve"> </w:t>
      </w:r>
      <w:proofErr w:type="spellStart"/>
      <w:r w:rsidRPr="00AC3D42">
        <w:rPr>
          <w:rFonts w:ascii="Arial" w:hAnsi="Arial" w:cs="Arial"/>
          <w:iCs/>
        </w:rPr>
        <w:t>intentos</w:t>
      </w:r>
      <w:proofErr w:type="spellEnd"/>
      <w:r w:rsidRPr="00AC3D42">
        <w:rPr>
          <w:rFonts w:ascii="Arial" w:hAnsi="Arial" w:cs="Arial"/>
          <w:iCs/>
        </w:rPr>
        <w:t xml:space="preserve"> </w:t>
      </w:r>
      <w:r w:rsidRPr="00AC3D42">
        <w:rPr>
          <w:rFonts w:ascii="Arial" w:hAnsi="Arial" w:cs="Arial"/>
          <w:iCs/>
          <w:spacing w:val="-3"/>
        </w:rPr>
        <w:t xml:space="preserve">de </w:t>
      </w:r>
      <w:proofErr w:type="spellStart"/>
      <w:r w:rsidRPr="00AC3D42">
        <w:rPr>
          <w:rFonts w:ascii="Arial" w:hAnsi="Arial" w:cs="Arial"/>
          <w:iCs/>
        </w:rPr>
        <w:t>intervención</w:t>
      </w:r>
      <w:proofErr w:type="spellEnd"/>
      <w:r w:rsidRPr="00AC3D42">
        <w:rPr>
          <w:rFonts w:ascii="Arial" w:hAnsi="Arial" w:cs="Arial"/>
          <w:iCs/>
        </w:rPr>
        <w:t xml:space="preserve"> </w:t>
      </w:r>
      <w:proofErr w:type="spellStart"/>
      <w:r w:rsidRPr="00AC3D42">
        <w:rPr>
          <w:rFonts w:ascii="Arial" w:hAnsi="Arial" w:cs="Arial"/>
          <w:iCs/>
        </w:rPr>
        <w:t>docente</w:t>
      </w:r>
      <w:proofErr w:type="spellEnd"/>
      <w:r w:rsidRPr="00AC3D42">
        <w:rPr>
          <w:rFonts w:ascii="Arial" w:hAnsi="Arial" w:cs="Arial"/>
          <w:iCs/>
        </w:rPr>
        <w:t xml:space="preserve">, </w:t>
      </w:r>
      <w:proofErr w:type="spellStart"/>
      <w:r w:rsidRPr="00AC3D42">
        <w:rPr>
          <w:rFonts w:ascii="Arial" w:hAnsi="Arial" w:cs="Arial"/>
          <w:iCs/>
        </w:rPr>
        <w:t>utilizados</w:t>
      </w:r>
      <w:proofErr w:type="spellEnd"/>
      <w:r w:rsidRPr="00AC3D42">
        <w:rPr>
          <w:rFonts w:ascii="Arial" w:hAnsi="Arial" w:cs="Arial"/>
          <w:iCs/>
        </w:rPr>
        <w:t xml:space="preserve"> con </w:t>
      </w:r>
      <w:proofErr w:type="spellStart"/>
      <w:r w:rsidRPr="00AC3D42">
        <w:rPr>
          <w:rFonts w:ascii="Arial" w:hAnsi="Arial" w:cs="Arial"/>
          <w:iCs/>
        </w:rPr>
        <w:t>éxito</w:t>
      </w:r>
      <w:proofErr w:type="spellEnd"/>
      <w:r w:rsidRPr="00AC3D42">
        <w:rPr>
          <w:rFonts w:ascii="Arial" w:hAnsi="Arial" w:cs="Arial"/>
          <w:iCs/>
        </w:rPr>
        <w:t xml:space="preserve"> </w:t>
      </w:r>
      <w:proofErr w:type="spellStart"/>
      <w:r w:rsidRPr="00AC3D42">
        <w:rPr>
          <w:rFonts w:ascii="Arial" w:hAnsi="Arial" w:cs="Arial"/>
          <w:iCs/>
          <w:spacing w:val="-3"/>
        </w:rPr>
        <w:t>en</w:t>
      </w:r>
      <w:proofErr w:type="spellEnd"/>
      <w:r w:rsidRPr="00AC3D42">
        <w:rPr>
          <w:rFonts w:ascii="Arial" w:hAnsi="Arial" w:cs="Arial"/>
          <w:iCs/>
          <w:spacing w:val="-3"/>
        </w:rPr>
        <w:t xml:space="preserve"> </w:t>
      </w:r>
      <w:proofErr w:type="spellStart"/>
      <w:r w:rsidRPr="00AC3D42">
        <w:rPr>
          <w:rFonts w:ascii="Arial" w:hAnsi="Arial" w:cs="Arial"/>
          <w:iCs/>
        </w:rPr>
        <w:t>otros</w:t>
      </w:r>
      <w:proofErr w:type="spellEnd"/>
      <w:r w:rsidRPr="00AC3D42">
        <w:rPr>
          <w:rFonts w:ascii="Arial" w:hAnsi="Arial" w:cs="Arial"/>
          <w:iCs/>
        </w:rPr>
        <w:t xml:space="preserve"> </w:t>
      </w:r>
      <w:proofErr w:type="spellStart"/>
      <w:r w:rsidRPr="00AC3D42">
        <w:rPr>
          <w:rFonts w:ascii="Arial" w:hAnsi="Arial" w:cs="Arial"/>
          <w:iCs/>
        </w:rPr>
        <w:t>casos</w:t>
      </w:r>
      <w:proofErr w:type="spellEnd"/>
      <w:r w:rsidRPr="00AC3D42">
        <w:rPr>
          <w:rFonts w:ascii="Arial" w:hAnsi="Arial" w:cs="Arial"/>
          <w:iCs/>
        </w:rPr>
        <w:t xml:space="preserve">, </w:t>
      </w:r>
      <w:proofErr w:type="spellStart"/>
      <w:r w:rsidRPr="00AC3D42">
        <w:rPr>
          <w:rFonts w:ascii="Arial" w:hAnsi="Arial" w:cs="Arial"/>
          <w:iCs/>
          <w:spacing w:val="-3"/>
        </w:rPr>
        <w:t>percibiéndose</w:t>
      </w:r>
      <w:proofErr w:type="spellEnd"/>
      <w:r w:rsidRPr="00AC3D42">
        <w:rPr>
          <w:rFonts w:ascii="Arial" w:hAnsi="Arial" w:cs="Arial"/>
          <w:iCs/>
          <w:spacing w:val="-3"/>
        </w:rPr>
        <w:t xml:space="preserve"> </w:t>
      </w:r>
      <w:proofErr w:type="spellStart"/>
      <w:r w:rsidRPr="00AC3D42">
        <w:rPr>
          <w:rFonts w:ascii="Arial" w:hAnsi="Arial" w:cs="Arial"/>
          <w:iCs/>
          <w:spacing w:val="-3"/>
        </w:rPr>
        <w:t>externamente</w:t>
      </w:r>
      <w:proofErr w:type="spellEnd"/>
      <w:r w:rsidRPr="00AC3D42">
        <w:rPr>
          <w:rFonts w:ascii="Arial" w:hAnsi="Arial" w:cs="Arial"/>
          <w:iCs/>
          <w:spacing w:val="-3"/>
        </w:rPr>
        <w:t xml:space="preserve"> </w:t>
      </w:r>
      <w:proofErr w:type="spellStart"/>
      <w:r w:rsidRPr="00AC3D42">
        <w:rPr>
          <w:rFonts w:ascii="Arial" w:hAnsi="Arial" w:cs="Arial"/>
          <w:iCs/>
          <w:spacing w:val="-4"/>
        </w:rPr>
        <w:t>por</w:t>
      </w:r>
      <w:proofErr w:type="spellEnd"/>
      <w:r w:rsidRPr="00AC3D42">
        <w:rPr>
          <w:rFonts w:ascii="Arial" w:hAnsi="Arial" w:cs="Arial"/>
          <w:iCs/>
          <w:spacing w:val="-4"/>
        </w:rPr>
        <w:t xml:space="preserve"> </w:t>
      </w:r>
      <w:proofErr w:type="spellStart"/>
      <w:r w:rsidRPr="00AC3D42">
        <w:rPr>
          <w:rFonts w:ascii="Arial" w:hAnsi="Arial" w:cs="Arial"/>
          <w:iCs/>
        </w:rPr>
        <w:t>más</w:t>
      </w:r>
      <w:proofErr w:type="spellEnd"/>
      <w:r w:rsidRPr="00AC3D42">
        <w:rPr>
          <w:rFonts w:ascii="Arial" w:hAnsi="Arial" w:cs="Arial"/>
          <w:iCs/>
        </w:rPr>
        <w:t xml:space="preserve"> </w:t>
      </w:r>
      <w:r w:rsidRPr="00AC3D42">
        <w:rPr>
          <w:rFonts w:ascii="Arial" w:hAnsi="Arial" w:cs="Arial"/>
          <w:iCs/>
          <w:spacing w:val="-3"/>
        </w:rPr>
        <w:t xml:space="preserve">de un </w:t>
      </w:r>
      <w:proofErr w:type="spellStart"/>
      <w:r w:rsidRPr="00AC3D42">
        <w:rPr>
          <w:rFonts w:ascii="Arial" w:hAnsi="Arial" w:cs="Arial"/>
          <w:iCs/>
          <w:spacing w:val="-3"/>
        </w:rPr>
        <w:lastRenderedPageBreak/>
        <w:t>observador</w:t>
      </w:r>
      <w:proofErr w:type="spellEnd"/>
      <w:r w:rsidRPr="00AC3D42">
        <w:rPr>
          <w:rFonts w:ascii="Arial" w:hAnsi="Arial" w:cs="Arial"/>
          <w:iCs/>
          <w:spacing w:val="-3"/>
        </w:rPr>
        <w:t xml:space="preserve"> </w:t>
      </w:r>
      <w:proofErr w:type="spellStart"/>
      <w:r w:rsidRPr="00AC3D42">
        <w:rPr>
          <w:rFonts w:ascii="Arial" w:hAnsi="Arial" w:cs="Arial"/>
          <w:iCs/>
        </w:rPr>
        <w:t>como</w:t>
      </w:r>
      <w:proofErr w:type="spellEnd"/>
      <w:r w:rsidRPr="00AC3D42">
        <w:rPr>
          <w:rFonts w:ascii="Arial" w:hAnsi="Arial" w:cs="Arial"/>
          <w:iCs/>
        </w:rPr>
        <w:t xml:space="preserve"> </w:t>
      </w:r>
      <w:proofErr w:type="spellStart"/>
      <w:r w:rsidRPr="00AC3D42">
        <w:rPr>
          <w:rFonts w:ascii="Arial" w:hAnsi="Arial" w:cs="Arial"/>
          <w:iCs/>
          <w:spacing w:val="-4"/>
        </w:rPr>
        <w:t>una</w:t>
      </w:r>
      <w:proofErr w:type="spellEnd"/>
      <w:r w:rsidRPr="00AC3D42">
        <w:rPr>
          <w:rFonts w:ascii="Arial" w:hAnsi="Arial" w:cs="Arial"/>
          <w:iCs/>
          <w:spacing w:val="-4"/>
        </w:rPr>
        <w:t xml:space="preserve"> </w:t>
      </w:r>
      <w:proofErr w:type="spellStart"/>
      <w:r w:rsidRPr="00AC3D42">
        <w:rPr>
          <w:rFonts w:ascii="Arial" w:hAnsi="Arial" w:cs="Arial"/>
          <w:iCs/>
        </w:rPr>
        <w:t>situación</w:t>
      </w:r>
      <w:proofErr w:type="spellEnd"/>
      <w:r w:rsidRPr="00AC3D42">
        <w:rPr>
          <w:rFonts w:ascii="Arial" w:hAnsi="Arial" w:cs="Arial"/>
          <w:iCs/>
        </w:rPr>
        <w:t xml:space="preserve"> </w:t>
      </w:r>
      <w:r w:rsidRPr="00AC3D42">
        <w:rPr>
          <w:rFonts w:ascii="Arial" w:hAnsi="Arial" w:cs="Arial"/>
          <w:iCs/>
          <w:spacing w:val="-5"/>
        </w:rPr>
        <w:t xml:space="preserve">de </w:t>
      </w:r>
      <w:r w:rsidRPr="00AC3D42">
        <w:rPr>
          <w:rFonts w:ascii="Arial" w:hAnsi="Arial" w:cs="Arial"/>
          <w:iCs/>
        </w:rPr>
        <w:t>“</w:t>
      </w:r>
      <w:proofErr w:type="spellStart"/>
      <w:r w:rsidRPr="00AC3D42">
        <w:rPr>
          <w:rFonts w:ascii="Arial" w:hAnsi="Arial" w:cs="Arial"/>
          <w:iCs/>
        </w:rPr>
        <w:t>descontrol</w:t>
      </w:r>
      <w:proofErr w:type="spellEnd"/>
      <w:r w:rsidRPr="00AC3D42">
        <w:rPr>
          <w:rFonts w:ascii="Arial" w:hAnsi="Arial" w:cs="Arial"/>
          <w:iCs/>
        </w:rPr>
        <w:t>”. (</w:t>
      </w:r>
      <w:proofErr w:type="spellStart"/>
      <w:r w:rsidRPr="00AC3D42">
        <w:rPr>
          <w:rFonts w:ascii="Arial" w:hAnsi="Arial" w:cs="Arial"/>
          <w:iCs/>
        </w:rPr>
        <w:t>Construcción</w:t>
      </w:r>
      <w:proofErr w:type="spellEnd"/>
      <w:r w:rsidRPr="00AC3D42">
        <w:rPr>
          <w:rFonts w:ascii="Arial" w:hAnsi="Arial" w:cs="Arial"/>
          <w:iCs/>
        </w:rPr>
        <w:t xml:space="preserve"> </w:t>
      </w:r>
      <w:proofErr w:type="spellStart"/>
      <w:r w:rsidRPr="00AC3D42">
        <w:rPr>
          <w:rFonts w:ascii="Arial" w:hAnsi="Arial" w:cs="Arial"/>
          <w:iCs/>
        </w:rPr>
        <w:t>colectiva</w:t>
      </w:r>
      <w:proofErr w:type="spellEnd"/>
      <w:r w:rsidRPr="00AC3D42">
        <w:rPr>
          <w:rFonts w:ascii="Arial" w:hAnsi="Arial" w:cs="Arial"/>
          <w:iCs/>
        </w:rPr>
        <w:t xml:space="preserve"> Mesa </w:t>
      </w:r>
      <w:r w:rsidRPr="00AC3D42">
        <w:rPr>
          <w:rFonts w:ascii="Arial" w:hAnsi="Arial" w:cs="Arial"/>
          <w:iCs/>
          <w:spacing w:val="-4"/>
        </w:rPr>
        <w:t xml:space="preserve">Regional </w:t>
      </w:r>
      <w:proofErr w:type="spellStart"/>
      <w:r w:rsidRPr="00AC3D42">
        <w:rPr>
          <w:rFonts w:ascii="Arial" w:hAnsi="Arial" w:cs="Arial"/>
          <w:iCs/>
        </w:rPr>
        <w:t>Autismo</w:t>
      </w:r>
      <w:proofErr w:type="spellEnd"/>
      <w:r w:rsidRPr="00AC3D42">
        <w:rPr>
          <w:rFonts w:ascii="Arial" w:hAnsi="Arial" w:cs="Arial"/>
          <w:iCs/>
        </w:rPr>
        <w:t xml:space="preserve">, </w:t>
      </w:r>
      <w:proofErr w:type="spellStart"/>
      <w:r w:rsidRPr="00AC3D42">
        <w:rPr>
          <w:rFonts w:ascii="Arial" w:hAnsi="Arial" w:cs="Arial"/>
          <w:iCs/>
          <w:spacing w:val="-4"/>
        </w:rPr>
        <w:t>región</w:t>
      </w:r>
      <w:proofErr w:type="spellEnd"/>
      <w:r w:rsidRPr="00AC3D42">
        <w:rPr>
          <w:rFonts w:ascii="Arial" w:hAnsi="Arial" w:cs="Arial"/>
          <w:iCs/>
          <w:spacing w:val="-4"/>
        </w:rPr>
        <w:t xml:space="preserve"> </w:t>
      </w:r>
      <w:r w:rsidRPr="00AC3D42">
        <w:rPr>
          <w:rFonts w:ascii="Arial" w:hAnsi="Arial" w:cs="Arial"/>
          <w:iCs/>
          <w:spacing w:val="-3"/>
        </w:rPr>
        <w:t xml:space="preserve">de </w:t>
      </w:r>
      <w:r w:rsidRPr="00AC3D42">
        <w:rPr>
          <w:rFonts w:ascii="Arial" w:hAnsi="Arial" w:cs="Arial"/>
          <w:iCs/>
        </w:rPr>
        <w:t>Valparaíso, mayo</w:t>
      </w:r>
      <w:r w:rsidRPr="00AC3D42">
        <w:rPr>
          <w:rFonts w:ascii="Arial" w:hAnsi="Arial" w:cs="Arial"/>
          <w:iCs/>
          <w:spacing w:val="-2"/>
        </w:rPr>
        <w:t xml:space="preserve"> </w:t>
      </w:r>
      <w:r w:rsidRPr="00AC3D42">
        <w:rPr>
          <w:rFonts w:ascii="Arial" w:hAnsi="Arial" w:cs="Arial"/>
          <w:iCs/>
          <w:spacing w:val="-5"/>
        </w:rPr>
        <w:t>2019).</w:t>
      </w:r>
    </w:p>
    <w:p w14:paraId="52469648" w14:textId="77777777" w:rsidR="00893C50" w:rsidRDefault="00893C50" w:rsidP="00893C50">
      <w:pPr>
        <w:pStyle w:val="Textoindependiente"/>
        <w:spacing w:before="155" w:line="360" w:lineRule="auto"/>
        <w:ind w:right="49"/>
        <w:jc w:val="both"/>
        <w:rPr>
          <w:rFonts w:ascii="Arial" w:hAnsi="Arial" w:cs="Arial"/>
        </w:rPr>
      </w:pPr>
      <w:r w:rsidRPr="00901BC0">
        <w:rPr>
          <w:rFonts w:ascii="Arial" w:hAnsi="Arial" w:cs="Arial"/>
        </w:rPr>
        <w:t xml:space="preserve">La </w:t>
      </w:r>
      <w:proofErr w:type="spellStart"/>
      <w:r w:rsidRPr="00901BC0">
        <w:rPr>
          <w:rFonts w:ascii="Arial" w:hAnsi="Arial" w:cs="Arial"/>
        </w:rPr>
        <w:t>desregulación</w:t>
      </w:r>
      <w:proofErr w:type="spellEnd"/>
      <w:r w:rsidRPr="00901BC0">
        <w:rPr>
          <w:rFonts w:ascii="Arial" w:hAnsi="Arial" w:cs="Arial"/>
        </w:rPr>
        <w:t xml:space="preserve"> </w:t>
      </w:r>
      <w:proofErr w:type="spellStart"/>
      <w:r w:rsidRPr="00901BC0">
        <w:rPr>
          <w:rFonts w:ascii="Arial" w:hAnsi="Arial" w:cs="Arial"/>
        </w:rPr>
        <w:t>emocional</w:t>
      </w:r>
      <w:proofErr w:type="spellEnd"/>
      <w:r w:rsidRPr="00901BC0">
        <w:rPr>
          <w:rFonts w:ascii="Arial" w:hAnsi="Arial" w:cs="Arial"/>
        </w:rPr>
        <w:t xml:space="preserve"> </w:t>
      </w:r>
      <w:proofErr w:type="spellStart"/>
      <w:r w:rsidRPr="00901BC0">
        <w:rPr>
          <w:rFonts w:ascii="Arial" w:hAnsi="Arial" w:cs="Arial"/>
        </w:rPr>
        <w:t>puede</w:t>
      </w:r>
      <w:proofErr w:type="spellEnd"/>
      <w:r w:rsidRPr="00901BC0">
        <w:rPr>
          <w:rFonts w:ascii="Arial" w:hAnsi="Arial" w:cs="Arial"/>
        </w:rPr>
        <w:t xml:space="preserve"> </w:t>
      </w:r>
      <w:proofErr w:type="spellStart"/>
      <w:r w:rsidRPr="00901BC0">
        <w:rPr>
          <w:rFonts w:ascii="Arial" w:hAnsi="Arial" w:cs="Arial"/>
        </w:rPr>
        <w:t>aparecer</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distintos</w:t>
      </w:r>
      <w:proofErr w:type="spellEnd"/>
      <w:r w:rsidRPr="00901BC0">
        <w:rPr>
          <w:rFonts w:ascii="Arial" w:hAnsi="Arial" w:cs="Arial"/>
        </w:rPr>
        <w:t xml:space="preserve"> </w:t>
      </w:r>
      <w:proofErr w:type="spellStart"/>
      <w:r w:rsidRPr="00901BC0">
        <w:rPr>
          <w:rFonts w:ascii="Arial" w:hAnsi="Arial" w:cs="Arial"/>
        </w:rPr>
        <w:t>grados</w:t>
      </w:r>
      <w:proofErr w:type="spellEnd"/>
      <w:r w:rsidRPr="00901BC0">
        <w:rPr>
          <w:rFonts w:ascii="Arial" w:hAnsi="Arial" w:cs="Arial"/>
        </w:rPr>
        <w:t xml:space="preserve"> y no se </w:t>
      </w:r>
      <w:proofErr w:type="spellStart"/>
      <w:r w:rsidRPr="00901BC0">
        <w:rPr>
          <w:rFonts w:ascii="Arial" w:hAnsi="Arial" w:cs="Arial"/>
        </w:rPr>
        <w:t>considera</w:t>
      </w:r>
      <w:proofErr w:type="spellEnd"/>
      <w:r w:rsidRPr="00901BC0">
        <w:rPr>
          <w:rFonts w:ascii="Arial" w:hAnsi="Arial" w:cs="Arial"/>
        </w:rPr>
        <w:t xml:space="preserve"> un </w:t>
      </w:r>
      <w:proofErr w:type="spellStart"/>
      <w:r w:rsidRPr="00901BC0">
        <w:rPr>
          <w:rFonts w:ascii="Arial" w:hAnsi="Arial" w:cs="Arial"/>
        </w:rPr>
        <w:t>diagnóstico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sí</w:t>
      </w:r>
      <w:proofErr w:type="spellEnd"/>
      <w:r w:rsidRPr="00901BC0">
        <w:rPr>
          <w:rFonts w:ascii="Arial" w:hAnsi="Arial" w:cs="Arial"/>
        </w:rPr>
        <w:t xml:space="preserve">, </w:t>
      </w:r>
      <w:proofErr w:type="spellStart"/>
      <w:r w:rsidRPr="00901BC0">
        <w:rPr>
          <w:rFonts w:ascii="Arial" w:hAnsi="Arial" w:cs="Arial"/>
        </w:rPr>
        <w:t>sino</w:t>
      </w:r>
      <w:proofErr w:type="spellEnd"/>
      <w:r w:rsidRPr="00901BC0">
        <w:rPr>
          <w:rFonts w:ascii="Arial" w:hAnsi="Arial" w:cs="Arial"/>
        </w:rPr>
        <w:t xml:space="preserve">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característica</w:t>
      </w:r>
      <w:proofErr w:type="spellEnd"/>
      <w:r w:rsidRPr="00901BC0">
        <w:rPr>
          <w:rFonts w:ascii="Arial" w:hAnsi="Arial" w:cs="Arial"/>
        </w:rPr>
        <w:t xml:space="preserve"> que </w:t>
      </w:r>
      <w:proofErr w:type="spellStart"/>
      <w:r w:rsidRPr="00901BC0">
        <w:rPr>
          <w:rFonts w:ascii="Arial" w:hAnsi="Arial" w:cs="Arial"/>
        </w:rPr>
        <w:t>puede</w:t>
      </w:r>
      <w:proofErr w:type="spellEnd"/>
      <w:r w:rsidRPr="00901BC0">
        <w:rPr>
          <w:rFonts w:ascii="Arial" w:hAnsi="Arial" w:cs="Arial"/>
        </w:rPr>
        <w:t xml:space="preserve"> </w:t>
      </w:r>
      <w:proofErr w:type="spellStart"/>
      <w:r w:rsidRPr="00901BC0">
        <w:rPr>
          <w:rFonts w:ascii="Arial" w:hAnsi="Arial" w:cs="Arial"/>
        </w:rPr>
        <w:t>subyacer</w:t>
      </w:r>
      <w:proofErr w:type="spellEnd"/>
      <w:r w:rsidRPr="00901BC0">
        <w:rPr>
          <w:rFonts w:ascii="Arial" w:hAnsi="Arial" w:cs="Arial"/>
        </w:rPr>
        <w:t xml:space="preserve"> a </w:t>
      </w:r>
      <w:proofErr w:type="spellStart"/>
      <w:r w:rsidRPr="00901BC0">
        <w:rPr>
          <w:rFonts w:ascii="Arial" w:hAnsi="Arial" w:cs="Arial"/>
        </w:rPr>
        <w:t>distintas</w:t>
      </w:r>
      <w:proofErr w:type="spellEnd"/>
      <w:r w:rsidRPr="00901BC0">
        <w:rPr>
          <w:rFonts w:ascii="Arial" w:hAnsi="Arial" w:cs="Arial"/>
        </w:rPr>
        <w:t xml:space="preserve"> </w:t>
      </w:r>
      <w:proofErr w:type="spellStart"/>
      <w:r w:rsidRPr="00901BC0">
        <w:rPr>
          <w:rFonts w:ascii="Arial" w:hAnsi="Arial" w:cs="Arial"/>
        </w:rPr>
        <w:t>condiciones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la persona. En la </w:t>
      </w:r>
      <w:proofErr w:type="spellStart"/>
      <w:r w:rsidRPr="00901BC0">
        <w:rPr>
          <w:rFonts w:ascii="Arial" w:hAnsi="Arial" w:cs="Arial"/>
        </w:rPr>
        <w:t>literatura</w:t>
      </w:r>
      <w:proofErr w:type="spellEnd"/>
      <w:r w:rsidRPr="00901BC0">
        <w:rPr>
          <w:rFonts w:ascii="Arial" w:hAnsi="Arial" w:cs="Arial"/>
        </w:rPr>
        <w:t xml:space="preserve"> </w:t>
      </w:r>
      <w:proofErr w:type="spellStart"/>
      <w:r w:rsidRPr="00901BC0">
        <w:rPr>
          <w:rFonts w:ascii="Arial" w:hAnsi="Arial" w:cs="Arial"/>
        </w:rPr>
        <w:t>científica</w:t>
      </w:r>
      <w:proofErr w:type="spellEnd"/>
      <w:r w:rsidRPr="00901BC0">
        <w:rPr>
          <w:rFonts w:ascii="Arial" w:hAnsi="Arial" w:cs="Arial"/>
        </w:rPr>
        <w:t xml:space="preserve">, se </w:t>
      </w:r>
      <w:proofErr w:type="spellStart"/>
      <w:r w:rsidRPr="00901BC0">
        <w:rPr>
          <w:rFonts w:ascii="Arial" w:hAnsi="Arial" w:cs="Arial"/>
        </w:rPr>
        <w:t>relaciona</w:t>
      </w:r>
      <w:proofErr w:type="spellEnd"/>
      <w:r w:rsidRPr="00901BC0">
        <w:rPr>
          <w:rFonts w:ascii="Arial" w:hAnsi="Arial" w:cs="Arial"/>
        </w:rPr>
        <w:t xml:space="preserve"> </w:t>
      </w:r>
      <w:proofErr w:type="spellStart"/>
      <w:r w:rsidRPr="00901BC0">
        <w:rPr>
          <w:rFonts w:ascii="Arial" w:hAnsi="Arial" w:cs="Arial"/>
        </w:rPr>
        <w:t>principalmente</w:t>
      </w:r>
      <w:proofErr w:type="spellEnd"/>
      <w:r w:rsidRPr="00901BC0">
        <w:rPr>
          <w:rFonts w:ascii="Arial" w:hAnsi="Arial" w:cs="Arial"/>
        </w:rPr>
        <w:t xml:space="preserve"> con </w:t>
      </w:r>
      <w:proofErr w:type="spellStart"/>
      <w:r w:rsidRPr="00901BC0">
        <w:rPr>
          <w:rFonts w:ascii="Arial" w:hAnsi="Arial" w:cs="Arial"/>
        </w:rPr>
        <w:t>comportamiento</w:t>
      </w:r>
      <w:proofErr w:type="spellEnd"/>
      <w:r w:rsidRPr="00901BC0">
        <w:rPr>
          <w:rFonts w:ascii="Arial" w:hAnsi="Arial" w:cs="Arial"/>
        </w:rPr>
        <w:t xml:space="preserve"> de </w:t>
      </w:r>
      <w:proofErr w:type="spellStart"/>
      <w:r w:rsidRPr="00901BC0">
        <w:rPr>
          <w:rFonts w:ascii="Arial" w:hAnsi="Arial" w:cs="Arial"/>
        </w:rPr>
        <w:t>tipo</w:t>
      </w:r>
      <w:proofErr w:type="spellEnd"/>
      <w:r w:rsidRPr="00901BC0">
        <w:rPr>
          <w:rFonts w:ascii="Arial" w:hAnsi="Arial" w:cs="Arial"/>
        </w:rPr>
        <w:t xml:space="preserve"> </w:t>
      </w:r>
      <w:proofErr w:type="spellStart"/>
      <w:r w:rsidRPr="00901BC0">
        <w:rPr>
          <w:rFonts w:ascii="Arial" w:hAnsi="Arial" w:cs="Arial"/>
        </w:rPr>
        <w:t>disruptivo</w:t>
      </w:r>
      <w:proofErr w:type="spellEnd"/>
      <w:r w:rsidRPr="00901BC0">
        <w:rPr>
          <w:rFonts w:ascii="Arial" w:hAnsi="Arial" w:cs="Arial"/>
        </w:rPr>
        <w:t xml:space="preserve"> y de </w:t>
      </w:r>
      <w:proofErr w:type="spellStart"/>
      <w:r w:rsidRPr="00901BC0">
        <w:rPr>
          <w:rFonts w:ascii="Arial" w:hAnsi="Arial" w:cs="Arial"/>
        </w:rPr>
        <w:t>menor</w:t>
      </w:r>
      <w:proofErr w:type="spellEnd"/>
      <w:r w:rsidRPr="00901BC0">
        <w:rPr>
          <w:rFonts w:ascii="Arial" w:hAnsi="Arial" w:cs="Arial"/>
        </w:rPr>
        <w:t xml:space="preserve"> control de </w:t>
      </w:r>
      <w:proofErr w:type="spellStart"/>
      <w:r w:rsidRPr="00901BC0">
        <w:rPr>
          <w:rFonts w:ascii="Arial" w:hAnsi="Arial" w:cs="Arial"/>
        </w:rPr>
        <w:t>los</w:t>
      </w:r>
      <w:proofErr w:type="spellEnd"/>
      <w:r w:rsidRPr="00901BC0">
        <w:rPr>
          <w:rFonts w:ascii="Arial" w:hAnsi="Arial" w:cs="Arial"/>
        </w:rPr>
        <w:t xml:space="preserve"> </w:t>
      </w:r>
      <w:proofErr w:type="spellStart"/>
      <w:proofErr w:type="gramStart"/>
      <w:r w:rsidRPr="00901BC0">
        <w:rPr>
          <w:rFonts w:ascii="Arial" w:hAnsi="Arial" w:cs="Arial"/>
        </w:rPr>
        <w:t>impulsos</w:t>
      </w:r>
      <w:proofErr w:type="spellEnd"/>
      <w:r w:rsidRPr="00901BC0">
        <w:rPr>
          <w:rFonts w:ascii="Arial" w:hAnsi="Arial" w:cs="Arial"/>
        </w:rPr>
        <w:t xml:space="preserve"> .</w:t>
      </w:r>
      <w:proofErr w:type="gramEnd"/>
      <w:r w:rsidRPr="00901BC0">
        <w:rPr>
          <w:rFonts w:ascii="Arial" w:hAnsi="Arial" w:cs="Arial"/>
        </w:rPr>
        <w:t xml:space="preserve"> (Cole et al., 1994; Eisenberg et al., 1996; Shields &amp; Cicchetti, 2001)</w:t>
      </w:r>
      <w:r>
        <w:rPr>
          <w:rStyle w:val="Refdenotaalpie"/>
          <w:rFonts w:ascii="Arial" w:hAnsi="Arial" w:cs="Arial"/>
        </w:rPr>
        <w:footnoteReference w:id="12"/>
      </w:r>
    </w:p>
    <w:p w14:paraId="790019E6" w14:textId="77777777" w:rsidR="00893C50" w:rsidRPr="009E686D" w:rsidRDefault="00893C50" w:rsidP="00893C50">
      <w:pPr>
        <w:pStyle w:val="Textoindependiente"/>
        <w:spacing w:before="155" w:line="360" w:lineRule="auto"/>
        <w:ind w:right="49"/>
        <w:jc w:val="center"/>
        <w:rPr>
          <w:rFonts w:ascii="Arial" w:hAnsi="Arial" w:cs="Arial"/>
          <w:b/>
          <w:u w:val="single"/>
        </w:rPr>
      </w:pPr>
      <w:proofErr w:type="spellStart"/>
      <w:r w:rsidRPr="009E686D">
        <w:rPr>
          <w:rFonts w:ascii="Arial" w:hAnsi="Arial" w:cs="Arial"/>
          <w:b/>
          <w:u w:val="single"/>
        </w:rPr>
        <w:t>Consideraciones</w:t>
      </w:r>
      <w:proofErr w:type="spellEnd"/>
      <w:r w:rsidRPr="009E686D">
        <w:rPr>
          <w:rFonts w:ascii="Arial" w:hAnsi="Arial" w:cs="Arial"/>
          <w:b/>
          <w:u w:val="single"/>
        </w:rPr>
        <w:t xml:space="preserve"> </w:t>
      </w:r>
      <w:proofErr w:type="spellStart"/>
      <w:r w:rsidRPr="009E686D">
        <w:rPr>
          <w:rFonts w:ascii="Arial" w:hAnsi="Arial" w:cs="Arial"/>
          <w:b/>
          <w:u w:val="single"/>
        </w:rPr>
        <w:t>especiales</w:t>
      </w:r>
      <w:proofErr w:type="spellEnd"/>
    </w:p>
    <w:p w14:paraId="13EE9347" w14:textId="77777777" w:rsidR="00893C50" w:rsidRPr="009E686D" w:rsidRDefault="00893C50" w:rsidP="00893C50">
      <w:pPr>
        <w:pStyle w:val="Textoindependiente"/>
        <w:spacing w:before="155" w:line="360" w:lineRule="auto"/>
        <w:ind w:right="49"/>
        <w:jc w:val="both"/>
        <w:rPr>
          <w:rFonts w:ascii="Arial" w:hAnsi="Arial" w:cs="Arial"/>
        </w:rPr>
      </w:pPr>
      <w:r w:rsidRPr="009E686D">
        <w:rPr>
          <w:rFonts w:ascii="Arial" w:hAnsi="Arial" w:cs="Arial"/>
        </w:rPr>
        <w:t xml:space="preserve">El Centro </w:t>
      </w:r>
      <w:proofErr w:type="spellStart"/>
      <w:r w:rsidRPr="009E686D">
        <w:rPr>
          <w:rFonts w:ascii="Arial" w:hAnsi="Arial" w:cs="Arial"/>
        </w:rPr>
        <w:t>Educacional</w:t>
      </w:r>
      <w:proofErr w:type="spellEnd"/>
      <w:r w:rsidRPr="009E686D">
        <w:rPr>
          <w:rFonts w:ascii="Arial" w:hAnsi="Arial" w:cs="Arial"/>
        </w:rPr>
        <w:t xml:space="preserve"> </w:t>
      </w:r>
      <w:proofErr w:type="gramStart"/>
      <w:r w:rsidRPr="009E686D">
        <w:rPr>
          <w:rFonts w:ascii="Arial" w:hAnsi="Arial" w:cs="Arial"/>
        </w:rPr>
        <w:t>Adonay ,</w:t>
      </w:r>
      <w:proofErr w:type="gramEnd"/>
      <w:r w:rsidRPr="009E686D">
        <w:rPr>
          <w:rFonts w:ascii="Arial" w:hAnsi="Arial" w:cs="Arial"/>
        </w:rPr>
        <w:t xml:space="preserve"> </w:t>
      </w:r>
      <w:proofErr w:type="spellStart"/>
      <w:r w:rsidRPr="009E686D">
        <w:rPr>
          <w:rFonts w:ascii="Arial" w:hAnsi="Arial" w:cs="Arial"/>
        </w:rPr>
        <w:t>mediante</w:t>
      </w:r>
      <w:proofErr w:type="spellEnd"/>
      <w:r w:rsidRPr="009E686D">
        <w:rPr>
          <w:rFonts w:ascii="Arial" w:hAnsi="Arial" w:cs="Arial"/>
        </w:rPr>
        <w:t xml:space="preserve"> </w:t>
      </w:r>
      <w:proofErr w:type="spellStart"/>
      <w:r w:rsidRPr="009E686D">
        <w:rPr>
          <w:rFonts w:ascii="Arial" w:hAnsi="Arial" w:cs="Arial"/>
        </w:rPr>
        <w:t>este</w:t>
      </w:r>
      <w:proofErr w:type="spellEnd"/>
      <w:r w:rsidRPr="009E686D">
        <w:rPr>
          <w:rFonts w:ascii="Arial" w:hAnsi="Arial" w:cs="Arial"/>
        </w:rPr>
        <w:t xml:space="preserve"> </w:t>
      </w:r>
      <w:proofErr w:type="spellStart"/>
      <w:r w:rsidRPr="009E686D">
        <w:rPr>
          <w:rFonts w:ascii="Arial" w:hAnsi="Arial" w:cs="Arial"/>
        </w:rPr>
        <w:t>protocolo</w:t>
      </w:r>
      <w:proofErr w:type="spellEnd"/>
      <w:r w:rsidRPr="009E686D">
        <w:rPr>
          <w:rFonts w:ascii="Arial" w:hAnsi="Arial" w:cs="Arial"/>
        </w:rPr>
        <w:t xml:space="preserve"> </w:t>
      </w:r>
      <w:proofErr w:type="spellStart"/>
      <w:r w:rsidRPr="009E686D">
        <w:rPr>
          <w:rFonts w:ascii="Arial" w:hAnsi="Arial" w:cs="Arial"/>
        </w:rPr>
        <w:t>buscará</w:t>
      </w:r>
      <w:proofErr w:type="spellEnd"/>
      <w:r w:rsidRPr="009E686D">
        <w:rPr>
          <w:rFonts w:ascii="Arial" w:hAnsi="Arial" w:cs="Arial"/>
        </w:rPr>
        <w:t xml:space="preserve"> </w:t>
      </w:r>
      <w:proofErr w:type="spellStart"/>
      <w:r w:rsidRPr="009E686D">
        <w:rPr>
          <w:rFonts w:ascii="Arial" w:hAnsi="Arial" w:cs="Arial"/>
        </w:rPr>
        <w:t>establecer</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pasos a </w:t>
      </w:r>
      <w:proofErr w:type="spellStart"/>
      <w:r w:rsidRPr="009E686D">
        <w:rPr>
          <w:rFonts w:ascii="Arial" w:hAnsi="Arial" w:cs="Arial"/>
        </w:rPr>
        <w:t>seguir</w:t>
      </w:r>
      <w:proofErr w:type="spellEnd"/>
      <w:r w:rsidRPr="009E686D">
        <w:rPr>
          <w:rFonts w:ascii="Arial" w:hAnsi="Arial" w:cs="Arial"/>
        </w:rPr>
        <w:t xml:space="preserve"> </w:t>
      </w:r>
      <w:proofErr w:type="spellStart"/>
      <w:r w:rsidRPr="009E686D">
        <w:rPr>
          <w:rFonts w:ascii="Arial" w:hAnsi="Arial" w:cs="Arial"/>
        </w:rPr>
        <w:t>frente</w:t>
      </w:r>
      <w:proofErr w:type="spellEnd"/>
      <w:r w:rsidRPr="009E686D">
        <w:rPr>
          <w:rFonts w:ascii="Arial" w:hAnsi="Arial" w:cs="Arial"/>
        </w:rPr>
        <w:t xml:space="preserve"> a las </w:t>
      </w:r>
      <w:proofErr w:type="spellStart"/>
      <w:r w:rsidRPr="009E686D">
        <w:rPr>
          <w:rFonts w:ascii="Arial" w:hAnsi="Arial" w:cs="Arial"/>
        </w:rPr>
        <w:t>situaciones</w:t>
      </w:r>
      <w:proofErr w:type="spellEnd"/>
      <w:r w:rsidRPr="009E686D">
        <w:rPr>
          <w:rFonts w:ascii="Arial" w:hAnsi="Arial" w:cs="Arial"/>
        </w:rPr>
        <w:t xml:space="preserve"> </w:t>
      </w:r>
      <w:proofErr w:type="spellStart"/>
      <w:r w:rsidRPr="009E686D">
        <w:rPr>
          <w:rFonts w:ascii="Arial" w:hAnsi="Arial" w:cs="Arial"/>
        </w:rPr>
        <w:t>desregulación</w:t>
      </w:r>
      <w:proofErr w:type="spellEnd"/>
      <w:r w:rsidRPr="009E686D">
        <w:rPr>
          <w:rFonts w:ascii="Arial" w:hAnsi="Arial" w:cs="Arial"/>
        </w:rPr>
        <w:t xml:space="preserve"> </w:t>
      </w:r>
      <w:proofErr w:type="spellStart"/>
      <w:r w:rsidRPr="009E686D">
        <w:rPr>
          <w:rFonts w:ascii="Arial" w:hAnsi="Arial" w:cs="Arial"/>
        </w:rPr>
        <w:t>emocional</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estudiantes</w:t>
      </w:r>
      <w:proofErr w:type="spellEnd"/>
      <w:r w:rsidRPr="009E686D">
        <w:rPr>
          <w:rFonts w:ascii="Arial" w:hAnsi="Arial" w:cs="Arial"/>
        </w:rPr>
        <w:t xml:space="preserve"> con </w:t>
      </w:r>
      <w:proofErr w:type="spellStart"/>
      <w:r w:rsidRPr="009E686D">
        <w:rPr>
          <w:rFonts w:ascii="Arial" w:hAnsi="Arial" w:cs="Arial"/>
        </w:rPr>
        <w:t>condición</w:t>
      </w:r>
      <w:proofErr w:type="spellEnd"/>
      <w:r w:rsidRPr="009E686D">
        <w:rPr>
          <w:rFonts w:ascii="Arial" w:hAnsi="Arial" w:cs="Arial"/>
        </w:rPr>
        <w:t xml:space="preserve"> del </w:t>
      </w:r>
      <w:proofErr w:type="spellStart"/>
      <w:r w:rsidRPr="009E686D">
        <w:rPr>
          <w:rFonts w:ascii="Arial" w:hAnsi="Arial" w:cs="Arial"/>
        </w:rPr>
        <w:t>espectro</w:t>
      </w:r>
      <w:proofErr w:type="spellEnd"/>
      <w:r w:rsidRPr="009E686D">
        <w:rPr>
          <w:rFonts w:ascii="Arial" w:hAnsi="Arial" w:cs="Arial"/>
        </w:rPr>
        <w:t xml:space="preserve"> </w:t>
      </w:r>
      <w:proofErr w:type="spellStart"/>
      <w:r w:rsidRPr="009E686D">
        <w:rPr>
          <w:rFonts w:ascii="Arial" w:hAnsi="Arial" w:cs="Arial"/>
        </w:rPr>
        <w:t>autista</w:t>
      </w:r>
      <w:proofErr w:type="spellEnd"/>
      <w:r w:rsidRPr="009E686D">
        <w:rPr>
          <w:rFonts w:ascii="Arial" w:hAnsi="Arial" w:cs="Arial"/>
        </w:rPr>
        <w:t xml:space="preserve">, </w:t>
      </w:r>
      <w:proofErr w:type="spellStart"/>
      <w:r w:rsidRPr="009E686D">
        <w:rPr>
          <w:rFonts w:ascii="Arial" w:hAnsi="Arial" w:cs="Arial"/>
        </w:rPr>
        <w:t>entregando</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apoyo</w:t>
      </w:r>
      <w:proofErr w:type="spellEnd"/>
      <w:r w:rsidRPr="009E686D">
        <w:rPr>
          <w:rFonts w:ascii="Arial" w:hAnsi="Arial" w:cs="Arial"/>
        </w:rPr>
        <w:t xml:space="preserve"> </w:t>
      </w:r>
      <w:proofErr w:type="spellStart"/>
      <w:r w:rsidRPr="009E686D">
        <w:rPr>
          <w:rFonts w:ascii="Arial" w:hAnsi="Arial" w:cs="Arial"/>
        </w:rPr>
        <w:t>necesario</w:t>
      </w:r>
      <w:proofErr w:type="spellEnd"/>
      <w:r w:rsidRPr="009E686D">
        <w:rPr>
          <w:rFonts w:ascii="Arial" w:hAnsi="Arial" w:cs="Arial"/>
        </w:rPr>
        <w:t xml:space="preserve"> para un </w:t>
      </w:r>
      <w:proofErr w:type="spellStart"/>
      <w:r w:rsidRPr="009E686D">
        <w:rPr>
          <w:rFonts w:ascii="Arial" w:hAnsi="Arial" w:cs="Arial"/>
        </w:rPr>
        <w:t>adecuado</w:t>
      </w:r>
      <w:proofErr w:type="spellEnd"/>
      <w:r w:rsidRPr="009E686D">
        <w:rPr>
          <w:rFonts w:ascii="Arial" w:hAnsi="Arial" w:cs="Arial"/>
        </w:rPr>
        <w:t xml:space="preserve"> </w:t>
      </w:r>
      <w:proofErr w:type="spellStart"/>
      <w:r w:rsidRPr="009E686D">
        <w:rPr>
          <w:rFonts w:ascii="Arial" w:hAnsi="Arial" w:cs="Arial"/>
        </w:rPr>
        <w:t>manejo</w:t>
      </w:r>
      <w:proofErr w:type="spellEnd"/>
      <w:r w:rsidRPr="009E686D">
        <w:rPr>
          <w:rFonts w:ascii="Arial" w:hAnsi="Arial" w:cs="Arial"/>
        </w:rPr>
        <w:t xml:space="preserve"> </w:t>
      </w:r>
      <w:proofErr w:type="spellStart"/>
      <w:r w:rsidRPr="009E686D">
        <w:rPr>
          <w:rFonts w:ascii="Arial" w:hAnsi="Arial" w:cs="Arial"/>
        </w:rPr>
        <w:t>frente</w:t>
      </w:r>
      <w:proofErr w:type="spellEnd"/>
      <w:r w:rsidRPr="009E686D">
        <w:rPr>
          <w:rFonts w:ascii="Arial" w:hAnsi="Arial" w:cs="Arial"/>
        </w:rPr>
        <w:t xml:space="preserve"> a </w:t>
      </w:r>
      <w:proofErr w:type="spellStart"/>
      <w:r w:rsidRPr="009E686D">
        <w:rPr>
          <w:rFonts w:ascii="Arial" w:hAnsi="Arial" w:cs="Arial"/>
        </w:rPr>
        <w:t>diversas</w:t>
      </w:r>
      <w:proofErr w:type="spellEnd"/>
      <w:r w:rsidRPr="009E686D">
        <w:rPr>
          <w:rFonts w:ascii="Arial" w:hAnsi="Arial" w:cs="Arial"/>
        </w:rPr>
        <w:t xml:space="preserve"> </w:t>
      </w:r>
      <w:proofErr w:type="spellStart"/>
      <w:r w:rsidRPr="009E686D">
        <w:rPr>
          <w:rFonts w:ascii="Arial" w:hAnsi="Arial" w:cs="Arial"/>
        </w:rPr>
        <w:t>situaciones</w:t>
      </w:r>
      <w:proofErr w:type="spellEnd"/>
      <w:r w:rsidRPr="009E686D">
        <w:rPr>
          <w:rFonts w:ascii="Arial" w:hAnsi="Arial" w:cs="Arial"/>
        </w:rPr>
        <w:t xml:space="preserve"> de </w:t>
      </w:r>
      <w:proofErr w:type="spellStart"/>
      <w:r w:rsidRPr="009E686D">
        <w:rPr>
          <w:rFonts w:ascii="Arial" w:hAnsi="Arial" w:cs="Arial"/>
        </w:rPr>
        <w:t>descontrol</w:t>
      </w:r>
      <w:proofErr w:type="spellEnd"/>
      <w:r w:rsidRPr="009E686D">
        <w:rPr>
          <w:rFonts w:ascii="Arial" w:hAnsi="Arial" w:cs="Arial"/>
        </w:rPr>
        <w:t xml:space="preserve"> </w:t>
      </w:r>
      <w:proofErr w:type="spellStart"/>
      <w:r w:rsidRPr="009E686D">
        <w:rPr>
          <w:rFonts w:ascii="Arial" w:hAnsi="Arial" w:cs="Arial"/>
        </w:rPr>
        <w:t>emocional</w:t>
      </w:r>
      <w:proofErr w:type="spellEnd"/>
      <w:r w:rsidRPr="009E686D">
        <w:rPr>
          <w:rFonts w:ascii="Arial" w:hAnsi="Arial" w:cs="Arial"/>
        </w:rPr>
        <w:t xml:space="preserve">.  El </w:t>
      </w:r>
      <w:proofErr w:type="spellStart"/>
      <w:r w:rsidRPr="009E686D">
        <w:rPr>
          <w:rFonts w:ascii="Arial" w:hAnsi="Arial" w:cs="Arial"/>
        </w:rPr>
        <w:t>protocolo</w:t>
      </w:r>
      <w:proofErr w:type="spellEnd"/>
      <w:r w:rsidRPr="009E686D">
        <w:rPr>
          <w:rFonts w:ascii="Arial" w:hAnsi="Arial" w:cs="Arial"/>
        </w:rPr>
        <w:t xml:space="preserve"> </w:t>
      </w:r>
      <w:proofErr w:type="spellStart"/>
      <w:r w:rsidRPr="009E686D">
        <w:rPr>
          <w:rFonts w:ascii="Arial" w:hAnsi="Arial" w:cs="Arial"/>
        </w:rPr>
        <w:t>contará</w:t>
      </w:r>
      <w:proofErr w:type="spellEnd"/>
      <w:r w:rsidRPr="009E686D">
        <w:rPr>
          <w:rFonts w:ascii="Arial" w:hAnsi="Arial" w:cs="Arial"/>
        </w:rPr>
        <w:t xml:space="preserve"> con </w:t>
      </w:r>
      <w:proofErr w:type="spellStart"/>
      <w:r w:rsidRPr="009E686D">
        <w:rPr>
          <w:rFonts w:ascii="Arial" w:hAnsi="Arial" w:cs="Arial"/>
        </w:rPr>
        <w:t>estrategias</w:t>
      </w:r>
      <w:proofErr w:type="spellEnd"/>
      <w:r w:rsidRPr="009E686D">
        <w:rPr>
          <w:rFonts w:ascii="Arial" w:hAnsi="Arial" w:cs="Arial"/>
        </w:rPr>
        <w:t xml:space="preserve"> de </w:t>
      </w:r>
      <w:proofErr w:type="spellStart"/>
      <w:r w:rsidRPr="009E686D">
        <w:rPr>
          <w:rFonts w:ascii="Arial" w:hAnsi="Arial" w:cs="Arial"/>
        </w:rPr>
        <w:t>implementación</w:t>
      </w:r>
      <w:proofErr w:type="spellEnd"/>
      <w:r w:rsidRPr="009E686D">
        <w:rPr>
          <w:rFonts w:ascii="Arial" w:hAnsi="Arial" w:cs="Arial"/>
        </w:rPr>
        <w:t xml:space="preserve"> </w:t>
      </w:r>
      <w:proofErr w:type="spellStart"/>
      <w:r w:rsidRPr="009E686D">
        <w:rPr>
          <w:rFonts w:ascii="Arial" w:hAnsi="Arial" w:cs="Arial"/>
        </w:rPr>
        <w:t>por</w:t>
      </w:r>
      <w:proofErr w:type="spellEnd"/>
      <w:r w:rsidRPr="009E686D">
        <w:rPr>
          <w:rFonts w:ascii="Arial" w:hAnsi="Arial" w:cs="Arial"/>
        </w:rPr>
        <w:t xml:space="preserve"> lo que es </w:t>
      </w:r>
      <w:proofErr w:type="spellStart"/>
      <w:r w:rsidRPr="009E686D">
        <w:rPr>
          <w:rFonts w:ascii="Arial" w:hAnsi="Arial" w:cs="Arial"/>
        </w:rPr>
        <w:t>importante</w:t>
      </w:r>
      <w:proofErr w:type="spellEnd"/>
      <w:r w:rsidRPr="009E686D">
        <w:rPr>
          <w:rFonts w:ascii="Arial" w:hAnsi="Arial" w:cs="Arial"/>
        </w:rPr>
        <w:t xml:space="preserve"> </w:t>
      </w:r>
      <w:proofErr w:type="spellStart"/>
      <w:r w:rsidRPr="009E686D">
        <w:rPr>
          <w:rFonts w:ascii="Arial" w:hAnsi="Arial" w:cs="Arial"/>
        </w:rPr>
        <w:t>manejar</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conceptos</w:t>
      </w:r>
      <w:proofErr w:type="spellEnd"/>
      <w:r w:rsidRPr="009E686D">
        <w:rPr>
          <w:rFonts w:ascii="Arial" w:hAnsi="Arial" w:cs="Arial"/>
        </w:rPr>
        <w:t xml:space="preserve"> claves.</w:t>
      </w:r>
    </w:p>
    <w:p w14:paraId="4294D50C" w14:textId="77777777" w:rsidR="00893C50" w:rsidRPr="009E686D" w:rsidRDefault="00893C50" w:rsidP="00893C50">
      <w:pPr>
        <w:pStyle w:val="Textoindependiente"/>
        <w:spacing w:before="155" w:line="360" w:lineRule="auto"/>
        <w:ind w:right="49"/>
        <w:jc w:val="both"/>
        <w:rPr>
          <w:rFonts w:ascii="Arial" w:hAnsi="Arial" w:cs="Arial"/>
          <w:b/>
        </w:rPr>
      </w:pPr>
      <w:r w:rsidRPr="009E686D">
        <w:rPr>
          <w:rFonts w:ascii="Arial" w:hAnsi="Arial" w:cs="Arial"/>
        </w:rPr>
        <w:t xml:space="preserve"> </w:t>
      </w:r>
      <w:proofErr w:type="spellStart"/>
      <w:r w:rsidRPr="009E686D">
        <w:rPr>
          <w:rFonts w:ascii="Arial" w:hAnsi="Arial" w:cs="Arial"/>
          <w:b/>
        </w:rPr>
        <w:t>Definiciones</w:t>
      </w:r>
      <w:proofErr w:type="spellEnd"/>
      <w:r w:rsidRPr="009E686D">
        <w:rPr>
          <w:rFonts w:ascii="Arial" w:hAnsi="Arial" w:cs="Arial"/>
          <w:b/>
        </w:rPr>
        <w:t xml:space="preserve">:  </w:t>
      </w:r>
    </w:p>
    <w:p w14:paraId="62BE076C" w14:textId="77777777" w:rsidR="00893C50" w:rsidRPr="009E686D" w:rsidRDefault="00893C50" w:rsidP="00893C50">
      <w:pPr>
        <w:pStyle w:val="Textoindependiente"/>
        <w:spacing w:before="155" w:line="360" w:lineRule="auto"/>
        <w:ind w:right="49"/>
        <w:jc w:val="both"/>
        <w:rPr>
          <w:rFonts w:ascii="Arial" w:hAnsi="Arial" w:cs="Arial"/>
        </w:rPr>
      </w:pPr>
      <w:r w:rsidRPr="009E686D">
        <w:rPr>
          <w:rFonts w:ascii="Arial" w:hAnsi="Arial" w:cs="Arial"/>
          <w:b/>
          <w:u w:val="single"/>
        </w:rPr>
        <w:t xml:space="preserve">a) </w:t>
      </w:r>
      <w:proofErr w:type="spellStart"/>
      <w:r w:rsidRPr="009E686D">
        <w:rPr>
          <w:rFonts w:ascii="Arial" w:hAnsi="Arial" w:cs="Arial"/>
          <w:b/>
          <w:u w:val="single"/>
        </w:rPr>
        <w:t>Contención</w:t>
      </w:r>
      <w:proofErr w:type="spellEnd"/>
      <w:r w:rsidRPr="009E686D">
        <w:rPr>
          <w:rFonts w:ascii="Arial" w:hAnsi="Arial" w:cs="Arial"/>
          <w:b/>
          <w:u w:val="single"/>
        </w:rPr>
        <w:t xml:space="preserve"> </w:t>
      </w:r>
      <w:proofErr w:type="spellStart"/>
      <w:r w:rsidRPr="009E686D">
        <w:rPr>
          <w:rFonts w:ascii="Arial" w:hAnsi="Arial" w:cs="Arial"/>
          <w:b/>
          <w:u w:val="single"/>
        </w:rPr>
        <w:t>emocional</w:t>
      </w:r>
      <w:proofErr w:type="spellEnd"/>
      <w:r w:rsidRPr="009E686D">
        <w:rPr>
          <w:rFonts w:ascii="Arial" w:hAnsi="Arial" w:cs="Arial"/>
          <w:b/>
          <w:u w:val="single"/>
        </w:rPr>
        <w:t>:</w:t>
      </w:r>
      <w:r w:rsidRPr="009E686D">
        <w:rPr>
          <w:rFonts w:ascii="Arial" w:hAnsi="Arial" w:cs="Arial"/>
        </w:rPr>
        <w:t xml:space="preserve"> La </w:t>
      </w:r>
      <w:proofErr w:type="spellStart"/>
      <w:r w:rsidRPr="009E686D">
        <w:rPr>
          <w:rFonts w:ascii="Arial" w:hAnsi="Arial" w:cs="Arial"/>
        </w:rPr>
        <w:t>contención</w:t>
      </w:r>
      <w:proofErr w:type="spellEnd"/>
      <w:r w:rsidRPr="009E686D">
        <w:rPr>
          <w:rFonts w:ascii="Arial" w:hAnsi="Arial" w:cs="Arial"/>
        </w:rPr>
        <w:t xml:space="preserve"> </w:t>
      </w:r>
      <w:proofErr w:type="spellStart"/>
      <w:r w:rsidRPr="009E686D">
        <w:rPr>
          <w:rFonts w:ascii="Arial" w:hAnsi="Arial" w:cs="Arial"/>
        </w:rPr>
        <w:t>emocional</w:t>
      </w:r>
      <w:proofErr w:type="spellEnd"/>
      <w:r w:rsidRPr="009E686D">
        <w:rPr>
          <w:rFonts w:ascii="Arial" w:hAnsi="Arial" w:cs="Arial"/>
        </w:rPr>
        <w:t xml:space="preserve"> se </w:t>
      </w:r>
      <w:proofErr w:type="spellStart"/>
      <w:r w:rsidRPr="009E686D">
        <w:rPr>
          <w:rFonts w:ascii="Arial" w:hAnsi="Arial" w:cs="Arial"/>
        </w:rPr>
        <w:t>entiende</w:t>
      </w:r>
      <w:proofErr w:type="spellEnd"/>
      <w:r w:rsidRPr="009E686D">
        <w:rPr>
          <w:rFonts w:ascii="Arial" w:hAnsi="Arial" w:cs="Arial"/>
        </w:rPr>
        <w:t xml:space="preserve"> </w:t>
      </w:r>
      <w:proofErr w:type="spellStart"/>
      <w:r w:rsidRPr="009E686D">
        <w:rPr>
          <w:rFonts w:ascii="Arial" w:hAnsi="Arial" w:cs="Arial"/>
        </w:rPr>
        <w:t>como</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sostener</w:t>
      </w:r>
      <w:proofErr w:type="spellEnd"/>
      <w:r w:rsidRPr="009E686D">
        <w:rPr>
          <w:rFonts w:ascii="Arial" w:hAnsi="Arial" w:cs="Arial"/>
        </w:rPr>
        <w:t xml:space="preserve"> las </w:t>
      </w:r>
      <w:proofErr w:type="spellStart"/>
      <w:r w:rsidRPr="009E686D">
        <w:rPr>
          <w:rFonts w:ascii="Arial" w:hAnsi="Arial" w:cs="Arial"/>
        </w:rPr>
        <w:t>emociones</w:t>
      </w:r>
      <w:proofErr w:type="spellEnd"/>
      <w:r w:rsidRPr="009E686D">
        <w:rPr>
          <w:rFonts w:ascii="Arial" w:hAnsi="Arial" w:cs="Arial"/>
        </w:rPr>
        <w:t xml:space="preserve"> de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niños</w:t>
      </w:r>
      <w:proofErr w:type="spellEnd"/>
      <w:r w:rsidRPr="009E686D">
        <w:rPr>
          <w:rFonts w:ascii="Arial" w:hAnsi="Arial" w:cs="Arial"/>
        </w:rPr>
        <w:t xml:space="preserve"> y </w:t>
      </w:r>
      <w:proofErr w:type="spellStart"/>
      <w:r w:rsidRPr="009E686D">
        <w:rPr>
          <w:rFonts w:ascii="Arial" w:hAnsi="Arial" w:cs="Arial"/>
        </w:rPr>
        <w:t>jóvenes</w:t>
      </w:r>
      <w:proofErr w:type="spellEnd"/>
      <w:r w:rsidRPr="009E686D">
        <w:rPr>
          <w:rFonts w:ascii="Arial" w:hAnsi="Arial" w:cs="Arial"/>
        </w:rPr>
        <w:t xml:space="preserve"> a </w:t>
      </w:r>
      <w:proofErr w:type="spellStart"/>
      <w:r w:rsidRPr="009E686D">
        <w:rPr>
          <w:rFonts w:ascii="Arial" w:hAnsi="Arial" w:cs="Arial"/>
        </w:rPr>
        <w:t>través</w:t>
      </w:r>
      <w:proofErr w:type="spellEnd"/>
      <w:r w:rsidRPr="009E686D">
        <w:rPr>
          <w:rFonts w:ascii="Arial" w:hAnsi="Arial" w:cs="Arial"/>
        </w:rPr>
        <w:t xml:space="preserve"> del </w:t>
      </w:r>
      <w:proofErr w:type="spellStart"/>
      <w:r w:rsidRPr="009E686D">
        <w:rPr>
          <w:rFonts w:ascii="Arial" w:hAnsi="Arial" w:cs="Arial"/>
        </w:rPr>
        <w:t>acompañamiento</w:t>
      </w:r>
      <w:proofErr w:type="spellEnd"/>
      <w:r w:rsidRPr="009E686D">
        <w:rPr>
          <w:rFonts w:ascii="Arial" w:hAnsi="Arial" w:cs="Arial"/>
        </w:rPr>
        <w:t xml:space="preserve">, </w:t>
      </w:r>
      <w:proofErr w:type="spellStart"/>
      <w:r w:rsidRPr="009E686D">
        <w:rPr>
          <w:rFonts w:ascii="Arial" w:hAnsi="Arial" w:cs="Arial"/>
        </w:rPr>
        <w:t>ofreciendo</w:t>
      </w:r>
      <w:proofErr w:type="spellEnd"/>
      <w:r w:rsidRPr="009E686D">
        <w:rPr>
          <w:rFonts w:ascii="Arial" w:hAnsi="Arial" w:cs="Arial"/>
        </w:rPr>
        <w:t xml:space="preserve"> </w:t>
      </w:r>
      <w:proofErr w:type="spellStart"/>
      <w:r w:rsidRPr="009E686D">
        <w:rPr>
          <w:rFonts w:ascii="Arial" w:hAnsi="Arial" w:cs="Arial"/>
        </w:rPr>
        <w:t>vías</w:t>
      </w:r>
      <w:proofErr w:type="spellEnd"/>
      <w:r w:rsidRPr="009E686D">
        <w:rPr>
          <w:rFonts w:ascii="Arial" w:hAnsi="Arial" w:cs="Arial"/>
        </w:rPr>
        <w:t xml:space="preserve"> </w:t>
      </w:r>
      <w:proofErr w:type="spellStart"/>
      <w:r w:rsidRPr="009E686D">
        <w:rPr>
          <w:rFonts w:ascii="Arial" w:hAnsi="Arial" w:cs="Arial"/>
        </w:rPr>
        <w:t>adecuadas</w:t>
      </w:r>
      <w:proofErr w:type="spellEnd"/>
      <w:r w:rsidRPr="009E686D">
        <w:rPr>
          <w:rFonts w:ascii="Arial" w:hAnsi="Arial" w:cs="Arial"/>
        </w:rPr>
        <w:t xml:space="preserve"> para la </w:t>
      </w:r>
      <w:proofErr w:type="spellStart"/>
      <w:r w:rsidRPr="009E686D">
        <w:rPr>
          <w:rFonts w:ascii="Arial" w:hAnsi="Arial" w:cs="Arial"/>
        </w:rPr>
        <w:t>expresión</w:t>
      </w:r>
      <w:proofErr w:type="spellEnd"/>
      <w:r w:rsidRPr="009E686D">
        <w:rPr>
          <w:rFonts w:ascii="Arial" w:hAnsi="Arial" w:cs="Arial"/>
        </w:rPr>
        <w:t xml:space="preserve"> de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sentimientos</w:t>
      </w:r>
      <w:proofErr w:type="spellEnd"/>
      <w:r w:rsidRPr="009E686D">
        <w:rPr>
          <w:rFonts w:ascii="Arial" w:hAnsi="Arial" w:cs="Arial"/>
        </w:rPr>
        <w:t xml:space="preserve">, </w:t>
      </w:r>
      <w:proofErr w:type="spellStart"/>
      <w:r w:rsidRPr="009E686D">
        <w:rPr>
          <w:rFonts w:ascii="Arial" w:hAnsi="Arial" w:cs="Arial"/>
        </w:rPr>
        <w:t>dependiendo</w:t>
      </w:r>
      <w:proofErr w:type="spellEnd"/>
      <w:r w:rsidRPr="009E686D">
        <w:rPr>
          <w:rFonts w:ascii="Arial" w:hAnsi="Arial" w:cs="Arial"/>
        </w:rPr>
        <w:t xml:space="preserve"> del </w:t>
      </w:r>
      <w:proofErr w:type="spellStart"/>
      <w:r w:rsidRPr="009E686D">
        <w:rPr>
          <w:rFonts w:ascii="Arial" w:hAnsi="Arial" w:cs="Arial"/>
        </w:rPr>
        <w:t>contexto</w:t>
      </w:r>
      <w:proofErr w:type="spellEnd"/>
      <w:r w:rsidRPr="009E686D">
        <w:rPr>
          <w:rFonts w:ascii="Arial" w:hAnsi="Arial" w:cs="Arial"/>
        </w:rPr>
        <w:t xml:space="preserve"> y la </w:t>
      </w:r>
      <w:proofErr w:type="spellStart"/>
      <w:r w:rsidRPr="009E686D">
        <w:rPr>
          <w:rFonts w:ascii="Arial" w:hAnsi="Arial" w:cs="Arial"/>
        </w:rPr>
        <w:t>aceptación</w:t>
      </w:r>
      <w:proofErr w:type="spellEnd"/>
      <w:r w:rsidRPr="009E686D">
        <w:rPr>
          <w:rFonts w:ascii="Arial" w:hAnsi="Arial" w:cs="Arial"/>
        </w:rPr>
        <w:t xml:space="preserve"> del </w:t>
      </w:r>
      <w:proofErr w:type="spellStart"/>
      <w:r w:rsidRPr="009E686D">
        <w:rPr>
          <w:rFonts w:ascii="Arial" w:hAnsi="Arial" w:cs="Arial"/>
        </w:rPr>
        <w:t>alumno</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momento</w:t>
      </w:r>
      <w:proofErr w:type="spellEnd"/>
      <w:r w:rsidRPr="009E686D">
        <w:rPr>
          <w:rFonts w:ascii="Arial" w:hAnsi="Arial" w:cs="Arial"/>
        </w:rPr>
        <w:t xml:space="preserve"> dado. </w:t>
      </w:r>
    </w:p>
    <w:p w14:paraId="2F2FA0D0" w14:textId="77777777" w:rsidR="00893C50" w:rsidRPr="009E686D" w:rsidRDefault="00893C50" w:rsidP="00893C50">
      <w:pPr>
        <w:pStyle w:val="Textoindependiente"/>
        <w:spacing w:before="155" w:line="360" w:lineRule="auto"/>
        <w:ind w:right="49"/>
        <w:jc w:val="both"/>
        <w:rPr>
          <w:rFonts w:ascii="Arial" w:hAnsi="Arial" w:cs="Arial"/>
        </w:rPr>
      </w:pPr>
      <w:r w:rsidRPr="009E686D">
        <w:rPr>
          <w:rFonts w:ascii="Arial" w:hAnsi="Arial" w:cs="Arial"/>
          <w:b/>
          <w:u w:val="single"/>
        </w:rPr>
        <w:t xml:space="preserve">b) </w:t>
      </w:r>
      <w:proofErr w:type="spellStart"/>
      <w:r w:rsidRPr="009E686D">
        <w:rPr>
          <w:rFonts w:ascii="Arial" w:hAnsi="Arial" w:cs="Arial"/>
          <w:b/>
          <w:u w:val="single"/>
        </w:rPr>
        <w:t>Regulación</w:t>
      </w:r>
      <w:proofErr w:type="spellEnd"/>
      <w:r w:rsidRPr="009E686D">
        <w:rPr>
          <w:rFonts w:ascii="Arial" w:hAnsi="Arial" w:cs="Arial"/>
          <w:b/>
          <w:u w:val="single"/>
        </w:rPr>
        <w:t xml:space="preserve"> </w:t>
      </w:r>
      <w:proofErr w:type="spellStart"/>
      <w:r w:rsidRPr="009E686D">
        <w:rPr>
          <w:rFonts w:ascii="Arial" w:hAnsi="Arial" w:cs="Arial"/>
          <w:b/>
          <w:u w:val="single"/>
        </w:rPr>
        <w:t>emocional</w:t>
      </w:r>
      <w:proofErr w:type="spellEnd"/>
      <w:r w:rsidRPr="009E686D">
        <w:rPr>
          <w:rFonts w:ascii="Arial" w:hAnsi="Arial" w:cs="Arial"/>
          <w:b/>
          <w:u w:val="single"/>
        </w:rPr>
        <w:t>:</w:t>
      </w:r>
      <w:r w:rsidRPr="009E686D">
        <w:rPr>
          <w:rFonts w:ascii="Arial" w:hAnsi="Arial" w:cs="Arial"/>
        </w:rPr>
        <w:t xml:space="preserve"> Es la </w:t>
      </w:r>
      <w:proofErr w:type="spellStart"/>
      <w:r w:rsidRPr="009E686D">
        <w:rPr>
          <w:rFonts w:ascii="Arial" w:hAnsi="Arial" w:cs="Arial"/>
        </w:rPr>
        <w:t>capacidad</w:t>
      </w:r>
      <w:proofErr w:type="spellEnd"/>
      <w:r w:rsidRPr="009E686D">
        <w:rPr>
          <w:rFonts w:ascii="Arial" w:hAnsi="Arial" w:cs="Arial"/>
        </w:rPr>
        <w:t xml:space="preserve"> para </w:t>
      </w:r>
      <w:proofErr w:type="spellStart"/>
      <w:r w:rsidRPr="009E686D">
        <w:rPr>
          <w:rFonts w:ascii="Arial" w:hAnsi="Arial" w:cs="Arial"/>
        </w:rPr>
        <w:t>manejar</w:t>
      </w:r>
      <w:proofErr w:type="spellEnd"/>
      <w:r w:rsidRPr="009E686D">
        <w:rPr>
          <w:rFonts w:ascii="Arial" w:hAnsi="Arial" w:cs="Arial"/>
        </w:rPr>
        <w:t xml:space="preserve"> las </w:t>
      </w:r>
      <w:proofErr w:type="spellStart"/>
      <w:r w:rsidRPr="009E686D">
        <w:rPr>
          <w:rFonts w:ascii="Arial" w:hAnsi="Arial" w:cs="Arial"/>
        </w:rPr>
        <w:t>emociones</w:t>
      </w:r>
      <w:proofErr w:type="spellEnd"/>
      <w:r w:rsidRPr="009E686D">
        <w:rPr>
          <w:rFonts w:ascii="Arial" w:hAnsi="Arial" w:cs="Arial"/>
        </w:rPr>
        <w:t xml:space="preserve"> de forma </w:t>
      </w:r>
      <w:proofErr w:type="spellStart"/>
      <w:r w:rsidRPr="009E686D">
        <w:rPr>
          <w:rFonts w:ascii="Arial" w:hAnsi="Arial" w:cs="Arial"/>
        </w:rPr>
        <w:t>apropiada</w:t>
      </w:r>
      <w:proofErr w:type="spellEnd"/>
      <w:r w:rsidRPr="009E686D">
        <w:rPr>
          <w:rFonts w:ascii="Arial" w:hAnsi="Arial" w:cs="Arial"/>
        </w:rPr>
        <w:t xml:space="preserve">. </w:t>
      </w:r>
      <w:proofErr w:type="spellStart"/>
      <w:r w:rsidRPr="009E686D">
        <w:rPr>
          <w:rFonts w:ascii="Arial" w:hAnsi="Arial" w:cs="Arial"/>
        </w:rPr>
        <w:t>Supone</w:t>
      </w:r>
      <w:proofErr w:type="spellEnd"/>
      <w:r w:rsidRPr="009E686D">
        <w:rPr>
          <w:rFonts w:ascii="Arial" w:hAnsi="Arial" w:cs="Arial"/>
        </w:rPr>
        <w:t xml:space="preserve"> </w:t>
      </w:r>
      <w:proofErr w:type="spellStart"/>
      <w:r w:rsidRPr="009E686D">
        <w:rPr>
          <w:rFonts w:ascii="Arial" w:hAnsi="Arial" w:cs="Arial"/>
        </w:rPr>
        <w:t>tomar</w:t>
      </w:r>
      <w:proofErr w:type="spellEnd"/>
      <w:r w:rsidRPr="009E686D">
        <w:rPr>
          <w:rFonts w:ascii="Arial" w:hAnsi="Arial" w:cs="Arial"/>
        </w:rPr>
        <w:t xml:space="preserve"> </w:t>
      </w:r>
      <w:proofErr w:type="spellStart"/>
      <w:r w:rsidRPr="009E686D">
        <w:rPr>
          <w:rFonts w:ascii="Arial" w:hAnsi="Arial" w:cs="Arial"/>
        </w:rPr>
        <w:t>conciencia</w:t>
      </w:r>
      <w:proofErr w:type="spellEnd"/>
      <w:r w:rsidRPr="009E686D">
        <w:rPr>
          <w:rFonts w:ascii="Arial" w:hAnsi="Arial" w:cs="Arial"/>
        </w:rPr>
        <w:t xml:space="preserve"> de la </w:t>
      </w:r>
      <w:proofErr w:type="spellStart"/>
      <w:r w:rsidRPr="009E686D">
        <w:rPr>
          <w:rFonts w:ascii="Arial" w:hAnsi="Arial" w:cs="Arial"/>
        </w:rPr>
        <w:t>relación</w:t>
      </w:r>
      <w:proofErr w:type="spellEnd"/>
      <w:r w:rsidRPr="009E686D">
        <w:rPr>
          <w:rFonts w:ascii="Arial" w:hAnsi="Arial" w:cs="Arial"/>
        </w:rPr>
        <w:t xml:space="preserve"> entre </w:t>
      </w:r>
      <w:proofErr w:type="spellStart"/>
      <w:r w:rsidRPr="009E686D">
        <w:rPr>
          <w:rFonts w:ascii="Arial" w:hAnsi="Arial" w:cs="Arial"/>
        </w:rPr>
        <w:t>emoción</w:t>
      </w:r>
      <w:proofErr w:type="spellEnd"/>
      <w:r w:rsidRPr="009E686D">
        <w:rPr>
          <w:rFonts w:ascii="Arial" w:hAnsi="Arial" w:cs="Arial"/>
        </w:rPr>
        <w:t xml:space="preserve">, </w:t>
      </w:r>
      <w:proofErr w:type="spellStart"/>
      <w:r w:rsidRPr="009E686D">
        <w:rPr>
          <w:rFonts w:ascii="Arial" w:hAnsi="Arial" w:cs="Arial"/>
        </w:rPr>
        <w:t>cognición</w:t>
      </w:r>
      <w:proofErr w:type="spellEnd"/>
      <w:r w:rsidRPr="009E686D">
        <w:rPr>
          <w:rFonts w:ascii="Arial" w:hAnsi="Arial" w:cs="Arial"/>
        </w:rPr>
        <w:t xml:space="preserve"> y </w:t>
      </w:r>
      <w:proofErr w:type="spellStart"/>
      <w:r w:rsidRPr="009E686D">
        <w:rPr>
          <w:rFonts w:ascii="Arial" w:hAnsi="Arial" w:cs="Arial"/>
        </w:rPr>
        <w:t>comportamiento</w:t>
      </w:r>
      <w:proofErr w:type="spellEnd"/>
      <w:r w:rsidRPr="009E686D">
        <w:rPr>
          <w:rFonts w:ascii="Arial" w:hAnsi="Arial" w:cs="Arial"/>
        </w:rPr>
        <w:t xml:space="preserve">; </w:t>
      </w:r>
      <w:proofErr w:type="spellStart"/>
      <w:r w:rsidRPr="009E686D">
        <w:rPr>
          <w:rFonts w:ascii="Arial" w:hAnsi="Arial" w:cs="Arial"/>
        </w:rPr>
        <w:t>tener</w:t>
      </w:r>
      <w:proofErr w:type="spellEnd"/>
      <w:r w:rsidRPr="009E686D">
        <w:rPr>
          <w:rFonts w:ascii="Arial" w:hAnsi="Arial" w:cs="Arial"/>
        </w:rPr>
        <w:t xml:space="preserve"> </w:t>
      </w:r>
      <w:proofErr w:type="spellStart"/>
      <w:r w:rsidRPr="009E686D">
        <w:rPr>
          <w:rFonts w:ascii="Arial" w:hAnsi="Arial" w:cs="Arial"/>
        </w:rPr>
        <w:t>buenas</w:t>
      </w:r>
      <w:proofErr w:type="spellEnd"/>
      <w:r w:rsidRPr="009E686D">
        <w:rPr>
          <w:rFonts w:ascii="Arial" w:hAnsi="Arial" w:cs="Arial"/>
        </w:rPr>
        <w:t xml:space="preserve"> </w:t>
      </w:r>
      <w:proofErr w:type="spellStart"/>
      <w:r w:rsidRPr="009E686D">
        <w:rPr>
          <w:rFonts w:ascii="Arial" w:hAnsi="Arial" w:cs="Arial"/>
        </w:rPr>
        <w:t>estrategias</w:t>
      </w:r>
      <w:proofErr w:type="spellEnd"/>
      <w:r w:rsidRPr="009E686D">
        <w:rPr>
          <w:rFonts w:ascii="Arial" w:hAnsi="Arial" w:cs="Arial"/>
        </w:rPr>
        <w:t xml:space="preserve"> de </w:t>
      </w:r>
      <w:proofErr w:type="spellStart"/>
      <w:r w:rsidRPr="009E686D">
        <w:rPr>
          <w:rFonts w:ascii="Arial" w:hAnsi="Arial" w:cs="Arial"/>
        </w:rPr>
        <w:t>afrontamientos</w:t>
      </w:r>
      <w:proofErr w:type="spellEnd"/>
      <w:r w:rsidRPr="009E686D">
        <w:rPr>
          <w:rFonts w:ascii="Arial" w:hAnsi="Arial" w:cs="Arial"/>
        </w:rPr>
        <w:t xml:space="preserve">, </w:t>
      </w:r>
      <w:proofErr w:type="spellStart"/>
      <w:r w:rsidRPr="009E686D">
        <w:rPr>
          <w:rFonts w:ascii="Arial" w:hAnsi="Arial" w:cs="Arial"/>
        </w:rPr>
        <w:t>capacidad</w:t>
      </w:r>
      <w:proofErr w:type="spellEnd"/>
      <w:r w:rsidRPr="009E686D">
        <w:rPr>
          <w:rFonts w:ascii="Arial" w:hAnsi="Arial" w:cs="Arial"/>
        </w:rPr>
        <w:t xml:space="preserve"> para </w:t>
      </w:r>
      <w:proofErr w:type="spellStart"/>
      <w:r w:rsidRPr="009E686D">
        <w:rPr>
          <w:rFonts w:ascii="Arial" w:hAnsi="Arial" w:cs="Arial"/>
        </w:rPr>
        <w:t>autogenerar</w:t>
      </w:r>
      <w:proofErr w:type="spellEnd"/>
      <w:r w:rsidRPr="009E686D">
        <w:rPr>
          <w:rFonts w:ascii="Arial" w:hAnsi="Arial" w:cs="Arial"/>
        </w:rPr>
        <w:t xml:space="preserve"> </w:t>
      </w:r>
      <w:proofErr w:type="spellStart"/>
      <w:r w:rsidRPr="009E686D">
        <w:rPr>
          <w:rFonts w:ascii="Arial" w:hAnsi="Arial" w:cs="Arial"/>
        </w:rPr>
        <w:t>emociones</w:t>
      </w:r>
      <w:proofErr w:type="spellEnd"/>
      <w:r w:rsidRPr="009E686D">
        <w:rPr>
          <w:rFonts w:ascii="Arial" w:hAnsi="Arial" w:cs="Arial"/>
        </w:rPr>
        <w:t xml:space="preserve"> </w:t>
      </w:r>
      <w:proofErr w:type="spellStart"/>
      <w:r w:rsidRPr="009E686D">
        <w:rPr>
          <w:rFonts w:ascii="Arial" w:hAnsi="Arial" w:cs="Arial"/>
        </w:rPr>
        <w:t>positivas</w:t>
      </w:r>
      <w:proofErr w:type="spellEnd"/>
      <w:r w:rsidRPr="009E686D">
        <w:rPr>
          <w:rFonts w:ascii="Arial" w:hAnsi="Arial" w:cs="Arial"/>
        </w:rPr>
        <w:t xml:space="preserve">. </w:t>
      </w:r>
    </w:p>
    <w:p w14:paraId="0E203A72" w14:textId="237C8F90" w:rsidR="00893C50" w:rsidRPr="00E149E8" w:rsidRDefault="00893C50" w:rsidP="00893C50">
      <w:pPr>
        <w:pStyle w:val="Textoindependiente"/>
        <w:spacing w:before="155" w:line="360" w:lineRule="auto"/>
        <w:ind w:right="49"/>
        <w:jc w:val="both"/>
        <w:rPr>
          <w:rFonts w:ascii="Arial" w:hAnsi="Arial" w:cs="Arial"/>
        </w:rPr>
      </w:pPr>
      <w:r w:rsidRPr="009E686D">
        <w:rPr>
          <w:rFonts w:ascii="Arial" w:hAnsi="Arial" w:cs="Arial"/>
        </w:rPr>
        <w:t xml:space="preserve"> </w:t>
      </w:r>
      <w:r w:rsidRPr="009E686D">
        <w:rPr>
          <w:rFonts w:ascii="Arial" w:hAnsi="Arial" w:cs="Arial"/>
          <w:b/>
          <w:u w:val="single"/>
        </w:rPr>
        <w:t xml:space="preserve">c) </w:t>
      </w:r>
      <w:proofErr w:type="spellStart"/>
      <w:r w:rsidRPr="009E686D">
        <w:rPr>
          <w:rFonts w:ascii="Arial" w:hAnsi="Arial" w:cs="Arial"/>
          <w:b/>
          <w:u w:val="single"/>
        </w:rPr>
        <w:t>Desregulación</w:t>
      </w:r>
      <w:proofErr w:type="spellEnd"/>
      <w:r w:rsidRPr="009E686D">
        <w:rPr>
          <w:rFonts w:ascii="Arial" w:hAnsi="Arial" w:cs="Arial"/>
          <w:b/>
          <w:u w:val="single"/>
        </w:rPr>
        <w:t xml:space="preserve"> </w:t>
      </w:r>
      <w:proofErr w:type="spellStart"/>
      <w:r w:rsidRPr="009E686D">
        <w:rPr>
          <w:rFonts w:ascii="Arial" w:hAnsi="Arial" w:cs="Arial"/>
          <w:b/>
          <w:u w:val="single"/>
        </w:rPr>
        <w:t>emocional</w:t>
      </w:r>
      <w:proofErr w:type="spellEnd"/>
      <w:r w:rsidRPr="009E686D">
        <w:rPr>
          <w:rFonts w:ascii="Arial" w:hAnsi="Arial" w:cs="Arial"/>
          <w:b/>
          <w:u w:val="single"/>
        </w:rPr>
        <w:t xml:space="preserve"> y </w:t>
      </w:r>
      <w:proofErr w:type="spellStart"/>
      <w:r w:rsidRPr="009E686D">
        <w:rPr>
          <w:rFonts w:ascii="Arial" w:hAnsi="Arial" w:cs="Arial"/>
          <w:b/>
          <w:u w:val="single"/>
        </w:rPr>
        <w:t>conductual</w:t>
      </w:r>
      <w:proofErr w:type="spellEnd"/>
      <w:r w:rsidRPr="009E686D">
        <w:rPr>
          <w:rFonts w:ascii="Arial" w:hAnsi="Arial" w:cs="Arial"/>
          <w:b/>
          <w:u w:val="single"/>
        </w:rPr>
        <w:t xml:space="preserve"> (DEC):</w:t>
      </w:r>
      <w:r w:rsidRPr="009E686D">
        <w:rPr>
          <w:rFonts w:ascii="Arial" w:hAnsi="Arial" w:cs="Arial"/>
        </w:rPr>
        <w:t xml:space="preserve"> son las </w:t>
      </w:r>
      <w:proofErr w:type="spellStart"/>
      <w:r w:rsidRPr="009E686D">
        <w:rPr>
          <w:rFonts w:ascii="Arial" w:hAnsi="Arial" w:cs="Arial"/>
        </w:rPr>
        <w:t>reacción</w:t>
      </w:r>
      <w:proofErr w:type="spellEnd"/>
      <w:r w:rsidRPr="009E686D">
        <w:rPr>
          <w:rFonts w:ascii="Arial" w:hAnsi="Arial" w:cs="Arial"/>
        </w:rPr>
        <w:t xml:space="preserve"> </w:t>
      </w:r>
      <w:proofErr w:type="spellStart"/>
      <w:r w:rsidRPr="009E686D">
        <w:rPr>
          <w:rFonts w:ascii="Arial" w:hAnsi="Arial" w:cs="Arial"/>
        </w:rPr>
        <w:t>motora</w:t>
      </w:r>
      <w:proofErr w:type="spellEnd"/>
      <w:r w:rsidRPr="009E686D">
        <w:rPr>
          <w:rFonts w:ascii="Arial" w:hAnsi="Arial" w:cs="Arial"/>
        </w:rPr>
        <w:t xml:space="preserve"> y </w:t>
      </w:r>
      <w:proofErr w:type="spellStart"/>
      <w:r w:rsidRPr="009E686D">
        <w:rPr>
          <w:rFonts w:ascii="Arial" w:hAnsi="Arial" w:cs="Arial"/>
        </w:rPr>
        <w:t>emocional</w:t>
      </w:r>
      <w:proofErr w:type="spellEnd"/>
      <w:r w:rsidRPr="009E686D">
        <w:rPr>
          <w:rFonts w:ascii="Arial" w:hAnsi="Arial" w:cs="Arial"/>
        </w:rPr>
        <w:t xml:space="preserve"> a uno o </w:t>
      </w:r>
      <w:proofErr w:type="spellStart"/>
      <w:r w:rsidRPr="009E686D">
        <w:rPr>
          <w:rFonts w:ascii="Arial" w:hAnsi="Arial" w:cs="Arial"/>
        </w:rPr>
        <w:t>varios</w:t>
      </w:r>
      <w:proofErr w:type="spellEnd"/>
      <w:r w:rsidRPr="009E686D">
        <w:rPr>
          <w:rFonts w:ascii="Arial" w:hAnsi="Arial" w:cs="Arial"/>
        </w:rPr>
        <w:t xml:space="preserve"> </w:t>
      </w:r>
      <w:proofErr w:type="spellStart"/>
      <w:r w:rsidRPr="009E686D">
        <w:rPr>
          <w:rFonts w:ascii="Arial" w:hAnsi="Arial" w:cs="Arial"/>
        </w:rPr>
        <w:t>estímulos</w:t>
      </w:r>
      <w:proofErr w:type="spellEnd"/>
      <w:r w:rsidRPr="009E686D">
        <w:rPr>
          <w:rFonts w:ascii="Arial" w:hAnsi="Arial" w:cs="Arial"/>
        </w:rPr>
        <w:t xml:space="preserve"> o </w:t>
      </w:r>
      <w:proofErr w:type="spellStart"/>
      <w:r w:rsidRPr="009E686D">
        <w:rPr>
          <w:rFonts w:ascii="Arial" w:hAnsi="Arial" w:cs="Arial"/>
        </w:rPr>
        <w:t>situaciones</w:t>
      </w:r>
      <w:proofErr w:type="spellEnd"/>
      <w:r w:rsidRPr="009E686D">
        <w:rPr>
          <w:rFonts w:ascii="Arial" w:hAnsi="Arial" w:cs="Arial"/>
        </w:rPr>
        <w:t xml:space="preserve"> </w:t>
      </w:r>
      <w:proofErr w:type="spellStart"/>
      <w:r w:rsidRPr="009E686D">
        <w:rPr>
          <w:rFonts w:ascii="Arial" w:hAnsi="Arial" w:cs="Arial"/>
        </w:rPr>
        <w:t>desencadenantes</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donde</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niño</w:t>
      </w:r>
      <w:proofErr w:type="spellEnd"/>
      <w:r w:rsidRPr="009E686D">
        <w:rPr>
          <w:rFonts w:ascii="Arial" w:hAnsi="Arial" w:cs="Arial"/>
        </w:rPr>
        <w:t xml:space="preserve">, </w:t>
      </w:r>
      <w:proofErr w:type="spellStart"/>
      <w:r w:rsidRPr="009E686D">
        <w:rPr>
          <w:rFonts w:ascii="Arial" w:hAnsi="Arial" w:cs="Arial"/>
        </w:rPr>
        <w:t>niña</w:t>
      </w:r>
      <w:proofErr w:type="spellEnd"/>
      <w:r w:rsidRPr="009E686D">
        <w:rPr>
          <w:rFonts w:ascii="Arial" w:hAnsi="Arial" w:cs="Arial"/>
        </w:rPr>
        <w:t xml:space="preserve"> o </w:t>
      </w:r>
      <w:proofErr w:type="spellStart"/>
      <w:r w:rsidRPr="009E686D">
        <w:rPr>
          <w:rFonts w:ascii="Arial" w:hAnsi="Arial" w:cs="Arial"/>
        </w:rPr>
        <w:t>adolescente</w:t>
      </w:r>
      <w:proofErr w:type="spellEnd"/>
      <w:r w:rsidRPr="009E686D">
        <w:rPr>
          <w:rFonts w:ascii="Arial" w:hAnsi="Arial" w:cs="Arial"/>
        </w:rPr>
        <w:t xml:space="preserve">, </w:t>
      </w:r>
      <w:proofErr w:type="spellStart"/>
      <w:r w:rsidRPr="009E686D">
        <w:rPr>
          <w:rFonts w:ascii="Arial" w:hAnsi="Arial" w:cs="Arial"/>
        </w:rPr>
        <w:t>por</w:t>
      </w:r>
      <w:proofErr w:type="spellEnd"/>
      <w:r w:rsidRPr="009E686D">
        <w:rPr>
          <w:rFonts w:ascii="Arial" w:hAnsi="Arial" w:cs="Arial"/>
        </w:rPr>
        <w:t xml:space="preserve"> la </w:t>
      </w:r>
      <w:proofErr w:type="spellStart"/>
      <w:r w:rsidRPr="009E686D">
        <w:rPr>
          <w:rFonts w:ascii="Arial" w:hAnsi="Arial" w:cs="Arial"/>
        </w:rPr>
        <w:t>intensidad</w:t>
      </w:r>
      <w:proofErr w:type="spellEnd"/>
      <w:r w:rsidRPr="009E686D">
        <w:rPr>
          <w:rFonts w:ascii="Arial" w:hAnsi="Arial" w:cs="Arial"/>
        </w:rPr>
        <w:t xml:space="preserve"> de la </w:t>
      </w:r>
      <w:proofErr w:type="spellStart"/>
      <w:r w:rsidRPr="009E686D">
        <w:rPr>
          <w:rFonts w:ascii="Arial" w:hAnsi="Arial" w:cs="Arial"/>
        </w:rPr>
        <w:t>misma</w:t>
      </w:r>
      <w:proofErr w:type="spellEnd"/>
      <w:r w:rsidRPr="009E686D">
        <w:rPr>
          <w:rFonts w:ascii="Arial" w:hAnsi="Arial" w:cs="Arial"/>
        </w:rPr>
        <w:t xml:space="preserve">, no </w:t>
      </w:r>
      <w:proofErr w:type="spellStart"/>
      <w:r w:rsidRPr="009E686D">
        <w:rPr>
          <w:rFonts w:ascii="Arial" w:hAnsi="Arial" w:cs="Arial"/>
        </w:rPr>
        <w:t>comprende</w:t>
      </w:r>
      <w:proofErr w:type="spellEnd"/>
      <w:r w:rsidRPr="009E686D">
        <w:rPr>
          <w:rFonts w:ascii="Arial" w:hAnsi="Arial" w:cs="Arial"/>
        </w:rPr>
        <w:t xml:space="preserve"> </w:t>
      </w:r>
      <w:proofErr w:type="spellStart"/>
      <w:r w:rsidRPr="009E686D">
        <w:rPr>
          <w:rFonts w:ascii="Arial" w:hAnsi="Arial" w:cs="Arial"/>
        </w:rPr>
        <w:t>su</w:t>
      </w:r>
      <w:proofErr w:type="spellEnd"/>
      <w:r w:rsidRPr="009E686D">
        <w:rPr>
          <w:rFonts w:ascii="Arial" w:hAnsi="Arial" w:cs="Arial"/>
        </w:rPr>
        <w:t xml:space="preserve"> </w:t>
      </w:r>
      <w:proofErr w:type="spellStart"/>
      <w:r w:rsidRPr="009E686D">
        <w:rPr>
          <w:rFonts w:ascii="Arial" w:hAnsi="Arial" w:cs="Arial"/>
        </w:rPr>
        <w:t>estado</w:t>
      </w:r>
      <w:proofErr w:type="spellEnd"/>
      <w:r w:rsidRPr="009E686D">
        <w:rPr>
          <w:rFonts w:ascii="Arial" w:hAnsi="Arial" w:cs="Arial"/>
        </w:rPr>
        <w:t xml:space="preserve"> </w:t>
      </w:r>
      <w:proofErr w:type="spellStart"/>
      <w:r w:rsidRPr="009E686D">
        <w:rPr>
          <w:rFonts w:ascii="Arial" w:hAnsi="Arial" w:cs="Arial"/>
        </w:rPr>
        <w:t>emocional</w:t>
      </w:r>
      <w:proofErr w:type="spellEnd"/>
      <w:r w:rsidRPr="009E686D">
        <w:rPr>
          <w:rFonts w:ascii="Arial" w:hAnsi="Arial" w:cs="Arial"/>
        </w:rPr>
        <w:t xml:space="preserve"> </w:t>
      </w:r>
      <w:proofErr w:type="spellStart"/>
      <w:r w:rsidRPr="009E686D">
        <w:rPr>
          <w:rFonts w:ascii="Arial" w:hAnsi="Arial" w:cs="Arial"/>
        </w:rPr>
        <w:t>ni</w:t>
      </w:r>
      <w:proofErr w:type="spellEnd"/>
      <w:r w:rsidRPr="009E686D">
        <w:rPr>
          <w:rFonts w:ascii="Arial" w:hAnsi="Arial" w:cs="Arial"/>
        </w:rPr>
        <w:t xml:space="preserve"> </w:t>
      </w:r>
      <w:proofErr w:type="spellStart"/>
      <w:r w:rsidRPr="009E686D">
        <w:rPr>
          <w:rFonts w:ascii="Arial" w:hAnsi="Arial" w:cs="Arial"/>
        </w:rPr>
        <w:t>logra</w:t>
      </w:r>
      <w:proofErr w:type="spellEnd"/>
      <w:r w:rsidRPr="009E686D">
        <w:rPr>
          <w:rFonts w:ascii="Arial" w:hAnsi="Arial" w:cs="Arial"/>
        </w:rPr>
        <w:t xml:space="preserve"> </w:t>
      </w:r>
      <w:proofErr w:type="spellStart"/>
      <w:r w:rsidRPr="009E686D">
        <w:rPr>
          <w:rFonts w:ascii="Arial" w:hAnsi="Arial" w:cs="Arial"/>
        </w:rPr>
        <w:t>expresar</w:t>
      </w:r>
      <w:proofErr w:type="spellEnd"/>
      <w:r w:rsidRPr="009E686D">
        <w:rPr>
          <w:rFonts w:ascii="Arial" w:hAnsi="Arial" w:cs="Arial"/>
        </w:rPr>
        <w:t xml:space="preserve"> sus </w:t>
      </w:r>
      <w:proofErr w:type="spellStart"/>
      <w:r w:rsidRPr="009E686D">
        <w:rPr>
          <w:rFonts w:ascii="Arial" w:hAnsi="Arial" w:cs="Arial"/>
        </w:rPr>
        <w:t>emociones</w:t>
      </w:r>
      <w:proofErr w:type="spellEnd"/>
      <w:r w:rsidRPr="009E686D">
        <w:rPr>
          <w:rFonts w:ascii="Arial" w:hAnsi="Arial" w:cs="Arial"/>
        </w:rPr>
        <w:t xml:space="preserve"> o </w:t>
      </w:r>
      <w:proofErr w:type="spellStart"/>
      <w:r w:rsidRPr="009E686D">
        <w:rPr>
          <w:rFonts w:ascii="Arial" w:hAnsi="Arial" w:cs="Arial"/>
        </w:rPr>
        <w:t>sensaciones</w:t>
      </w:r>
      <w:proofErr w:type="spellEnd"/>
      <w:r w:rsidRPr="009E686D">
        <w:rPr>
          <w:rFonts w:ascii="Arial" w:hAnsi="Arial" w:cs="Arial"/>
        </w:rPr>
        <w:t xml:space="preserve"> de </w:t>
      </w:r>
      <w:proofErr w:type="spellStart"/>
      <w:r w:rsidRPr="009E686D">
        <w:rPr>
          <w:rFonts w:ascii="Arial" w:hAnsi="Arial" w:cs="Arial"/>
        </w:rPr>
        <w:t>manera</w:t>
      </w:r>
      <w:proofErr w:type="spellEnd"/>
      <w:r w:rsidRPr="009E686D">
        <w:rPr>
          <w:rFonts w:ascii="Arial" w:hAnsi="Arial" w:cs="Arial"/>
        </w:rPr>
        <w:t xml:space="preserve"> </w:t>
      </w:r>
      <w:proofErr w:type="spellStart"/>
      <w:r w:rsidRPr="009E686D">
        <w:rPr>
          <w:rFonts w:ascii="Arial" w:hAnsi="Arial" w:cs="Arial"/>
        </w:rPr>
        <w:t>adecuada</w:t>
      </w:r>
      <w:proofErr w:type="spellEnd"/>
      <w:r w:rsidRPr="009E686D">
        <w:rPr>
          <w:rFonts w:ascii="Arial" w:hAnsi="Arial" w:cs="Arial"/>
        </w:rPr>
        <w:t xml:space="preserve">, </w:t>
      </w:r>
      <w:proofErr w:type="spellStart"/>
      <w:r w:rsidRPr="009E686D">
        <w:rPr>
          <w:rFonts w:ascii="Arial" w:hAnsi="Arial" w:cs="Arial"/>
        </w:rPr>
        <w:t>presentado</w:t>
      </w:r>
      <w:proofErr w:type="spellEnd"/>
      <w:r w:rsidRPr="009E686D">
        <w:rPr>
          <w:rFonts w:ascii="Arial" w:hAnsi="Arial" w:cs="Arial"/>
        </w:rPr>
        <w:t xml:space="preserve"> </w:t>
      </w:r>
      <w:proofErr w:type="spellStart"/>
      <w:r w:rsidRPr="009E686D">
        <w:rPr>
          <w:rFonts w:ascii="Arial" w:hAnsi="Arial" w:cs="Arial"/>
        </w:rPr>
        <w:t>dificultades</w:t>
      </w:r>
      <w:proofErr w:type="spellEnd"/>
      <w:r w:rsidRPr="009E686D">
        <w:rPr>
          <w:rFonts w:ascii="Arial" w:hAnsi="Arial" w:cs="Arial"/>
        </w:rPr>
        <w:t xml:space="preserve"> </w:t>
      </w:r>
      <w:proofErr w:type="spellStart"/>
      <w:r w:rsidRPr="009E686D">
        <w:rPr>
          <w:rFonts w:ascii="Arial" w:hAnsi="Arial" w:cs="Arial"/>
        </w:rPr>
        <w:t>más</w:t>
      </w:r>
      <w:proofErr w:type="spellEnd"/>
      <w:r w:rsidRPr="009E686D">
        <w:rPr>
          <w:rFonts w:ascii="Arial" w:hAnsi="Arial" w:cs="Arial"/>
        </w:rPr>
        <w:t xml:space="preserve"> </w:t>
      </w:r>
      <w:proofErr w:type="spellStart"/>
      <w:r w:rsidRPr="009E686D">
        <w:rPr>
          <w:rFonts w:ascii="Arial" w:hAnsi="Arial" w:cs="Arial"/>
        </w:rPr>
        <w:t>allá</w:t>
      </w:r>
      <w:proofErr w:type="spellEnd"/>
      <w:r w:rsidRPr="009E686D">
        <w:rPr>
          <w:rFonts w:ascii="Arial" w:hAnsi="Arial" w:cs="Arial"/>
        </w:rPr>
        <w:t xml:space="preserve"> de lo </w:t>
      </w:r>
      <w:proofErr w:type="spellStart"/>
      <w:r w:rsidRPr="009E686D">
        <w:rPr>
          <w:rFonts w:ascii="Arial" w:hAnsi="Arial" w:cs="Arial"/>
        </w:rPr>
        <w:t>esperado</w:t>
      </w:r>
      <w:proofErr w:type="spellEnd"/>
      <w:r w:rsidRPr="009E686D">
        <w:rPr>
          <w:rFonts w:ascii="Arial" w:hAnsi="Arial" w:cs="Arial"/>
        </w:rPr>
        <w:t xml:space="preserve"> para </w:t>
      </w:r>
      <w:proofErr w:type="spellStart"/>
      <w:r w:rsidRPr="009E686D">
        <w:rPr>
          <w:rFonts w:ascii="Arial" w:hAnsi="Arial" w:cs="Arial"/>
        </w:rPr>
        <w:t>su</w:t>
      </w:r>
      <w:proofErr w:type="spellEnd"/>
      <w:r w:rsidRPr="009E686D">
        <w:rPr>
          <w:rFonts w:ascii="Arial" w:hAnsi="Arial" w:cs="Arial"/>
        </w:rPr>
        <w:t xml:space="preserve"> </w:t>
      </w:r>
      <w:proofErr w:type="spellStart"/>
      <w:r w:rsidRPr="009E686D">
        <w:rPr>
          <w:rFonts w:ascii="Arial" w:hAnsi="Arial" w:cs="Arial"/>
        </w:rPr>
        <w:t>edad</w:t>
      </w:r>
      <w:proofErr w:type="spellEnd"/>
      <w:r w:rsidRPr="009E686D">
        <w:rPr>
          <w:rFonts w:ascii="Arial" w:hAnsi="Arial" w:cs="Arial"/>
        </w:rPr>
        <w:t xml:space="preserve"> para </w:t>
      </w:r>
      <w:proofErr w:type="spellStart"/>
      <w:r w:rsidRPr="009E686D">
        <w:rPr>
          <w:rFonts w:ascii="Arial" w:hAnsi="Arial" w:cs="Arial"/>
        </w:rPr>
        <w:t>autorregularse</w:t>
      </w:r>
      <w:proofErr w:type="spellEnd"/>
      <w:r w:rsidRPr="009E686D">
        <w:rPr>
          <w:rFonts w:ascii="Arial" w:hAnsi="Arial" w:cs="Arial"/>
        </w:rPr>
        <w:t xml:space="preserve"> y </w:t>
      </w:r>
      <w:proofErr w:type="spellStart"/>
      <w:r w:rsidRPr="009E686D">
        <w:rPr>
          <w:rFonts w:ascii="Arial" w:hAnsi="Arial" w:cs="Arial"/>
        </w:rPr>
        <w:t>volver</w:t>
      </w:r>
      <w:proofErr w:type="spellEnd"/>
      <w:r w:rsidRPr="009E686D">
        <w:rPr>
          <w:rFonts w:ascii="Arial" w:hAnsi="Arial" w:cs="Arial"/>
        </w:rPr>
        <w:t xml:space="preserve"> a un </w:t>
      </w:r>
      <w:proofErr w:type="spellStart"/>
      <w:r w:rsidRPr="009E686D">
        <w:rPr>
          <w:rFonts w:ascii="Arial" w:hAnsi="Arial" w:cs="Arial"/>
        </w:rPr>
        <w:t>estado</w:t>
      </w:r>
      <w:proofErr w:type="spellEnd"/>
      <w:r w:rsidRPr="009E686D">
        <w:rPr>
          <w:rFonts w:ascii="Arial" w:hAnsi="Arial" w:cs="Arial"/>
        </w:rPr>
        <w:t xml:space="preserve"> de </w:t>
      </w:r>
      <w:proofErr w:type="spellStart"/>
      <w:r w:rsidRPr="009E686D">
        <w:rPr>
          <w:rFonts w:ascii="Arial" w:hAnsi="Arial" w:cs="Arial"/>
        </w:rPr>
        <w:t>calma</w:t>
      </w:r>
      <w:proofErr w:type="spellEnd"/>
    </w:p>
    <w:p w14:paraId="056EDBF1" w14:textId="77777777" w:rsidR="00893C50" w:rsidRPr="00893C50" w:rsidRDefault="00893C50" w:rsidP="00893C50">
      <w:pPr>
        <w:pStyle w:val="Ttulo1"/>
        <w:tabs>
          <w:tab w:val="left" w:pos="1232"/>
          <w:tab w:val="left" w:pos="1233"/>
        </w:tabs>
        <w:spacing w:before="13" w:line="360" w:lineRule="auto"/>
        <w:ind w:right="49"/>
        <w:jc w:val="both"/>
        <w:rPr>
          <w:rFonts w:ascii="Arial" w:hAnsi="Arial" w:cs="Arial"/>
          <w:color w:val="auto"/>
        </w:rPr>
      </w:pPr>
      <w:r w:rsidRPr="00893C50">
        <w:rPr>
          <w:rFonts w:ascii="Arial" w:hAnsi="Arial" w:cs="Arial"/>
          <w:color w:val="auto"/>
          <w:spacing w:val="-4"/>
        </w:rPr>
        <w:lastRenderedPageBreak/>
        <w:t xml:space="preserve">CARACTERÍSTICAS DE </w:t>
      </w:r>
      <w:r w:rsidRPr="00893C50">
        <w:rPr>
          <w:rFonts w:ascii="Arial" w:hAnsi="Arial" w:cs="Arial"/>
          <w:color w:val="auto"/>
        </w:rPr>
        <w:t>LA</w:t>
      </w:r>
      <w:r w:rsidRPr="00893C50">
        <w:rPr>
          <w:rFonts w:ascii="Arial" w:hAnsi="Arial" w:cs="Arial"/>
          <w:color w:val="auto"/>
          <w:spacing w:val="-1"/>
        </w:rPr>
        <w:t xml:space="preserve"> </w:t>
      </w:r>
      <w:r w:rsidRPr="00893C50">
        <w:rPr>
          <w:rFonts w:ascii="Arial" w:hAnsi="Arial" w:cs="Arial"/>
          <w:color w:val="auto"/>
        </w:rPr>
        <w:t>INTERVENCIÓN</w:t>
      </w:r>
    </w:p>
    <w:p w14:paraId="08F86CB1" w14:textId="77777777" w:rsidR="00893C50" w:rsidRPr="00901BC0" w:rsidRDefault="00893C50" w:rsidP="00893C50">
      <w:pPr>
        <w:pStyle w:val="Textoindependiente"/>
        <w:spacing w:line="360" w:lineRule="auto"/>
        <w:ind w:right="49"/>
        <w:jc w:val="both"/>
        <w:rPr>
          <w:rFonts w:ascii="Arial" w:hAnsi="Arial" w:cs="Arial"/>
          <w:b/>
        </w:rPr>
      </w:pPr>
    </w:p>
    <w:p w14:paraId="3D6E885C" w14:textId="77777777" w:rsidR="00893C50" w:rsidRPr="00901BC0" w:rsidRDefault="00893C50" w:rsidP="00893C50">
      <w:pPr>
        <w:pStyle w:val="Textoindependiente"/>
        <w:spacing w:before="1" w:line="360" w:lineRule="auto"/>
        <w:ind w:right="49"/>
        <w:jc w:val="both"/>
        <w:rPr>
          <w:rFonts w:ascii="Arial" w:hAnsi="Arial" w:cs="Arial"/>
        </w:rPr>
      </w:pPr>
      <w:r w:rsidRPr="00901BC0">
        <w:rPr>
          <w:rFonts w:ascii="Arial" w:hAnsi="Arial" w:cs="Arial"/>
        </w:rPr>
        <w:t xml:space="preserve">La </w:t>
      </w:r>
      <w:proofErr w:type="spellStart"/>
      <w:r w:rsidRPr="00901BC0">
        <w:rPr>
          <w:rFonts w:ascii="Arial" w:hAnsi="Arial" w:cs="Arial"/>
        </w:rPr>
        <w:t>intervención</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crisis es la </w:t>
      </w:r>
      <w:proofErr w:type="spellStart"/>
      <w:r w:rsidRPr="00901BC0">
        <w:rPr>
          <w:rFonts w:ascii="Arial" w:hAnsi="Arial" w:cs="Arial"/>
        </w:rPr>
        <w:t>estrategia</w:t>
      </w:r>
      <w:proofErr w:type="spellEnd"/>
      <w:r w:rsidRPr="00901BC0">
        <w:rPr>
          <w:rFonts w:ascii="Arial" w:hAnsi="Arial" w:cs="Arial"/>
        </w:rPr>
        <w:t xml:space="preserve"> que se </w:t>
      </w:r>
      <w:proofErr w:type="spellStart"/>
      <w:r w:rsidRPr="00901BC0">
        <w:rPr>
          <w:rFonts w:ascii="Arial" w:hAnsi="Arial" w:cs="Arial"/>
        </w:rPr>
        <w:t>aplica</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momento</w:t>
      </w:r>
      <w:proofErr w:type="spellEnd"/>
      <w:r w:rsidRPr="00901BC0">
        <w:rPr>
          <w:rFonts w:ascii="Arial" w:hAnsi="Arial" w:cs="Arial"/>
        </w:rPr>
        <w:t xml:space="preserve"> de </w:t>
      </w:r>
      <w:proofErr w:type="spellStart"/>
      <w:r w:rsidRPr="00901BC0">
        <w:rPr>
          <w:rFonts w:ascii="Arial" w:hAnsi="Arial" w:cs="Arial"/>
        </w:rPr>
        <w:t>una</w:t>
      </w:r>
      <w:proofErr w:type="spellEnd"/>
      <w:r w:rsidRPr="00901BC0">
        <w:rPr>
          <w:rFonts w:ascii="Arial" w:hAnsi="Arial" w:cs="Arial"/>
        </w:rPr>
        <w:t xml:space="preserve"> crisis y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objetivo</w:t>
      </w:r>
      <w:proofErr w:type="spellEnd"/>
      <w:r w:rsidRPr="00901BC0">
        <w:rPr>
          <w:rFonts w:ascii="Arial" w:hAnsi="Arial" w:cs="Arial"/>
        </w:rPr>
        <w:t xml:space="preserve"> es que la persona </w:t>
      </w:r>
      <w:proofErr w:type="spellStart"/>
      <w:r w:rsidRPr="00901BC0">
        <w:rPr>
          <w:rFonts w:ascii="Arial" w:hAnsi="Arial" w:cs="Arial"/>
        </w:rPr>
        <w:t>salga</w:t>
      </w:r>
      <w:proofErr w:type="spellEnd"/>
      <w:r w:rsidRPr="00901BC0">
        <w:rPr>
          <w:rFonts w:ascii="Arial" w:hAnsi="Arial" w:cs="Arial"/>
        </w:rPr>
        <w:t xml:space="preserve"> del </w:t>
      </w:r>
      <w:proofErr w:type="spellStart"/>
      <w:r w:rsidRPr="00901BC0">
        <w:rPr>
          <w:rFonts w:ascii="Arial" w:hAnsi="Arial" w:cs="Arial"/>
        </w:rPr>
        <w:t>estado</w:t>
      </w:r>
      <w:proofErr w:type="spellEnd"/>
      <w:r w:rsidRPr="00901BC0">
        <w:rPr>
          <w:rFonts w:ascii="Arial" w:hAnsi="Arial" w:cs="Arial"/>
        </w:rPr>
        <w:t xml:space="preserve"> de </w:t>
      </w:r>
      <w:proofErr w:type="spellStart"/>
      <w:r w:rsidRPr="00901BC0">
        <w:rPr>
          <w:rFonts w:ascii="Arial" w:hAnsi="Arial" w:cs="Arial"/>
        </w:rPr>
        <w:t>trastorno</w:t>
      </w:r>
      <w:proofErr w:type="spellEnd"/>
      <w:r w:rsidRPr="00901BC0">
        <w:rPr>
          <w:rFonts w:ascii="Arial" w:hAnsi="Arial" w:cs="Arial"/>
        </w:rPr>
        <w:t xml:space="preserve"> y </w:t>
      </w:r>
      <w:proofErr w:type="spellStart"/>
      <w:r w:rsidRPr="00901BC0">
        <w:rPr>
          <w:rFonts w:ascii="Arial" w:hAnsi="Arial" w:cs="Arial"/>
        </w:rPr>
        <w:t>recupere</w:t>
      </w:r>
      <w:proofErr w:type="spellEnd"/>
      <w:r w:rsidRPr="00901BC0">
        <w:rPr>
          <w:rFonts w:ascii="Arial" w:hAnsi="Arial" w:cs="Arial"/>
        </w:rPr>
        <w:t xml:space="preserve"> la </w:t>
      </w:r>
      <w:proofErr w:type="spellStart"/>
      <w:r w:rsidRPr="00901BC0">
        <w:rPr>
          <w:rFonts w:ascii="Arial" w:hAnsi="Arial" w:cs="Arial"/>
        </w:rPr>
        <w:t>funcionalidad</w:t>
      </w:r>
      <w:proofErr w:type="spellEnd"/>
      <w:r w:rsidRPr="00901BC0">
        <w:rPr>
          <w:rFonts w:ascii="Arial" w:hAnsi="Arial" w:cs="Arial"/>
        </w:rPr>
        <w:t xml:space="preserve"> para </w:t>
      </w:r>
      <w:proofErr w:type="spellStart"/>
      <w:r w:rsidRPr="00901BC0">
        <w:rPr>
          <w:rFonts w:ascii="Arial" w:hAnsi="Arial" w:cs="Arial"/>
        </w:rPr>
        <w:t>afrontar</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evento</w:t>
      </w:r>
      <w:proofErr w:type="spellEnd"/>
      <w:r w:rsidRPr="00901BC0">
        <w:rPr>
          <w:rFonts w:ascii="Arial" w:hAnsi="Arial" w:cs="Arial"/>
        </w:rPr>
        <w:t xml:space="preserve"> a </w:t>
      </w:r>
      <w:proofErr w:type="spellStart"/>
      <w:r w:rsidRPr="00901BC0">
        <w:rPr>
          <w:rFonts w:ascii="Arial" w:hAnsi="Arial" w:cs="Arial"/>
        </w:rPr>
        <w:t>nivel</w:t>
      </w:r>
      <w:proofErr w:type="spellEnd"/>
      <w:r w:rsidRPr="00901BC0">
        <w:rPr>
          <w:rFonts w:ascii="Arial" w:hAnsi="Arial" w:cs="Arial"/>
        </w:rPr>
        <w:t xml:space="preserve"> </w:t>
      </w:r>
      <w:proofErr w:type="spellStart"/>
      <w:r w:rsidRPr="00901BC0">
        <w:rPr>
          <w:rFonts w:ascii="Arial" w:hAnsi="Arial" w:cs="Arial"/>
        </w:rPr>
        <w:t>emocional</w:t>
      </w:r>
      <w:proofErr w:type="spellEnd"/>
      <w:r w:rsidRPr="00901BC0">
        <w:rPr>
          <w:rFonts w:ascii="Arial" w:hAnsi="Arial" w:cs="Arial"/>
        </w:rPr>
        <w:t xml:space="preserve">, </w:t>
      </w:r>
      <w:proofErr w:type="spellStart"/>
      <w:r w:rsidRPr="00901BC0">
        <w:rPr>
          <w:rFonts w:ascii="Arial" w:hAnsi="Arial" w:cs="Arial"/>
        </w:rPr>
        <w:t>conductual</w:t>
      </w:r>
      <w:proofErr w:type="spellEnd"/>
      <w:r w:rsidRPr="00901BC0">
        <w:rPr>
          <w:rFonts w:ascii="Arial" w:hAnsi="Arial" w:cs="Arial"/>
        </w:rPr>
        <w:t xml:space="preserve"> y </w:t>
      </w:r>
      <w:proofErr w:type="spellStart"/>
      <w:r w:rsidRPr="00901BC0">
        <w:rPr>
          <w:rFonts w:ascii="Arial" w:hAnsi="Arial" w:cs="Arial"/>
        </w:rPr>
        <w:t>racional</w:t>
      </w:r>
      <w:proofErr w:type="spellEnd"/>
      <w:r w:rsidRPr="00901BC0">
        <w:rPr>
          <w:rFonts w:ascii="Arial" w:hAnsi="Arial" w:cs="Arial"/>
        </w:rPr>
        <w:t>. Es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ayuda</w:t>
      </w:r>
      <w:proofErr w:type="spellEnd"/>
      <w:r w:rsidRPr="00901BC0">
        <w:rPr>
          <w:rFonts w:ascii="Arial" w:hAnsi="Arial" w:cs="Arial"/>
        </w:rPr>
        <w:t xml:space="preserve"> breve e </w:t>
      </w:r>
      <w:proofErr w:type="spellStart"/>
      <w:r w:rsidRPr="00901BC0">
        <w:rPr>
          <w:rFonts w:ascii="Arial" w:hAnsi="Arial" w:cs="Arial"/>
        </w:rPr>
        <w:t>inmediata</w:t>
      </w:r>
      <w:proofErr w:type="spellEnd"/>
      <w:r w:rsidRPr="00901BC0">
        <w:rPr>
          <w:rFonts w:ascii="Arial" w:hAnsi="Arial" w:cs="Arial"/>
        </w:rPr>
        <w:t xml:space="preserve"> de </w:t>
      </w:r>
      <w:proofErr w:type="spellStart"/>
      <w:r w:rsidRPr="00901BC0">
        <w:rPr>
          <w:rFonts w:ascii="Arial" w:hAnsi="Arial" w:cs="Arial"/>
        </w:rPr>
        <w:t>apoyo</w:t>
      </w:r>
      <w:proofErr w:type="spellEnd"/>
      <w:r w:rsidRPr="00901BC0">
        <w:rPr>
          <w:rFonts w:ascii="Arial" w:hAnsi="Arial" w:cs="Arial"/>
        </w:rPr>
        <w:t xml:space="preserve"> a la persona para </w:t>
      </w:r>
      <w:proofErr w:type="spellStart"/>
      <w:r w:rsidRPr="00901BC0">
        <w:rPr>
          <w:rFonts w:ascii="Arial" w:hAnsi="Arial" w:cs="Arial"/>
        </w:rPr>
        <w:t>restablecer</w:t>
      </w:r>
      <w:proofErr w:type="spellEnd"/>
      <w:r w:rsidRPr="00901BC0">
        <w:rPr>
          <w:rFonts w:ascii="Arial" w:hAnsi="Arial" w:cs="Arial"/>
        </w:rPr>
        <w:t xml:space="preserve">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estabilidad</w:t>
      </w:r>
      <w:proofErr w:type="spellEnd"/>
      <w:r w:rsidRPr="00901BC0">
        <w:rPr>
          <w:rFonts w:ascii="Arial" w:hAnsi="Arial" w:cs="Arial"/>
        </w:rPr>
        <w:t xml:space="preserve"> personal a </w:t>
      </w:r>
      <w:proofErr w:type="spellStart"/>
      <w:r w:rsidRPr="00901BC0">
        <w:rPr>
          <w:rFonts w:ascii="Arial" w:hAnsi="Arial" w:cs="Arial"/>
        </w:rPr>
        <w:t>nivel</w:t>
      </w:r>
      <w:proofErr w:type="spellEnd"/>
      <w:r w:rsidRPr="00901BC0">
        <w:rPr>
          <w:rFonts w:ascii="Arial" w:hAnsi="Arial" w:cs="Arial"/>
        </w:rPr>
        <w:t xml:space="preserve"> </w:t>
      </w:r>
      <w:proofErr w:type="spellStart"/>
      <w:r w:rsidRPr="00901BC0">
        <w:rPr>
          <w:rFonts w:ascii="Arial" w:hAnsi="Arial" w:cs="Arial"/>
        </w:rPr>
        <w:t>emocional</w:t>
      </w:r>
      <w:proofErr w:type="spellEnd"/>
      <w:r w:rsidRPr="00901BC0">
        <w:rPr>
          <w:rFonts w:ascii="Arial" w:hAnsi="Arial" w:cs="Arial"/>
        </w:rPr>
        <w:t xml:space="preserve">, </w:t>
      </w:r>
      <w:proofErr w:type="spellStart"/>
      <w:r w:rsidRPr="00901BC0">
        <w:rPr>
          <w:rFonts w:ascii="Arial" w:hAnsi="Arial" w:cs="Arial"/>
        </w:rPr>
        <w:t>físico</w:t>
      </w:r>
      <w:proofErr w:type="spellEnd"/>
      <w:r w:rsidRPr="00901BC0">
        <w:rPr>
          <w:rFonts w:ascii="Arial" w:hAnsi="Arial" w:cs="Arial"/>
        </w:rPr>
        <w:t xml:space="preserve">, </w:t>
      </w:r>
      <w:proofErr w:type="spellStart"/>
      <w:r w:rsidRPr="00901BC0">
        <w:rPr>
          <w:rFonts w:ascii="Arial" w:hAnsi="Arial" w:cs="Arial"/>
        </w:rPr>
        <w:t>cognitivo</w:t>
      </w:r>
      <w:proofErr w:type="spellEnd"/>
      <w:r w:rsidRPr="00901BC0">
        <w:rPr>
          <w:rFonts w:ascii="Arial" w:hAnsi="Arial" w:cs="Arial"/>
        </w:rPr>
        <w:t xml:space="preserve"> y </w:t>
      </w:r>
      <w:proofErr w:type="spellStart"/>
      <w:r w:rsidRPr="00901BC0">
        <w:rPr>
          <w:rFonts w:ascii="Arial" w:hAnsi="Arial" w:cs="Arial"/>
        </w:rPr>
        <w:t>conductual</w:t>
      </w:r>
      <w:proofErr w:type="spellEnd"/>
      <w:r w:rsidRPr="00901BC0">
        <w:rPr>
          <w:rFonts w:ascii="Arial" w:hAnsi="Arial" w:cs="Arial"/>
        </w:rPr>
        <w:t xml:space="preserve"> (social)” (Osorio, 2017, pp.6)</w:t>
      </w:r>
    </w:p>
    <w:p w14:paraId="547204E4" w14:textId="77777777" w:rsidR="00893C50" w:rsidRPr="00901BC0" w:rsidRDefault="00893C50" w:rsidP="00893C50">
      <w:pPr>
        <w:pStyle w:val="Textoindependiente"/>
        <w:spacing w:before="10" w:line="360" w:lineRule="auto"/>
        <w:ind w:right="49"/>
        <w:jc w:val="both"/>
        <w:rPr>
          <w:rFonts w:ascii="Arial" w:hAnsi="Arial" w:cs="Arial"/>
        </w:rPr>
      </w:pPr>
      <w:r w:rsidRPr="00901BC0">
        <w:rPr>
          <w:rFonts w:ascii="Arial" w:hAnsi="Arial" w:cs="Arial"/>
        </w:rPr>
        <w:t xml:space="preserve">Se </w:t>
      </w:r>
      <w:proofErr w:type="spellStart"/>
      <w:r w:rsidRPr="00901BC0">
        <w:rPr>
          <w:rFonts w:ascii="Arial" w:hAnsi="Arial" w:cs="Arial"/>
        </w:rPr>
        <w:t>pueden</w:t>
      </w:r>
      <w:proofErr w:type="spellEnd"/>
      <w:r w:rsidRPr="00901BC0">
        <w:rPr>
          <w:rFonts w:ascii="Arial" w:hAnsi="Arial" w:cs="Arial"/>
        </w:rPr>
        <w:t xml:space="preserve"> </w:t>
      </w:r>
      <w:proofErr w:type="spellStart"/>
      <w:r w:rsidRPr="00901BC0">
        <w:rPr>
          <w:rFonts w:ascii="Arial" w:hAnsi="Arial" w:cs="Arial"/>
        </w:rPr>
        <w:t>señalar</w:t>
      </w:r>
      <w:proofErr w:type="spellEnd"/>
      <w:r w:rsidRPr="00901BC0">
        <w:rPr>
          <w:rFonts w:ascii="Arial" w:hAnsi="Arial" w:cs="Arial"/>
        </w:rPr>
        <w:t xml:space="preserve"> </w:t>
      </w:r>
      <w:proofErr w:type="spellStart"/>
      <w:r w:rsidRPr="00901BC0">
        <w:rPr>
          <w:rFonts w:ascii="Arial" w:hAnsi="Arial" w:cs="Arial"/>
        </w:rPr>
        <w:t>tres</w:t>
      </w:r>
      <w:proofErr w:type="spellEnd"/>
      <w:r w:rsidRPr="00901BC0">
        <w:rPr>
          <w:rFonts w:ascii="Arial" w:hAnsi="Arial" w:cs="Arial"/>
        </w:rPr>
        <w:t xml:space="preserve"> </w:t>
      </w:r>
      <w:proofErr w:type="spellStart"/>
      <w:r w:rsidRPr="00901BC0">
        <w:rPr>
          <w:rFonts w:ascii="Arial" w:hAnsi="Arial" w:cs="Arial"/>
        </w:rPr>
        <w:t>aspectos</w:t>
      </w:r>
      <w:proofErr w:type="spellEnd"/>
      <w:r w:rsidRPr="00901BC0">
        <w:rPr>
          <w:rFonts w:ascii="Arial" w:hAnsi="Arial" w:cs="Arial"/>
        </w:rPr>
        <w:t xml:space="preserve"> que son </w:t>
      </w:r>
      <w:proofErr w:type="spellStart"/>
      <w:r w:rsidRPr="00901BC0">
        <w:rPr>
          <w:rFonts w:ascii="Arial" w:hAnsi="Arial" w:cs="Arial"/>
        </w:rPr>
        <w:t>los</w:t>
      </w:r>
      <w:proofErr w:type="spellEnd"/>
      <w:r w:rsidRPr="00901BC0">
        <w:rPr>
          <w:rFonts w:ascii="Arial" w:hAnsi="Arial" w:cs="Arial"/>
        </w:rPr>
        <w:t xml:space="preserve"> que </w:t>
      </w:r>
      <w:proofErr w:type="spellStart"/>
      <w:r w:rsidRPr="00901BC0">
        <w:rPr>
          <w:rFonts w:ascii="Arial" w:hAnsi="Arial" w:cs="Arial"/>
        </w:rPr>
        <w:t>deben</w:t>
      </w:r>
      <w:proofErr w:type="spellEnd"/>
      <w:r w:rsidRPr="00901BC0">
        <w:rPr>
          <w:rFonts w:ascii="Arial" w:hAnsi="Arial" w:cs="Arial"/>
        </w:rPr>
        <w:t xml:space="preserve"> </w:t>
      </w:r>
      <w:proofErr w:type="spellStart"/>
      <w:r w:rsidRPr="00901BC0">
        <w:rPr>
          <w:rFonts w:ascii="Arial" w:hAnsi="Arial" w:cs="Arial"/>
        </w:rPr>
        <w:t>orientar</w:t>
      </w:r>
      <w:proofErr w:type="spellEnd"/>
      <w:r w:rsidRPr="00901BC0">
        <w:rPr>
          <w:rFonts w:ascii="Arial" w:hAnsi="Arial" w:cs="Arial"/>
        </w:rPr>
        <w:t xml:space="preserve"> la </w:t>
      </w:r>
      <w:proofErr w:type="spellStart"/>
      <w:r w:rsidRPr="00901BC0">
        <w:rPr>
          <w:rFonts w:ascii="Arial" w:hAnsi="Arial" w:cs="Arial"/>
        </w:rPr>
        <w:t>actitud</w:t>
      </w:r>
      <w:proofErr w:type="spellEnd"/>
      <w:r w:rsidRPr="00901BC0">
        <w:rPr>
          <w:rFonts w:ascii="Arial" w:hAnsi="Arial" w:cs="Arial"/>
        </w:rPr>
        <w:t xml:space="preserve"> de la persona </w:t>
      </w:r>
      <w:proofErr w:type="spellStart"/>
      <w:r w:rsidRPr="00901BC0">
        <w:rPr>
          <w:rFonts w:ascii="Arial" w:hAnsi="Arial" w:cs="Arial"/>
        </w:rPr>
        <w:t>encargada</w:t>
      </w:r>
      <w:proofErr w:type="spellEnd"/>
      <w:r w:rsidRPr="00901BC0">
        <w:rPr>
          <w:rFonts w:ascii="Arial" w:hAnsi="Arial" w:cs="Arial"/>
        </w:rPr>
        <w:t xml:space="preserve"> de </w:t>
      </w:r>
      <w:proofErr w:type="spellStart"/>
      <w:r w:rsidRPr="00901BC0">
        <w:rPr>
          <w:rFonts w:ascii="Arial" w:hAnsi="Arial" w:cs="Arial"/>
        </w:rPr>
        <w:t>entregar</w:t>
      </w:r>
      <w:proofErr w:type="spellEnd"/>
      <w:r w:rsidRPr="00901BC0">
        <w:rPr>
          <w:rFonts w:ascii="Arial" w:hAnsi="Arial" w:cs="Arial"/>
        </w:rPr>
        <w:t xml:space="preserve"> </w:t>
      </w:r>
      <w:proofErr w:type="spellStart"/>
      <w:r w:rsidRPr="00901BC0">
        <w:rPr>
          <w:rFonts w:ascii="Arial" w:hAnsi="Arial" w:cs="Arial"/>
        </w:rPr>
        <w:t>asistencia</w:t>
      </w:r>
      <w:proofErr w:type="spellEnd"/>
      <w:r w:rsidRPr="00901BC0">
        <w:rPr>
          <w:rFonts w:ascii="Arial" w:hAnsi="Arial" w:cs="Arial"/>
        </w:rPr>
        <w:t xml:space="preserve"> o </w:t>
      </w:r>
      <w:proofErr w:type="spellStart"/>
      <w:r w:rsidRPr="00901BC0">
        <w:rPr>
          <w:rFonts w:ascii="Arial" w:hAnsi="Arial" w:cs="Arial"/>
        </w:rPr>
        <w:t>apoyo</w:t>
      </w:r>
      <w:proofErr w:type="spellEnd"/>
      <w:r w:rsidRPr="00901BC0">
        <w:rPr>
          <w:rFonts w:ascii="Arial" w:hAnsi="Arial" w:cs="Arial"/>
        </w:rPr>
        <w:t xml:space="preserve"> (</w:t>
      </w:r>
      <w:proofErr w:type="spellStart"/>
      <w:r w:rsidRPr="00901BC0">
        <w:rPr>
          <w:rFonts w:ascii="Arial" w:hAnsi="Arial" w:cs="Arial"/>
        </w:rPr>
        <w:t>Slaikeu</w:t>
      </w:r>
      <w:proofErr w:type="spellEnd"/>
      <w:r w:rsidRPr="00901BC0">
        <w:rPr>
          <w:rFonts w:ascii="Arial" w:hAnsi="Arial" w:cs="Arial"/>
        </w:rPr>
        <w:t>, 2000):</w:t>
      </w:r>
    </w:p>
    <w:p w14:paraId="35328601" w14:textId="77777777" w:rsidR="00893C50" w:rsidRPr="00893C50" w:rsidRDefault="00893C50" w:rsidP="00893C50">
      <w:pPr>
        <w:pStyle w:val="Ttulo1"/>
        <w:keepNext w:val="0"/>
        <w:keepLines w:val="0"/>
        <w:widowControl w:val="0"/>
        <w:numPr>
          <w:ilvl w:val="0"/>
          <w:numId w:val="43"/>
        </w:numPr>
        <w:tabs>
          <w:tab w:val="left" w:pos="1233"/>
        </w:tabs>
        <w:autoSpaceDE w:val="0"/>
        <w:autoSpaceDN w:val="0"/>
        <w:spacing w:before="0" w:line="360" w:lineRule="auto"/>
        <w:ind w:right="49"/>
        <w:jc w:val="both"/>
        <w:rPr>
          <w:rFonts w:ascii="Arial" w:hAnsi="Arial" w:cs="Arial"/>
          <w:color w:val="auto"/>
          <w:sz w:val="24"/>
          <w:szCs w:val="24"/>
        </w:rPr>
      </w:pPr>
      <w:proofErr w:type="spellStart"/>
      <w:r w:rsidRPr="00893C50">
        <w:rPr>
          <w:rFonts w:ascii="Arial" w:hAnsi="Arial" w:cs="Arial"/>
          <w:color w:val="auto"/>
          <w:sz w:val="24"/>
          <w:szCs w:val="24"/>
        </w:rPr>
        <w:t>proporcionar</w:t>
      </w:r>
      <w:proofErr w:type="spellEnd"/>
      <w:r w:rsidRPr="00893C50">
        <w:rPr>
          <w:rFonts w:ascii="Arial" w:hAnsi="Arial" w:cs="Arial"/>
          <w:color w:val="auto"/>
          <w:spacing w:val="2"/>
          <w:sz w:val="24"/>
          <w:szCs w:val="24"/>
        </w:rPr>
        <w:t xml:space="preserve"> </w:t>
      </w:r>
      <w:proofErr w:type="spellStart"/>
      <w:r w:rsidRPr="00893C50">
        <w:rPr>
          <w:rFonts w:ascii="Arial" w:hAnsi="Arial" w:cs="Arial"/>
          <w:color w:val="auto"/>
          <w:sz w:val="24"/>
          <w:szCs w:val="24"/>
        </w:rPr>
        <w:t>ayuda</w:t>
      </w:r>
      <w:proofErr w:type="spellEnd"/>
    </w:p>
    <w:p w14:paraId="6E4BB2C5" w14:textId="77777777" w:rsidR="00893C50" w:rsidRPr="00893C50" w:rsidRDefault="00893C50" w:rsidP="00893C50">
      <w:pPr>
        <w:pStyle w:val="Prrafodelista"/>
        <w:widowControl w:val="0"/>
        <w:numPr>
          <w:ilvl w:val="0"/>
          <w:numId w:val="43"/>
        </w:numPr>
        <w:tabs>
          <w:tab w:val="left" w:pos="1233"/>
        </w:tabs>
        <w:autoSpaceDE w:val="0"/>
        <w:autoSpaceDN w:val="0"/>
        <w:spacing w:before="25" w:after="0" w:line="360" w:lineRule="auto"/>
        <w:ind w:right="49"/>
        <w:contextualSpacing w:val="0"/>
        <w:jc w:val="both"/>
        <w:rPr>
          <w:rFonts w:ascii="Arial" w:hAnsi="Arial" w:cs="Arial"/>
          <w:b/>
          <w:sz w:val="24"/>
          <w:szCs w:val="24"/>
        </w:rPr>
      </w:pPr>
      <w:proofErr w:type="spellStart"/>
      <w:r w:rsidRPr="00893C50">
        <w:rPr>
          <w:rFonts w:ascii="Arial" w:hAnsi="Arial" w:cs="Arial"/>
          <w:b/>
          <w:sz w:val="24"/>
          <w:szCs w:val="24"/>
        </w:rPr>
        <w:t>reducir</w:t>
      </w:r>
      <w:proofErr w:type="spellEnd"/>
      <w:r w:rsidRPr="00893C50">
        <w:rPr>
          <w:rFonts w:ascii="Arial" w:hAnsi="Arial" w:cs="Arial"/>
          <w:b/>
          <w:sz w:val="24"/>
          <w:szCs w:val="24"/>
        </w:rPr>
        <w:t xml:space="preserve"> </w:t>
      </w:r>
      <w:proofErr w:type="spellStart"/>
      <w:r w:rsidRPr="00893C50">
        <w:rPr>
          <w:rFonts w:ascii="Arial" w:hAnsi="Arial" w:cs="Arial"/>
          <w:b/>
          <w:spacing w:val="-3"/>
          <w:sz w:val="24"/>
          <w:szCs w:val="24"/>
        </w:rPr>
        <w:t>el</w:t>
      </w:r>
      <w:proofErr w:type="spellEnd"/>
      <w:r w:rsidRPr="00893C50">
        <w:rPr>
          <w:rFonts w:ascii="Arial" w:hAnsi="Arial" w:cs="Arial"/>
          <w:b/>
          <w:spacing w:val="-3"/>
          <w:sz w:val="24"/>
          <w:szCs w:val="24"/>
        </w:rPr>
        <w:t xml:space="preserve"> </w:t>
      </w:r>
      <w:proofErr w:type="spellStart"/>
      <w:r w:rsidRPr="00893C50">
        <w:rPr>
          <w:rFonts w:ascii="Arial" w:hAnsi="Arial" w:cs="Arial"/>
          <w:b/>
          <w:sz w:val="24"/>
          <w:szCs w:val="24"/>
        </w:rPr>
        <w:t>riesgo</w:t>
      </w:r>
      <w:proofErr w:type="spellEnd"/>
      <w:r w:rsidRPr="00893C50">
        <w:rPr>
          <w:rFonts w:ascii="Arial" w:hAnsi="Arial" w:cs="Arial"/>
          <w:b/>
          <w:sz w:val="24"/>
          <w:szCs w:val="24"/>
        </w:rPr>
        <w:t xml:space="preserve"> </w:t>
      </w:r>
      <w:r w:rsidRPr="00893C50">
        <w:rPr>
          <w:rFonts w:ascii="Arial" w:hAnsi="Arial" w:cs="Arial"/>
          <w:b/>
          <w:spacing w:val="-3"/>
          <w:sz w:val="24"/>
          <w:szCs w:val="24"/>
        </w:rPr>
        <w:t xml:space="preserve">(para </w:t>
      </w:r>
      <w:r w:rsidRPr="00893C50">
        <w:rPr>
          <w:rFonts w:ascii="Arial" w:hAnsi="Arial" w:cs="Arial"/>
          <w:b/>
          <w:spacing w:val="2"/>
          <w:sz w:val="24"/>
          <w:szCs w:val="24"/>
        </w:rPr>
        <w:t xml:space="preserve">la </w:t>
      </w:r>
      <w:proofErr w:type="spellStart"/>
      <w:r w:rsidRPr="00893C50">
        <w:rPr>
          <w:rFonts w:ascii="Arial" w:hAnsi="Arial" w:cs="Arial"/>
          <w:b/>
          <w:sz w:val="24"/>
          <w:szCs w:val="24"/>
        </w:rPr>
        <w:t>propia</w:t>
      </w:r>
      <w:proofErr w:type="spellEnd"/>
      <w:r w:rsidRPr="00893C50">
        <w:rPr>
          <w:rFonts w:ascii="Arial" w:hAnsi="Arial" w:cs="Arial"/>
          <w:b/>
          <w:sz w:val="24"/>
          <w:szCs w:val="24"/>
        </w:rPr>
        <w:t xml:space="preserve"> persona o para</w:t>
      </w:r>
      <w:r w:rsidRPr="00893C50">
        <w:rPr>
          <w:rFonts w:ascii="Arial" w:hAnsi="Arial" w:cs="Arial"/>
          <w:b/>
          <w:spacing w:val="-14"/>
          <w:sz w:val="24"/>
          <w:szCs w:val="24"/>
        </w:rPr>
        <w:t xml:space="preserve"> </w:t>
      </w:r>
      <w:proofErr w:type="spellStart"/>
      <w:r w:rsidRPr="00893C50">
        <w:rPr>
          <w:rFonts w:ascii="Arial" w:hAnsi="Arial" w:cs="Arial"/>
          <w:b/>
          <w:spacing w:val="-3"/>
          <w:sz w:val="24"/>
          <w:szCs w:val="24"/>
        </w:rPr>
        <w:t>otros</w:t>
      </w:r>
      <w:proofErr w:type="spellEnd"/>
      <w:r w:rsidRPr="00893C50">
        <w:rPr>
          <w:rFonts w:ascii="Arial" w:hAnsi="Arial" w:cs="Arial"/>
          <w:b/>
          <w:spacing w:val="-3"/>
          <w:sz w:val="24"/>
          <w:szCs w:val="24"/>
        </w:rPr>
        <w:t>)</w:t>
      </w:r>
    </w:p>
    <w:p w14:paraId="69162AAC" w14:textId="77777777" w:rsidR="00893C50" w:rsidRPr="00893C50" w:rsidRDefault="00893C50" w:rsidP="00893C50">
      <w:pPr>
        <w:pStyle w:val="Prrafodelista"/>
        <w:widowControl w:val="0"/>
        <w:numPr>
          <w:ilvl w:val="0"/>
          <w:numId w:val="43"/>
        </w:numPr>
        <w:tabs>
          <w:tab w:val="left" w:pos="1233"/>
        </w:tabs>
        <w:autoSpaceDE w:val="0"/>
        <w:autoSpaceDN w:val="0"/>
        <w:spacing w:before="25" w:after="0" w:line="360" w:lineRule="auto"/>
        <w:ind w:right="49"/>
        <w:contextualSpacing w:val="0"/>
        <w:jc w:val="both"/>
        <w:rPr>
          <w:rFonts w:ascii="Arial" w:hAnsi="Arial" w:cs="Arial"/>
          <w:sz w:val="24"/>
          <w:szCs w:val="24"/>
        </w:rPr>
      </w:pPr>
      <w:r w:rsidRPr="00893C50">
        <w:rPr>
          <w:rFonts w:ascii="Arial" w:hAnsi="Arial" w:cs="Arial"/>
          <w:b/>
          <w:sz w:val="24"/>
          <w:szCs w:val="24"/>
        </w:rPr>
        <w:t xml:space="preserve">y </w:t>
      </w:r>
      <w:proofErr w:type="spellStart"/>
      <w:r w:rsidRPr="00893C50">
        <w:rPr>
          <w:rFonts w:ascii="Arial" w:hAnsi="Arial" w:cs="Arial"/>
          <w:b/>
          <w:spacing w:val="-4"/>
          <w:sz w:val="24"/>
          <w:szCs w:val="24"/>
        </w:rPr>
        <w:t>conectar</w:t>
      </w:r>
      <w:proofErr w:type="spellEnd"/>
      <w:r w:rsidRPr="00893C50">
        <w:rPr>
          <w:rFonts w:ascii="Arial" w:hAnsi="Arial" w:cs="Arial"/>
          <w:b/>
          <w:spacing w:val="-4"/>
          <w:sz w:val="24"/>
          <w:szCs w:val="24"/>
        </w:rPr>
        <w:t xml:space="preserve"> </w:t>
      </w:r>
      <w:r w:rsidRPr="00893C50">
        <w:rPr>
          <w:rFonts w:ascii="Arial" w:hAnsi="Arial" w:cs="Arial"/>
          <w:b/>
          <w:sz w:val="24"/>
          <w:szCs w:val="24"/>
        </w:rPr>
        <w:t xml:space="preserve">con </w:t>
      </w:r>
      <w:proofErr w:type="spellStart"/>
      <w:r w:rsidRPr="00893C50">
        <w:rPr>
          <w:rFonts w:ascii="Arial" w:hAnsi="Arial" w:cs="Arial"/>
          <w:b/>
          <w:sz w:val="24"/>
          <w:szCs w:val="24"/>
        </w:rPr>
        <w:t>los</w:t>
      </w:r>
      <w:proofErr w:type="spellEnd"/>
      <w:r w:rsidRPr="00893C50">
        <w:rPr>
          <w:rFonts w:ascii="Arial" w:hAnsi="Arial" w:cs="Arial"/>
          <w:b/>
          <w:sz w:val="24"/>
          <w:szCs w:val="24"/>
        </w:rPr>
        <w:t xml:space="preserve"> </w:t>
      </w:r>
      <w:proofErr w:type="spellStart"/>
      <w:r w:rsidRPr="00893C50">
        <w:rPr>
          <w:rFonts w:ascii="Arial" w:hAnsi="Arial" w:cs="Arial"/>
          <w:b/>
          <w:spacing w:val="-3"/>
          <w:sz w:val="24"/>
          <w:szCs w:val="24"/>
        </w:rPr>
        <w:t>recursos</w:t>
      </w:r>
      <w:proofErr w:type="spellEnd"/>
      <w:r w:rsidRPr="00893C50">
        <w:rPr>
          <w:rFonts w:ascii="Arial" w:hAnsi="Arial" w:cs="Arial"/>
          <w:b/>
          <w:spacing w:val="-3"/>
          <w:sz w:val="24"/>
          <w:szCs w:val="24"/>
        </w:rPr>
        <w:t xml:space="preserve"> </w:t>
      </w:r>
      <w:r w:rsidRPr="00893C50">
        <w:rPr>
          <w:rFonts w:ascii="Arial" w:hAnsi="Arial" w:cs="Arial"/>
          <w:b/>
          <w:sz w:val="24"/>
          <w:szCs w:val="24"/>
        </w:rPr>
        <w:t xml:space="preserve">de </w:t>
      </w:r>
      <w:proofErr w:type="spellStart"/>
      <w:r w:rsidRPr="00893C50">
        <w:rPr>
          <w:rFonts w:ascii="Arial" w:hAnsi="Arial" w:cs="Arial"/>
          <w:b/>
          <w:sz w:val="24"/>
          <w:szCs w:val="24"/>
        </w:rPr>
        <w:t>ayuda</w:t>
      </w:r>
      <w:proofErr w:type="spellEnd"/>
      <w:r w:rsidRPr="00893C50">
        <w:rPr>
          <w:rFonts w:ascii="Arial" w:hAnsi="Arial" w:cs="Arial"/>
          <w:b/>
          <w:sz w:val="24"/>
          <w:szCs w:val="24"/>
        </w:rPr>
        <w:t xml:space="preserve"> </w:t>
      </w:r>
      <w:proofErr w:type="spellStart"/>
      <w:r w:rsidRPr="00893C50">
        <w:rPr>
          <w:rFonts w:ascii="Arial" w:hAnsi="Arial" w:cs="Arial"/>
          <w:b/>
          <w:sz w:val="24"/>
          <w:szCs w:val="24"/>
        </w:rPr>
        <w:t>cuando</w:t>
      </w:r>
      <w:proofErr w:type="spellEnd"/>
      <w:r w:rsidRPr="00893C50">
        <w:rPr>
          <w:rFonts w:ascii="Arial" w:hAnsi="Arial" w:cs="Arial"/>
          <w:b/>
          <w:sz w:val="24"/>
          <w:szCs w:val="24"/>
        </w:rPr>
        <w:t xml:space="preserve"> </w:t>
      </w:r>
      <w:r w:rsidRPr="00893C50">
        <w:rPr>
          <w:rFonts w:ascii="Arial" w:hAnsi="Arial" w:cs="Arial"/>
          <w:b/>
          <w:spacing w:val="-3"/>
          <w:sz w:val="24"/>
          <w:szCs w:val="24"/>
        </w:rPr>
        <w:t xml:space="preserve">se </w:t>
      </w:r>
      <w:proofErr w:type="spellStart"/>
      <w:r w:rsidRPr="00893C50">
        <w:rPr>
          <w:rFonts w:ascii="Arial" w:hAnsi="Arial" w:cs="Arial"/>
          <w:b/>
          <w:sz w:val="24"/>
          <w:szCs w:val="24"/>
        </w:rPr>
        <w:t>requiere</w:t>
      </w:r>
      <w:proofErr w:type="spellEnd"/>
      <w:r w:rsidRPr="00893C50">
        <w:rPr>
          <w:rFonts w:ascii="Arial" w:hAnsi="Arial" w:cs="Arial"/>
          <w:b/>
          <w:sz w:val="24"/>
          <w:szCs w:val="24"/>
        </w:rPr>
        <w:t xml:space="preserve"> (</w:t>
      </w:r>
      <w:r w:rsidRPr="00893C50">
        <w:rPr>
          <w:rFonts w:ascii="Arial" w:hAnsi="Arial" w:cs="Arial"/>
          <w:sz w:val="24"/>
          <w:szCs w:val="24"/>
        </w:rPr>
        <w:t>Osorio,</w:t>
      </w:r>
      <w:r w:rsidRPr="00893C50">
        <w:rPr>
          <w:rFonts w:ascii="Arial" w:hAnsi="Arial" w:cs="Arial"/>
          <w:spacing w:val="-25"/>
          <w:sz w:val="24"/>
          <w:szCs w:val="24"/>
        </w:rPr>
        <w:t xml:space="preserve"> </w:t>
      </w:r>
      <w:r w:rsidRPr="00893C50">
        <w:rPr>
          <w:rFonts w:ascii="Arial" w:hAnsi="Arial" w:cs="Arial"/>
          <w:spacing w:val="-5"/>
          <w:sz w:val="24"/>
          <w:szCs w:val="24"/>
        </w:rPr>
        <w:t>2017).</w:t>
      </w:r>
    </w:p>
    <w:p w14:paraId="126FF31C" w14:textId="77777777" w:rsidR="00893C50" w:rsidRDefault="00893C50" w:rsidP="00893C50">
      <w:pPr>
        <w:pStyle w:val="Textoindependiente"/>
        <w:spacing w:line="360" w:lineRule="auto"/>
        <w:ind w:right="49"/>
        <w:jc w:val="both"/>
        <w:rPr>
          <w:rFonts w:ascii="Arial" w:hAnsi="Arial" w:cs="Arial"/>
        </w:rPr>
      </w:pPr>
    </w:p>
    <w:p w14:paraId="6BCE3EDA" w14:textId="77777777" w:rsidR="00893C50" w:rsidRPr="00901BC0" w:rsidRDefault="00893C50" w:rsidP="00893C50">
      <w:pPr>
        <w:pStyle w:val="Textoindependiente"/>
        <w:spacing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contexto</w:t>
      </w:r>
      <w:proofErr w:type="spellEnd"/>
      <w:r w:rsidRPr="00901BC0">
        <w:rPr>
          <w:rFonts w:ascii="Arial" w:hAnsi="Arial" w:cs="Arial"/>
        </w:rPr>
        <w:t xml:space="preserve"> escolar, </w:t>
      </w:r>
      <w:proofErr w:type="spellStart"/>
      <w:r w:rsidRPr="00901BC0">
        <w:rPr>
          <w:rFonts w:ascii="Arial" w:hAnsi="Arial" w:cs="Arial"/>
        </w:rPr>
        <w:t>cualquier</w:t>
      </w:r>
      <w:proofErr w:type="spellEnd"/>
      <w:r w:rsidRPr="00901BC0">
        <w:rPr>
          <w:rFonts w:ascii="Arial" w:hAnsi="Arial" w:cs="Arial"/>
        </w:rPr>
        <w:t xml:space="preserve"> </w:t>
      </w:r>
      <w:proofErr w:type="spellStart"/>
      <w:r w:rsidRPr="00901BC0">
        <w:rPr>
          <w:rFonts w:ascii="Arial" w:hAnsi="Arial" w:cs="Arial"/>
        </w:rPr>
        <w:t>estudiante</w:t>
      </w:r>
      <w:proofErr w:type="spellEnd"/>
      <w:r w:rsidRPr="00901BC0">
        <w:rPr>
          <w:rFonts w:ascii="Arial" w:hAnsi="Arial" w:cs="Arial"/>
        </w:rPr>
        <w:t xml:space="preserve"> a lo largo de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trayectoria</w:t>
      </w:r>
      <w:proofErr w:type="spellEnd"/>
      <w:r w:rsidRPr="00901BC0">
        <w:rPr>
          <w:rFonts w:ascii="Arial" w:hAnsi="Arial" w:cs="Arial"/>
        </w:rPr>
        <w:t xml:space="preserve"> </w:t>
      </w:r>
      <w:proofErr w:type="spellStart"/>
      <w:r w:rsidRPr="00901BC0">
        <w:rPr>
          <w:rFonts w:ascii="Arial" w:hAnsi="Arial" w:cs="Arial"/>
        </w:rPr>
        <w:t>educativa</w:t>
      </w:r>
      <w:proofErr w:type="spellEnd"/>
      <w:r w:rsidRPr="00901BC0">
        <w:rPr>
          <w:rFonts w:ascii="Arial" w:hAnsi="Arial" w:cs="Arial"/>
        </w:rPr>
        <w:t xml:space="preserve"> </w:t>
      </w:r>
      <w:proofErr w:type="spellStart"/>
      <w:r w:rsidRPr="00901BC0">
        <w:rPr>
          <w:rFonts w:ascii="Arial" w:hAnsi="Arial" w:cs="Arial"/>
        </w:rPr>
        <w:t>puede</w:t>
      </w:r>
      <w:proofErr w:type="spellEnd"/>
      <w:r w:rsidRPr="00901BC0">
        <w:rPr>
          <w:rFonts w:ascii="Arial" w:hAnsi="Arial" w:cs="Arial"/>
        </w:rPr>
        <w:t xml:space="preserve"> </w:t>
      </w:r>
      <w:proofErr w:type="spellStart"/>
      <w:r w:rsidRPr="00901BC0">
        <w:rPr>
          <w:rFonts w:ascii="Arial" w:hAnsi="Arial" w:cs="Arial"/>
        </w:rPr>
        <w:t>vivir</w:t>
      </w:r>
      <w:proofErr w:type="spellEnd"/>
      <w:r w:rsidRPr="00901BC0">
        <w:rPr>
          <w:rFonts w:ascii="Arial" w:hAnsi="Arial" w:cs="Arial"/>
        </w:rPr>
        <w:t xml:space="preserve"> </w:t>
      </w:r>
      <w:proofErr w:type="spellStart"/>
      <w:r w:rsidRPr="00901BC0">
        <w:rPr>
          <w:rFonts w:ascii="Arial" w:hAnsi="Arial" w:cs="Arial"/>
        </w:rPr>
        <w:t>alguna</w:t>
      </w:r>
      <w:proofErr w:type="spellEnd"/>
      <w:r w:rsidRPr="00901BC0">
        <w:rPr>
          <w:rFonts w:ascii="Arial" w:hAnsi="Arial" w:cs="Arial"/>
        </w:rPr>
        <w:t xml:space="preserve"> </w:t>
      </w:r>
      <w:proofErr w:type="spellStart"/>
      <w:r w:rsidRPr="00901BC0">
        <w:rPr>
          <w:rFonts w:ascii="Arial" w:hAnsi="Arial" w:cs="Arial"/>
        </w:rPr>
        <w:t>situación</w:t>
      </w:r>
      <w:proofErr w:type="spellEnd"/>
      <w:r w:rsidRPr="00901BC0">
        <w:rPr>
          <w:rFonts w:ascii="Arial" w:hAnsi="Arial" w:cs="Arial"/>
        </w:rPr>
        <w:t xml:space="preserve"> de crisis y </w:t>
      </w:r>
      <w:proofErr w:type="spellStart"/>
      <w:r w:rsidRPr="00901BC0">
        <w:rPr>
          <w:rFonts w:ascii="Arial" w:hAnsi="Arial" w:cs="Arial"/>
        </w:rPr>
        <w:t>requerir</w:t>
      </w:r>
      <w:proofErr w:type="spellEnd"/>
      <w:r w:rsidRPr="00901BC0">
        <w:rPr>
          <w:rFonts w:ascii="Arial" w:hAnsi="Arial" w:cs="Arial"/>
        </w:rPr>
        <w:t xml:space="preserve"> </w:t>
      </w:r>
      <w:proofErr w:type="spellStart"/>
      <w:r w:rsidRPr="00901BC0">
        <w:rPr>
          <w:rFonts w:ascii="Arial" w:hAnsi="Arial" w:cs="Arial"/>
        </w:rPr>
        <w:t>apoyo</w:t>
      </w:r>
      <w:proofErr w:type="spellEnd"/>
      <w:r w:rsidRPr="00901BC0">
        <w:rPr>
          <w:rFonts w:ascii="Arial" w:hAnsi="Arial" w:cs="Arial"/>
        </w:rPr>
        <w:t xml:space="preserve"> para </w:t>
      </w:r>
      <w:proofErr w:type="spellStart"/>
      <w:r w:rsidRPr="00901BC0">
        <w:rPr>
          <w:rFonts w:ascii="Arial" w:hAnsi="Arial" w:cs="Arial"/>
        </w:rPr>
        <w:t>afrontar</w:t>
      </w:r>
      <w:proofErr w:type="spellEnd"/>
      <w:r w:rsidRPr="00901BC0">
        <w:rPr>
          <w:rFonts w:ascii="Arial" w:hAnsi="Arial" w:cs="Arial"/>
        </w:rPr>
        <w:t xml:space="preserve"> </w:t>
      </w:r>
      <w:proofErr w:type="spellStart"/>
      <w:r w:rsidRPr="00901BC0">
        <w:rPr>
          <w:rFonts w:ascii="Arial" w:hAnsi="Arial" w:cs="Arial"/>
        </w:rPr>
        <w:t>dicho</w:t>
      </w:r>
      <w:proofErr w:type="spellEnd"/>
      <w:r w:rsidRPr="00901BC0">
        <w:rPr>
          <w:rFonts w:ascii="Arial" w:hAnsi="Arial" w:cs="Arial"/>
        </w:rPr>
        <w:t xml:space="preserve"> </w:t>
      </w:r>
      <w:proofErr w:type="spellStart"/>
      <w:r w:rsidRPr="00901BC0">
        <w:rPr>
          <w:rFonts w:ascii="Arial" w:hAnsi="Arial" w:cs="Arial"/>
        </w:rPr>
        <w:t>evento</w:t>
      </w:r>
      <w:proofErr w:type="spellEnd"/>
      <w:r w:rsidRPr="00901BC0">
        <w:rPr>
          <w:rFonts w:ascii="Arial" w:hAnsi="Arial" w:cs="Arial"/>
        </w:rPr>
        <w:t xml:space="preserve"> e </w:t>
      </w:r>
      <w:proofErr w:type="spellStart"/>
      <w:r w:rsidRPr="00901BC0">
        <w:rPr>
          <w:rFonts w:ascii="Arial" w:hAnsi="Arial" w:cs="Arial"/>
        </w:rPr>
        <w:t>integrarlo</w:t>
      </w:r>
      <w:proofErr w:type="spellEnd"/>
      <w:r w:rsidRPr="00901BC0">
        <w:rPr>
          <w:rFonts w:ascii="Arial" w:hAnsi="Arial" w:cs="Arial"/>
        </w:rPr>
        <w:t xml:space="preserve"> de </w:t>
      </w:r>
      <w:proofErr w:type="spellStart"/>
      <w:r w:rsidRPr="00901BC0">
        <w:rPr>
          <w:rFonts w:ascii="Arial" w:hAnsi="Arial" w:cs="Arial"/>
        </w:rPr>
        <w:t>manera</w:t>
      </w:r>
      <w:proofErr w:type="spellEnd"/>
      <w:r w:rsidRPr="00901BC0">
        <w:rPr>
          <w:rFonts w:ascii="Arial" w:hAnsi="Arial" w:cs="Arial"/>
        </w:rPr>
        <w:t xml:space="preserve"> </w:t>
      </w:r>
      <w:proofErr w:type="spellStart"/>
      <w:r w:rsidRPr="00901BC0">
        <w:rPr>
          <w:rFonts w:ascii="Arial" w:hAnsi="Arial" w:cs="Arial"/>
        </w:rPr>
        <w:t>funcional</w:t>
      </w:r>
      <w:proofErr w:type="spellEnd"/>
      <w:r w:rsidRPr="00901BC0">
        <w:rPr>
          <w:rFonts w:ascii="Arial" w:hAnsi="Arial" w:cs="Arial"/>
        </w:rPr>
        <w:t xml:space="preserve"> a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vida</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lo que es primordial que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adultos</w:t>
      </w:r>
      <w:proofErr w:type="spellEnd"/>
      <w:r w:rsidRPr="00901BC0">
        <w:rPr>
          <w:rFonts w:ascii="Arial" w:hAnsi="Arial" w:cs="Arial"/>
        </w:rPr>
        <w:t xml:space="preserve"> </w:t>
      </w:r>
      <w:proofErr w:type="spellStart"/>
      <w:r w:rsidRPr="00901BC0">
        <w:rPr>
          <w:rFonts w:ascii="Arial" w:hAnsi="Arial" w:cs="Arial"/>
        </w:rPr>
        <w:t>responsables</w:t>
      </w:r>
      <w:proofErr w:type="spellEnd"/>
      <w:r w:rsidRPr="00901BC0">
        <w:rPr>
          <w:rFonts w:ascii="Arial" w:hAnsi="Arial" w:cs="Arial"/>
        </w:rPr>
        <w:t xml:space="preserve"> de </w:t>
      </w:r>
      <w:proofErr w:type="spellStart"/>
      <w:r w:rsidRPr="00901BC0">
        <w:rPr>
          <w:rFonts w:ascii="Arial" w:hAnsi="Arial" w:cs="Arial"/>
        </w:rPr>
        <w:t>cumplir</w:t>
      </w:r>
      <w:proofErr w:type="spellEnd"/>
      <w:r w:rsidRPr="00901BC0">
        <w:rPr>
          <w:rFonts w:ascii="Arial" w:hAnsi="Arial" w:cs="Arial"/>
        </w:rPr>
        <w:t xml:space="preserve"> </w:t>
      </w:r>
      <w:proofErr w:type="spellStart"/>
      <w:r w:rsidRPr="00901BC0">
        <w:rPr>
          <w:rFonts w:ascii="Arial" w:hAnsi="Arial" w:cs="Arial"/>
        </w:rPr>
        <w:t>esta</w:t>
      </w:r>
      <w:proofErr w:type="spellEnd"/>
      <w:r w:rsidRPr="00901BC0">
        <w:rPr>
          <w:rFonts w:ascii="Arial" w:hAnsi="Arial" w:cs="Arial"/>
        </w:rPr>
        <w:t xml:space="preserve"> </w:t>
      </w:r>
      <w:proofErr w:type="spellStart"/>
      <w:r w:rsidRPr="00901BC0">
        <w:rPr>
          <w:rFonts w:ascii="Arial" w:hAnsi="Arial" w:cs="Arial"/>
        </w:rPr>
        <w:t>tarea</w:t>
      </w:r>
      <w:proofErr w:type="spellEnd"/>
      <w:r w:rsidRPr="00901BC0">
        <w:rPr>
          <w:rFonts w:ascii="Arial" w:hAnsi="Arial" w:cs="Arial"/>
        </w:rPr>
        <w:t xml:space="preserve"> </w:t>
      </w:r>
      <w:proofErr w:type="spellStart"/>
      <w:r w:rsidRPr="00901BC0">
        <w:rPr>
          <w:rFonts w:ascii="Arial" w:hAnsi="Arial" w:cs="Arial"/>
        </w:rPr>
        <w:t>puedan</w:t>
      </w:r>
      <w:proofErr w:type="spellEnd"/>
      <w:r w:rsidRPr="00901BC0">
        <w:rPr>
          <w:rFonts w:ascii="Arial" w:hAnsi="Arial" w:cs="Arial"/>
        </w:rPr>
        <w:t xml:space="preserve"> </w:t>
      </w:r>
      <w:proofErr w:type="spellStart"/>
      <w:r w:rsidRPr="00901BC0">
        <w:rPr>
          <w:rFonts w:ascii="Arial" w:hAnsi="Arial" w:cs="Arial"/>
        </w:rPr>
        <w:t>mantener</w:t>
      </w:r>
      <w:proofErr w:type="spellEnd"/>
      <w:r w:rsidRPr="00901BC0">
        <w:rPr>
          <w:rFonts w:ascii="Arial" w:hAnsi="Arial" w:cs="Arial"/>
        </w:rPr>
        <w:t xml:space="preserve"> la </w:t>
      </w:r>
      <w:proofErr w:type="spellStart"/>
      <w:r w:rsidRPr="00901BC0">
        <w:rPr>
          <w:rFonts w:ascii="Arial" w:hAnsi="Arial" w:cs="Arial"/>
        </w:rPr>
        <w:t>calma</w:t>
      </w:r>
      <w:proofErr w:type="spellEnd"/>
      <w:r w:rsidRPr="00901BC0">
        <w:rPr>
          <w:rFonts w:ascii="Arial" w:hAnsi="Arial" w:cs="Arial"/>
        </w:rPr>
        <w:t xml:space="preserve">, </w:t>
      </w:r>
      <w:proofErr w:type="spellStart"/>
      <w:r w:rsidRPr="00901BC0">
        <w:rPr>
          <w:rFonts w:ascii="Arial" w:hAnsi="Arial" w:cs="Arial"/>
        </w:rPr>
        <w:t>ajustar</w:t>
      </w:r>
      <w:proofErr w:type="spellEnd"/>
      <w:r w:rsidRPr="00901BC0">
        <w:rPr>
          <w:rFonts w:ascii="Arial" w:hAnsi="Arial" w:cs="Arial"/>
        </w:rPr>
        <w:t xml:space="preserve">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nivel</w:t>
      </w:r>
      <w:proofErr w:type="spellEnd"/>
      <w:r w:rsidRPr="00901BC0">
        <w:rPr>
          <w:rFonts w:ascii="Arial" w:hAnsi="Arial" w:cs="Arial"/>
        </w:rPr>
        <w:t xml:space="preserve"> de </w:t>
      </w:r>
      <w:proofErr w:type="spellStart"/>
      <w:r w:rsidRPr="00901BC0">
        <w:rPr>
          <w:rFonts w:ascii="Arial" w:hAnsi="Arial" w:cs="Arial"/>
        </w:rPr>
        <w:t>lenguaje</w:t>
      </w:r>
      <w:proofErr w:type="spellEnd"/>
      <w:r w:rsidRPr="00901BC0">
        <w:rPr>
          <w:rFonts w:ascii="Arial" w:hAnsi="Arial" w:cs="Arial"/>
        </w:rPr>
        <w:t xml:space="preserve"> y </w:t>
      </w:r>
      <w:proofErr w:type="spellStart"/>
      <w:r w:rsidRPr="00901BC0">
        <w:rPr>
          <w:rFonts w:ascii="Arial" w:hAnsi="Arial" w:cs="Arial"/>
        </w:rPr>
        <w:t>comunicarse</w:t>
      </w:r>
      <w:proofErr w:type="spellEnd"/>
      <w:r w:rsidRPr="00901BC0">
        <w:rPr>
          <w:rFonts w:ascii="Arial" w:hAnsi="Arial" w:cs="Arial"/>
        </w:rPr>
        <w:t xml:space="preserve"> de </w:t>
      </w:r>
      <w:proofErr w:type="spellStart"/>
      <w:r w:rsidRPr="00901BC0">
        <w:rPr>
          <w:rFonts w:ascii="Arial" w:hAnsi="Arial" w:cs="Arial"/>
        </w:rPr>
        <w:t>manera</w:t>
      </w:r>
      <w:proofErr w:type="spellEnd"/>
      <w:r w:rsidRPr="00901BC0">
        <w:rPr>
          <w:rFonts w:ascii="Arial" w:hAnsi="Arial" w:cs="Arial"/>
        </w:rPr>
        <w:t xml:space="preserve"> </w:t>
      </w:r>
      <w:proofErr w:type="spellStart"/>
      <w:r w:rsidRPr="00901BC0">
        <w:rPr>
          <w:rFonts w:ascii="Arial" w:hAnsi="Arial" w:cs="Arial"/>
        </w:rPr>
        <w:t>clara</w:t>
      </w:r>
      <w:proofErr w:type="spellEnd"/>
      <w:r w:rsidRPr="00901BC0">
        <w:rPr>
          <w:rFonts w:ascii="Arial" w:hAnsi="Arial" w:cs="Arial"/>
        </w:rPr>
        <w:t xml:space="preserve">, </w:t>
      </w:r>
      <w:proofErr w:type="spellStart"/>
      <w:r w:rsidRPr="00901BC0">
        <w:rPr>
          <w:rFonts w:ascii="Arial" w:hAnsi="Arial" w:cs="Arial"/>
        </w:rPr>
        <w:t>precisa</w:t>
      </w:r>
      <w:proofErr w:type="spellEnd"/>
      <w:r w:rsidRPr="00901BC0">
        <w:rPr>
          <w:rFonts w:ascii="Arial" w:hAnsi="Arial" w:cs="Arial"/>
        </w:rPr>
        <w:t xml:space="preserve">, </w:t>
      </w:r>
      <w:proofErr w:type="spellStart"/>
      <w:r w:rsidRPr="00901BC0">
        <w:rPr>
          <w:rFonts w:ascii="Arial" w:hAnsi="Arial" w:cs="Arial"/>
        </w:rPr>
        <w:t>concisa</w:t>
      </w:r>
      <w:proofErr w:type="spellEnd"/>
      <w:r w:rsidRPr="00901BC0">
        <w:rPr>
          <w:rFonts w:ascii="Arial" w:hAnsi="Arial" w:cs="Arial"/>
        </w:rPr>
        <w:t xml:space="preserve">, sin largos </w:t>
      </w:r>
      <w:proofErr w:type="spellStart"/>
      <w:r w:rsidRPr="00901BC0">
        <w:rPr>
          <w:rFonts w:ascii="Arial" w:hAnsi="Arial" w:cs="Arial"/>
        </w:rPr>
        <w:t>discursos</w:t>
      </w:r>
      <w:proofErr w:type="spellEnd"/>
      <w:r w:rsidRPr="00901BC0">
        <w:rPr>
          <w:rFonts w:ascii="Arial" w:hAnsi="Arial" w:cs="Arial"/>
        </w:rPr>
        <w:t xml:space="preserve">; con </w:t>
      </w:r>
      <w:proofErr w:type="spellStart"/>
      <w:r w:rsidRPr="00901BC0">
        <w:rPr>
          <w:rFonts w:ascii="Arial" w:hAnsi="Arial" w:cs="Arial"/>
        </w:rPr>
        <w:t>voz</w:t>
      </w:r>
      <w:proofErr w:type="spellEnd"/>
      <w:r w:rsidRPr="00901BC0">
        <w:rPr>
          <w:rFonts w:ascii="Arial" w:hAnsi="Arial" w:cs="Arial"/>
        </w:rPr>
        <w:t xml:space="preserve"> </w:t>
      </w:r>
      <w:proofErr w:type="spellStart"/>
      <w:r w:rsidRPr="00901BC0">
        <w:rPr>
          <w:rFonts w:ascii="Arial" w:hAnsi="Arial" w:cs="Arial"/>
        </w:rPr>
        <w:t>tranquila</w:t>
      </w:r>
      <w:proofErr w:type="spellEnd"/>
      <w:r w:rsidRPr="00901BC0">
        <w:rPr>
          <w:rFonts w:ascii="Arial" w:hAnsi="Arial" w:cs="Arial"/>
        </w:rPr>
        <w:t xml:space="preserve">,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actitud</w:t>
      </w:r>
      <w:proofErr w:type="spellEnd"/>
      <w:r w:rsidRPr="00901BC0">
        <w:rPr>
          <w:rFonts w:ascii="Arial" w:hAnsi="Arial" w:cs="Arial"/>
        </w:rPr>
        <w:t xml:space="preserve"> que </w:t>
      </w:r>
      <w:proofErr w:type="spellStart"/>
      <w:r w:rsidRPr="00901BC0">
        <w:rPr>
          <w:rFonts w:ascii="Arial" w:hAnsi="Arial" w:cs="Arial"/>
        </w:rPr>
        <w:t>transmita</w:t>
      </w:r>
      <w:proofErr w:type="spellEnd"/>
      <w:r w:rsidRPr="00901BC0">
        <w:rPr>
          <w:rFonts w:ascii="Arial" w:hAnsi="Arial" w:cs="Arial"/>
        </w:rPr>
        <w:t xml:space="preserve"> </w:t>
      </w:r>
      <w:proofErr w:type="spellStart"/>
      <w:r w:rsidRPr="00901BC0">
        <w:rPr>
          <w:rFonts w:ascii="Arial" w:hAnsi="Arial" w:cs="Arial"/>
        </w:rPr>
        <w:t>serenidad</w:t>
      </w:r>
      <w:proofErr w:type="spellEnd"/>
      <w:r w:rsidRPr="00901BC0">
        <w:rPr>
          <w:rFonts w:ascii="Arial" w:hAnsi="Arial" w:cs="Arial"/>
        </w:rPr>
        <w:t xml:space="preserve"> (</w:t>
      </w:r>
      <w:proofErr w:type="spellStart"/>
      <w:r w:rsidRPr="00901BC0">
        <w:rPr>
          <w:rFonts w:ascii="Arial" w:hAnsi="Arial" w:cs="Arial"/>
        </w:rPr>
        <w:t>comunicación</w:t>
      </w:r>
      <w:proofErr w:type="spellEnd"/>
      <w:r w:rsidRPr="00901BC0">
        <w:rPr>
          <w:rFonts w:ascii="Arial" w:hAnsi="Arial" w:cs="Arial"/>
        </w:rPr>
        <w:t xml:space="preserve"> no verbal).</w:t>
      </w:r>
    </w:p>
    <w:p w14:paraId="624E2E8C" w14:textId="77777777" w:rsidR="00893C50" w:rsidRDefault="00893C50" w:rsidP="00893C50">
      <w:pPr>
        <w:pStyle w:val="Textoindependiente"/>
        <w:spacing w:before="1" w:line="360" w:lineRule="auto"/>
        <w:ind w:right="49"/>
        <w:jc w:val="both"/>
        <w:rPr>
          <w:rFonts w:ascii="Arial" w:hAnsi="Arial" w:cs="Arial"/>
        </w:rPr>
      </w:pPr>
    </w:p>
    <w:p w14:paraId="6C5CACB7" w14:textId="77777777" w:rsidR="00893C50" w:rsidRPr="00901BC0" w:rsidRDefault="00893C50" w:rsidP="00893C50">
      <w:pPr>
        <w:pStyle w:val="Textoindependiente"/>
        <w:spacing w:before="1" w:line="360" w:lineRule="auto"/>
        <w:ind w:right="49"/>
        <w:jc w:val="both"/>
        <w:rPr>
          <w:rFonts w:ascii="Arial" w:hAnsi="Arial" w:cs="Arial"/>
        </w:rPr>
      </w:pPr>
      <w:r w:rsidRPr="00901BC0">
        <w:rPr>
          <w:rFonts w:ascii="Arial" w:hAnsi="Arial" w:cs="Arial"/>
        </w:rPr>
        <w:t xml:space="preserve">Una </w:t>
      </w:r>
      <w:proofErr w:type="spellStart"/>
      <w:r w:rsidRPr="00901BC0">
        <w:rPr>
          <w:rFonts w:ascii="Arial" w:hAnsi="Arial" w:cs="Arial"/>
        </w:rPr>
        <w:t>vez</w:t>
      </w:r>
      <w:proofErr w:type="spellEnd"/>
      <w:r w:rsidRPr="00901BC0">
        <w:rPr>
          <w:rFonts w:ascii="Arial" w:hAnsi="Arial" w:cs="Arial"/>
        </w:rPr>
        <w:t xml:space="preserve"> </w:t>
      </w:r>
      <w:proofErr w:type="spellStart"/>
      <w:r w:rsidRPr="00901BC0">
        <w:rPr>
          <w:rFonts w:ascii="Arial" w:hAnsi="Arial" w:cs="Arial"/>
        </w:rPr>
        <w:t>superado</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momento</w:t>
      </w:r>
      <w:proofErr w:type="spellEnd"/>
      <w:r w:rsidRPr="00901BC0">
        <w:rPr>
          <w:rFonts w:ascii="Arial" w:hAnsi="Arial" w:cs="Arial"/>
        </w:rPr>
        <w:t xml:space="preserve"> de crisis, </w:t>
      </w:r>
      <w:proofErr w:type="spellStart"/>
      <w:r w:rsidRPr="00901BC0">
        <w:rPr>
          <w:rFonts w:ascii="Arial" w:hAnsi="Arial" w:cs="Arial"/>
        </w:rPr>
        <w:t>deben</w:t>
      </w:r>
      <w:proofErr w:type="spellEnd"/>
      <w:r w:rsidRPr="00901BC0">
        <w:rPr>
          <w:rFonts w:ascii="Arial" w:hAnsi="Arial" w:cs="Arial"/>
        </w:rPr>
        <w:t xml:space="preserve"> </w:t>
      </w:r>
      <w:proofErr w:type="spellStart"/>
      <w:r w:rsidRPr="00901BC0">
        <w:rPr>
          <w:rFonts w:ascii="Arial" w:hAnsi="Arial" w:cs="Arial"/>
        </w:rPr>
        <w:t>determinar</w:t>
      </w:r>
      <w:proofErr w:type="spellEnd"/>
      <w:r w:rsidRPr="00901BC0">
        <w:rPr>
          <w:rFonts w:ascii="Arial" w:hAnsi="Arial" w:cs="Arial"/>
        </w:rPr>
        <w:t xml:space="preserve"> la </w:t>
      </w:r>
      <w:proofErr w:type="spellStart"/>
      <w:r w:rsidRPr="00901BC0">
        <w:rPr>
          <w:rFonts w:ascii="Arial" w:hAnsi="Arial" w:cs="Arial"/>
        </w:rPr>
        <w:t>necesidad</w:t>
      </w:r>
      <w:proofErr w:type="spellEnd"/>
      <w:r w:rsidRPr="00901BC0">
        <w:rPr>
          <w:rFonts w:ascii="Arial" w:hAnsi="Arial" w:cs="Arial"/>
        </w:rPr>
        <w:t xml:space="preserve"> (o no) de </w:t>
      </w:r>
      <w:proofErr w:type="spellStart"/>
      <w:r w:rsidRPr="00901BC0">
        <w:rPr>
          <w:rFonts w:ascii="Arial" w:hAnsi="Arial" w:cs="Arial"/>
        </w:rPr>
        <w:t>derivar</w:t>
      </w:r>
      <w:proofErr w:type="spellEnd"/>
      <w:r w:rsidRPr="00901BC0">
        <w:rPr>
          <w:rFonts w:ascii="Arial" w:hAnsi="Arial" w:cs="Arial"/>
        </w:rPr>
        <w:t xml:space="preserve"> a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intervención</w:t>
      </w:r>
      <w:proofErr w:type="spellEnd"/>
      <w:r w:rsidRPr="00901BC0">
        <w:rPr>
          <w:rFonts w:ascii="Arial" w:hAnsi="Arial" w:cs="Arial"/>
        </w:rPr>
        <w:t xml:space="preserve"> de </w:t>
      </w:r>
      <w:proofErr w:type="spellStart"/>
      <w:r w:rsidRPr="00901BC0">
        <w:rPr>
          <w:rFonts w:ascii="Arial" w:hAnsi="Arial" w:cs="Arial"/>
        </w:rPr>
        <w:t>segunda</w:t>
      </w:r>
      <w:proofErr w:type="spellEnd"/>
      <w:r w:rsidRPr="00901BC0">
        <w:rPr>
          <w:rFonts w:ascii="Arial" w:hAnsi="Arial" w:cs="Arial"/>
        </w:rPr>
        <w:t xml:space="preserve"> </w:t>
      </w:r>
      <w:proofErr w:type="spellStart"/>
      <w:r w:rsidRPr="00901BC0">
        <w:rPr>
          <w:rFonts w:ascii="Arial" w:hAnsi="Arial" w:cs="Arial"/>
        </w:rPr>
        <w:t>instancia</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parte</w:t>
      </w:r>
      <w:proofErr w:type="spellEnd"/>
      <w:r w:rsidRPr="00901BC0">
        <w:rPr>
          <w:rFonts w:ascii="Arial" w:hAnsi="Arial" w:cs="Arial"/>
        </w:rPr>
        <w:t xml:space="preserve"> de </w:t>
      </w:r>
      <w:proofErr w:type="spellStart"/>
      <w:r w:rsidRPr="00901BC0">
        <w:rPr>
          <w:rFonts w:ascii="Arial" w:hAnsi="Arial" w:cs="Arial"/>
        </w:rPr>
        <w:t>profes</w:t>
      </w:r>
      <w:r>
        <w:rPr>
          <w:rFonts w:ascii="Arial" w:hAnsi="Arial" w:cs="Arial"/>
        </w:rPr>
        <w:t>ionales</w:t>
      </w:r>
      <w:proofErr w:type="spellEnd"/>
      <w:r>
        <w:rPr>
          <w:rFonts w:ascii="Arial" w:hAnsi="Arial" w:cs="Arial"/>
        </w:rPr>
        <w:t xml:space="preserve"> </w:t>
      </w:r>
      <w:proofErr w:type="spellStart"/>
      <w:r>
        <w:rPr>
          <w:rFonts w:ascii="Arial" w:hAnsi="Arial" w:cs="Arial"/>
        </w:rPr>
        <w:t>especializados</w:t>
      </w:r>
      <w:proofErr w:type="spellEnd"/>
      <w:r>
        <w:rPr>
          <w:rFonts w:ascii="Arial" w:hAnsi="Arial" w:cs="Arial"/>
        </w:rPr>
        <w:t xml:space="preserve"> del </w:t>
      </w:r>
      <w:proofErr w:type="spellStart"/>
      <w:r>
        <w:rPr>
          <w:rFonts w:ascii="Arial" w:hAnsi="Arial" w:cs="Arial"/>
        </w:rPr>
        <w:t>área</w:t>
      </w:r>
      <w:proofErr w:type="spellEnd"/>
      <w:r>
        <w:rPr>
          <w:rFonts w:ascii="Arial" w:hAnsi="Arial" w:cs="Arial"/>
        </w:rPr>
        <w:t xml:space="preserve"> </w:t>
      </w:r>
      <w:r w:rsidRPr="00901BC0">
        <w:rPr>
          <w:rFonts w:ascii="Arial" w:hAnsi="Arial" w:cs="Arial"/>
        </w:rPr>
        <w:t xml:space="preserve">de la </w:t>
      </w:r>
      <w:proofErr w:type="spellStart"/>
      <w:r w:rsidRPr="00901BC0">
        <w:rPr>
          <w:rFonts w:ascii="Arial" w:hAnsi="Arial" w:cs="Arial"/>
        </w:rPr>
        <w:t>salud</w:t>
      </w:r>
      <w:proofErr w:type="spellEnd"/>
      <w:r w:rsidRPr="00901BC0">
        <w:rPr>
          <w:rFonts w:ascii="Arial" w:hAnsi="Arial" w:cs="Arial"/>
        </w:rPr>
        <w:t xml:space="preserve">, </w:t>
      </w:r>
      <w:proofErr w:type="spellStart"/>
      <w:r w:rsidRPr="00901BC0">
        <w:rPr>
          <w:rFonts w:ascii="Arial" w:hAnsi="Arial" w:cs="Arial"/>
        </w:rPr>
        <w:t>como</w:t>
      </w:r>
      <w:proofErr w:type="spellEnd"/>
      <w:r w:rsidRPr="00901BC0">
        <w:rPr>
          <w:rFonts w:ascii="Arial" w:hAnsi="Arial" w:cs="Arial"/>
        </w:rPr>
        <w:t xml:space="preserve"> </w:t>
      </w:r>
      <w:proofErr w:type="spellStart"/>
      <w:r w:rsidRPr="00901BC0">
        <w:rPr>
          <w:rFonts w:ascii="Arial" w:hAnsi="Arial" w:cs="Arial"/>
        </w:rPr>
        <w:t>psicólogos</w:t>
      </w:r>
      <w:proofErr w:type="spellEnd"/>
      <w:r w:rsidRPr="00901BC0">
        <w:rPr>
          <w:rFonts w:ascii="Arial" w:hAnsi="Arial" w:cs="Arial"/>
        </w:rPr>
        <w:t xml:space="preserve">, </w:t>
      </w:r>
      <w:proofErr w:type="spellStart"/>
      <w:r w:rsidRPr="00901BC0">
        <w:rPr>
          <w:rFonts w:ascii="Arial" w:hAnsi="Arial" w:cs="Arial"/>
        </w:rPr>
        <w:t>psicoterapeutas</w:t>
      </w:r>
      <w:proofErr w:type="spellEnd"/>
      <w:r w:rsidRPr="00901BC0">
        <w:rPr>
          <w:rFonts w:ascii="Arial" w:hAnsi="Arial" w:cs="Arial"/>
        </w:rPr>
        <w:t xml:space="preserve"> o </w:t>
      </w:r>
      <w:proofErr w:type="spellStart"/>
      <w:r w:rsidRPr="00901BC0">
        <w:rPr>
          <w:rFonts w:ascii="Arial" w:hAnsi="Arial" w:cs="Arial"/>
        </w:rPr>
        <w:t>psiquiatras</w:t>
      </w:r>
      <w:proofErr w:type="spellEnd"/>
      <w:r w:rsidRPr="00901BC0">
        <w:rPr>
          <w:rFonts w:ascii="Arial" w:hAnsi="Arial" w:cs="Arial"/>
        </w:rPr>
        <w:t xml:space="preserve">, entre </w:t>
      </w:r>
      <w:proofErr w:type="spellStart"/>
      <w:r w:rsidRPr="00901BC0">
        <w:rPr>
          <w:rFonts w:ascii="Arial" w:hAnsi="Arial" w:cs="Arial"/>
        </w:rPr>
        <w:t>otros</w:t>
      </w:r>
      <w:proofErr w:type="spellEnd"/>
      <w:r w:rsidRPr="00901BC0">
        <w:rPr>
          <w:rFonts w:ascii="Arial" w:hAnsi="Arial" w:cs="Arial"/>
        </w:rPr>
        <w:t xml:space="preserve"> </w:t>
      </w:r>
      <w:proofErr w:type="spellStart"/>
      <w:r w:rsidRPr="00901BC0">
        <w:rPr>
          <w:rFonts w:ascii="Arial" w:hAnsi="Arial" w:cs="Arial"/>
        </w:rPr>
        <w:t>posibles</w:t>
      </w:r>
      <w:proofErr w:type="spellEnd"/>
      <w:r w:rsidRPr="00901BC0">
        <w:rPr>
          <w:rFonts w:ascii="Arial" w:hAnsi="Arial" w:cs="Arial"/>
        </w:rPr>
        <w:t xml:space="preserve"> y se </w:t>
      </w:r>
      <w:proofErr w:type="spellStart"/>
      <w:r w:rsidRPr="00901BC0">
        <w:rPr>
          <w:rFonts w:ascii="Arial" w:hAnsi="Arial" w:cs="Arial"/>
        </w:rPr>
        <w:t>informa</w:t>
      </w:r>
      <w:proofErr w:type="spellEnd"/>
      <w:r w:rsidRPr="00901BC0">
        <w:rPr>
          <w:rFonts w:ascii="Arial" w:hAnsi="Arial" w:cs="Arial"/>
        </w:rPr>
        <w:t xml:space="preserve"> a la </w:t>
      </w:r>
      <w:proofErr w:type="spellStart"/>
      <w:r w:rsidRPr="00901BC0">
        <w:rPr>
          <w:rFonts w:ascii="Arial" w:hAnsi="Arial" w:cs="Arial"/>
        </w:rPr>
        <w:t>brevedad</w:t>
      </w:r>
      <w:proofErr w:type="spellEnd"/>
      <w:r w:rsidRPr="00901BC0">
        <w:rPr>
          <w:rFonts w:ascii="Arial" w:hAnsi="Arial" w:cs="Arial"/>
        </w:rPr>
        <w:t xml:space="preserve"> a la familia.</w:t>
      </w:r>
    </w:p>
    <w:p w14:paraId="3A5ACBFC" w14:textId="77777777" w:rsidR="00893C50" w:rsidRPr="00901BC0" w:rsidRDefault="00893C50" w:rsidP="00893C50">
      <w:pPr>
        <w:pStyle w:val="Textoindependiente"/>
        <w:spacing w:before="150"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caso</w:t>
      </w:r>
      <w:proofErr w:type="spellEnd"/>
      <w:r w:rsidRPr="00901BC0">
        <w:rPr>
          <w:rFonts w:ascii="Arial" w:hAnsi="Arial" w:cs="Arial"/>
        </w:rPr>
        <w:t xml:space="preserve"> de </w:t>
      </w:r>
      <w:proofErr w:type="spellStart"/>
      <w:r w:rsidRPr="00901BC0">
        <w:rPr>
          <w:rFonts w:ascii="Arial" w:hAnsi="Arial" w:cs="Arial"/>
        </w:rPr>
        <w:t>estudiantes</w:t>
      </w:r>
      <w:proofErr w:type="spellEnd"/>
      <w:r w:rsidRPr="00901BC0">
        <w:rPr>
          <w:rFonts w:ascii="Arial" w:hAnsi="Arial" w:cs="Arial"/>
        </w:rPr>
        <w:t xml:space="preserve"> que se </w:t>
      </w:r>
      <w:proofErr w:type="spellStart"/>
      <w:r w:rsidRPr="00901BC0">
        <w:rPr>
          <w:rFonts w:ascii="Arial" w:hAnsi="Arial" w:cs="Arial"/>
        </w:rPr>
        <w:t>encuentren</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tratamiento</w:t>
      </w:r>
      <w:proofErr w:type="spellEnd"/>
      <w:r w:rsidRPr="00901BC0">
        <w:rPr>
          <w:rFonts w:ascii="Arial" w:hAnsi="Arial" w:cs="Arial"/>
        </w:rPr>
        <w:t xml:space="preserve"> anterior con </w:t>
      </w:r>
      <w:proofErr w:type="spellStart"/>
      <w:r w:rsidRPr="00901BC0">
        <w:rPr>
          <w:rFonts w:ascii="Arial" w:hAnsi="Arial" w:cs="Arial"/>
        </w:rPr>
        <w:t>especialistas</w:t>
      </w:r>
      <w:proofErr w:type="spellEnd"/>
      <w:r w:rsidRPr="00901BC0">
        <w:rPr>
          <w:rFonts w:ascii="Arial" w:hAnsi="Arial" w:cs="Arial"/>
        </w:rPr>
        <w:t xml:space="preserve"> </w:t>
      </w:r>
      <w:proofErr w:type="spellStart"/>
      <w:r w:rsidRPr="00901BC0">
        <w:rPr>
          <w:rFonts w:ascii="Arial" w:hAnsi="Arial" w:cs="Arial"/>
        </w:rPr>
        <w:t>externos</w:t>
      </w:r>
      <w:proofErr w:type="spellEnd"/>
      <w:r w:rsidRPr="00901BC0">
        <w:rPr>
          <w:rFonts w:ascii="Arial" w:hAnsi="Arial" w:cs="Arial"/>
        </w:rPr>
        <w:t xml:space="preserve"> al </w:t>
      </w:r>
      <w:proofErr w:type="spellStart"/>
      <w:r w:rsidRPr="00901BC0">
        <w:rPr>
          <w:rFonts w:ascii="Arial" w:hAnsi="Arial" w:cs="Arial"/>
        </w:rPr>
        <w:t>establecimiento</w:t>
      </w:r>
      <w:proofErr w:type="spellEnd"/>
      <w:r w:rsidRPr="00901BC0">
        <w:rPr>
          <w:rFonts w:ascii="Arial" w:hAnsi="Arial" w:cs="Arial"/>
        </w:rPr>
        <w:t xml:space="preserve"> </w:t>
      </w:r>
      <w:proofErr w:type="spellStart"/>
      <w:r w:rsidRPr="00901BC0">
        <w:rPr>
          <w:rFonts w:ascii="Arial" w:hAnsi="Arial" w:cs="Arial"/>
        </w:rPr>
        <w:t>educacional</w:t>
      </w:r>
      <w:proofErr w:type="spellEnd"/>
      <w:r>
        <w:rPr>
          <w:rFonts w:ascii="Arial" w:hAnsi="Arial" w:cs="Arial"/>
        </w:rPr>
        <w:t xml:space="preserve"> </w:t>
      </w:r>
      <w:r w:rsidRPr="00901BC0">
        <w:rPr>
          <w:rFonts w:ascii="Arial" w:hAnsi="Arial" w:cs="Arial"/>
        </w:rPr>
        <w:t>(</w:t>
      </w:r>
      <w:proofErr w:type="spellStart"/>
      <w:r w:rsidRPr="00901BC0">
        <w:rPr>
          <w:rFonts w:ascii="Arial" w:hAnsi="Arial" w:cs="Arial"/>
        </w:rPr>
        <w:t>tratamiento</w:t>
      </w:r>
      <w:proofErr w:type="spellEnd"/>
      <w:r w:rsidRPr="00901BC0">
        <w:rPr>
          <w:rFonts w:ascii="Arial" w:hAnsi="Arial" w:cs="Arial"/>
        </w:rPr>
        <w:t xml:space="preserve"> </w:t>
      </w:r>
      <w:proofErr w:type="spellStart"/>
      <w:r w:rsidRPr="00901BC0">
        <w:rPr>
          <w:rFonts w:ascii="Arial" w:hAnsi="Arial" w:cs="Arial"/>
        </w:rPr>
        <w:t>psicoterapéutico</w:t>
      </w:r>
      <w:proofErr w:type="spellEnd"/>
      <w:r w:rsidRPr="00901BC0">
        <w:rPr>
          <w:rFonts w:ascii="Arial" w:hAnsi="Arial" w:cs="Arial"/>
        </w:rPr>
        <w:t xml:space="preserve"> y/o con </w:t>
      </w:r>
      <w:proofErr w:type="spellStart"/>
      <w:r w:rsidRPr="00901BC0">
        <w:rPr>
          <w:rFonts w:ascii="Arial" w:hAnsi="Arial" w:cs="Arial"/>
        </w:rPr>
        <w:t>psicofármacos</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ejemplo</w:t>
      </w:r>
      <w:proofErr w:type="spellEnd"/>
      <w:r w:rsidRPr="00901BC0">
        <w:rPr>
          <w:rFonts w:ascii="Arial" w:hAnsi="Arial" w:cs="Arial"/>
        </w:rPr>
        <w:t xml:space="preserve">), es </w:t>
      </w:r>
      <w:proofErr w:type="spellStart"/>
      <w:r w:rsidRPr="00901BC0">
        <w:rPr>
          <w:rFonts w:ascii="Arial" w:hAnsi="Arial" w:cs="Arial"/>
        </w:rPr>
        <w:t>importante</w:t>
      </w:r>
      <w:proofErr w:type="spellEnd"/>
      <w:r w:rsidRPr="00901BC0">
        <w:rPr>
          <w:rFonts w:ascii="Arial" w:hAnsi="Arial" w:cs="Arial"/>
        </w:rPr>
        <w:t xml:space="preserve"> que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profesionales</w:t>
      </w:r>
      <w:proofErr w:type="spellEnd"/>
      <w:r w:rsidRPr="00901BC0">
        <w:rPr>
          <w:rFonts w:ascii="Arial" w:hAnsi="Arial" w:cs="Arial"/>
        </w:rPr>
        <w:t xml:space="preserve"> </w:t>
      </w:r>
      <w:proofErr w:type="spellStart"/>
      <w:r w:rsidRPr="00901BC0">
        <w:rPr>
          <w:rFonts w:ascii="Arial" w:hAnsi="Arial" w:cs="Arial"/>
        </w:rPr>
        <w:t>encargados</w:t>
      </w:r>
      <w:proofErr w:type="spellEnd"/>
      <w:r w:rsidRPr="00901BC0">
        <w:rPr>
          <w:rFonts w:ascii="Arial" w:hAnsi="Arial" w:cs="Arial"/>
        </w:rPr>
        <w:t xml:space="preserve">, </w:t>
      </w:r>
      <w:proofErr w:type="spellStart"/>
      <w:r w:rsidRPr="00901BC0">
        <w:rPr>
          <w:rFonts w:ascii="Arial" w:hAnsi="Arial" w:cs="Arial"/>
        </w:rPr>
        <w:t>tengan</w:t>
      </w:r>
      <w:proofErr w:type="spellEnd"/>
      <w:r w:rsidRPr="00901BC0">
        <w:rPr>
          <w:rFonts w:ascii="Arial" w:hAnsi="Arial" w:cs="Arial"/>
        </w:rPr>
        <w:t xml:space="preserve"> a </w:t>
      </w:r>
      <w:proofErr w:type="spellStart"/>
      <w:r w:rsidRPr="00901BC0">
        <w:rPr>
          <w:rFonts w:ascii="Arial" w:hAnsi="Arial" w:cs="Arial"/>
        </w:rPr>
        <w:t>disposición</w:t>
      </w:r>
      <w:proofErr w:type="spellEnd"/>
      <w:r w:rsidRPr="00901BC0">
        <w:rPr>
          <w:rFonts w:ascii="Arial" w:hAnsi="Arial" w:cs="Arial"/>
        </w:rPr>
        <w:t xml:space="preserve"> la </w:t>
      </w:r>
      <w:proofErr w:type="spellStart"/>
      <w:r w:rsidRPr="00901BC0">
        <w:rPr>
          <w:rFonts w:ascii="Arial" w:hAnsi="Arial" w:cs="Arial"/>
        </w:rPr>
        <w:t>información</w:t>
      </w:r>
      <w:proofErr w:type="spellEnd"/>
      <w:r w:rsidRPr="00901BC0">
        <w:rPr>
          <w:rFonts w:ascii="Arial" w:hAnsi="Arial" w:cs="Arial"/>
        </w:rPr>
        <w:t xml:space="preserve"> e </w:t>
      </w:r>
      <w:proofErr w:type="spellStart"/>
      <w:r w:rsidRPr="00901BC0">
        <w:rPr>
          <w:rFonts w:ascii="Arial" w:hAnsi="Arial" w:cs="Arial"/>
        </w:rPr>
        <w:t>indicaciones</w:t>
      </w:r>
      <w:proofErr w:type="spellEnd"/>
      <w:r w:rsidRPr="00901BC0">
        <w:rPr>
          <w:rFonts w:ascii="Arial" w:hAnsi="Arial" w:cs="Arial"/>
        </w:rPr>
        <w:t xml:space="preserve"> </w:t>
      </w:r>
      <w:proofErr w:type="spellStart"/>
      <w:r w:rsidRPr="00901BC0">
        <w:rPr>
          <w:rFonts w:ascii="Arial" w:hAnsi="Arial" w:cs="Arial"/>
        </w:rPr>
        <w:t>relevantes</w:t>
      </w:r>
      <w:proofErr w:type="spellEnd"/>
      <w:r w:rsidRPr="00901BC0">
        <w:rPr>
          <w:rFonts w:ascii="Arial" w:hAnsi="Arial" w:cs="Arial"/>
        </w:rPr>
        <w:t xml:space="preserve"> del </w:t>
      </w:r>
      <w:proofErr w:type="spellStart"/>
      <w:r w:rsidRPr="00901BC0">
        <w:rPr>
          <w:rFonts w:ascii="Arial" w:hAnsi="Arial" w:cs="Arial"/>
        </w:rPr>
        <w:t>médico</w:t>
      </w:r>
      <w:proofErr w:type="spellEnd"/>
      <w:r w:rsidRPr="00901BC0">
        <w:rPr>
          <w:rFonts w:ascii="Arial" w:hAnsi="Arial" w:cs="Arial"/>
        </w:rPr>
        <w:t xml:space="preserve">, u </w:t>
      </w:r>
      <w:proofErr w:type="spellStart"/>
      <w:r w:rsidRPr="00901BC0">
        <w:rPr>
          <w:rFonts w:ascii="Arial" w:hAnsi="Arial" w:cs="Arial"/>
        </w:rPr>
        <w:t>otro</w:t>
      </w:r>
      <w:proofErr w:type="spellEnd"/>
      <w:r w:rsidRPr="00901BC0">
        <w:rPr>
          <w:rFonts w:ascii="Arial" w:hAnsi="Arial" w:cs="Arial"/>
        </w:rPr>
        <w:t xml:space="preserve"> </w:t>
      </w:r>
      <w:proofErr w:type="spellStart"/>
      <w:r w:rsidRPr="00901BC0">
        <w:rPr>
          <w:rFonts w:ascii="Arial" w:hAnsi="Arial" w:cs="Arial"/>
        </w:rPr>
        <w:t>profesional</w:t>
      </w:r>
      <w:proofErr w:type="spellEnd"/>
      <w:r w:rsidRPr="00901BC0">
        <w:rPr>
          <w:rFonts w:ascii="Arial" w:hAnsi="Arial" w:cs="Arial"/>
        </w:rPr>
        <w:t xml:space="preserve"> </w:t>
      </w:r>
      <w:proofErr w:type="spellStart"/>
      <w:r w:rsidRPr="00901BC0">
        <w:rPr>
          <w:rFonts w:ascii="Arial" w:hAnsi="Arial" w:cs="Arial"/>
        </w:rPr>
        <w:lastRenderedPageBreak/>
        <w:t>tratante</w:t>
      </w:r>
      <w:proofErr w:type="spellEnd"/>
      <w:r w:rsidRPr="00901BC0">
        <w:rPr>
          <w:rFonts w:ascii="Arial" w:hAnsi="Arial" w:cs="Arial"/>
        </w:rPr>
        <w:t xml:space="preserve">, ante la </w:t>
      </w:r>
      <w:proofErr w:type="spellStart"/>
      <w:r w:rsidRPr="00901BC0">
        <w:rPr>
          <w:rFonts w:ascii="Arial" w:hAnsi="Arial" w:cs="Arial"/>
        </w:rPr>
        <w:t>eventualidad</w:t>
      </w:r>
      <w:proofErr w:type="spellEnd"/>
      <w:r w:rsidRPr="00901BC0">
        <w:rPr>
          <w:rFonts w:ascii="Arial" w:hAnsi="Arial" w:cs="Arial"/>
        </w:rPr>
        <w:t xml:space="preserve"> de un </w:t>
      </w:r>
      <w:proofErr w:type="spellStart"/>
      <w:r w:rsidRPr="00901BC0">
        <w:rPr>
          <w:rFonts w:ascii="Arial" w:hAnsi="Arial" w:cs="Arial"/>
        </w:rPr>
        <w:t>episodio</w:t>
      </w:r>
      <w:proofErr w:type="spellEnd"/>
      <w:r w:rsidRPr="00901BC0">
        <w:rPr>
          <w:rFonts w:ascii="Arial" w:hAnsi="Arial" w:cs="Arial"/>
        </w:rPr>
        <w:t xml:space="preserve"> de DEC y que </w:t>
      </w:r>
      <w:proofErr w:type="spellStart"/>
      <w:r w:rsidRPr="00901BC0">
        <w:rPr>
          <w:rFonts w:ascii="Arial" w:hAnsi="Arial" w:cs="Arial"/>
        </w:rPr>
        <w:t>el</w:t>
      </w:r>
      <w:proofErr w:type="spellEnd"/>
      <w:r w:rsidRPr="00901BC0">
        <w:rPr>
          <w:rFonts w:ascii="Arial" w:hAnsi="Arial" w:cs="Arial"/>
        </w:rPr>
        <w:t xml:space="preserve">/la </w:t>
      </w:r>
      <w:proofErr w:type="spellStart"/>
      <w:r w:rsidRPr="00901BC0">
        <w:rPr>
          <w:rFonts w:ascii="Arial" w:hAnsi="Arial" w:cs="Arial"/>
        </w:rPr>
        <w:t>estudiante</w:t>
      </w:r>
      <w:proofErr w:type="spellEnd"/>
      <w:r w:rsidRPr="00901BC0">
        <w:rPr>
          <w:rFonts w:ascii="Arial" w:hAnsi="Arial" w:cs="Arial"/>
        </w:rPr>
        <w:t xml:space="preserve"> </w:t>
      </w:r>
      <w:proofErr w:type="spellStart"/>
      <w:r w:rsidRPr="00901BC0">
        <w:rPr>
          <w:rFonts w:ascii="Arial" w:hAnsi="Arial" w:cs="Arial"/>
        </w:rPr>
        <w:t>necesite</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traslado</w:t>
      </w:r>
      <w:proofErr w:type="spellEnd"/>
      <w:r w:rsidRPr="00901BC0">
        <w:rPr>
          <w:rFonts w:ascii="Arial" w:hAnsi="Arial" w:cs="Arial"/>
        </w:rPr>
        <w:t xml:space="preserve"> a un </w:t>
      </w:r>
      <w:proofErr w:type="spellStart"/>
      <w:r w:rsidRPr="00901BC0">
        <w:rPr>
          <w:rFonts w:ascii="Arial" w:hAnsi="Arial" w:cs="Arial"/>
        </w:rPr>
        <w:t>servicio</w:t>
      </w:r>
      <w:proofErr w:type="spellEnd"/>
      <w:r w:rsidRPr="00901BC0">
        <w:rPr>
          <w:rFonts w:ascii="Arial" w:hAnsi="Arial" w:cs="Arial"/>
        </w:rPr>
        <w:t xml:space="preserve"> de </w:t>
      </w:r>
      <w:proofErr w:type="spellStart"/>
      <w:r w:rsidRPr="00901BC0">
        <w:rPr>
          <w:rFonts w:ascii="Arial" w:hAnsi="Arial" w:cs="Arial"/>
        </w:rPr>
        <w:t>urgencia</w:t>
      </w:r>
      <w:proofErr w:type="spellEnd"/>
      <w:r w:rsidRPr="00901BC0">
        <w:rPr>
          <w:rFonts w:ascii="Arial" w:hAnsi="Arial" w:cs="Arial"/>
        </w:rPr>
        <w:t xml:space="preserve"> y </w:t>
      </w:r>
      <w:proofErr w:type="spellStart"/>
      <w:r w:rsidRPr="00901BC0">
        <w:rPr>
          <w:rFonts w:ascii="Arial" w:hAnsi="Arial" w:cs="Arial"/>
        </w:rPr>
        <w:t>dicha</w:t>
      </w:r>
      <w:proofErr w:type="spellEnd"/>
      <w:r w:rsidRPr="00901BC0">
        <w:rPr>
          <w:rFonts w:ascii="Arial" w:hAnsi="Arial" w:cs="Arial"/>
        </w:rPr>
        <w:t xml:space="preserve"> </w:t>
      </w:r>
      <w:proofErr w:type="spellStart"/>
      <w:r w:rsidRPr="00901BC0">
        <w:rPr>
          <w:rFonts w:ascii="Arial" w:hAnsi="Arial" w:cs="Arial"/>
        </w:rPr>
        <w:t>información</w:t>
      </w:r>
      <w:proofErr w:type="spellEnd"/>
      <w:r w:rsidRPr="00901BC0">
        <w:rPr>
          <w:rFonts w:ascii="Arial" w:hAnsi="Arial" w:cs="Arial"/>
        </w:rPr>
        <w:t xml:space="preserve"> sea </w:t>
      </w:r>
      <w:proofErr w:type="spellStart"/>
      <w:r w:rsidRPr="00901BC0">
        <w:rPr>
          <w:rFonts w:ascii="Arial" w:hAnsi="Arial" w:cs="Arial"/>
        </w:rPr>
        <w:t>requerida</w:t>
      </w:r>
      <w:proofErr w:type="spellEnd"/>
      <w:r w:rsidRPr="00901BC0">
        <w:rPr>
          <w:rFonts w:ascii="Arial" w:hAnsi="Arial" w:cs="Arial"/>
        </w:rPr>
        <w:t>.</w:t>
      </w:r>
    </w:p>
    <w:p w14:paraId="485064C7" w14:textId="77777777" w:rsidR="00893C50" w:rsidRPr="00901BC0" w:rsidRDefault="00893C50" w:rsidP="00893C50">
      <w:pPr>
        <w:pStyle w:val="Textoindependiente"/>
        <w:spacing w:before="151" w:line="360" w:lineRule="auto"/>
        <w:ind w:right="49"/>
        <w:jc w:val="both"/>
        <w:rPr>
          <w:rFonts w:ascii="Arial" w:hAnsi="Arial" w:cs="Arial"/>
        </w:rPr>
      </w:pPr>
      <w:r w:rsidRPr="00901BC0">
        <w:rPr>
          <w:rFonts w:ascii="Arial" w:hAnsi="Arial" w:cs="Arial"/>
        </w:rPr>
        <w:t xml:space="preserve">Se </w:t>
      </w:r>
      <w:proofErr w:type="spellStart"/>
      <w:r w:rsidRPr="00901BC0">
        <w:rPr>
          <w:rFonts w:ascii="Arial" w:hAnsi="Arial" w:cs="Arial"/>
        </w:rPr>
        <w:t>debe</w:t>
      </w:r>
      <w:proofErr w:type="spellEnd"/>
      <w:r w:rsidRPr="00901BC0">
        <w:rPr>
          <w:rFonts w:ascii="Arial" w:hAnsi="Arial" w:cs="Arial"/>
        </w:rPr>
        <w:t xml:space="preserve"> </w:t>
      </w:r>
      <w:proofErr w:type="spellStart"/>
      <w:r w:rsidRPr="00901BC0">
        <w:rPr>
          <w:rFonts w:ascii="Arial" w:hAnsi="Arial" w:cs="Arial"/>
        </w:rPr>
        <w:t>subrayar</w:t>
      </w:r>
      <w:proofErr w:type="spellEnd"/>
      <w:r w:rsidRPr="00901BC0">
        <w:rPr>
          <w:rFonts w:ascii="Arial" w:hAnsi="Arial" w:cs="Arial"/>
        </w:rPr>
        <w:t xml:space="preserve"> que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manejo</w:t>
      </w:r>
      <w:proofErr w:type="spellEnd"/>
      <w:r w:rsidRPr="00901BC0">
        <w:rPr>
          <w:rFonts w:ascii="Arial" w:hAnsi="Arial" w:cs="Arial"/>
        </w:rPr>
        <w:t xml:space="preserve"> y </w:t>
      </w:r>
      <w:proofErr w:type="spellStart"/>
      <w:r w:rsidRPr="00901BC0">
        <w:rPr>
          <w:rFonts w:ascii="Arial" w:hAnsi="Arial" w:cs="Arial"/>
        </w:rPr>
        <w:t>uso</w:t>
      </w:r>
      <w:proofErr w:type="spellEnd"/>
      <w:r w:rsidRPr="00901BC0">
        <w:rPr>
          <w:rFonts w:ascii="Arial" w:hAnsi="Arial" w:cs="Arial"/>
        </w:rPr>
        <w:t xml:space="preserve"> de </w:t>
      </w:r>
      <w:proofErr w:type="spellStart"/>
      <w:r w:rsidRPr="00901BC0">
        <w:rPr>
          <w:rFonts w:ascii="Arial" w:hAnsi="Arial" w:cs="Arial"/>
        </w:rPr>
        <w:t>esta</w:t>
      </w:r>
      <w:proofErr w:type="spellEnd"/>
      <w:r w:rsidRPr="00901BC0">
        <w:rPr>
          <w:rFonts w:ascii="Arial" w:hAnsi="Arial" w:cs="Arial"/>
        </w:rPr>
        <w:t xml:space="preserve"> </w:t>
      </w:r>
      <w:proofErr w:type="spellStart"/>
      <w:r w:rsidRPr="00901BC0">
        <w:rPr>
          <w:rFonts w:ascii="Arial" w:hAnsi="Arial" w:cs="Arial"/>
        </w:rPr>
        <w:t>información</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parte</w:t>
      </w:r>
      <w:proofErr w:type="spellEnd"/>
      <w:r w:rsidRPr="00901BC0">
        <w:rPr>
          <w:rFonts w:ascii="Arial" w:hAnsi="Arial" w:cs="Arial"/>
        </w:rPr>
        <w:t xml:space="preserve"> de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encargados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establecimiento</w:t>
      </w:r>
      <w:proofErr w:type="spellEnd"/>
      <w:r w:rsidRPr="00901BC0">
        <w:rPr>
          <w:rFonts w:ascii="Arial" w:hAnsi="Arial" w:cs="Arial"/>
        </w:rPr>
        <w:t xml:space="preserve"> </w:t>
      </w:r>
      <w:proofErr w:type="spellStart"/>
      <w:r w:rsidRPr="00901BC0">
        <w:rPr>
          <w:rFonts w:ascii="Arial" w:hAnsi="Arial" w:cs="Arial"/>
        </w:rPr>
        <w:t>educacional</w:t>
      </w:r>
      <w:proofErr w:type="spellEnd"/>
      <w:r w:rsidRPr="00901BC0">
        <w:rPr>
          <w:rFonts w:ascii="Arial" w:hAnsi="Arial" w:cs="Arial"/>
        </w:rPr>
        <w:t xml:space="preserve"> </w:t>
      </w:r>
      <w:proofErr w:type="spellStart"/>
      <w:r w:rsidRPr="00901BC0">
        <w:rPr>
          <w:rFonts w:ascii="Arial" w:hAnsi="Arial" w:cs="Arial"/>
        </w:rPr>
        <w:t>siempre</w:t>
      </w:r>
      <w:proofErr w:type="spellEnd"/>
      <w:r w:rsidRPr="00901BC0">
        <w:rPr>
          <w:rFonts w:ascii="Arial" w:hAnsi="Arial" w:cs="Arial"/>
        </w:rPr>
        <w:t xml:space="preserve"> </w:t>
      </w:r>
      <w:proofErr w:type="spellStart"/>
      <w:r w:rsidRPr="00901BC0">
        <w:rPr>
          <w:rFonts w:ascii="Arial" w:hAnsi="Arial" w:cs="Arial"/>
        </w:rPr>
        <w:t>debe</w:t>
      </w:r>
      <w:proofErr w:type="spellEnd"/>
      <w:r w:rsidRPr="00901BC0">
        <w:rPr>
          <w:rFonts w:ascii="Arial" w:hAnsi="Arial" w:cs="Arial"/>
        </w:rPr>
        <w:t xml:space="preserve"> </w:t>
      </w:r>
      <w:proofErr w:type="spellStart"/>
      <w:r w:rsidRPr="00901BC0">
        <w:rPr>
          <w:rFonts w:ascii="Arial" w:hAnsi="Arial" w:cs="Arial"/>
        </w:rPr>
        <w:t>contar</w:t>
      </w:r>
      <w:proofErr w:type="spellEnd"/>
      <w:r w:rsidRPr="00901BC0">
        <w:rPr>
          <w:rFonts w:ascii="Arial" w:hAnsi="Arial" w:cs="Arial"/>
        </w:rPr>
        <w:t xml:space="preserve"> con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acuerdo</w:t>
      </w:r>
      <w:proofErr w:type="spellEnd"/>
      <w:r w:rsidRPr="00901BC0">
        <w:rPr>
          <w:rFonts w:ascii="Arial" w:hAnsi="Arial" w:cs="Arial"/>
        </w:rPr>
        <w:t xml:space="preserve"> (</w:t>
      </w:r>
      <w:proofErr w:type="spellStart"/>
      <w:r w:rsidRPr="00901BC0">
        <w:rPr>
          <w:rFonts w:ascii="Arial" w:hAnsi="Arial" w:cs="Arial"/>
        </w:rPr>
        <w:t>consentimiento</w:t>
      </w:r>
      <w:proofErr w:type="spellEnd"/>
      <w:r w:rsidRPr="00901BC0">
        <w:rPr>
          <w:rFonts w:ascii="Arial" w:hAnsi="Arial" w:cs="Arial"/>
        </w:rPr>
        <w:t xml:space="preserve">) </w:t>
      </w:r>
      <w:proofErr w:type="spellStart"/>
      <w:r w:rsidRPr="00901BC0">
        <w:rPr>
          <w:rFonts w:ascii="Arial" w:hAnsi="Arial" w:cs="Arial"/>
        </w:rPr>
        <w:t>previo</w:t>
      </w:r>
      <w:proofErr w:type="spellEnd"/>
      <w:r w:rsidRPr="00901BC0">
        <w:rPr>
          <w:rFonts w:ascii="Arial" w:hAnsi="Arial" w:cs="Arial"/>
        </w:rPr>
        <w:t xml:space="preserve"> de la familia, </w:t>
      </w:r>
      <w:proofErr w:type="spellStart"/>
      <w:r w:rsidRPr="00901BC0">
        <w:rPr>
          <w:rFonts w:ascii="Arial" w:hAnsi="Arial" w:cs="Arial"/>
        </w:rPr>
        <w:t>asegurando</w:t>
      </w:r>
      <w:proofErr w:type="spellEnd"/>
      <w:r w:rsidRPr="00901BC0">
        <w:rPr>
          <w:rFonts w:ascii="Arial" w:hAnsi="Arial" w:cs="Arial"/>
        </w:rPr>
        <w:t xml:space="preserve"> la </w:t>
      </w:r>
      <w:proofErr w:type="spellStart"/>
      <w:r w:rsidRPr="00901BC0">
        <w:rPr>
          <w:rFonts w:ascii="Arial" w:hAnsi="Arial" w:cs="Arial"/>
        </w:rPr>
        <w:t>confidencialidad</w:t>
      </w:r>
      <w:proofErr w:type="spellEnd"/>
      <w:r w:rsidRPr="00901BC0">
        <w:rPr>
          <w:rFonts w:ascii="Arial" w:hAnsi="Arial" w:cs="Arial"/>
        </w:rPr>
        <w:t xml:space="preserve"> que </w:t>
      </w:r>
      <w:proofErr w:type="spellStart"/>
      <w:r w:rsidRPr="00901BC0">
        <w:rPr>
          <w:rFonts w:ascii="Arial" w:hAnsi="Arial" w:cs="Arial"/>
        </w:rPr>
        <w:t>amerita</w:t>
      </w:r>
      <w:proofErr w:type="spellEnd"/>
      <w:r w:rsidRPr="00901BC0">
        <w:rPr>
          <w:rFonts w:ascii="Arial" w:hAnsi="Arial" w:cs="Arial"/>
        </w:rPr>
        <w:t xml:space="preserve"> </w:t>
      </w:r>
      <w:proofErr w:type="spellStart"/>
      <w:r w:rsidRPr="00901BC0">
        <w:rPr>
          <w:rFonts w:ascii="Arial" w:hAnsi="Arial" w:cs="Arial"/>
        </w:rPr>
        <w:t>cada</w:t>
      </w:r>
      <w:proofErr w:type="spellEnd"/>
      <w:r w:rsidRPr="00901BC0">
        <w:rPr>
          <w:rFonts w:ascii="Arial" w:hAnsi="Arial" w:cs="Arial"/>
        </w:rPr>
        <w:t xml:space="preserve"> </w:t>
      </w:r>
      <w:proofErr w:type="spellStart"/>
      <w:r w:rsidRPr="00901BC0">
        <w:rPr>
          <w:rFonts w:ascii="Arial" w:hAnsi="Arial" w:cs="Arial"/>
        </w:rPr>
        <w:t>caso</w:t>
      </w:r>
      <w:proofErr w:type="spellEnd"/>
      <w:r w:rsidRPr="00901BC0">
        <w:rPr>
          <w:rFonts w:ascii="Arial" w:hAnsi="Arial" w:cs="Arial"/>
        </w:rPr>
        <w:t>.</w:t>
      </w:r>
    </w:p>
    <w:p w14:paraId="4F370527" w14:textId="77777777" w:rsidR="00893C50" w:rsidRDefault="00893C50" w:rsidP="00893C50">
      <w:pPr>
        <w:pStyle w:val="Textoindependiente"/>
        <w:spacing w:before="150" w:line="360" w:lineRule="auto"/>
        <w:ind w:right="49"/>
        <w:jc w:val="both"/>
        <w:rPr>
          <w:rFonts w:ascii="Arial" w:hAnsi="Arial" w:cs="Arial"/>
        </w:rPr>
      </w:pPr>
      <w:proofErr w:type="spellStart"/>
      <w:r w:rsidRPr="00901BC0">
        <w:rPr>
          <w:rFonts w:ascii="Arial" w:hAnsi="Arial" w:cs="Arial"/>
        </w:rPr>
        <w:t>Asimismo</w:t>
      </w:r>
      <w:proofErr w:type="spellEnd"/>
      <w:r w:rsidRPr="00901BC0">
        <w:rPr>
          <w:rFonts w:ascii="Arial" w:hAnsi="Arial" w:cs="Arial"/>
        </w:rPr>
        <w:t xml:space="preserve">, es fundamental que, con </w:t>
      </w:r>
      <w:proofErr w:type="spellStart"/>
      <w:r w:rsidRPr="00901BC0">
        <w:rPr>
          <w:rFonts w:ascii="Arial" w:hAnsi="Arial" w:cs="Arial"/>
        </w:rPr>
        <w:t>antelación</w:t>
      </w:r>
      <w:proofErr w:type="spellEnd"/>
      <w:r w:rsidRPr="00901BC0">
        <w:rPr>
          <w:rFonts w:ascii="Arial" w:hAnsi="Arial" w:cs="Arial"/>
        </w:rPr>
        <w:t xml:space="preserve">, se </w:t>
      </w:r>
      <w:proofErr w:type="spellStart"/>
      <w:r w:rsidRPr="00901BC0">
        <w:rPr>
          <w:rFonts w:ascii="Arial" w:hAnsi="Arial" w:cs="Arial"/>
        </w:rPr>
        <w:t>haya</w:t>
      </w:r>
      <w:proofErr w:type="spellEnd"/>
      <w:r w:rsidRPr="00901BC0">
        <w:rPr>
          <w:rFonts w:ascii="Arial" w:hAnsi="Arial" w:cs="Arial"/>
        </w:rPr>
        <w:t xml:space="preserve"> </w:t>
      </w:r>
      <w:proofErr w:type="spellStart"/>
      <w:r w:rsidRPr="00901BC0">
        <w:rPr>
          <w:rFonts w:ascii="Arial" w:hAnsi="Arial" w:cs="Arial"/>
        </w:rPr>
        <w:t>establecido</w:t>
      </w:r>
      <w:proofErr w:type="spellEnd"/>
      <w:r w:rsidRPr="00901BC0">
        <w:rPr>
          <w:rFonts w:ascii="Arial" w:hAnsi="Arial" w:cs="Arial"/>
        </w:rPr>
        <w:t xml:space="preserve">, y </w:t>
      </w:r>
      <w:proofErr w:type="spellStart"/>
      <w:r w:rsidRPr="00901BC0">
        <w:rPr>
          <w:rFonts w:ascii="Arial" w:hAnsi="Arial" w:cs="Arial"/>
        </w:rPr>
        <w:t>registrado</w:t>
      </w:r>
      <w:proofErr w:type="spellEnd"/>
      <w:r w:rsidRPr="00901BC0">
        <w:rPr>
          <w:rFonts w:ascii="Arial" w:hAnsi="Arial" w:cs="Arial"/>
        </w:rPr>
        <w:t xml:space="preserve"> </w:t>
      </w:r>
      <w:proofErr w:type="spellStart"/>
      <w:r w:rsidRPr="00901BC0">
        <w:rPr>
          <w:rFonts w:ascii="Arial" w:hAnsi="Arial" w:cs="Arial"/>
        </w:rPr>
        <w:t>donde</w:t>
      </w:r>
      <w:proofErr w:type="spellEnd"/>
      <w:r w:rsidRPr="00901BC0">
        <w:rPr>
          <w:rFonts w:ascii="Arial" w:hAnsi="Arial" w:cs="Arial"/>
        </w:rPr>
        <w:t xml:space="preserve"> </w:t>
      </w:r>
      <w:proofErr w:type="spellStart"/>
      <w:r w:rsidRPr="00901BC0">
        <w:rPr>
          <w:rFonts w:ascii="Arial" w:hAnsi="Arial" w:cs="Arial"/>
        </w:rPr>
        <w:t>corresponda</w:t>
      </w:r>
      <w:proofErr w:type="spellEnd"/>
      <w:r w:rsidRPr="00901BC0">
        <w:rPr>
          <w:rFonts w:ascii="Arial" w:hAnsi="Arial" w:cs="Arial"/>
        </w:rPr>
        <w:t xml:space="preserve">, al </w:t>
      </w:r>
      <w:proofErr w:type="spellStart"/>
      <w:r w:rsidRPr="00901BC0">
        <w:rPr>
          <w:rFonts w:ascii="Arial" w:hAnsi="Arial" w:cs="Arial"/>
        </w:rPr>
        <w:t>adulto</w:t>
      </w:r>
      <w:proofErr w:type="spellEnd"/>
      <w:r w:rsidRPr="00901BC0">
        <w:rPr>
          <w:rFonts w:ascii="Arial" w:hAnsi="Arial" w:cs="Arial"/>
        </w:rPr>
        <w:t xml:space="preserve"> </w:t>
      </w:r>
      <w:proofErr w:type="spellStart"/>
      <w:r w:rsidRPr="00901BC0">
        <w:rPr>
          <w:rFonts w:ascii="Arial" w:hAnsi="Arial" w:cs="Arial"/>
        </w:rPr>
        <w:t>responsable</w:t>
      </w:r>
      <w:proofErr w:type="spellEnd"/>
      <w:r w:rsidRPr="00901BC0">
        <w:rPr>
          <w:rFonts w:ascii="Arial" w:hAnsi="Arial" w:cs="Arial"/>
        </w:rPr>
        <w:t xml:space="preserve"> de la familia, tutor legal o persona </w:t>
      </w:r>
      <w:proofErr w:type="spellStart"/>
      <w:r w:rsidRPr="00901BC0">
        <w:rPr>
          <w:rFonts w:ascii="Arial" w:hAnsi="Arial" w:cs="Arial"/>
        </w:rPr>
        <w:t>significativa</w:t>
      </w:r>
      <w:proofErr w:type="spellEnd"/>
      <w:r w:rsidRPr="00901BC0">
        <w:rPr>
          <w:rFonts w:ascii="Arial" w:hAnsi="Arial" w:cs="Arial"/>
        </w:rPr>
        <w:t xml:space="preserve"> con </w:t>
      </w:r>
      <w:proofErr w:type="spellStart"/>
      <w:r w:rsidRPr="00901BC0">
        <w:rPr>
          <w:rFonts w:ascii="Arial" w:hAnsi="Arial" w:cs="Arial"/>
        </w:rPr>
        <w:t>quien</w:t>
      </w:r>
      <w:proofErr w:type="spellEnd"/>
      <w:r w:rsidRPr="00901BC0">
        <w:rPr>
          <w:rFonts w:ascii="Arial" w:hAnsi="Arial" w:cs="Arial"/>
        </w:rPr>
        <w:t xml:space="preserve"> </w:t>
      </w:r>
      <w:proofErr w:type="spellStart"/>
      <w:r w:rsidRPr="00901BC0">
        <w:rPr>
          <w:rFonts w:ascii="Arial" w:hAnsi="Arial" w:cs="Arial"/>
        </w:rPr>
        <w:t>comunicarse</w:t>
      </w:r>
      <w:proofErr w:type="spellEnd"/>
      <w:r w:rsidRPr="00901BC0">
        <w:rPr>
          <w:rFonts w:ascii="Arial" w:hAnsi="Arial" w:cs="Arial"/>
        </w:rPr>
        <w:t xml:space="preserve"> ante </w:t>
      </w:r>
      <w:proofErr w:type="spellStart"/>
      <w:r w:rsidRPr="00901BC0">
        <w:rPr>
          <w:rFonts w:ascii="Arial" w:hAnsi="Arial" w:cs="Arial"/>
        </w:rPr>
        <w:t>dicha</w:t>
      </w:r>
      <w:proofErr w:type="spellEnd"/>
      <w:r w:rsidRPr="00901BC0">
        <w:rPr>
          <w:rFonts w:ascii="Arial" w:hAnsi="Arial" w:cs="Arial"/>
        </w:rPr>
        <w:t xml:space="preserve"> </w:t>
      </w:r>
      <w:proofErr w:type="spellStart"/>
      <w:r w:rsidRPr="00901BC0">
        <w:rPr>
          <w:rFonts w:ascii="Arial" w:hAnsi="Arial" w:cs="Arial"/>
        </w:rPr>
        <w:t>situación</w:t>
      </w:r>
      <w:proofErr w:type="spellEnd"/>
      <w:r w:rsidRPr="00901BC0">
        <w:rPr>
          <w:rFonts w:ascii="Arial" w:hAnsi="Arial" w:cs="Arial"/>
        </w:rPr>
        <w:t>.</w:t>
      </w:r>
    </w:p>
    <w:p w14:paraId="0CCD815D" w14:textId="77777777" w:rsidR="00893C50" w:rsidRPr="00893C50" w:rsidRDefault="00893C50" w:rsidP="00893C50">
      <w:pPr>
        <w:pStyle w:val="Textoindependiente"/>
        <w:spacing w:before="150" w:line="360" w:lineRule="auto"/>
        <w:ind w:right="49"/>
        <w:jc w:val="both"/>
        <w:rPr>
          <w:rFonts w:ascii="Arial" w:hAnsi="Arial" w:cs="Arial"/>
        </w:rPr>
      </w:pPr>
    </w:p>
    <w:p w14:paraId="42E8783E" w14:textId="77777777" w:rsidR="00893C50" w:rsidRPr="00893C50" w:rsidRDefault="00893C50" w:rsidP="00893C50">
      <w:pPr>
        <w:pStyle w:val="Ttulo1"/>
        <w:keepNext w:val="0"/>
        <w:keepLines w:val="0"/>
        <w:widowControl w:val="0"/>
        <w:numPr>
          <w:ilvl w:val="0"/>
          <w:numId w:val="41"/>
        </w:numPr>
        <w:tabs>
          <w:tab w:val="left" w:pos="811"/>
          <w:tab w:val="left" w:pos="812"/>
        </w:tabs>
        <w:autoSpaceDE w:val="0"/>
        <w:autoSpaceDN w:val="0"/>
        <w:spacing w:before="150" w:line="360" w:lineRule="auto"/>
        <w:ind w:left="0" w:right="49" w:firstLine="0"/>
        <w:jc w:val="both"/>
        <w:rPr>
          <w:rFonts w:ascii="Arial" w:hAnsi="Arial" w:cs="Arial"/>
          <w:color w:val="auto"/>
        </w:rPr>
      </w:pPr>
      <w:r w:rsidRPr="00893C50">
        <w:rPr>
          <w:rFonts w:ascii="Arial" w:hAnsi="Arial" w:cs="Arial"/>
          <w:color w:val="auto"/>
          <w:spacing w:val="-4"/>
        </w:rPr>
        <w:t xml:space="preserve">COHERENCIA </w:t>
      </w:r>
      <w:r w:rsidRPr="00893C50">
        <w:rPr>
          <w:rFonts w:ascii="Arial" w:hAnsi="Arial" w:cs="Arial"/>
          <w:color w:val="auto"/>
          <w:spacing w:val="-3"/>
        </w:rPr>
        <w:t xml:space="preserve">ENTRE </w:t>
      </w:r>
      <w:r w:rsidRPr="00893C50">
        <w:rPr>
          <w:rFonts w:ascii="Arial" w:hAnsi="Arial" w:cs="Arial"/>
          <w:color w:val="auto"/>
        </w:rPr>
        <w:t xml:space="preserve">EL </w:t>
      </w:r>
      <w:r w:rsidRPr="00893C50">
        <w:rPr>
          <w:rFonts w:ascii="Arial" w:hAnsi="Arial" w:cs="Arial"/>
          <w:color w:val="auto"/>
          <w:spacing w:val="-3"/>
        </w:rPr>
        <w:t xml:space="preserve">PROTOCOLO </w:t>
      </w:r>
      <w:r w:rsidRPr="00893C50">
        <w:rPr>
          <w:rFonts w:ascii="Arial" w:hAnsi="Arial" w:cs="Arial"/>
          <w:color w:val="auto"/>
        </w:rPr>
        <w:t xml:space="preserve">Y </w:t>
      </w:r>
      <w:r w:rsidRPr="00893C50">
        <w:rPr>
          <w:rFonts w:ascii="Arial" w:hAnsi="Arial" w:cs="Arial"/>
          <w:color w:val="auto"/>
          <w:spacing w:val="-3"/>
        </w:rPr>
        <w:t>REGLAMENTO</w:t>
      </w:r>
      <w:r w:rsidRPr="00893C50">
        <w:rPr>
          <w:rFonts w:ascii="Arial" w:hAnsi="Arial" w:cs="Arial"/>
          <w:color w:val="auto"/>
          <w:spacing w:val="-17"/>
        </w:rPr>
        <w:t xml:space="preserve"> </w:t>
      </w:r>
      <w:r w:rsidRPr="00893C50">
        <w:rPr>
          <w:rFonts w:ascii="Arial" w:hAnsi="Arial" w:cs="Arial"/>
          <w:color w:val="auto"/>
          <w:spacing w:val="-3"/>
        </w:rPr>
        <w:t>INTERNO</w:t>
      </w:r>
    </w:p>
    <w:p w14:paraId="6B59C9D9" w14:textId="77777777" w:rsidR="00893C50" w:rsidRPr="00901BC0" w:rsidRDefault="00893C50" w:rsidP="00893C50">
      <w:pPr>
        <w:pStyle w:val="Textoindependiente"/>
        <w:spacing w:before="191" w:line="360" w:lineRule="auto"/>
        <w:ind w:right="49"/>
        <w:jc w:val="both"/>
        <w:rPr>
          <w:rFonts w:ascii="Arial" w:hAnsi="Arial" w:cs="Arial"/>
        </w:rPr>
      </w:pPr>
      <w:r w:rsidRPr="00901BC0">
        <w:rPr>
          <w:rFonts w:ascii="Arial" w:hAnsi="Arial" w:cs="Arial"/>
        </w:rPr>
        <w:t xml:space="preserve">Este </w:t>
      </w:r>
      <w:proofErr w:type="spellStart"/>
      <w:r w:rsidRPr="00901BC0">
        <w:rPr>
          <w:rFonts w:ascii="Arial" w:hAnsi="Arial" w:cs="Arial"/>
        </w:rPr>
        <w:t>documento</w:t>
      </w:r>
      <w:proofErr w:type="spellEnd"/>
      <w:r w:rsidRPr="00901BC0">
        <w:rPr>
          <w:rFonts w:ascii="Arial" w:hAnsi="Arial" w:cs="Arial"/>
        </w:rPr>
        <w:t xml:space="preserve"> </w:t>
      </w:r>
      <w:proofErr w:type="spellStart"/>
      <w:r w:rsidRPr="00901BC0">
        <w:rPr>
          <w:rFonts w:ascii="Arial" w:hAnsi="Arial" w:cs="Arial"/>
        </w:rPr>
        <w:t>debe</w:t>
      </w:r>
      <w:proofErr w:type="spellEnd"/>
      <w:r w:rsidRPr="00901BC0">
        <w:rPr>
          <w:rFonts w:ascii="Arial" w:hAnsi="Arial" w:cs="Arial"/>
        </w:rPr>
        <w:t xml:space="preserve"> ser </w:t>
      </w:r>
      <w:proofErr w:type="spellStart"/>
      <w:r w:rsidRPr="00901BC0">
        <w:rPr>
          <w:rFonts w:ascii="Arial" w:hAnsi="Arial" w:cs="Arial"/>
        </w:rPr>
        <w:t>consistente</w:t>
      </w:r>
      <w:proofErr w:type="spellEnd"/>
      <w:r w:rsidRPr="00901BC0">
        <w:rPr>
          <w:rFonts w:ascii="Arial" w:hAnsi="Arial" w:cs="Arial"/>
        </w:rPr>
        <w:t xml:space="preserve"> y </w:t>
      </w:r>
      <w:proofErr w:type="spellStart"/>
      <w:r w:rsidRPr="00901BC0">
        <w:rPr>
          <w:rFonts w:ascii="Arial" w:hAnsi="Arial" w:cs="Arial"/>
        </w:rPr>
        <w:t>congruente</w:t>
      </w:r>
      <w:proofErr w:type="spellEnd"/>
      <w:r w:rsidRPr="00901BC0">
        <w:rPr>
          <w:rFonts w:ascii="Arial" w:hAnsi="Arial" w:cs="Arial"/>
        </w:rPr>
        <w:t xml:space="preserve"> con </w:t>
      </w:r>
      <w:proofErr w:type="spellStart"/>
      <w:r w:rsidRPr="00901BC0">
        <w:rPr>
          <w:rFonts w:ascii="Arial" w:hAnsi="Arial" w:cs="Arial"/>
        </w:rPr>
        <w:t>todos</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Reglamentos</w:t>
      </w:r>
      <w:proofErr w:type="spellEnd"/>
      <w:r w:rsidRPr="00901BC0">
        <w:rPr>
          <w:rFonts w:ascii="Arial" w:hAnsi="Arial" w:cs="Arial"/>
        </w:rPr>
        <w:t xml:space="preserve"> y </w:t>
      </w:r>
      <w:proofErr w:type="spellStart"/>
      <w:r>
        <w:rPr>
          <w:rFonts w:ascii="Arial" w:hAnsi="Arial" w:cs="Arial"/>
        </w:rPr>
        <w:t>el</w:t>
      </w:r>
      <w:proofErr w:type="spellEnd"/>
      <w:r>
        <w:rPr>
          <w:rFonts w:ascii="Arial" w:hAnsi="Arial" w:cs="Arial"/>
        </w:rPr>
        <w:t xml:space="preserve"> </w:t>
      </w:r>
      <w:r w:rsidRPr="00901BC0">
        <w:rPr>
          <w:rFonts w:ascii="Arial" w:hAnsi="Arial" w:cs="Arial"/>
        </w:rPr>
        <w:t xml:space="preserve">PEI del Colegio que </w:t>
      </w:r>
      <w:proofErr w:type="spellStart"/>
      <w:r w:rsidRPr="00901BC0">
        <w:rPr>
          <w:rFonts w:ascii="Arial" w:hAnsi="Arial" w:cs="Arial"/>
        </w:rPr>
        <w:t>determinan</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criterios</w:t>
      </w:r>
      <w:proofErr w:type="spellEnd"/>
      <w:r w:rsidRPr="00901BC0">
        <w:rPr>
          <w:rFonts w:ascii="Arial" w:hAnsi="Arial" w:cs="Arial"/>
        </w:rPr>
        <w:t xml:space="preserve">, </w:t>
      </w:r>
      <w:proofErr w:type="spellStart"/>
      <w:r w:rsidRPr="00901BC0">
        <w:rPr>
          <w:rFonts w:ascii="Arial" w:hAnsi="Arial" w:cs="Arial"/>
        </w:rPr>
        <w:t>estrategias</w:t>
      </w:r>
      <w:proofErr w:type="spellEnd"/>
      <w:r w:rsidRPr="00901BC0">
        <w:rPr>
          <w:rFonts w:ascii="Arial" w:hAnsi="Arial" w:cs="Arial"/>
        </w:rPr>
        <w:t xml:space="preserve"> y </w:t>
      </w:r>
      <w:proofErr w:type="spellStart"/>
      <w:r w:rsidRPr="00901BC0">
        <w:rPr>
          <w:rFonts w:ascii="Arial" w:hAnsi="Arial" w:cs="Arial"/>
        </w:rPr>
        <w:t>medidas</w:t>
      </w:r>
      <w:proofErr w:type="spellEnd"/>
      <w:r w:rsidRPr="00901BC0">
        <w:rPr>
          <w:rFonts w:ascii="Arial" w:hAnsi="Arial" w:cs="Arial"/>
        </w:rPr>
        <w:t xml:space="preserve"> que se </w:t>
      </w:r>
      <w:proofErr w:type="spellStart"/>
      <w:r w:rsidRPr="00901BC0">
        <w:rPr>
          <w:rFonts w:ascii="Arial" w:hAnsi="Arial" w:cs="Arial"/>
        </w:rPr>
        <w:t>aplicarán</w:t>
      </w:r>
      <w:proofErr w:type="spellEnd"/>
      <w:r w:rsidRPr="00901BC0">
        <w:rPr>
          <w:rFonts w:ascii="Arial" w:hAnsi="Arial" w:cs="Arial"/>
        </w:rPr>
        <w:t xml:space="preserve"> a la </w:t>
      </w:r>
      <w:proofErr w:type="spellStart"/>
      <w:r w:rsidRPr="00901BC0">
        <w:rPr>
          <w:rFonts w:ascii="Arial" w:hAnsi="Arial" w:cs="Arial"/>
        </w:rPr>
        <w:t>generalidad</w:t>
      </w:r>
      <w:proofErr w:type="spellEnd"/>
      <w:r w:rsidRPr="00901BC0">
        <w:rPr>
          <w:rFonts w:ascii="Arial" w:hAnsi="Arial" w:cs="Arial"/>
        </w:rPr>
        <w:t xml:space="preserve"> del </w:t>
      </w:r>
      <w:proofErr w:type="spellStart"/>
      <w:r w:rsidRPr="00901BC0">
        <w:rPr>
          <w:rFonts w:ascii="Arial" w:hAnsi="Arial" w:cs="Arial"/>
        </w:rPr>
        <w:t>estudiantado</w:t>
      </w:r>
      <w:proofErr w:type="spellEnd"/>
      <w:r w:rsidRPr="00901BC0">
        <w:rPr>
          <w:rFonts w:ascii="Arial" w:hAnsi="Arial" w:cs="Arial"/>
        </w:rPr>
        <w:t xml:space="preserve"> </w:t>
      </w:r>
      <w:proofErr w:type="spellStart"/>
      <w:r w:rsidRPr="00901BC0">
        <w:rPr>
          <w:rFonts w:ascii="Arial" w:hAnsi="Arial" w:cs="Arial"/>
        </w:rPr>
        <w:t>considerando</w:t>
      </w:r>
      <w:proofErr w:type="spellEnd"/>
      <w:r w:rsidRPr="00901BC0">
        <w:rPr>
          <w:rFonts w:ascii="Arial" w:hAnsi="Arial" w:cs="Arial"/>
        </w:rPr>
        <w:t xml:space="preserve"> también las </w:t>
      </w:r>
      <w:proofErr w:type="spellStart"/>
      <w:r w:rsidRPr="00901BC0">
        <w:rPr>
          <w:rFonts w:ascii="Arial" w:hAnsi="Arial" w:cs="Arial"/>
        </w:rPr>
        <w:t>excepciones</w:t>
      </w:r>
      <w:proofErr w:type="spellEnd"/>
      <w:r w:rsidRPr="00901BC0">
        <w:rPr>
          <w:rFonts w:ascii="Arial" w:hAnsi="Arial" w:cs="Arial"/>
        </w:rPr>
        <w:t xml:space="preserve"> ante la </w:t>
      </w:r>
      <w:proofErr w:type="spellStart"/>
      <w:r w:rsidRPr="00901BC0">
        <w:rPr>
          <w:rFonts w:ascii="Arial" w:hAnsi="Arial" w:cs="Arial"/>
        </w:rPr>
        <w:t>presencia</w:t>
      </w:r>
      <w:proofErr w:type="spellEnd"/>
      <w:r w:rsidRPr="00901BC0">
        <w:rPr>
          <w:rFonts w:ascii="Arial" w:hAnsi="Arial" w:cs="Arial"/>
        </w:rPr>
        <w:t xml:space="preserve"> de </w:t>
      </w:r>
      <w:proofErr w:type="spellStart"/>
      <w:r w:rsidRPr="00901BC0">
        <w:rPr>
          <w:rFonts w:ascii="Arial" w:hAnsi="Arial" w:cs="Arial"/>
        </w:rPr>
        <w:t>conductas</w:t>
      </w:r>
      <w:proofErr w:type="spellEnd"/>
      <w:r w:rsidRPr="00901BC0">
        <w:rPr>
          <w:rFonts w:ascii="Arial" w:hAnsi="Arial" w:cs="Arial"/>
        </w:rPr>
        <w:t xml:space="preserve"> que </w:t>
      </w:r>
      <w:proofErr w:type="spellStart"/>
      <w:r w:rsidRPr="00901BC0">
        <w:rPr>
          <w:rFonts w:ascii="Arial" w:hAnsi="Arial" w:cs="Arial"/>
        </w:rPr>
        <w:t>requerirán</w:t>
      </w:r>
      <w:proofErr w:type="spellEnd"/>
      <w:r w:rsidRPr="00901BC0">
        <w:rPr>
          <w:rFonts w:ascii="Arial" w:hAnsi="Arial" w:cs="Arial"/>
        </w:rPr>
        <w:t xml:space="preserve"> ser </w:t>
      </w:r>
      <w:proofErr w:type="spellStart"/>
      <w:r w:rsidRPr="00901BC0">
        <w:rPr>
          <w:rFonts w:ascii="Arial" w:hAnsi="Arial" w:cs="Arial"/>
        </w:rPr>
        <w:t>revisados</w:t>
      </w:r>
      <w:proofErr w:type="spellEnd"/>
      <w:r w:rsidRPr="00901BC0">
        <w:rPr>
          <w:rFonts w:ascii="Arial" w:hAnsi="Arial" w:cs="Arial"/>
        </w:rPr>
        <w:t xml:space="preserve"> y</w:t>
      </w:r>
      <w:r>
        <w:rPr>
          <w:rFonts w:ascii="Arial" w:hAnsi="Arial" w:cs="Arial"/>
        </w:rPr>
        <w:t xml:space="preserve"> </w:t>
      </w:r>
      <w:proofErr w:type="spellStart"/>
      <w:r w:rsidRPr="00901BC0">
        <w:rPr>
          <w:rFonts w:ascii="Arial" w:hAnsi="Arial" w:cs="Arial"/>
        </w:rPr>
        <w:t>ajustados</w:t>
      </w:r>
      <w:proofErr w:type="spellEnd"/>
      <w:r w:rsidRPr="00901BC0">
        <w:rPr>
          <w:rFonts w:ascii="Arial" w:hAnsi="Arial" w:cs="Arial"/>
        </w:rPr>
        <w:t xml:space="preserve">, dada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pertinencia</w:t>
      </w:r>
      <w:proofErr w:type="spellEnd"/>
      <w:r w:rsidRPr="00901BC0">
        <w:rPr>
          <w:rFonts w:ascii="Arial" w:hAnsi="Arial" w:cs="Arial"/>
        </w:rPr>
        <w:t xml:space="preserve"> para la </w:t>
      </w:r>
      <w:proofErr w:type="spellStart"/>
      <w:r w:rsidRPr="00901BC0">
        <w:rPr>
          <w:rFonts w:ascii="Arial" w:hAnsi="Arial" w:cs="Arial"/>
        </w:rPr>
        <w:t>salud</w:t>
      </w:r>
      <w:proofErr w:type="spellEnd"/>
      <w:r w:rsidRPr="00901BC0">
        <w:rPr>
          <w:rFonts w:ascii="Arial" w:hAnsi="Arial" w:cs="Arial"/>
        </w:rPr>
        <w:t xml:space="preserve"> y </w:t>
      </w:r>
      <w:proofErr w:type="spellStart"/>
      <w:r w:rsidRPr="00901BC0">
        <w:rPr>
          <w:rFonts w:ascii="Arial" w:hAnsi="Arial" w:cs="Arial"/>
        </w:rPr>
        <w:t>situación</w:t>
      </w:r>
      <w:proofErr w:type="spellEnd"/>
      <w:r w:rsidRPr="00901BC0">
        <w:rPr>
          <w:rFonts w:ascii="Arial" w:hAnsi="Arial" w:cs="Arial"/>
        </w:rPr>
        <w:t xml:space="preserve"> personal del </w:t>
      </w:r>
      <w:proofErr w:type="spellStart"/>
      <w:r w:rsidRPr="00901BC0">
        <w:rPr>
          <w:rFonts w:ascii="Arial" w:hAnsi="Arial" w:cs="Arial"/>
        </w:rPr>
        <w:t>estudiante</w:t>
      </w:r>
      <w:proofErr w:type="spellEnd"/>
      <w:r w:rsidRPr="00901BC0">
        <w:rPr>
          <w:rFonts w:ascii="Arial" w:hAnsi="Arial" w:cs="Arial"/>
        </w:rPr>
        <w:t xml:space="preserve">, y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consideración</w:t>
      </w:r>
      <w:proofErr w:type="spellEnd"/>
      <w:r w:rsidRPr="00901BC0">
        <w:rPr>
          <w:rFonts w:ascii="Arial" w:hAnsi="Arial" w:cs="Arial"/>
        </w:rPr>
        <w:t xml:space="preserve"> a la </w:t>
      </w:r>
      <w:proofErr w:type="spellStart"/>
      <w:r w:rsidRPr="00901BC0">
        <w:rPr>
          <w:rFonts w:ascii="Arial" w:hAnsi="Arial" w:cs="Arial"/>
        </w:rPr>
        <w:t>temática</w:t>
      </w:r>
      <w:proofErr w:type="spellEnd"/>
      <w:r w:rsidRPr="00901BC0">
        <w:rPr>
          <w:rFonts w:ascii="Arial" w:hAnsi="Arial" w:cs="Arial"/>
        </w:rPr>
        <w:t xml:space="preserve"> que </w:t>
      </w:r>
      <w:proofErr w:type="spellStart"/>
      <w:r w:rsidRPr="00901BC0">
        <w:rPr>
          <w:rFonts w:ascii="Arial" w:hAnsi="Arial" w:cs="Arial"/>
        </w:rPr>
        <w:t>aborda</w:t>
      </w:r>
      <w:proofErr w:type="spellEnd"/>
      <w:r w:rsidRPr="00901BC0">
        <w:rPr>
          <w:rFonts w:ascii="Arial" w:hAnsi="Arial" w:cs="Arial"/>
        </w:rPr>
        <w:t xml:space="preserve"> </w:t>
      </w:r>
      <w:proofErr w:type="spellStart"/>
      <w:r w:rsidRPr="00901BC0">
        <w:rPr>
          <w:rFonts w:ascii="Arial" w:hAnsi="Arial" w:cs="Arial"/>
        </w:rPr>
        <w:t>este</w:t>
      </w:r>
      <w:proofErr w:type="spellEnd"/>
      <w:r w:rsidRPr="00901BC0">
        <w:rPr>
          <w:rFonts w:ascii="Arial" w:hAnsi="Arial" w:cs="Arial"/>
        </w:rPr>
        <w:t xml:space="preserve"> </w:t>
      </w:r>
      <w:proofErr w:type="spellStart"/>
      <w:r w:rsidRPr="00901BC0">
        <w:rPr>
          <w:rFonts w:ascii="Arial" w:hAnsi="Arial" w:cs="Arial"/>
        </w:rPr>
        <w:t>texto</w:t>
      </w:r>
      <w:proofErr w:type="spellEnd"/>
      <w:r w:rsidRPr="00901BC0">
        <w:rPr>
          <w:rFonts w:ascii="Arial" w:hAnsi="Arial" w:cs="Arial"/>
        </w:rPr>
        <w:t xml:space="preserve">. “Lo anterior no </w:t>
      </w:r>
      <w:proofErr w:type="spellStart"/>
      <w:r w:rsidRPr="00901BC0">
        <w:rPr>
          <w:rFonts w:ascii="Arial" w:hAnsi="Arial" w:cs="Arial"/>
        </w:rPr>
        <w:t>implica</w:t>
      </w:r>
      <w:proofErr w:type="spellEnd"/>
      <w:r w:rsidRPr="00901BC0">
        <w:rPr>
          <w:rFonts w:ascii="Arial" w:hAnsi="Arial" w:cs="Arial"/>
        </w:rPr>
        <w:t xml:space="preserve"> </w:t>
      </w:r>
      <w:proofErr w:type="spellStart"/>
      <w:r w:rsidRPr="00901BC0">
        <w:rPr>
          <w:rFonts w:ascii="Arial" w:hAnsi="Arial" w:cs="Arial"/>
        </w:rPr>
        <w:t>consentir</w:t>
      </w:r>
      <w:proofErr w:type="spellEnd"/>
      <w:r w:rsidRPr="00901BC0">
        <w:rPr>
          <w:rFonts w:ascii="Arial" w:hAnsi="Arial" w:cs="Arial"/>
        </w:rPr>
        <w:t xml:space="preserve"> o </w:t>
      </w:r>
      <w:proofErr w:type="spellStart"/>
      <w:r w:rsidRPr="00901BC0">
        <w:rPr>
          <w:rFonts w:ascii="Arial" w:hAnsi="Arial" w:cs="Arial"/>
        </w:rPr>
        <w:t>justificar</w:t>
      </w:r>
      <w:proofErr w:type="spellEnd"/>
      <w:r w:rsidRPr="00901BC0">
        <w:rPr>
          <w:rFonts w:ascii="Arial" w:hAnsi="Arial" w:cs="Arial"/>
        </w:rPr>
        <w:t xml:space="preserve">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conducta</w:t>
      </w:r>
      <w:proofErr w:type="spellEnd"/>
      <w:r w:rsidRPr="00901BC0">
        <w:rPr>
          <w:rFonts w:ascii="Arial" w:hAnsi="Arial" w:cs="Arial"/>
        </w:rPr>
        <w:t xml:space="preserve"> </w:t>
      </w:r>
      <w:proofErr w:type="spellStart"/>
      <w:r w:rsidRPr="00901BC0">
        <w:rPr>
          <w:rFonts w:ascii="Arial" w:hAnsi="Arial" w:cs="Arial"/>
        </w:rPr>
        <w:t>desadaptativa</w:t>
      </w:r>
      <w:proofErr w:type="spellEnd"/>
      <w:r w:rsidRPr="00901BC0">
        <w:rPr>
          <w:rFonts w:ascii="Arial" w:hAnsi="Arial" w:cs="Arial"/>
        </w:rPr>
        <w:t xml:space="preserve">, </w:t>
      </w:r>
      <w:proofErr w:type="spellStart"/>
      <w:r w:rsidRPr="00901BC0">
        <w:rPr>
          <w:rFonts w:ascii="Arial" w:hAnsi="Arial" w:cs="Arial"/>
        </w:rPr>
        <w:t>atribuyéndola</w:t>
      </w:r>
      <w:proofErr w:type="spellEnd"/>
      <w:r w:rsidRPr="00901BC0">
        <w:rPr>
          <w:rFonts w:ascii="Arial" w:hAnsi="Arial" w:cs="Arial"/>
        </w:rPr>
        <w:t xml:space="preserve"> a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característica</w:t>
      </w:r>
      <w:proofErr w:type="spellEnd"/>
      <w:r w:rsidRPr="00901BC0">
        <w:rPr>
          <w:rFonts w:ascii="Arial" w:hAnsi="Arial" w:cs="Arial"/>
        </w:rPr>
        <w:t xml:space="preserve"> de la </w:t>
      </w:r>
      <w:proofErr w:type="spellStart"/>
      <w:r w:rsidRPr="00901BC0">
        <w:rPr>
          <w:rFonts w:ascii="Arial" w:hAnsi="Arial" w:cs="Arial"/>
        </w:rPr>
        <w:t>condición</w:t>
      </w:r>
      <w:proofErr w:type="spellEnd"/>
      <w:r w:rsidRPr="00901BC0">
        <w:rPr>
          <w:rFonts w:ascii="Arial" w:hAnsi="Arial" w:cs="Arial"/>
        </w:rPr>
        <w:t xml:space="preserve"> del </w:t>
      </w:r>
      <w:proofErr w:type="spellStart"/>
      <w:r w:rsidRPr="00901BC0">
        <w:rPr>
          <w:rFonts w:ascii="Arial" w:hAnsi="Arial" w:cs="Arial"/>
        </w:rPr>
        <w:t>estudiante</w:t>
      </w:r>
      <w:proofErr w:type="spellEnd"/>
      <w:r w:rsidRPr="00901BC0">
        <w:rPr>
          <w:rFonts w:ascii="Arial" w:hAnsi="Arial" w:cs="Arial"/>
        </w:rPr>
        <w:t xml:space="preserve"> (</w:t>
      </w:r>
      <w:proofErr w:type="spellStart"/>
      <w:r w:rsidRPr="00901BC0">
        <w:rPr>
          <w:rFonts w:ascii="Arial" w:hAnsi="Arial" w:cs="Arial"/>
        </w:rPr>
        <w:t>como</w:t>
      </w:r>
      <w:proofErr w:type="spellEnd"/>
      <w:r w:rsidRPr="00901BC0">
        <w:rPr>
          <w:rFonts w:ascii="Arial" w:hAnsi="Arial" w:cs="Arial"/>
        </w:rPr>
        <w:t xml:space="preserve"> </w:t>
      </w:r>
      <w:proofErr w:type="spellStart"/>
      <w:r w:rsidRPr="00901BC0">
        <w:rPr>
          <w:rFonts w:ascii="Arial" w:hAnsi="Arial" w:cs="Arial"/>
        </w:rPr>
        <w:t>puede</w:t>
      </w:r>
      <w:proofErr w:type="spellEnd"/>
      <w:r w:rsidRPr="00901BC0">
        <w:rPr>
          <w:rFonts w:ascii="Arial" w:hAnsi="Arial" w:cs="Arial"/>
        </w:rPr>
        <w:t xml:space="preserve"> ser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autismo</w:t>
      </w:r>
      <w:proofErr w:type="spellEnd"/>
      <w:r w:rsidRPr="00901BC0">
        <w:rPr>
          <w:rFonts w:ascii="Arial" w:hAnsi="Arial" w:cs="Arial"/>
        </w:rPr>
        <w:t xml:space="preserve">), </w:t>
      </w:r>
      <w:proofErr w:type="spellStart"/>
      <w:r w:rsidRPr="00901BC0">
        <w:rPr>
          <w:rFonts w:ascii="Arial" w:hAnsi="Arial" w:cs="Arial"/>
        </w:rPr>
        <w:t>sino</w:t>
      </w:r>
      <w:proofErr w:type="spellEnd"/>
      <w:r w:rsidRPr="00901BC0">
        <w:rPr>
          <w:rFonts w:ascii="Arial" w:hAnsi="Arial" w:cs="Arial"/>
        </w:rPr>
        <w:t xml:space="preserve"> que, </w:t>
      </w:r>
      <w:proofErr w:type="spellStart"/>
      <w:r w:rsidRPr="00901BC0">
        <w:rPr>
          <w:rFonts w:ascii="Arial" w:hAnsi="Arial" w:cs="Arial"/>
        </w:rPr>
        <w:t>teniendo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cuenta</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factores</w:t>
      </w:r>
      <w:proofErr w:type="spellEnd"/>
      <w:r w:rsidRPr="00901BC0">
        <w:rPr>
          <w:rFonts w:ascii="Arial" w:hAnsi="Arial" w:cs="Arial"/>
        </w:rPr>
        <w:t xml:space="preserve"> </w:t>
      </w:r>
      <w:proofErr w:type="spellStart"/>
      <w:r w:rsidRPr="00901BC0">
        <w:rPr>
          <w:rFonts w:ascii="Arial" w:hAnsi="Arial" w:cs="Arial"/>
        </w:rPr>
        <w:t>asociados</w:t>
      </w:r>
      <w:proofErr w:type="spellEnd"/>
      <w:r w:rsidRPr="00901BC0">
        <w:rPr>
          <w:rFonts w:ascii="Arial" w:hAnsi="Arial" w:cs="Arial"/>
        </w:rPr>
        <w:t xml:space="preserve"> </w:t>
      </w:r>
      <w:proofErr w:type="gramStart"/>
      <w:r w:rsidRPr="00901BC0">
        <w:rPr>
          <w:rFonts w:ascii="Arial" w:hAnsi="Arial" w:cs="Arial"/>
        </w:rPr>
        <w:t>a</w:t>
      </w:r>
      <w:proofErr w:type="gramEnd"/>
      <w:r w:rsidRPr="00901BC0">
        <w:rPr>
          <w:rFonts w:ascii="Arial" w:hAnsi="Arial" w:cs="Arial"/>
        </w:rPr>
        <w:t xml:space="preserve"> </w:t>
      </w:r>
      <w:proofErr w:type="spellStart"/>
      <w:r w:rsidRPr="00901BC0">
        <w:rPr>
          <w:rFonts w:ascii="Arial" w:hAnsi="Arial" w:cs="Arial"/>
        </w:rPr>
        <w:t>esta</w:t>
      </w:r>
      <w:proofErr w:type="spellEnd"/>
      <w:r w:rsidRPr="00901BC0">
        <w:rPr>
          <w:rFonts w:ascii="Arial" w:hAnsi="Arial" w:cs="Arial"/>
        </w:rPr>
        <w:t xml:space="preserve"> </w:t>
      </w:r>
      <w:proofErr w:type="spellStart"/>
      <w:r w:rsidRPr="00901BC0">
        <w:rPr>
          <w:rFonts w:ascii="Arial" w:hAnsi="Arial" w:cs="Arial"/>
        </w:rPr>
        <w:t>condición</w:t>
      </w:r>
      <w:proofErr w:type="spellEnd"/>
      <w:r w:rsidRPr="00901BC0">
        <w:rPr>
          <w:rFonts w:ascii="Arial" w:hAnsi="Arial" w:cs="Arial"/>
        </w:rPr>
        <w:t xml:space="preserve"> u </w:t>
      </w:r>
      <w:proofErr w:type="spellStart"/>
      <w:r w:rsidRPr="00901BC0">
        <w:rPr>
          <w:rFonts w:ascii="Arial" w:hAnsi="Arial" w:cs="Arial"/>
        </w:rPr>
        <w:t>otra</w:t>
      </w:r>
      <w:proofErr w:type="spellEnd"/>
      <w:r w:rsidRPr="00901BC0">
        <w:rPr>
          <w:rFonts w:ascii="Arial" w:hAnsi="Arial" w:cs="Arial"/>
        </w:rPr>
        <w:t xml:space="preserve">, </w:t>
      </w:r>
      <w:proofErr w:type="spellStart"/>
      <w:r w:rsidRPr="00901BC0">
        <w:rPr>
          <w:rFonts w:ascii="Arial" w:hAnsi="Arial" w:cs="Arial"/>
        </w:rPr>
        <w:t>tomar</w:t>
      </w:r>
      <w:proofErr w:type="spellEnd"/>
      <w:r w:rsidRPr="00901BC0">
        <w:rPr>
          <w:rFonts w:ascii="Arial" w:hAnsi="Arial" w:cs="Arial"/>
        </w:rPr>
        <w:t xml:space="preserve"> las </w:t>
      </w:r>
      <w:proofErr w:type="spellStart"/>
      <w:r w:rsidRPr="00901BC0">
        <w:rPr>
          <w:rFonts w:ascii="Arial" w:hAnsi="Arial" w:cs="Arial"/>
        </w:rPr>
        <w:t>mejores</w:t>
      </w:r>
      <w:proofErr w:type="spellEnd"/>
      <w:r w:rsidRPr="00901BC0">
        <w:rPr>
          <w:rFonts w:ascii="Arial" w:hAnsi="Arial" w:cs="Arial"/>
        </w:rPr>
        <w:t xml:space="preserve"> </w:t>
      </w:r>
      <w:proofErr w:type="spellStart"/>
      <w:r w:rsidRPr="00901BC0">
        <w:rPr>
          <w:rFonts w:ascii="Arial" w:hAnsi="Arial" w:cs="Arial"/>
        </w:rPr>
        <w:t>decisiones</w:t>
      </w:r>
      <w:proofErr w:type="spellEnd"/>
      <w:r w:rsidRPr="00901BC0">
        <w:rPr>
          <w:rFonts w:ascii="Arial" w:hAnsi="Arial" w:cs="Arial"/>
        </w:rPr>
        <w:t xml:space="preserve"> </w:t>
      </w:r>
      <w:proofErr w:type="spellStart"/>
      <w:r w:rsidRPr="00901BC0">
        <w:rPr>
          <w:rFonts w:ascii="Arial" w:hAnsi="Arial" w:cs="Arial"/>
        </w:rPr>
        <w:t>sobre</w:t>
      </w:r>
      <w:proofErr w:type="spellEnd"/>
      <w:r w:rsidRPr="00901BC0">
        <w:rPr>
          <w:rFonts w:ascii="Arial" w:hAnsi="Arial" w:cs="Arial"/>
        </w:rPr>
        <w:t xml:space="preserve"> las </w:t>
      </w:r>
      <w:proofErr w:type="spellStart"/>
      <w:r w:rsidRPr="00901BC0">
        <w:rPr>
          <w:rFonts w:ascii="Arial" w:hAnsi="Arial" w:cs="Arial"/>
        </w:rPr>
        <w:t>acciones</w:t>
      </w:r>
      <w:proofErr w:type="spellEnd"/>
      <w:r w:rsidRPr="00901BC0">
        <w:rPr>
          <w:rFonts w:ascii="Arial" w:hAnsi="Arial" w:cs="Arial"/>
        </w:rPr>
        <w:t xml:space="preserve"> </w:t>
      </w:r>
      <w:proofErr w:type="spellStart"/>
      <w:r w:rsidRPr="00901BC0">
        <w:rPr>
          <w:rFonts w:ascii="Arial" w:hAnsi="Arial" w:cs="Arial"/>
        </w:rPr>
        <w:t>formativas</w:t>
      </w:r>
      <w:proofErr w:type="spellEnd"/>
      <w:r w:rsidRPr="00901BC0">
        <w:rPr>
          <w:rFonts w:ascii="Arial" w:hAnsi="Arial" w:cs="Arial"/>
        </w:rPr>
        <w:t xml:space="preserve"> que </w:t>
      </w:r>
      <w:proofErr w:type="spellStart"/>
      <w:r w:rsidRPr="00901BC0">
        <w:rPr>
          <w:rFonts w:ascii="Arial" w:hAnsi="Arial" w:cs="Arial"/>
        </w:rPr>
        <w:t>corresponde</w:t>
      </w:r>
      <w:proofErr w:type="spellEnd"/>
      <w:r w:rsidRPr="00901BC0">
        <w:rPr>
          <w:rFonts w:ascii="Arial" w:hAnsi="Arial" w:cs="Arial"/>
        </w:rPr>
        <w:t xml:space="preserve"> </w:t>
      </w:r>
      <w:proofErr w:type="spellStart"/>
      <w:r w:rsidRPr="00901BC0">
        <w:rPr>
          <w:rFonts w:ascii="Arial" w:hAnsi="Arial" w:cs="Arial"/>
        </w:rPr>
        <w:t>implementar</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cada</w:t>
      </w:r>
      <w:proofErr w:type="spellEnd"/>
      <w:r w:rsidRPr="00901BC0">
        <w:rPr>
          <w:rFonts w:ascii="Arial" w:hAnsi="Arial" w:cs="Arial"/>
        </w:rPr>
        <w:t xml:space="preserve"> </w:t>
      </w:r>
      <w:proofErr w:type="spellStart"/>
      <w:r w:rsidRPr="00901BC0">
        <w:rPr>
          <w:rFonts w:ascii="Arial" w:hAnsi="Arial" w:cs="Arial"/>
        </w:rPr>
        <w:t>caso</w:t>
      </w:r>
      <w:proofErr w:type="spellEnd"/>
      <w:r w:rsidRPr="00901BC0">
        <w:rPr>
          <w:rFonts w:ascii="Arial" w:hAnsi="Arial" w:cs="Arial"/>
        </w:rPr>
        <w:t xml:space="preserve">, de </w:t>
      </w:r>
      <w:proofErr w:type="spellStart"/>
      <w:r w:rsidRPr="00901BC0">
        <w:rPr>
          <w:rFonts w:ascii="Arial" w:hAnsi="Arial" w:cs="Arial"/>
        </w:rPr>
        <w:t>manera</w:t>
      </w:r>
      <w:proofErr w:type="spellEnd"/>
      <w:r w:rsidRPr="00901BC0">
        <w:rPr>
          <w:rFonts w:ascii="Arial" w:hAnsi="Arial" w:cs="Arial"/>
        </w:rPr>
        <w:t xml:space="preserve"> flexible y </w:t>
      </w:r>
      <w:proofErr w:type="spellStart"/>
      <w:r w:rsidRPr="00901BC0">
        <w:rPr>
          <w:rFonts w:ascii="Arial" w:hAnsi="Arial" w:cs="Arial"/>
        </w:rPr>
        <w:t>adaptada</w:t>
      </w:r>
      <w:proofErr w:type="spellEnd"/>
      <w:r w:rsidRPr="00901BC0">
        <w:rPr>
          <w:rFonts w:ascii="Arial" w:hAnsi="Arial" w:cs="Arial"/>
        </w:rPr>
        <w:t xml:space="preserve"> a la persona y a sus </w:t>
      </w:r>
      <w:proofErr w:type="spellStart"/>
      <w:r w:rsidRPr="00901BC0">
        <w:rPr>
          <w:rFonts w:ascii="Arial" w:hAnsi="Arial" w:cs="Arial"/>
        </w:rPr>
        <w:t>circunstancias</w:t>
      </w:r>
      <w:proofErr w:type="spellEnd"/>
      <w:r w:rsidRPr="00901BC0">
        <w:rPr>
          <w:rFonts w:ascii="Arial" w:hAnsi="Arial" w:cs="Arial"/>
        </w:rPr>
        <w:t xml:space="preserve"> </w:t>
      </w:r>
      <w:proofErr w:type="spellStart"/>
      <w:r w:rsidRPr="00901BC0">
        <w:rPr>
          <w:rFonts w:ascii="Arial" w:hAnsi="Arial" w:cs="Arial"/>
        </w:rPr>
        <w:t>particulares</w:t>
      </w:r>
      <w:proofErr w:type="spellEnd"/>
      <w:r w:rsidRPr="00901BC0">
        <w:rPr>
          <w:rFonts w:ascii="Arial" w:hAnsi="Arial" w:cs="Arial"/>
        </w:rPr>
        <w:t>.</w:t>
      </w:r>
    </w:p>
    <w:p w14:paraId="6EA1762D" w14:textId="77777777" w:rsidR="00893C50" w:rsidRDefault="00893C50" w:rsidP="00893C50">
      <w:pPr>
        <w:pStyle w:val="Textoindependiente"/>
        <w:spacing w:before="153" w:line="360" w:lineRule="auto"/>
        <w:ind w:right="49"/>
        <w:jc w:val="both"/>
        <w:rPr>
          <w:rFonts w:ascii="Arial" w:hAnsi="Arial" w:cs="Arial"/>
        </w:rPr>
      </w:pPr>
      <w:proofErr w:type="spellStart"/>
      <w:r w:rsidRPr="00901BC0">
        <w:rPr>
          <w:rFonts w:ascii="Arial" w:hAnsi="Arial" w:cs="Arial"/>
        </w:rPr>
        <w:t>Todas</w:t>
      </w:r>
      <w:proofErr w:type="spellEnd"/>
      <w:r w:rsidRPr="00901BC0">
        <w:rPr>
          <w:rFonts w:ascii="Arial" w:hAnsi="Arial" w:cs="Arial"/>
        </w:rPr>
        <w:t xml:space="preserve"> las </w:t>
      </w:r>
      <w:proofErr w:type="spellStart"/>
      <w:r w:rsidRPr="00901BC0">
        <w:rPr>
          <w:rFonts w:ascii="Arial" w:hAnsi="Arial" w:cs="Arial"/>
        </w:rPr>
        <w:t>medidas</w:t>
      </w:r>
      <w:proofErr w:type="spellEnd"/>
      <w:r w:rsidRPr="00901BC0">
        <w:rPr>
          <w:rFonts w:ascii="Arial" w:hAnsi="Arial" w:cs="Arial"/>
        </w:rPr>
        <w:t xml:space="preserve"> y </w:t>
      </w:r>
      <w:proofErr w:type="spellStart"/>
      <w:r w:rsidRPr="00901BC0">
        <w:rPr>
          <w:rFonts w:ascii="Arial" w:hAnsi="Arial" w:cs="Arial"/>
        </w:rPr>
        <w:t>criterios</w:t>
      </w:r>
      <w:proofErr w:type="spellEnd"/>
      <w:r w:rsidRPr="00901BC0">
        <w:rPr>
          <w:rFonts w:ascii="Arial" w:hAnsi="Arial" w:cs="Arial"/>
        </w:rPr>
        <w:t xml:space="preserve"> tanto </w:t>
      </w:r>
      <w:proofErr w:type="spellStart"/>
      <w:r w:rsidRPr="00901BC0">
        <w:rPr>
          <w:rFonts w:ascii="Arial" w:hAnsi="Arial" w:cs="Arial"/>
        </w:rPr>
        <w:t>generales</w:t>
      </w:r>
      <w:proofErr w:type="spellEnd"/>
      <w:r w:rsidRPr="00901BC0">
        <w:rPr>
          <w:rFonts w:ascii="Arial" w:hAnsi="Arial" w:cs="Arial"/>
        </w:rPr>
        <w:t xml:space="preserve"> </w:t>
      </w:r>
      <w:proofErr w:type="spellStart"/>
      <w:r w:rsidRPr="00901BC0">
        <w:rPr>
          <w:rFonts w:ascii="Arial" w:hAnsi="Arial" w:cs="Arial"/>
        </w:rPr>
        <w:t>como</w:t>
      </w:r>
      <w:proofErr w:type="spellEnd"/>
      <w:r w:rsidRPr="00901BC0">
        <w:rPr>
          <w:rFonts w:ascii="Arial" w:hAnsi="Arial" w:cs="Arial"/>
        </w:rPr>
        <w:t xml:space="preserve"> </w:t>
      </w:r>
      <w:proofErr w:type="spellStart"/>
      <w:r w:rsidRPr="00901BC0">
        <w:rPr>
          <w:rFonts w:ascii="Arial" w:hAnsi="Arial" w:cs="Arial"/>
        </w:rPr>
        <w:t>particulares</w:t>
      </w:r>
      <w:proofErr w:type="spellEnd"/>
      <w:r w:rsidRPr="00901BC0">
        <w:rPr>
          <w:rFonts w:ascii="Arial" w:hAnsi="Arial" w:cs="Arial"/>
        </w:rPr>
        <w:t xml:space="preserve"> </w:t>
      </w:r>
      <w:proofErr w:type="spellStart"/>
      <w:r w:rsidRPr="00901BC0">
        <w:rPr>
          <w:rFonts w:ascii="Arial" w:hAnsi="Arial" w:cs="Arial"/>
        </w:rPr>
        <w:t>deben</w:t>
      </w:r>
      <w:proofErr w:type="spellEnd"/>
      <w:r w:rsidRPr="00901BC0">
        <w:rPr>
          <w:rFonts w:ascii="Arial" w:hAnsi="Arial" w:cs="Arial"/>
        </w:rPr>
        <w:t xml:space="preserve"> ser </w:t>
      </w:r>
      <w:proofErr w:type="spellStart"/>
      <w:r w:rsidRPr="00901BC0">
        <w:rPr>
          <w:rFonts w:ascii="Arial" w:hAnsi="Arial" w:cs="Arial"/>
        </w:rPr>
        <w:t>conocidos</w:t>
      </w:r>
      <w:proofErr w:type="spellEnd"/>
      <w:r w:rsidRPr="00901BC0">
        <w:rPr>
          <w:rFonts w:ascii="Arial" w:hAnsi="Arial" w:cs="Arial"/>
        </w:rPr>
        <w:t xml:space="preserve"> y </w:t>
      </w:r>
      <w:proofErr w:type="spellStart"/>
      <w:r w:rsidRPr="00901BC0">
        <w:rPr>
          <w:rFonts w:ascii="Arial" w:hAnsi="Arial" w:cs="Arial"/>
        </w:rPr>
        <w:t>manejados</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miembros</w:t>
      </w:r>
      <w:proofErr w:type="spellEnd"/>
      <w:r w:rsidRPr="00901BC0">
        <w:rPr>
          <w:rFonts w:ascii="Arial" w:hAnsi="Arial" w:cs="Arial"/>
        </w:rPr>
        <w:t xml:space="preserve"> de la </w:t>
      </w:r>
      <w:proofErr w:type="spellStart"/>
      <w:r w:rsidRPr="00901BC0">
        <w:rPr>
          <w:rFonts w:ascii="Arial" w:hAnsi="Arial" w:cs="Arial"/>
        </w:rPr>
        <w:t>comunidad</w:t>
      </w:r>
      <w:proofErr w:type="spellEnd"/>
      <w:r w:rsidRPr="00901BC0">
        <w:rPr>
          <w:rFonts w:ascii="Arial" w:hAnsi="Arial" w:cs="Arial"/>
        </w:rPr>
        <w:t xml:space="preserve"> escolar e </w:t>
      </w:r>
      <w:proofErr w:type="spellStart"/>
      <w:r w:rsidRPr="00901BC0">
        <w:rPr>
          <w:rFonts w:ascii="Arial" w:hAnsi="Arial" w:cs="Arial"/>
        </w:rPr>
        <w:t>informados</w:t>
      </w:r>
      <w:proofErr w:type="spellEnd"/>
      <w:r w:rsidRPr="00901BC0">
        <w:rPr>
          <w:rFonts w:ascii="Arial" w:hAnsi="Arial" w:cs="Arial"/>
        </w:rPr>
        <w:t xml:space="preserve"> a la familia, </w:t>
      </w:r>
      <w:proofErr w:type="spellStart"/>
      <w:r w:rsidRPr="00901BC0">
        <w:rPr>
          <w:rFonts w:ascii="Arial" w:hAnsi="Arial" w:cs="Arial"/>
        </w:rPr>
        <w:t>quienes</w:t>
      </w:r>
      <w:proofErr w:type="spellEnd"/>
      <w:r w:rsidRPr="00901BC0">
        <w:rPr>
          <w:rFonts w:ascii="Arial" w:hAnsi="Arial" w:cs="Arial"/>
        </w:rPr>
        <w:t xml:space="preserve"> </w:t>
      </w:r>
      <w:proofErr w:type="spellStart"/>
      <w:r w:rsidRPr="00901BC0">
        <w:rPr>
          <w:rFonts w:ascii="Arial" w:hAnsi="Arial" w:cs="Arial"/>
        </w:rPr>
        <w:t>facilitarán</w:t>
      </w:r>
      <w:proofErr w:type="spellEnd"/>
      <w:r w:rsidRPr="00901BC0">
        <w:rPr>
          <w:rFonts w:ascii="Arial" w:hAnsi="Arial" w:cs="Arial"/>
        </w:rPr>
        <w:t xml:space="preserve"> a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vez</w:t>
      </w:r>
      <w:proofErr w:type="spellEnd"/>
      <w:r w:rsidRPr="00901BC0">
        <w:rPr>
          <w:rFonts w:ascii="Arial" w:hAnsi="Arial" w:cs="Arial"/>
        </w:rPr>
        <w:t xml:space="preserve"> la </w:t>
      </w:r>
      <w:proofErr w:type="spellStart"/>
      <w:r w:rsidRPr="00901BC0">
        <w:rPr>
          <w:rFonts w:ascii="Arial" w:hAnsi="Arial" w:cs="Arial"/>
        </w:rPr>
        <w:t>coordinación</w:t>
      </w:r>
      <w:proofErr w:type="spellEnd"/>
      <w:r w:rsidRPr="00901BC0">
        <w:rPr>
          <w:rFonts w:ascii="Arial" w:hAnsi="Arial" w:cs="Arial"/>
        </w:rPr>
        <w:t xml:space="preserve"> con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especialistas</w:t>
      </w:r>
      <w:proofErr w:type="spellEnd"/>
      <w:r w:rsidRPr="00901BC0">
        <w:rPr>
          <w:rFonts w:ascii="Arial" w:hAnsi="Arial" w:cs="Arial"/>
        </w:rPr>
        <w:t xml:space="preserve"> </w:t>
      </w:r>
      <w:proofErr w:type="spellStart"/>
      <w:r w:rsidRPr="00901BC0">
        <w:rPr>
          <w:rFonts w:ascii="Arial" w:hAnsi="Arial" w:cs="Arial"/>
        </w:rPr>
        <w:t>externos</w:t>
      </w:r>
      <w:proofErr w:type="spellEnd"/>
      <w:r w:rsidRPr="00901BC0">
        <w:rPr>
          <w:rFonts w:ascii="Arial" w:hAnsi="Arial" w:cs="Arial"/>
        </w:rPr>
        <w:t xml:space="preserve"> </w:t>
      </w:r>
      <w:r>
        <w:rPr>
          <w:rFonts w:ascii="Arial" w:hAnsi="Arial" w:cs="Arial"/>
        </w:rPr>
        <w:t xml:space="preserve">del </w:t>
      </w:r>
      <w:proofErr w:type="spellStart"/>
      <w:r>
        <w:rPr>
          <w:rFonts w:ascii="Arial" w:hAnsi="Arial" w:cs="Arial"/>
        </w:rPr>
        <w:t>establecimiento</w:t>
      </w:r>
      <w:proofErr w:type="spellEnd"/>
      <w:r>
        <w:rPr>
          <w:rFonts w:ascii="Arial" w:hAnsi="Arial" w:cs="Arial"/>
        </w:rPr>
        <w:t>.</w:t>
      </w:r>
    </w:p>
    <w:p w14:paraId="433F8F5D" w14:textId="77777777" w:rsidR="00893C50" w:rsidRDefault="00893C50" w:rsidP="00893C50">
      <w:pPr>
        <w:pStyle w:val="Textoindependiente"/>
        <w:spacing w:before="153" w:line="360" w:lineRule="auto"/>
        <w:ind w:right="49"/>
        <w:jc w:val="both"/>
        <w:rPr>
          <w:rFonts w:ascii="Arial" w:hAnsi="Arial" w:cs="Arial"/>
        </w:rPr>
      </w:pPr>
    </w:p>
    <w:p w14:paraId="786BB5BA" w14:textId="77777777" w:rsidR="00893C50" w:rsidRDefault="00893C50" w:rsidP="00893C50">
      <w:pPr>
        <w:pStyle w:val="Textoindependiente"/>
        <w:spacing w:before="153" w:line="360" w:lineRule="auto"/>
        <w:ind w:right="49"/>
        <w:jc w:val="both"/>
        <w:rPr>
          <w:rFonts w:ascii="Arial" w:hAnsi="Arial" w:cs="Arial"/>
        </w:rPr>
      </w:pPr>
    </w:p>
    <w:p w14:paraId="27ED1B29" w14:textId="77777777" w:rsidR="00893C50" w:rsidRPr="00901BC0" w:rsidRDefault="00893C50" w:rsidP="00893C50">
      <w:pPr>
        <w:pStyle w:val="Textoindependiente"/>
        <w:spacing w:before="153" w:line="360" w:lineRule="auto"/>
        <w:ind w:right="49"/>
        <w:jc w:val="both"/>
        <w:rPr>
          <w:rFonts w:ascii="Arial" w:hAnsi="Arial" w:cs="Arial"/>
        </w:rPr>
      </w:pPr>
    </w:p>
    <w:p w14:paraId="4E37AA24" w14:textId="77777777" w:rsidR="00893C50" w:rsidRPr="00893C50" w:rsidRDefault="00893C50" w:rsidP="00893C50">
      <w:pPr>
        <w:pStyle w:val="Ttulo1"/>
        <w:keepNext w:val="0"/>
        <w:keepLines w:val="0"/>
        <w:widowControl w:val="0"/>
        <w:numPr>
          <w:ilvl w:val="0"/>
          <w:numId w:val="42"/>
        </w:numPr>
        <w:tabs>
          <w:tab w:val="left" w:pos="811"/>
          <w:tab w:val="left" w:pos="812"/>
        </w:tabs>
        <w:autoSpaceDE w:val="0"/>
        <w:autoSpaceDN w:val="0"/>
        <w:spacing w:before="150" w:line="360" w:lineRule="auto"/>
        <w:ind w:left="0" w:right="49" w:firstLine="0"/>
        <w:jc w:val="both"/>
        <w:rPr>
          <w:rFonts w:ascii="Arial" w:hAnsi="Arial" w:cs="Arial"/>
          <w:color w:val="auto"/>
        </w:rPr>
      </w:pPr>
      <w:r w:rsidRPr="00893C50">
        <w:rPr>
          <w:rFonts w:ascii="Arial" w:hAnsi="Arial" w:cs="Arial"/>
          <w:color w:val="auto"/>
        </w:rPr>
        <w:lastRenderedPageBreak/>
        <w:t xml:space="preserve">ACCIONES PREVENTIVAS </w:t>
      </w:r>
    </w:p>
    <w:p w14:paraId="48871466" w14:textId="77777777" w:rsidR="00893C50" w:rsidRDefault="00893C50" w:rsidP="00893C50">
      <w:pPr>
        <w:pStyle w:val="Textoindependiente"/>
        <w:spacing w:line="360" w:lineRule="auto"/>
        <w:ind w:right="49"/>
        <w:jc w:val="both"/>
        <w:rPr>
          <w:rFonts w:ascii="Arial" w:hAnsi="Arial" w:cs="Arial"/>
          <w:b/>
        </w:rPr>
      </w:pPr>
    </w:p>
    <w:p w14:paraId="0126676C" w14:textId="77777777" w:rsidR="00893C50" w:rsidRDefault="00893C50" w:rsidP="00893C50">
      <w:pPr>
        <w:pStyle w:val="Textoindependiente"/>
        <w:spacing w:line="360" w:lineRule="auto"/>
        <w:ind w:right="49"/>
        <w:jc w:val="both"/>
        <w:rPr>
          <w:rFonts w:ascii="Arial" w:hAnsi="Arial" w:cs="Arial"/>
        </w:rPr>
      </w:pPr>
      <w:r w:rsidRPr="00872DD5">
        <w:rPr>
          <w:rFonts w:ascii="Arial" w:hAnsi="Arial" w:cs="Arial"/>
        </w:rPr>
        <w:t xml:space="preserve">Es </w:t>
      </w:r>
      <w:proofErr w:type="spellStart"/>
      <w:r w:rsidRPr="00872DD5">
        <w:rPr>
          <w:rFonts w:ascii="Arial" w:hAnsi="Arial" w:cs="Arial"/>
        </w:rPr>
        <w:t>recomendable</w:t>
      </w:r>
      <w:proofErr w:type="spellEnd"/>
      <w:r w:rsidRPr="00872DD5">
        <w:rPr>
          <w:rFonts w:ascii="Arial" w:hAnsi="Arial" w:cs="Arial"/>
        </w:rPr>
        <w:t xml:space="preserve"> </w:t>
      </w:r>
      <w:proofErr w:type="spellStart"/>
      <w:r w:rsidRPr="00872DD5">
        <w:rPr>
          <w:rFonts w:ascii="Arial" w:hAnsi="Arial" w:cs="Arial"/>
        </w:rPr>
        <w:t>utilizar</w:t>
      </w:r>
      <w:proofErr w:type="spellEnd"/>
      <w:r w:rsidRPr="00872DD5">
        <w:rPr>
          <w:rFonts w:ascii="Arial" w:hAnsi="Arial" w:cs="Arial"/>
        </w:rPr>
        <w:t xml:space="preserve"> </w:t>
      </w:r>
      <w:proofErr w:type="spellStart"/>
      <w:r w:rsidRPr="00872DD5">
        <w:rPr>
          <w:rFonts w:ascii="Arial" w:hAnsi="Arial" w:cs="Arial"/>
        </w:rPr>
        <w:t>más</w:t>
      </w:r>
      <w:proofErr w:type="spellEnd"/>
      <w:r w:rsidRPr="00872DD5">
        <w:rPr>
          <w:rFonts w:ascii="Arial" w:hAnsi="Arial" w:cs="Arial"/>
        </w:rPr>
        <w:t xml:space="preserve"> </w:t>
      </w:r>
      <w:proofErr w:type="spellStart"/>
      <w:r w:rsidRPr="00872DD5">
        <w:rPr>
          <w:rFonts w:ascii="Arial" w:hAnsi="Arial" w:cs="Arial"/>
        </w:rPr>
        <w:t>tiempo</w:t>
      </w:r>
      <w:proofErr w:type="spellEnd"/>
      <w:r w:rsidRPr="00872DD5">
        <w:rPr>
          <w:rFonts w:ascii="Arial" w:hAnsi="Arial" w:cs="Arial"/>
        </w:rPr>
        <w:t xml:space="preserve"> y </w:t>
      </w:r>
      <w:proofErr w:type="spellStart"/>
      <w:r w:rsidRPr="00872DD5">
        <w:rPr>
          <w:rFonts w:ascii="Arial" w:hAnsi="Arial" w:cs="Arial"/>
        </w:rPr>
        <w:t>recursos</w:t>
      </w:r>
      <w:proofErr w:type="spellEnd"/>
      <w:r w:rsidRPr="00872DD5">
        <w:rPr>
          <w:rFonts w:ascii="Arial" w:hAnsi="Arial" w:cs="Arial"/>
        </w:rPr>
        <w:t xml:space="preserve"> del </w:t>
      </w:r>
      <w:proofErr w:type="spellStart"/>
      <w:r w:rsidRPr="00872DD5">
        <w:rPr>
          <w:rFonts w:ascii="Arial" w:hAnsi="Arial" w:cs="Arial"/>
        </w:rPr>
        <w:t>equipo</w:t>
      </w:r>
      <w:proofErr w:type="spellEnd"/>
      <w:r w:rsidRPr="00872DD5">
        <w:rPr>
          <w:rFonts w:ascii="Arial" w:hAnsi="Arial" w:cs="Arial"/>
        </w:rPr>
        <w:t xml:space="preserve"> y </w:t>
      </w:r>
      <w:proofErr w:type="spellStart"/>
      <w:r w:rsidRPr="00872DD5">
        <w:rPr>
          <w:rFonts w:ascii="Arial" w:hAnsi="Arial" w:cs="Arial"/>
        </w:rPr>
        <w:t>adultos</w:t>
      </w:r>
      <w:proofErr w:type="spellEnd"/>
      <w:r w:rsidRPr="00872DD5">
        <w:rPr>
          <w:rFonts w:ascii="Arial" w:hAnsi="Arial" w:cs="Arial"/>
        </w:rPr>
        <w:t xml:space="preserve"> a cargo, </w:t>
      </w:r>
      <w:proofErr w:type="spellStart"/>
      <w:r w:rsidRPr="00872DD5">
        <w:rPr>
          <w:rFonts w:ascii="Arial" w:hAnsi="Arial" w:cs="Arial"/>
        </w:rPr>
        <w:t>en</w:t>
      </w:r>
      <w:proofErr w:type="spellEnd"/>
      <w:r w:rsidRPr="00872DD5">
        <w:rPr>
          <w:rFonts w:ascii="Arial" w:hAnsi="Arial" w:cs="Arial"/>
        </w:rPr>
        <w:t xml:space="preserve"> </w:t>
      </w:r>
      <w:proofErr w:type="spellStart"/>
      <w:r w:rsidRPr="00872DD5">
        <w:rPr>
          <w:rFonts w:ascii="Arial" w:hAnsi="Arial" w:cs="Arial"/>
        </w:rPr>
        <w:t>acciones</w:t>
      </w:r>
      <w:proofErr w:type="spellEnd"/>
      <w:r w:rsidRPr="00872DD5">
        <w:rPr>
          <w:rFonts w:ascii="Arial" w:hAnsi="Arial" w:cs="Arial"/>
        </w:rPr>
        <w:t xml:space="preserve"> para la </w:t>
      </w:r>
      <w:proofErr w:type="spellStart"/>
      <w:r w:rsidRPr="00872DD5">
        <w:rPr>
          <w:rFonts w:ascii="Arial" w:hAnsi="Arial" w:cs="Arial"/>
        </w:rPr>
        <w:t>prevención</w:t>
      </w:r>
      <w:proofErr w:type="spellEnd"/>
      <w:r w:rsidRPr="00872DD5">
        <w:rPr>
          <w:rFonts w:ascii="Arial" w:hAnsi="Arial" w:cs="Arial"/>
        </w:rPr>
        <w:t xml:space="preserve"> de </w:t>
      </w:r>
      <w:proofErr w:type="spellStart"/>
      <w:r w:rsidRPr="00872DD5">
        <w:rPr>
          <w:rFonts w:ascii="Arial" w:hAnsi="Arial" w:cs="Arial"/>
        </w:rPr>
        <w:t>episodios</w:t>
      </w:r>
      <w:proofErr w:type="spellEnd"/>
      <w:r w:rsidRPr="00872DD5">
        <w:rPr>
          <w:rFonts w:ascii="Arial" w:hAnsi="Arial" w:cs="Arial"/>
        </w:rPr>
        <w:t xml:space="preserve"> de </w:t>
      </w:r>
      <w:proofErr w:type="spellStart"/>
      <w:r w:rsidRPr="00872DD5">
        <w:rPr>
          <w:rFonts w:ascii="Arial" w:hAnsi="Arial" w:cs="Arial"/>
        </w:rPr>
        <w:t>desregulación</w:t>
      </w:r>
      <w:proofErr w:type="spellEnd"/>
      <w:r w:rsidRPr="00872DD5">
        <w:rPr>
          <w:rFonts w:ascii="Arial" w:hAnsi="Arial" w:cs="Arial"/>
        </w:rPr>
        <w:t xml:space="preserve"> </w:t>
      </w:r>
      <w:proofErr w:type="spellStart"/>
      <w:r w:rsidRPr="00872DD5">
        <w:rPr>
          <w:rFonts w:ascii="Arial" w:hAnsi="Arial" w:cs="Arial"/>
        </w:rPr>
        <w:t>emocional</w:t>
      </w:r>
      <w:proofErr w:type="spellEnd"/>
      <w:r w:rsidRPr="00872DD5">
        <w:rPr>
          <w:rFonts w:ascii="Arial" w:hAnsi="Arial" w:cs="Arial"/>
        </w:rPr>
        <w:t xml:space="preserve"> y </w:t>
      </w:r>
      <w:proofErr w:type="spellStart"/>
      <w:r w:rsidRPr="00872DD5">
        <w:rPr>
          <w:rFonts w:ascii="Arial" w:hAnsi="Arial" w:cs="Arial"/>
        </w:rPr>
        <w:t>conductual</w:t>
      </w:r>
      <w:proofErr w:type="spellEnd"/>
      <w:r w:rsidRPr="00872DD5">
        <w:rPr>
          <w:rFonts w:ascii="Arial" w:hAnsi="Arial" w:cs="Arial"/>
        </w:rPr>
        <w:t xml:space="preserve">. Para </w:t>
      </w:r>
      <w:proofErr w:type="spellStart"/>
      <w:r w:rsidRPr="00872DD5">
        <w:rPr>
          <w:rFonts w:ascii="Arial" w:hAnsi="Arial" w:cs="Arial"/>
        </w:rPr>
        <w:t>ello</w:t>
      </w:r>
      <w:proofErr w:type="spellEnd"/>
      <w:r w:rsidRPr="00872DD5">
        <w:rPr>
          <w:rFonts w:ascii="Arial" w:hAnsi="Arial" w:cs="Arial"/>
        </w:rPr>
        <w:t xml:space="preserve"> se </w:t>
      </w:r>
      <w:proofErr w:type="spellStart"/>
      <w:r w:rsidRPr="00872DD5">
        <w:rPr>
          <w:rFonts w:ascii="Arial" w:hAnsi="Arial" w:cs="Arial"/>
        </w:rPr>
        <w:t>sugiere</w:t>
      </w:r>
      <w:proofErr w:type="spellEnd"/>
      <w:r w:rsidRPr="00872DD5">
        <w:rPr>
          <w:rFonts w:ascii="Arial" w:hAnsi="Arial" w:cs="Arial"/>
        </w:rPr>
        <w:t xml:space="preserve"> lo </w:t>
      </w:r>
      <w:proofErr w:type="spellStart"/>
      <w:r w:rsidRPr="00872DD5">
        <w:rPr>
          <w:rFonts w:ascii="Arial" w:hAnsi="Arial" w:cs="Arial"/>
        </w:rPr>
        <w:t>siguiente</w:t>
      </w:r>
      <w:proofErr w:type="spellEnd"/>
      <w:r w:rsidRPr="00872DD5">
        <w:rPr>
          <w:rFonts w:ascii="Arial" w:hAnsi="Arial" w:cs="Arial"/>
        </w:rPr>
        <w:t>:</w:t>
      </w:r>
    </w:p>
    <w:p w14:paraId="395A4FF5" w14:textId="77777777" w:rsidR="00893C50" w:rsidRPr="00872DD5" w:rsidRDefault="00893C50" w:rsidP="00893C50">
      <w:pPr>
        <w:pStyle w:val="Textoindependiente"/>
        <w:spacing w:line="360" w:lineRule="auto"/>
        <w:ind w:right="49"/>
        <w:jc w:val="both"/>
        <w:rPr>
          <w:rFonts w:ascii="Arial" w:hAnsi="Arial" w:cs="Arial"/>
          <w:b/>
        </w:rPr>
      </w:pPr>
      <w:r>
        <w:rPr>
          <w:rFonts w:ascii="Arial" w:hAnsi="Arial" w:cs="Arial"/>
          <w:b/>
        </w:rPr>
        <w:t>1.-</w:t>
      </w:r>
      <w:r w:rsidRPr="00872DD5">
        <w:rPr>
          <w:rFonts w:ascii="Arial" w:hAnsi="Arial" w:cs="Arial"/>
          <w:b/>
        </w:rPr>
        <w:t xml:space="preserve">Conocer al </w:t>
      </w:r>
      <w:proofErr w:type="spellStart"/>
      <w:r w:rsidRPr="00872DD5">
        <w:rPr>
          <w:rFonts w:ascii="Arial" w:hAnsi="Arial" w:cs="Arial"/>
          <w:b/>
        </w:rPr>
        <w:t>estudiante</w:t>
      </w:r>
      <w:proofErr w:type="spellEnd"/>
      <w:r w:rsidRPr="00872DD5">
        <w:rPr>
          <w:rFonts w:ascii="Arial" w:hAnsi="Arial" w:cs="Arial"/>
          <w:b/>
        </w:rPr>
        <w:t>:</w:t>
      </w:r>
    </w:p>
    <w:p w14:paraId="58BA4CE9" w14:textId="77777777" w:rsidR="00893C50" w:rsidRPr="00872DD5" w:rsidRDefault="00893C50" w:rsidP="00893C50">
      <w:pPr>
        <w:pStyle w:val="Textoindependiente"/>
        <w:spacing w:line="360" w:lineRule="auto"/>
        <w:ind w:right="49"/>
        <w:jc w:val="both"/>
        <w:rPr>
          <w:rFonts w:ascii="Arial" w:hAnsi="Arial" w:cs="Arial"/>
        </w:rPr>
      </w:pPr>
      <w:proofErr w:type="spellStart"/>
      <w:r w:rsidRPr="00872DD5">
        <w:rPr>
          <w:rFonts w:ascii="Arial" w:hAnsi="Arial" w:cs="Arial"/>
        </w:rPr>
        <w:t>Identificar</w:t>
      </w:r>
      <w:proofErr w:type="spellEnd"/>
      <w:r w:rsidRPr="00872DD5">
        <w:rPr>
          <w:rFonts w:ascii="Arial" w:hAnsi="Arial" w:cs="Arial"/>
        </w:rPr>
        <w:t xml:space="preserve"> a </w:t>
      </w:r>
      <w:proofErr w:type="spellStart"/>
      <w:r w:rsidRPr="00872DD5">
        <w:rPr>
          <w:rFonts w:ascii="Arial" w:hAnsi="Arial" w:cs="Arial"/>
        </w:rPr>
        <w:t>quienes</w:t>
      </w:r>
      <w:proofErr w:type="spellEnd"/>
      <w:r w:rsidRPr="00872DD5">
        <w:rPr>
          <w:rFonts w:ascii="Arial" w:hAnsi="Arial" w:cs="Arial"/>
        </w:rPr>
        <w:t xml:space="preserve"> </w:t>
      </w:r>
      <w:proofErr w:type="spellStart"/>
      <w:r w:rsidRPr="00872DD5">
        <w:rPr>
          <w:rFonts w:ascii="Arial" w:hAnsi="Arial" w:cs="Arial"/>
        </w:rPr>
        <w:t>por</w:t>
      </w:r>
      <w:proofErr w:type="spellEnd"/>
      <w:r w:rsidRPr="00872DD5">
        <w:rPr>
          <w:rFonts w:ascii="Arial" w:hAnsi="Arial" w:cs="Arial"/>
        </w:rPr>
        <w:t xml:space="preserve"> sus </w:t>
      </w:r>
      <w:proofErr w:type="spellStart"/>
      <w:r w:rsidRPr="00872DD5">
        <w:rPr>
          <w:rFonts w:ascii="Arial" w:hAnsi="Arial" w:cs="Arial"/>
        </w:rPr>
        <w:t>características</w:t>
      </w:r>
      <w:proofErr w:type="spellEnd"/>
      <w:r w:rsidRPr="00872DD5">
        <w:rPr>
          <w:rFonts w:ascii="Arial" w:hAnsi="Arial" w:cs="Arial"/>
        </w:rPr>
        <w:t xml:space="preserve"> y/o </w:t>
      </w:r>
      <w:proofErr w:type="spellStart"/>
      <w:r w:rsidRPr="00872DD5">
        <w:rPr>
          <w:rFonts w:ascii="Arial" w:hAnsi="Arial" w:cs="Arial"/>
        </w:rPr>
        <w:t>circunstancias</w:t>
      </w:r>
      <w:proofErr w:type="spellEnd"/>
      <w:r w:rsidRPr="00872DD5">
        <w:rPr>
          <w:rFonts w:ascii="Arial" w:hAnsi="Arial" w:cs="Arial"/>
        </w:rPr>
        <w:t xml:space="preserve"> </w:t>
      </w:r>
      <w:proofErr w:type="spellStart"/>
      <w:r w:rsidRPr="00872DD5">
        <w:rPr>
          <w:rFonts w:ascii="Arial" w:hAnsi="Arial" w:cs="Arial"/>
        </w:rPr>
        <w:t>personales</w:t>
      </w:r>
      <w:proofErr w:type="spellEnd"/>
      <w:r w:rsidRPr="00872DD5">
        <w:rPr>
          <w:rFonts w:ascii="Arial" w:hAnsi="Arial" w:cs="Arial"/>
        </w:rPr>
        <w:t xml:space="preserve"> y del </w:t>
      </w:r>
      <w:proofErr w:type="spellStart"/>
      <w:r w:rsidRPr="00872DD5">
        <w:rPr>
          <w:rFonts w:ascii="Arial" w:hAnsi="Arial" w:cs="Arial"/>
        </w:rPr>
        <w:t>contexto</w:t>
      </w:r>
      <w:proofErr w:type="spellEnd"/>
      <w:r w:rsidRPr="00872DD5">
        <w:rPr>
          <w:rFonts w:ascii="Arial" w:hAnsi="Arial" w:cs="Arial"/>
        </w:rPr>
        <w:t xml:space="preserve">, </w:t>
      </w:r>
      <w:proofErr w:type="spellStart"/>
      <w:r w:rsidRPr="00872DD5">
        <w:rPr>
          <w:rFonts w:ascii="Arial" w:hAnsi="Arial" w:cs="Arial"/>
        </w:rPr>
        <w:t>pueden</w:t>
      </w:r>
      <w:proofErr w:type="spellEnd"/>
      <w:r w:rsidRPr="00872DD5">
        <w:rPr>
          <w:rFonts w:ascii="Arial" w:hAnsi="Arial" w:cs="Arial"/>
        </w:rPr>
        <w:t xml:space="preserve"> ser </w:t>
      </w:r>
      <w:proofErr w:type="spellStart"/>
      <w:r w:rsidRPr="00872DD5">
        <w:rPr>
          <w:rFonts w:ascii="Arial" w:hAnsi="Arial" w:cs="Arial"/>
        </w:rPr>
        <w:t>más</w:t>
      </w:r>
      <w:proofErr w:type="spellEnd"/>
      <w:r w:rsidRPr="00872DD5">
        <w:rPr>
          <w:rFonts w:ascii="Arial" w:hAnsi="Arial" w:cs="Arial"/>
        </w:rPr>
        <w:t xml:space="preserve"> </w:t>
      </w:r>
      <w:proofErr w:type="spellStart"/>
      <w:r w:rsidRPr="00872DD5">
        <w:rPr>
          <w:rFonts w:ascii="Arial" w:hAnsi="Arial" w:cs="Arial"/>
        </w:rPr>
        <w:t>vulnerables</w:t>
      </w:r>
      <w:proofErr w:type="spellEnd"/>
      <w:r w:rsidRPr="00872DD5">
        <w:rPr>
          <w:rFonts w:ascii="Arial" w:hAnsi="Arial" w:cs="Arial"/>
        </w:rPr>
        <w:t xml:space="preserve"> a </w:t>
      </w:r>
      <w:proofErr w:type="spellStart"/>
      <w:r w:rsidRPr="00872DD5">
        <w:rPr>
          <w:rFonts w:ascii="Arial" w:hAnsi="Arial" w:cs="Arial"/>
        </w:rPr>
        <w:t>presentar</w:t>
      </w:r>
      <w:proofErr w:type="spellEnd"/>
      <w:r w:rsidRPr="00872DD5">
        <w:rPr>
          <w:rFonts w:ascii="Arial" w:hAnsi="Arial" w:cs="Arial"/>
        </w:rPr>
        <w:t xml:space="preserve"> </w:t>
      </w:r>
      <w:proofErr w:type="spellStart"/>
      <w:r w:rsidRPr="00872DD5">
        <w:rPr>
          <w:rFonts w:ascii="Arial" w:hAnsi="Arial" w:cs="Arial"/>
        </w:rPr>
        <w:t>episodios</w:t>
      </w:r>
      <w:proofErr w:type="spellEnd"/>
      <w:r w:rsidRPr="00872DD5">
        <w:rPr>
          <w:rFonts w:ascii="Arial" w:hAnsi="Arial" w:cs="Arial"/>
        </w:rPr>
        <w:t xml:space="preserve"> de </w:t>
      </w:r>
      <w:proofErr w:type="spellStart"/>
      <w:r w:rsidRPr="00872DD5">
        <w:rPr>
          <w:rFonts w:ascii="Arial" w:hAnsi="Arial" w:cs="Arial"/>
        </w:rPr>
        <w:t>descompensación</w:t>
      </w:r>
      <w:proofErr w:type="spellEnd"/>
      <w:r w:rsidRPr="00872DD5">
        <w:rPr>
          <w:rFonts w:ascii="Arial" w:hAnsi="Arial" w:cs="Arial"/>
        </w:rPr>
        <w:t xml:space="preserve"> </w:t>
      </w:r>
      <w:proofErr w:type="spellStart"/>
      <w:r w:rsidRPr="00872DD5">
        <w:rPr>
          <w:rFonts w:ascii="Arial" w:hAnsi="Arial" w:cs="Arial"/>
        </w:rPr>
        <w:t>emocional</w:t>
      </w:r>
      <w:proofErr w:type="spellEnd"/>
      <w:r w:rsidRPr="00872DD5">
        <w:rPr>
          <w:rFonts w:ascii="Arial" w:hAnsi="Arial" w:cs="Arial"/>
        </w:rPr>
        <w:t xml:space="preserve"> </w:t>
      </w:r>
      <w:proofErr w:type="spellStart"/>
      <w:r w:rsidRPr="00872DD5">
        <w:rPr>
          <w:rFonts w:ascii="Arial" w:hAnsi="Arial" w:cs="Arial"/>
        </w:rPr>
        <w:t>como</w:t>
      </w:r>
      <w:proofErr w:type="spellEnd"/>
      <w:r w:rsidRPr="00872DD5">
        <w:rPr>
          <w:rFonts w:ascii="Arial" w:hAnsi="Arial" w:cs="Arial"/>
        </w:rPr>
        <w:t xml:space="preserve"> </w:t>
      </w:r>
      <w:proofErr w:type="spellStart"/>
      <w:r w:rsidRPr="00872DD5">
        <w:rPr>
          <w:rFonts w:ascii="Arial" w:hAnsi="Arial" w:cs="Arial"/>
        </w:rPr>
        <w:t>estudiantes</w:t>
      </w:r>
      <w:proofErr w:type="spellEnd"/>
      <w:r w:rsidRPr="00872DD5">
        <w:rPr>
          <w:rFonts w:ascii="Arial" w:hAnsi="Arial" w:cs="Arial"/>
        </w:rPr>
        <w:t xml:space="preserve"> con </w:t>
      </w:r>
      <w:proofErr w:type="spellStart"/>
      <w:r w:rsidRPr="00872DD5">
        <w:rPr>
          <w:rFonts w:ascii="Arial" w:hAnsi="Arial" w:cs="Arial"/>
        </w:rPr>
        <w:t>trastorno</w:t>
      </w:r>
      <w:proofErr w:type="spellEnd"/>
      <w:r w:rsidRPr="00872DD5">
        <w:rPr>
          <w:rFonts w:ascii="Arial" w:hAnsi="Arial" w:cs="Arial"/>
        </w:rPr>
        <w:t xml:space="preserve"> del </w:t>
      </w:r>
      <w:proofErr w:type="spellStart"/>
      <w:r w:rsidRPr="00872DD5">
        <w:rPr>
          <w:rFonts w:ascii="Arial" w:hAnsi="Arial" w:cs="Arial"/>
        </w:rPr>
        <w:t>espectro</w:t>
      </w:r>
      <w:proofErr w:type="spellEnd"/>
      <w:r w:rsidRPr="00872DD5">
        <w:rPr>
          <w:rFonts w:ascii="Arial" w:hAnsi="Arial" w:cs="Arial"/>
        </w:rPr>
        <w:t xml:space="preserve"> </w:t>
      </w:r>
      <w:proofErr w:type="spellStart"/>
      <w:r w:rsidRPr="00872DD5">
        <w:rPr>
          <w:rFonts w:ascii="Arial" w:hAnsi="Arial" w:cs="Arial"/>
        </w:rPr>
        <w:t>autista</w:t>
      </w:r>
      <w:proofErr w:type="spellEnd"/>
      <w:r w:rsidRPr="00872DD5">
        <w:rPr>
          <w:rFonts w:ascii="Arial" w:hAnsi="Arial" w:cs="Arial"/>
        </w:rPr>
        <w:t xml:space="preserve">, </w:t>
      </w:r>
      <w:proofErr w:type="spellStart"/>
      <w:r w:rsidRPr="00872DD5">
        <w:rPr>
          <w:rFonts w:ascii="Arial" w:hAnsi="Arial" w:cs="Arial"/>
        </w:rPr>
        <w:t>trastornos</w:t>
      </w:r>
      <w:proofErr w:type="spellEnd"/>
      <w:r w:rsidRPr="00872DD5">
        <w:rPr>
          <w:rFonts w:ascii="Arial" w:hAnsi="Arial" w:cs="Arial"/>
        </w:rPr>
        <w:t xml:space="preserve"> </w:t>
      </w:r>
      <w:proofErr w:type="spellStart"/>
      <w:r w:rsidRPr="00872DD5">
        <w:rPr>
          <w:rFonts w:ascii="Arial" w:hAnsi="Arial" w:cs="Arial"/>
        </w:rPr>
        <w:t>destructivos</w:t>
      </w:r>
      <w:proofErr w:type="spellEnd"/>
      <w:r w:rsidRPr="00872DD5">
        <w:rPr>
          <w:rFonts w:ascii="Arial" w:hAnsi="Arial" w:cs="Arial"/>
        </w:rPr>
        <w:t xml:space="preserve"> del control de </w:t>
      </w:r>
      <w:proofErr w:type="spellStart"/>
      <w:r w:rsidRPr="00872DD5">
        <w:rPr>
          <w:rFonts w:ascii="Arial" w:hAnsi="Arial" w:cs="Arial"/>
        </w:rPr>
        <w:t>impulso</w:t>
      </w:r>
      <w:proofErr w:type="spellEnd"/>
      <w:r w:rsidRPr="00872DD5">
        <w:rPr>
          <w:rFonts w:ascii="Arial" w:hAnsi="Arial" w:cs="Arial"/>
        </w:rPr>
        <w:t xml:space="preserve"> y </w:t>
      </w:r>
      <w:proofErr w:type="spellStart"/>
      <w:r w:rsidRPr="00872DD5">
        <w:rPr>
          <w:rFonts w:ascii="Arial" w:hAnsi="Arial" w:cs="Arial"/>
        </w:rPr>
        <w:t>déficit</w:t>
      </w:r>
      <w:proofErr w:type="spellEnd"/>
      <w:r w:rsidRPr="00872DD5">
        <w:rPr>
          <w:rFonts w:ascii="Arial" w:hAnsi="Arial" w:cs="Arial"/>
        </w:rPr>
        <w:t xml:space="preserve"> </w:t>
      </w:r>
      <w:proofErr w:type="spellStart"/>
      <w:r w:rsidRPr="00872DD5">
        <w:rPr>
          <w:rFonts w:ascii="Arial" w:hAnsi="Arial" w:cs="Arial"/>
        </w:rPr>
        <w:t>atencional</w:t>
      </w:r>
      <w:proofErr w:type="spellEnd"/>
      <w:r w:rsidRPr="00872DD5">
        <w:rPr>
          <w:rFonts w:ascii="Arial" w:hAnsi="Arial" w:cs="Arial"/>
        </w:rPr>
        <w:t xml:space="preserve"> con </w:t>
      </w:r>
      <w:proofErr w:type="spellStart"/>
      <w:r w:rsidRPr="00872DD5">
        <w:rPr>
          <w:rFonts w:ascii="Arial" w:hAnsi="Arial" w:cs="Arial"/>
        </w:rPr>
        <w:t>problemas</w:t>
      </w:r>
      <w:proofErr w:type="spellEnd"/>
      <w:r w:rsidRPr="00872DD5">
        <w:rPr>
          <w:rFonts w:ascii="Arial" w:hAnsi="Arial" w:cs="Arial"/>
        </w:rPr>
        <w:t xml:space="preserve"> de control de la </w:t>
      </w:r>
      <w:proofErr w:type="spellStart"/>
      <w:r w:rsidRPr="00872DD5">
        <w:rPr>
          <w:rFonts w:ascii="Arial" w:hAnsi="Arial" w:cs="Arial"/>
        </w:rPr>
        <w:t>frustración</w:t>
      </w:r>
      <w:proofErr w:type="spellEnd"/>
      <w:r w:rsidRPr="00872DD5">
        <w:rPr>
          <w:rFonts w:ascii="Arial" w:hAnsi="Arial" w:cs="Arial"/>
        </w:rPr>
        <w:t>.</w:t>
      </w:r>
    </w:p>
    <w:p w14:paraId="7E2562F4" w14:textId="77777777" w:rsidR="00893C50" w:rsidRPr="00872DD5" w:rsidRDefault="00893C50" w:rsidP="00893C50">
      <w:pPr>
        <w:tabs>
          <w:tab w:val="left" w:pos="812"/>
        </w:tabs>
        <w:spacing w:before="169" w:line="360" w:lineRule="auto"/>
        <w:ind w:right="49"/>
        <w:jc w:val="both"/>
        <w:rPr>
          <w:rFonts w:ascii="Arial" w:hAnsi="Arial" w:cs="Arial"/>
          <w:sz w:val="24"/>
          <w:szCs w:val="24"/>
          <w:highlight w:val="yellow"/>
        </w:rPr>
      </w:pPr>
      <w:r>
        <w:rPr>
          <w:rFonts w:ascii="Arial" w:hAnsi="Arial" w:cs="Arial"/>
          <w:b/>
          <w:sz w:val="24"/>
          <w:szCs w:val="24"/>
        </w:rPr>
        <w:t>2.-</w:t>
      </w:r>
      <w:r w:rsidRPr="00872DD5">
        <w:rPr>
          <w:rFonts w:ascii="Arial" w:hAnsi="Arial" w:cs="Arial"/>
          <w:b/>
          <w:sz w:val="24"/>
          <w:szCs w:val="24"/>
        </w:rPr>
        <w:t xml:space="preserve">Reconocer </w:t>
      </w:r>
      <w:proofErr w:type="spellStart"/>
      <w:r w:rsidRPr="00872DD5">
        <w:rPr>
          <w:rFonts w:ascii="Arial" w:hAnsi="Arial" w:cs="Arial"/>
          <w:b/>
          <w:sz w:val="24"/>
          <w:szCs w:val="24"/>
        </w:rPr>
        <w:t>señales</w:t>
      </w:r>
      <w:proofErr w:type="spellEnd"/>
      <w:r w:rsidRPr="00872DD5">
        <w:rPr>
          <w:rFonts w:ascii="Arial" w:hAnsi="Arial" w:cs="Arial"/>
          <w:b/>
          <w:sz w:val="24"/>
          <w:szCs w:val="24"/>
        </w:rPr>
        <w:t xml:space="preserve"> previas y </w:t>
      </w:r>
      <w:proofErr w:type="spellStart"/>
      <w:r w:rsidRPr="00872DD5">
        <w:rPr>
          <w:rFonts w:ascii="Arial" w:hAnsi="Arial" w:cs="Arial"/>
          <w:b/>
          <w:sz w:val="24"/>
          <w:szCs w:val="24"/>
        </w:rPr>
        <w:t>actuar</w:t>
      </w:r>
      <w:proofErr w:type="spellEnd"/>
      <w:r w:rsidRPr="00872DD5">
        <w:rPr>
          <w:rFonts w:ascii="Arial" w:hAnsi="Arial" w:cs="Arial"/>
          <w:b/>
          <w:sz w:val="24"/>
          <w:szCs w:val="24"/>
        </w:rPr>
        <w:t xml:space="preserve"> de </w:t>
      </w:r>
      <w:proofErr w:type="spellStart"/>
      <w:r w:rsidRPr="00872DD5">
        <w:rPr>
          <w:rFonts w:ascii="Arial" w:hAnsi="Arial" w:cs="Arial"/>
          <w:b/>
          <w:sz w:val="24"/>
          <w:szCs w:val="24"/>
        </w:rPr>
        <w:t>acuerdo</w:t>
      </w:r>
      <w:proofErr w:type="spellEnd"/>
      <w:r w:rsidRPr="00872DD5">
        <w:rPr>
          <w:rFonts w:ascii="Arial" w:hAnsi="Arial" w:cs="Arial"/>
          <w:b/>
          <w:sz w:val="24"/>
          <w:szCs w:val="24"/>
        </w:rPr>
        <w:t xml:space="preserve"> </w:t>
      </w:r>
      <w:proofErr w:type="gramStart"/>
      <w:r w:rsidRPr="00872DD5">
        <w:rPr>
          <w:rFonts w:ascii="Arial" w:hAnsi="Arial" w:cs="Arial"/>
          <w:b/>
          <w:sz w:val="24"/>
          <w:szCs w:val="24"/>
        </w:rPr>
        <w:t>a</w:t>
      </w:r>
      <w:proofErr w:type="gramEnd"/>
      <w:r w:rsidRPr="00872DD5">
        <w:rPr>
          <w:rFonts w:ascii="Arial" w:hAnsi="Arial" w:cs="Arial"/>
          <w:b/>
          <w:sz w:val="24"/>
          <w:szCs w:val="24"/>
        </w:rPr>
        <w:t xml:space="preserve"> </w:t>
      </w:r>
      <w:proofErr w:type="spellStart"/>
      <w:r w:rsidRPr="00872DD5">
        <w:rPr>
          <w:rFonts w:ascii="Arial" w:hAnsi="Arial" w:cs="Arial"/>
          <w:b/>
          <w:sz w:val="24"/>
          <w:szCs w:val="24"/>
        </w:rPr>
        <w:t>ellas</w:t>
      </w:r>
      <w:proofErr w:type="spellEnd"/>
      <w:r w:rsidRPr="00872DD5">
        <w:rPr>
          <w:rFonts w:ascii="Arial" w:hAnsi="Arial" w:cs="Arial"/>
          <w:b/>
          <w:sz w:val="24"/>
          <w:szCs w:val="24"/>
        </w:rPr>
        <w:t>:</w:t>
      </w:r>
      <w:r w:rsidRPr="00872DD5">
        <w:rPr>
          <w:rFonts w:ascii="Arial" w:hAnsi="Arial" w:cs="Arial"/>
          <w:sz w:val="24"/>
          <w:szCs w:val="24"/>
        </w:rPr>
        <w:t xml:space="preserve">  </w:t>
      </w:r>
      <w:proofErr w:type="spellStart"/>
      <w:r w:rsidRPr="00872DD5">
        <w:rPr>
          <w:rFonts w:ascii="Arial" w:hAnsi="Arial" w:cs="Arial"/>
          <w:sz w:val="24"/>
          <w:szCs w:val="24"/>
        </w:rPr>
        <w:t>Observar</w:t>
      </w:r>
      <w:proofErr w:type="spellEnd"/>
      <w:r w:rsidRPr="00872DD5">
        <w:rPr>
          <w:rFonts w:ascii="Arial" w:hAnsi="Arial" w:cs="Arial"/>
          <w:sz w:val="24"/>
          <w:szCs w:val="24"/>
        </w:rPr>
        <w:t xml:space="preserve"> con </w:t>
      </w:r>
      <w:proofErr w:type="spellStart"/>
      <w:r w:rsidRPr="00872DD5">
        <w:rPr>
          <w:rFonts w:ascii="Arial" w:hAnsi="Arial" w:cs="Arial"/>
          <w:sz w:val="24"/>
          <w:szCs w:val="24"/>
        </w:rPr>
        <w:t>atención</w:t>
      </w:r>
      <w:proofErr w:type="spellEnd"/>
      <w:r w:rsidRPr="00872DD5">
        <w:rPr>
          <w:rFonts w:ascii="Arial" w:hAnsi="Arial" w:cs="Arial"/>
          <w:sz w:val="24"/>
          <w:szCs w:val="24"/>
        </w:rPr>
        <w:t xml:space="preserve"> la </w:t>
      </w:r>
      <w:proofErr w:type="spellStart"/>
      <w:r w:rsidRPr="00872DD5">
        <w:rPr>
          <w:rFonts w:ascii="Arial" w:hAnsi="Arial" w:cs="Arial"/>
          <w:sz w:val="24"/>
          <w:szCs w:val="24"/>
        </w:rPr>
        <w:t>presencia</w:t>
      </w:r>
      <w:proofErr w:type="spellEnd"/>
      <w:r w:rsidRPr="00872DD5">
        <w:rPr>
          <w:rFonts w:ascii="Arial" w:hAnsi="Arial" w:cs="Arial"/>
          <w:sz w:val="24"/>
          <w:szCs w:val="24"/>
        </w:rPr>
        <w:t xml:space="preserve"> de </w:t>
      </w:r>
      <w:proofErr w:type="spellStart"/>
      <w:r w:rsidRPr="00872DD5">
        <w:rPr>
          <w:rFonts w:ascii="Arial" w:hAnsi="Arial" w:cs="Arial"/>
          <w:sz w:val="24"/>
          <w:szCs w:val="24"/>
        </w:rPr>
        <w:t>indicadores</w:t>
      </w:r>
      <w:proofErr w:type="spellEnd"/>
      <w:r w:rsidRPr="00872DD5">
        <w:rPr>
          <w:rFonts w:ascii="Arial" w:hAnsi="Arial" w:cs="Arial"/>
          <w:sz w:val="24"/>
          <w:szCs w:val="24"/>
        </w:rPr>
        <w:t xml:space="preserve"> </w:t>
      </w:r>
      <w:proofErr w:type="spellStart"/>
      <w:r w:rsidRPr="00872DD5">
        <w:rPr>
          <w:rFonts w:ascii="Arial" w:hAnsi="Arial" w:cs="Arial"/>
          <w:sz w:val="24"/>
          <w:szCs w:val="24"/>
        </w:rPr>
        <w:t>emocionales</w:t>
      </w:r>
      <w:proofErr w:type="spellEnd"/>
      <w:r w:rsidRPr="00872DD5">
        <w:rPr>
          <w:rFonts w:ascii="Arial" w:hAnsi="Arial" w:cs="Arial"/>
          <w:sz w:val="24"/>
          <w:szCs w:val="24"/>
        </w:rPr>
        <w:t xml:space="preserve">, </w:t>
      </w:r>
      <w:proofErr w:type="spellStart"/>
      <w:r w:rsidRPr="00872DD5">
        <w:rPr>
          <w:rFonts w:ascii="Arial" w:hAnsi="Arial" w:cs="Arial"/>
          <w:sz w:val="24"/>
          <w:szCs w:val="24"/>
        </w:rPr>
        <w:t>como</w:t>
      </w:r>
      <w:proofErr w:type="spellEnd"/>
      <w:r w:rsidRPr="00872DD5">
        <w:rPr>
          <w:rFonts w:ascii="Arial" w:hAnsi="Arial" w:cs="Arial"/>
          <w:sz w:val="24"/>
          <w:szCs w:val="24"/>
        </w:rPr>
        <w:t xml:space="preserve"> mayor </w:t>
      </w:r>
      <w:proofErr w:type="spellStart"/>
      <w:r w:rsidRPr="00872DD5">
        <w:rPr>
          <w:rFonts w:ascii="Arial" w:hAnsi="Arial" w:cs="Arial"/>
          <w:sz w:val="24"/>
          <w:szCs w:val="24"/>
        </w:rPr>
        <w:t>inquietud</w:t>
      </w:r>
      <w:proofErr w:type="spellEnd"/>
      <w:r w:rsidRPr="00872DD5">
        <w:rPr>
          <w:rFonts w:ascii="Arial" w:hAnsi="Arial" w:cs="Arial"/>
          <w:sz w:val="24"/>
          <w:szCs w:val="24"/>
        </w:rPr>
        <w:t xml:space="preserve"> </w:t>
      </w:r>
      <w:proofErr w:type="spellStart"/>
      <w:r w:rsidRPr="00872DD5">
        <w:rPr>
          <w:rFonts w:ascii="Arial" w:hAnsi="Arial" w:cs="Arial"/>
          <w:sz w:val="24"/>
          <w:szCs w:val="24"/>
        </w:rPr>
        <w:t>motora</w:t>
      </w:r>
      <w:proofErr w:type="spellEnd"/>
      <w:r w:rsidRPr="00872DD5">
        <w:rPr>
          <w:rFonts w:ascii="Arial" w:hAnsi="Arial" w:cs="Arial"/>
          <w:sz w:val="24"/>
          <w:szCs w:val="24"/>
        </w:rPr>
        <w:t xml:space="preserve">, </w:t>
      </w:r>
      <w:proofErr w:type="spellStart"/>
      <w:r w:rsidRPr="00872DD5">
        <w:rPr>
          <w:rFonts w:ascii="Arial" w:hAnsi="Arial" w:cs="Arial"/>
          <w:sz w:val="24"/>
          <w:szCs w:val="24"/>
        </w:rPr>
        <w:t>signos</w:t>
      </w:r>
      <w:proofErr w:type="spellEnd"/>
      <w:r w:rsidRPr="00872DD5">
        <w:rPr>
          <w:rFonts w:ascii="Arial" w:hAnsi="Arial" w:cs="Arial"/>
          <w:sz w:val="24"/>
          <w:szCs w:val="24"/>
        </w:rPr>
        <w:t xml:space="preserve"> de </w:t>
      </w:r>
      <w:proofErr w:type="spellStart"/>
      <w:r w:rsidRPr="00872DD5">
        <w:rPr>
          <w:rFonts w:ascii="Arial" w:hAnsi="Arial" w:cs="Arial"/>
          <w:sz w:val="24"/>
          <w:szCs w:val="24"/>
        </w:rPr>
        <w:t>irritabilidad</w:t>
      </w:r>
      <w:proofErr w:type="spellEnd"/>
      <w:r w:rsidRPr="00872DD5">
        <w:rPr>
          <w:rFonts w:ascii="Arial" w:hAnsi="Arial" w:cs="Arial"/>
          <w:sz w:val="24"/>
          <w:szCs w:val="24"/>
        </w:rPr>
        <w:t xml:space="preserve">, </w:t>
      </w:r>
      <w:proofErr w:type="spellStart"/>
      <w:r w:rsidRPr="00872DD5">
        <w:rPr>
          <w:rFonts w:ascii="Arial" w:hAnsi="Arial" w:cs="Arial"/>
          <w:sz w:val="24"/>
          <w:szCs w:val="24"/>
        </w:rPr>
        <w:t>tensión</w:t>
      </w:r>
      <w:proofErr w:type="spellEnd"/>
      <w:r w:rsidRPr="00872DD5">
        <w:rPr>
          <w:rFonts w:ascii="Arial" w:hAnsi="Arial" w:cs="Arial"/>
          <w:sz w:val="24"/>
          <w:szCs w:val="24"/>
        </w:rPr>
        <w:t xml:space="preserve">, </w:t>
      </w:r>
      <w:proofErr w:type="spellStart"/>
      <w:r w:rsidRPr="00872DD5">
        <w:rPr>
          <w:rFonts w:ascii="Arial" w:hAnsi="Arial" w:cs="Arial"/>
          <w:sz w:val="24"/>
          <w:szCs w:val="24"/>
        </w:rPr>
        <w:t>ansiedad</w:t>
      </w:r>
      <w:proofErr w:type="spellEnd"/>
      <w:r w:rsidRPr="00872DD5">
        <w:rPr>
          <w:rFonts w:ascii="Arial" w:hAnsi="Arial" w:cs="Arial"/>
          <w:sz w:val="24"/>
          <w:szCs w:val="24"/>
        </w:rPr>
        <w:t xml:space="preserve">, </w:t>
      </w:r>
      <w:proofErr w:type="spellStart"/>
      <w:r w:rsidRPr="00872DD5">
        <w:rPr>
          <w:rFonts w:ascii="Arial" w:hAnsi="Arial" w:cs="Arial"/>
          <w:sz w:val="24"/>
          <w:szCs w:val="24"/>
        </w:rPr>
        <w:t>temor</w:t>
      </w:r>
      <w:proofErr w:type="spellEnd"/>
      <w:r w:rsidRPr="00872DD5">
        <w:rPr>
          <w:rFonts w:ascii="Arial" w:hAnsi="Arial" w:cs="Arial"/>
          <w:sz w:val="24"/>
          <w:szCs w:val="24"/>
        </w:rPr>
        <w:t xml:space="preserve">, </w:t>
      </w:r>
      <w:proofErr w:type="spellStart"/>
      <w:r w:rsidRPr="00872DD5">
        <w:rPr>
          <w:rFonts w:ascii="Arial" w:hAnsi="Arial" w:cs="Arial"/>
          <w:sz w:val="24"/>
          <w:szCs w:val="24"/>
        </w:rPr>
        <w:t>frustración</w:t>
      </w:r>
      <w:proofErr w:type="spellEnd"/>
      <w:r w:rsidRPr="00872DD5">
        <w:rPr>
          <w:rFonts w:ascii="Arial" w:hAnsi="Arial" w:cs="Arial"/>
          <w:sz w:val="24"/>
          <w:szCs w:val="24"/>
        </w:rPr>
        <w:t xml:space="preserve">, </w:t>
      </w:r>
      <w:proofErr w:type="spellStart"/>
      <w:r w:rsidRPr="00872DD5">
        <w:rPr>
          <w:rFonts w:ascii="Arial" w:hAnsi="Arial" w:cs="Arial"/>
          <w:sz w:val="24"/>
          <w:szCs w:val="24"/>
        </w:rPr>
        <w:t>ira</w:t>
      </w:r>
      <w:proofErr w:type="spellEnd"/>
      <w:r w:rsidRPr="00872DD5">
        <w:rPr>
          <w:rFonts w:ascii="Arial" w:hAnsi="Arial" w:cs="Arial"/>
          <w:sz w:val="24"/>
          <w:szCs w:val="24"/>
        </w:rPr>
        <w:t xml:space="preserve">, </w:t>
      </w:r>
      <w:proofErr w:type="spellStart"/>
      <w:r w:rsidRPr="00872DD5">
        <w:rPr>
          <w:rFonts w:ascii="Arial" w:hAnsi="Arial" w:cs="Arial"/>
          <w:sz w:val="24"/>
          <w:szCs w:val="24"/>
        </w:rPr>
        <w:t>cambios</w:t>
      </w:r>
      <w:proofErr w:type="spellEnd"/>
      <w:r w:rsidRPr="00872DD5">
        <w:rPr>
          <w:rFonts w:ascii="Arial" w:hAnsi="Arial" w:cs="Arial"/>
          <w:sz w:val="24"/>
          <w:szCs w:val="24"/>
        </w:rPr>
        <w:t xml:space="preserve"> de </w:t>
      </w:r>
      <w:proofErr w:type="spellStart"/>
      <w:r w:rsidRPr="00872DD5">
        <w:rPr>
          <w:rFonts w:ascii="Arial" w:hAnsi="Arial" w:cs="Arial"/>
          <w:sz w:val="24"/>
          <w:szCs w:val="24"/>
        </w:rPr>
        <w:t>expresión</w:t>
      </w:r>
      <w:proofErr w:type="spellEnd"/>
      <w:r w:rsidRPr="00872DD5">
        <w:rPr>
          <w:rFonts w:ascii="Arial" w:hAnsi="Arial" w:cs="Arial"/>
          <w:sz w:val="24"/>
          <w:szCs w:val="24"/>
        </w:rPr>
        <w:t xml:space="preserve"> facial o corporal, </w:t>
      </w:r>
      <w:proofErr w:type="spellStart"/>
      <w:r w:rsidRPr="00872DD5">
        <w:rPr>
          <w:rFonts w:ascii="Arial" w:hAnsi="Arial" w:cs="Arial"/>
          <w:sz w:val="24"/>
          <w:szCs w:val="24"/>
        </w:rPr>
        <w:t>lenguaje</w:t>
      </w:r>
      <w:proofErr w:type="spellEnd"/>
      <w:r w:rsidRPr="00872DD5">
        <w:rPr>
          <w:rFonts w:ascii="Arial" w:hAnsi="Arial" w:cs="Arial"/>
          <w:sz w:val="24"/>
          <w:szCs w:val="24"/>
        </w:rPr>
        <w:t xml:space="preserve"> </w:t>
      </w:r>
      <w:proofErr w:type="spellStart"/>
      <w:r w:rsidRPr="00872DD5">
        <w:rPr>
          <w:rFonts w:ascii="Arial" w:hAnsi="Arial" w:cs="Arial"/>
          <w:sz w:val="24"/>
          <w:szCs w:val="24"/>
        </w:rPr>
        <w:t>grosero</w:t>
      </w:r>
      <w:proofErr w:type="spellEnd"/>
      <w:r w:rsidRPr="00872DD5">
        <w:rPr>
          <w:rFonts w:ascii="Arial" w:hAnsi="Arial" w:cs="Arial"/>
          <w:sz w:val="24"/>
          <w:szCs w:val="24"/>
        </w:rPr>
        <w:t xml:space="preserve">, </w:t>
      </w:r>
      <w:proofErr w:type="spellStart"/>
      <w:r w:rsidRPr="00872DD5">
        <w:rPr>
          <w:rFonts w:ascii="Arial" w:hAnsi="Arial" w:cs="Arial"/>
          <w:sz w:val="24"/>
          <w:szCs w:val="24"/>
        </w:rPr>
        <w:t>autoagresiones</w:t>
      </w:r>
      <w:proofErr w:type="spellEnd"/>
      <w:r w:rsidRPr="00872DD5">
        <w:rPr>
          <w:rFonts w:ascii="Arial" w:hAnsi="Arial" w:cs="Arial"/>
          <w:sz w:val="24"/>
          <w:szCs w:val="24"/>
        </w:rPr>
        <w:t xml:space="preserve">, etc. </w:t>
      </w:r>
      <w:proofErr w:type="spellStart"/>
      <w:r w:rsidRPr="00872DD5">
        <w:rPr>
          <w:rFonts w:ascii="Arial" w:hAnsi="Arial" w:cs="Arial"/>
          <w:sz w:val="24"/>
          <w:szCs w:val="24"/>
        </w:rPr>
        <w:t>Identificar</w:t>
      </w:r>
      <w:proofErr w:type="spellEnd"/>
      <w:r w:rsidRPr="00872DD5">
        <w:rPr>
          <w:rFonts w:ascii="Arial" w:hAnsi="Arial" w:cs="Arial"/>
          <w:sz w:val="24"/>
          <w:szCs w:val="24"/>
        </w:rPr>
        <w:t xml:space="preserve"> </w:t>
      </w:r>
      <w:proofErr w:type="spellStart"/>
      <w:r w:rsidRPr="00872DD5">
        <w:rPr>
          <w:rFonts w:ascii="Arial" w:hAnsi="Arial" w:cs="Arial"/>
          <w:sz w:val="24"/>
          <w:szCs w:val="24"/>
        </w:rPr>
        <w:t>los</w:t>
      </w:r>
      <w:proofErr w:type="spellEnd"/>
      <w:r w:rsidRPr="00872DD5">
        <w:rPr>
          <w:rFonts w:ascii="Arial" w:hAnsi="Arial" w:cs="Arial"/>
          <w:sz w:val="24"/>
          <w:szCs w:val="24"/>
        </w:rPr>
        <w:t xml:space="preserve"> </w:t>
      </w:r>
      <w:proofErr w:type="spellStart"/>
      <w:r w:rsidRPr="00872DD5">
        <w:rPr>
          <w:rFonts w:ascii="Arial" w:hAnsi="Arial" w:cs="Arial"/>
          <w:sz w:val="24"/>
          <w:szCs w:val="24"/>
        </w:rPr>
        <w:t>detonantes</w:t>
      </w:r>
      <w:proofErr w:type="spellEnd"/>
      <w:r w:rsidRPr="00872DD5">
        <w:rPr>
          <w:rFonts w:ascii="Arial" w:hAnsi="Arial" w:cs="Arial"/>
          <w:sz w:val="24"/>
          <w:szCs w:val="24"/>
        </w:rPr>
        <w:t xml:space="preserve"> </w:t>
      </w:r>
      <w:proofErr w:type="spellStart"/>
      <w:r w:rsidRPr="00872DD5">
        <w:rPr>
          <w:rFonts w:ascii="Arial" w:hAnsi="Arial" w:cs="Arial"/>
          <w:sz w:val="24"/>
          <w:szCs w:val="24"/>
        </w:rPr>
        <w:t>en</w:t>
      </w:r>
      <w:proofErr w:type="spellEnd"/>
      <w:r w:rsidRPr="00872DD5">
        <w:rPr>
          <w:rFonts w:ascii="Arial" w:hAnsi="Arial" w:cs="Arial"/>
          <w:sz w:val="24"/>
          <w:szCs w:val="24"/>
        </w:rPr>
        <w:t xml:space="preserve"> </w:t>
      </w:r>
      <w:proofErr w:type="spellStart"/>
      <w:r w:rsidRPr="00872DD5">
        <w:rPr>
          <w:rFonts w:ascii="Arial" w:hAnsi="Arial" w:cs="Arial"/>
          <w:sz w:val="24"/>
          <w:szCs w:val="24"/>
        </w:rPr>
        <w:t>situaciones</w:t>
      </w:r>
      <w:proofErr w:type="spellEnd"/>
      <w:r w:rsidRPr="00872DD5">
        <w:rPr>
          <w:rFonts w:ascii="Arial" w:hAnsi="Arial" w:cs="Arial"/>
          <w:sz w:val="24"/>
          <w:szCs w:val="24"/>
        </w:rPr>
        <w:t xml:space="preserve"> de </w:t>
      </w:r>
      <w:proofErr w:type="spellStart"/>
      <w:r w:rsidRPr="00872DD5">
        <w:rPr>
          <w:rFonts w:ascii="Arial" w:hAnsi="Arial" w:cs="Arial"/>
          <w:sz w:val="24"/>
          <w:szCs w:val="24"/>
        </w:rPr>
        <w:t>desregulación</w:t>
      </w:r>
      <w:proofErr w:type="spellEnd"/>
      <w:r w:rsidRPr="00872DD5">
        <w:rPr>
          <w:rFonts w:ascii="Arial" w:hAnsi="Arial" w:cs="Arial"/>
          <w:sz w:val="24"/>
          <w:szCs w:val="24"/>
        </w:rPr>
        <w:t xml:space="preserve"> y </w:t>
      </w:r>
      <w:proofErr w:type="spellStart"/>
      <w:r w:rsidRPr="00872DD5">
        <w:rPr>
          <w:rFonts w:ascii="Arial" w:hAnsi="Arial" w:cs="Arial"/>
          <w:sz w:val="24"/>
          <w:szCs w:val="24"/>
        </w:rPr>
        <w:t>evitar</w:t>
      </w:r>
      <w:proofErr w:type="spellEnd"/>
      <w:r w:rsidRPr="00872DD5">
        <w:rPr>
          <w:rFonts w:ascii="Arial" w:hAnsi="Arial" w:cs="Arial"/>
          <w:sz w:val="24"/>
          <w:szCs w:val="24"/>
        </w:rPr>
        <w:t xml:space="preserve"> que </w:t>
      </w:r>
      <w:proofErr w:type="spellStart"/>
      <w:r w:rsidRPr="00872DD5">
        <w:rPr>
          <w:rFonts w:ascii="Arial" w:hAnsi="Arial" w:cs="Arial"/>
          <w:sz w:val="24"/>
          <w:szCs w:val="24"/>
        </w:rPr>
        <w:t>sucedan</w:t>
      </w:r>
      <w:proofErr w:type="spellEnd"/>
      <w:r w:rsidRPr="00872DD5">
        <w:rPr>
          <w:rFonts w:ascii="Arial" w:hAnsi="Arial" w:cs="Arial"/>
          <w:sz w:val="24"/>
          <w:szCs w:val="24"/>
        </w:rPr>
        <w:t xml:space="preserve">. </w:t>
      </w:r>
      <w:proofErr w:type="spellStart"/>
      <w:r w:rsidRPr="00872DD5">
        <w:rPr>
          <w:rFonts w:ascii="Arial" w:hAnsi="Arial" w:cs="Arial"/>
          <w:sz w:val="24"/>
          <w:szCs w:val="24"/>
        </w:rPr>
        <w:t>Además</w:t>
      </w:r>
      <w:proofErr w:type="spellEnd"/>
      <w:r w:rsidRPr="00872DD5">
        <w:rPr>
          <w:rFonts w:ascii="Arial" w:hAnsi="Arial" w:cs="Arial"/>
          <w:sz w:val="24"/>
          <w:szCs w:val="24"/>
        </w:rPr>
        <w:t xml:space="preserve">, es </w:t>
      </w:r>
      <w:proofErr w:type="spellStart"/>
      <w:r w:rsidRPr="00872DD5">
        <w:rPr>
          <w:rFonts w:ascii="Arial" w:hAnsi="Arial" w:cs="Arial"/>
          <w:sz w:val="24"/>
          <w:szCs w:val="24"/>
        </w:rPr>
        <w:t>importante</w:t>
      </w:r>
      <w:proofErr w:type="spellEnd"/>
      <w:r w:rsidRPr="00872DD5">
        <w:rPr>
          <w:rFonts w:ascii="Arial" w:hAnsi="Arial" w:cs="Arial"/>
          <w:sz w:val="24"/>
          <w:szCs w:val="24"/>
        </w:rPr>
        <w:t xml:space="preserve"> </w:t>
      </w:r>
      <w:proofErr w:type="spellStart"/>
      <w:r w:rsidRPr="00872DD5">
        <w:rPr>
          <w:rFonts w:ascii="Arial" w:hAnsi="Arial" w:cs="Arial"/>
          <w:sz w:val="24"/>
          <w:szCs w:val="24"/>
        </w:rPr>
        <w:t>evitar</w:t>
      </w:r>
      <w:proofErr w:type="spellEnd"/>
      <w:r w:rsidRPr="00872DD5">
        <w:rPr>
          <w:rFonts w:ascii="Arial" w:hAnsi="Arial" w:cs="Arial"/>
          <w:sz w:val="24"/>
          <w:szCs w:val="24"/>
        </w:rPr>
        <w:t xml:space="preserve"> </w:t>
      </w:r>
      <w:proofErr w:type="spellStart"/>
      <w:r w:rsidRPr="00872DD5">
        <w:rPr>
          <w:rFonts w:ascii="Arial" w:hAnsi="Arial" w:cs="Arial"/>
          <w:sz w:val="24"/>
          <w:szCs w:val="24"/>
        </w:rPr>
        <w:t>cambios</w:t>
      </w:r>
      <w:proofErr w:type="spellEnd"/>
      <w:r w:rsidRPr="00872DD5">
        <w:rPr>
          <w:rFonts w:ascii="Arial" w:hAnsi="Arial" w:cs="Arial"/>
          <w:sz w:val="24"/>
          <w:szCs w:val="24"/>
        </w:rPr>
        <w:t xml:space="preserve"> </w:t>
      </w:r>
      <w:proofErr w:type="spellStart"/>
      <w:r w:rsidRPr="00872DD5">
        <w:rPr>
          <w:rFonts w:ascii="Arial" w:hAnsi="Arial" w:cs="Arial"/>
          <w:sz w:val="24"/>
          <w:szCs w:val="24"/>
        </w:rPr>
        <w:t>repentinos</w:t>
      </w:r>
      <w:proofErr w:type="spellEnd"/>
      <w:r w:rsidRPr="00872DD5">
        <w:rPr>
          <w:rFonts w:ascii="Arial" w:hAnsi="Arial" w:cs="Arial"/>
          <w:sz w:val="24"/>
          <w:szCs w:val="24"/>
        </w:rPr>
        <w:t xml:space="preserve"> </w:t>
      </w:r>
      <w:proofErr w:type="spellStart"/>
      <w:r w:rsidRPr="00872DD5">
        <w:rPr>
          <w:rFonts w:ascii="Arial" w:hAnsi="Arial" w:cs="Arial"/>
          <w:sz w:val="24"/>
          <w:szCs w:val="24"/>
        </w:rPr>
        <w:t>en</w:t>
      </w:r>
      <w:proofErr w:type="spellEnd"/>
      <w:r w:rsidRPr="00872DD5">
        <w:rPr>
          <w:rFonts w:ascii="Arial" w:hAnsi="Arial" w:cs="Arial"/>
          <w:sz w:val="24"/>
          <w:szCs w:val="24"/>
        </w:rPr>
        <w:t xml:space="preserve"> la </w:t>
      </w:r>
      <w:proofErr w:type="spellStart"/>
      <w:r w:rsidRPr="00872DD5">
        <w:rPr>
          <w:rFonts w:ascii="Arial" w:hAnsi="Arial" w:cs="Arial"/>
          <w:sz w:val="24"/>
          <w:szCs w:val="24"/>
        </w:rPr>
        <w:t>rutina</w:t>
      </w:r>
      <w:proofErr w:type="spellEnd"/>
      <w:r w:rsidRPr="00872DD5">
        <w:rPr>
          <w:rFonts w:ascii="Arial" w:hAnsi="Arial" w:cs="Arial"/>
          <w:sz w:val="24"/>
          <w:szCs w:val="24"/>
        </w:rPr>
        <w:t xml:space="preserve"> escolar </w:t>
      </w:r>
      <w:proofErr w:type="spellStart"/>
      <w:r w:rsidRPr="00872DD5">
        <w:rPr>
          <w:rFonts w:ascii="Arial" w:hAnsi="Arial" w:cs="Arial"/>
          <w:sz w:val="24"/>
          <w:szCs w:val="24"/>
        </w:rPr>
        <w:t>por</w:t>
      </w:r>
      <w:proofErr w:type="spellEnd"/>
      <w:r w:rsidRPr="00872DD5">
        <w:rPr>
          <w:rFonts w:ascii="Arial" w:hAnsi="Arial" w:cs="Arial"/>
          <w:sz w:val="24"/>
          <w:szCs w:val="24"/>
        </w:rPr>
        <w:t xml:space="preserve"> lo </w:t>
      </w:r>
      <w:proofErr w:type="spellStart"/>
      <w:r w:rsidRPr="00872DD5">
        <w:rPr>
          <w:rFonts w:ascii="Arial" w:hAnsi="Arial" w:cs="Arial"/>
          <w:sz w:val="24"/>
          <w:szCs w:val="24"/>
        </w:rPr>
        <w:t>anticipar</w:t>
      </w:r>
      <w:proofErr w:type="spellEnd"/>
      <w:r w:rsidRPr="00872DD5">
        <w:rPr>
          <w:rFonts w:ascii="Arial" w:hAnsi="Arial" w:cs="Arial"/>
          <w:sz w:val="24"/>
          <w:szCs w:val="24"/>
        </w:rPr>
        <w:t xml:space="preserve"> </w:t>
      </w:r>
      <w:proofErr w:type="spellStart"/>
      <w:r w:rsidRPr="00872DD5">
        <w:rPr>
          <w:rFonts w:ascii="Arial" w:hAnsi="Arial" w:cs="Arial"/>
          <w:sz w:val="24"/>
          <w:szCs w:val="24"/>
        </w:rPr>
        <w:t>los</w:t>
      </w:r>
      <w:proofErr w:type="spellEnd"/>
      <w:r w:rsidRPr="00872DD5">
        <w:rPr>
          <w:rFonts w:ascii="Arial" w:hAnsi="Arial" w:cs="Arial"/>
          <w:sz w:val="24"/>
          <w:szCs w:val="24"/>
        </w:rPr>
        <w:t xml:space="preserve"> </w:t>
      </w:r>
      <w:proofErr w:type="spellStart"/>
      <w:r w:rsidRPr="00872DD5">
        <w:rPr>
          <w:rFonts w:ascii="Arial" w:hAnsi="Arial" w:cs="Arial"/>
          <w:sz w:val="24"/>
          <w:szCs w:val="24"/>
        </w:rPr>
        <w:t>cambios</w:t>
      </w:r>
      <w:proofErr w:type="spellEnd"/>
      <w:r w:rsidRPr="00872DD5">
        <w:rPr>
          <w:rFonts w:ascii="Arial" w:hAnsi="Arial" w:cs="Arial"/>
          <w:sz w:val="24"/>
          <w:szCs w:val="24"/>
        </w:rPr>
        <w:t xml:space="preserve"> </w:t>
      </w:r>
      <w:proofErr w:type="spellStart"/>
      <w:r w:rsidRPr="00872DD5">
        <w:rPr>
          <w:rFonts w:ascii="Arial" w:hAnsi="Arial" w:cs="Arial"/>
          <w:sz w:val="24"/>
          <w:szCs w:val="24"/>
        </w:rPr>
        <w:t>uso</w:t>
      </w:r>
      <w:proofErr w:type="spellEnd"/>
      <w:r w:rsidRPr="00872DD5">
        <w:rPr>
          <w:rFonts w:ascii="Arial" w:hAnsi="Arial" w:cs="Arial"/>
          <w:sz w:val="24"/>
          <w:szCs w:val="24"/>
        </w:rPr>
        <w:t xml:space="preserve"> de </w:t>
      </w:r>
      <w:proofErr w:type="spellStart"/>
      <w:r w:rsidRPr="00872DD5">
        <w:rPr>
          <w:rFonts w:ascii="Arial" w:hAnsi="Arial" w:cs="Arial"/>
          <w:sz w:val="24"/>
          <w:szCs w:val="24"/>
        </w:rPr>
        <w:t>audífonos</w:t>
      </w:r>
      <w:proofErr w:type="spellEnd"/>
      <w:r w:rsidRPr="00872DD5">
        <w:rPr>
          <w:rFonts w:ascii="Arial" w:hAnsi="Arial" w:cs="Arial"/>
          <w:sz w:val="24"/>
          <w:szCs w:val="24"/>
        </w:rPr>
        <w:t xml:space="preserve"> anti </w:t>
      </w:r>
      <w:proofErr w:type="spellStart"/>
      <w:r w:rsidRPr="00872DD5">
        <w:rPr>
          <w:rFonts w:ascii="Arial" w:hAnsi="Arial" w:cs="Arial"/>
          <w:sz w:val="24"/>
          <w:szCs w:val="24"/>
        </w:rPr>
        <w:t>ruidos</w:t>
      </w:r>
      <w:proofErr w:type="spellEnd"/>
      <w:r w:rsidRPr="00872DD5">
        <w:rPr>
          <w:rFonts w:ascii="Arial" w:hAnsi="Arial" w:cs="Arial"/>
          <w:sz w:val="24"/>
          <w:szCs w:val="24"/>
        </w:rPr>
        <w:t xml:space="preserve">, </w:t>
      </w:r>
      <w:proofErr w:type="spellStart"/>
      <w:r w:rsidRPr="00872DD5">
        <w:rPr>
          <w:rFonts w:ascii="Arial" w:hAnsi="Arial" w:cs="Arial"/>
          <w:sz w:val="24"/>
          <w:szCs w:val="24"/>
        </w:rPr>
        <w:t>minimizar</w:t>
      </w:r>
      <w:proofErr w:type="spellEnd"/>
      <w:r w:rsidRPr="00872DD5">
        <w:rPr>
          <w:rFonts w:ascii="Arial" w:hAnsi="Arial" w:cs="Arial"/>
          <w:sz w:val="24"/>
          <w:szCs w:val="24"/>
        </w:rPr>
        <w:t xml:space="preserve"> </w:t>
      </w:r>
      <w:proofErr w:type="spellStart"/>
      <w:r w:rsidRPr="00872DD5">
        <w:rPr>
          <w:rFonts w:ascii="Arial" w:hAnsi="Arial" w:cs="Arial"/>
          <w:sz w:val="24"/>
          <w:szCs w:val="24"/>
        </w:rPr>
        <w:t>el</w:t>
      </w:r>
      <w:proofErr w:type="spellEnd"/>
      <w:r w:rsidRPr="00872DD5">
        <w:rPr>
          <w:rFonts w:ascii="Arial" w:hAnsi="Arial" w:cs="Arial"/>
          <w:sz w:val="24"/>
          <w:szCs w:val="24"/>
        </w:rPr>
        <w:t xml:space="preserve"> </w:t>
      </w:r>
      <w:proofErr w:type="spellStart"/>
      <w:r w:rsidRPr="00872DD5">
        <w:rPr>
          <w:rFonts w:ascii="Arial" w:hAnsi="Arial" w:cs="Arial"/>
          <w:sz w:val="24"/>
          <w:szCs w:val="24"/>
        </w:rPr>
        <w:t>ruido</w:t>
      </w:r>
      <w:proofErr w:type="spellEnd"/>
      <w:r w:rsidRPr="00872DD5">
        <w:rPr>
          <w:rFonts w:ascii="Arial" w:hAnsi="Arial" w:cs="Arial"/>
          <w:sz w:val="24"/>
          <w:szCs w:val="24"/>
        </w:rPr>
        <w:t xml:space="preserve"> </w:t>
      </w:r>
      <w:proofErr w:type="spellStart"/>
      <w:r w:rsidRPr="00872DD5">
        <w:rPr>
          <w:rFonts w:ascii="Arial" w:hAnsi="Arial" w:cs="Arial"/>
          <w:sz w:val="24"/>
          <w:szCs w:val="24"/>
        </w:rPr>
        <w:t>ambiente</w:t>
      </w:r>
      <w:proofErr w:type="spellEnd"/>
      <w:r w:rsidRPr="00872DD5">
        <w:rPr>
          <w:rFonts w:ascii="Arial" w:hAnsi="Arial" w:cs="Arial"/>
          <w:sz w:val="24"/>
          <w:szCs w:val="24"/>
        </w:rPr>
        <w:t xml:space="preserve"> y </w:t>
      </w:r>
      <w:proofErr w:type="spellStart"/>
      <w:r w:rsidRPr="00872DD5">
        <w:rPr>
          <w:rFonts w:ascii="Arial" w:hAnsi="Arial" w:cs="Arial"/>
          <w:sz w:val="24"/>
          <w:szCs w:val="24"/>
        </w:rPr>
        <w:t>estar</w:t>
      </w:r>
      <w:proofErr w:type="spellEnd"/>
      <w:r w:rsidRPr="00872DD5">
        <w:rPr>
          <w:rFonts w:ascii="Arial" w:hAnsi="Arial" w:cs="Arial"/>
          <w:sz w:val="24"/>
          <w:szCs w:val="24"/>
        </w:rPr>
        <w:t xml:space="preserve"> </w:t>
      </w:r>
      <w:proofErr w:type="spellStart"/>
      <w:r w:rsidRPr="00872DD5">
        <w:rPr>
          <w:rFonts w:ascii="Arial" w:hAnsi="Arial" w:cs="Arial"/>
          <w:sz w:val="24"/>
          <w:szCs w:val="24"/>
        </w:rPr>
        <w:t>atentos</w:t>
      </w:r>
      <w:proofErr w:type="spellEnd"/>
      <w:r w:rsidRPr="00872DD5">
        <w:rPr>
          <w:rFonts w:ascii="Arial" w:hAnsi="Arial" w:cs="Arial"/>
          <w:sz w:val="24"/>
          <w:szCs w:val="24"/>
        </w:rPr>
        <w:t xml:space="preserve"> a </w:t>
      </w:r>
      <w:proofErr w:type="spellStart"/>
      <w:r w:rsidRPr="00872DD5">
        <w:rPr>
          <w:rFonts w:ascii="Arial" w:hAnsi="Arial" w:cs="Arial"/>
          <w:sz w:val="24"/>
          <w:szCs w:val="24"/>
        </w:rPr>
        <w:t>cualquier</w:t>
      </w:r>
      <w:proofErr w:type="spellEnd"/>
      <w:r w:rsidRPr="00872DD5">
        <w:rPr>
          <w:rFonts w:ascii="Arial" w:hAnsi="Arial" w:cs="Arial"/>
          <w:sz w:val="24"/>
          <w:szCs w:val="24"/>
        </w:rPr>
        <w:t xml:space="preserve"> </w:t>
      </w:r>
      <w:proofErr w:type="spellStart"/>
      <w:r w:rsidRPr="00872DD5">
        <w:rPr>
          <w:rFonts w:ascii="Arial" w:hAnsi="Arial" w:cs="Arial"/>
          <w:sz w:val="24"/>
          <w:szCs w:val="24"/>
        </w:rPr>
        <w:t>conflicto</w:t>
      </w:r>
      <w:proofErr w:type="spellEnd"/>
      <w:r w:rsidRPr="00872DD5">
        <w:rPr>
          <w:rFonts w:ascii="Arial" w:hAnsi="Arial" w:cs="Arial"/>
          <w:sz w:val="24"/>
          <w:szCs w:val="24"/>
        </w:rPr>
        <w:t xml:space="preserve"> </w:t>
      </w:r>
      <w:proofErr w:type="spellStart"/>
      <w:r w:rsidRPr="00872DD5">
        <w:rPr>
          <w:rFonts w:ascii="Arial" w:hAnsi="Arial" w:cs="Arial"/>
          <w:sz w:val="24"/>
          <w:szCs w:val="24"/>
        </w:rPr>
        <w:t>dentro</w:t>
      </w:r>
      <w:proofErr w:type="spellEnd"/>
      <w:r w:rsidRPr="00872DD5">
        <w:rPr>
          <w:rFonts w:ascii="Arial" w:hAnsi="Arial" w:cs="Arial"/>
          <w:sz w:val="24"/>
          <w:szCs w:val="24"/>
        </w:rPr>
        <w:t xml:space="preserve"> o fuera del </w:t>
      </w:r>
      <w:proofErr w:type="spellStart"/>
      <w:r w:rsidRPr="00872DD5">
        <w:rPr>
          <w:rFonts w:ascii="Arial" w:hAnsi="Arial" w:cs="Arial"/>
          <w:sz w:val="24"/>
          <w:szCs w:val="24"/>
        </w:rPr>
        <w:t>ella</w:t>
      </w:r>
      <w:proofErr w:type="spellEnd"/>
      <w:r w:rsidRPr="00872DD5">
        <w:rPr>
          <w:rFonts w:ascii="Arial" w:hAnsi="Arial" w:cs="Arial"/>
          <w:sz w:val="24"/>
          <w:szCs w:val="24"/>
        </w:rPr>
        <w:t xml:space="preserve"> </w:t>
      </w:r>
      <w:proofErr w:type="spellStart"/>
      <w:r w:rsidRPr="00872DD5">
        <w:rPr>
          <w:rFonts w:ascii="Arial" w:hAnsi="Arial" w:cs="Arial"/>
          <w:sz w:val="24"/>
          <w:szCs w:val="24"/>
        </w:rPr>
        <w:t>favorece</w:t>
      </w:r>
      <w:proofErr w:type="spellEnd"/>
      <w:r w:rsidRPr="00872DD5">
        <w:rPr>
          <w:rFonts w:ascii="Arial" w:hAnsi="Arial" w:cs="Arial"/>
          <w:sz w:val="24"/>
          <w:szCs w:val="24"/>
        </w:rPr>
        <w:t xml:space="preserve"> </w:t>
      </w:r>
      <w:proofErr w:type="gramStart"/>
      <w:r w:rsidRPr="00872DD5">
        <w:rPr>
          <w:rFonts w:ascii="Arial" w:hAnsi="Arial" w:cs="Arial"/>
          <w:sz w:val="24"/>
          <w:szCs w:val="24"/>
        </w:rPr>
        <w:t>a</w:t>
      </w:r>
      <w:proofErr w:type="gramEnd"/>
      <w:r w:rsidRPr="00872DD5">
        <w:rPr>
          <w:rFonts w:ascii="Arial" w:hAnsi="Arial" w:cs="Arial"/>
          <w:sz w:val="24"/>
          <w:szCs w:val="24"/>
        </w:rPr>
        <w:t xml:space="preserve"> </w:t>
      </w:r>
      <w:proofErr w:type="spellStart"/>
      <w:r w:rsidRPr="00872DD5">
        <w:rPr>
          <w:rFonts w:ascii="Arial" w:hAnsi="Arial" w:cs="Arial"/>
          <w:sz w:val="24"/>
          <w:szCs w:val="24"/>
        </w:rPr>
        <w:t>evitar</w:t>
      </w:r>
      <w:proofErr w:type="spellEnd"/>
      <w:r w:rsidRPr="00872DD5">
        <w:rPr>
          <w:rFonts w:ascii="Arial" w:hAnsi="Arial" w:cs="Arial"/>
          <w:sz w:val="24"/>
          <w:szCs w:val="24"/>
        </w:rPr>
        <w:t xml:space="preserve"> la </w:t>
      </w:r>
      <w:proofErr w:type="spellStart"/>
      <w:r w:rsidRPr="00872DD5">
        <w:rPr>
          <w:rFonts w:ascii="Arial" w:hAnsi="Arial" w:cs="Arial"/>
          <w:sz w:val="24"/>
          <w:szCs w:val="24"/>
        </w:rPr>
        <w:t>desregulación</w:t>
      </w:r>
      <w:proofErr w:type="spellEnd"/>
      <w:r w:rsidRPr="00872DD5">
        <w:rPr>
          <w:rFonts w:ascii="Arial" w:hAnsi="Arial" w:cs="Arial"/>
          <w:sz w:val="24"/>
          <w:szCs w:val="24"/>
        </w:rPr>
        <w:t xml:space="preserve"> </w:t>
      </w:r>
      <w:proofErr w:type="spellStart"/>
      <w:r w:rsidRPr="00872DD5">
        <w:rPr>
          <w:rFonts w:ascii="Arial" w:hAnsi="Arial" w:cs="Arial"/>
          <w:sz w:val="24"/>
          <w:szCs w:val="24"/>
        </w:rPr>
        <w:t>emocional</w:t>
      </w:r>
      <w:proofErr w:type="spellEnd"/>
      <w:r w:rsidRPr="00872DD5">
        <w:rPr>
          <w:rFonts w:ascii="Arial" w:hAnsi="Arial" w:cs="Arial"/>
          <w:sz w:val="24"/>
          <w:szCs w:val="24"/>
        </w:rPr>
        <w:t xml:space="preserve"> y </w:t>
      </w:r>
      <w:proofErr w:type="spellStart"/>
      <w:r w:rsidRPr="00872DD5">
        <w:rPr>
          <w:rFonts w:ascii="Arial" w:hAnsi="Arial" w:cs="Arial"/>
          <w:sz w:val="24"/>
          <w:szCs w:val="24"/>
        </w:rPr>
        <w:t>conductual</w:t>
      </w:r>
      <w:proofErr w:type="spellEnd"/>
      <w:r w:rsidRPr="00872DD5">
        <w:rPr>
          <w:rFonts w:ascii="Arial" w:hAnsi="Arial" w:cs="Arial"/>
          <w:sz w:val="24"/>
          <w:szCs w:val="24"/>
        </w:rPr>
        <w:t>.</w:t>
      </w:r>
    </w:p>
    <w:p w14:paraId="7B522273" w14:textId="77777777" w:rsidR="00893C50" w:rsidRPr="009E686D" w:rsidRDefault="00893C50" w:rsidP="00893C50">
      <w:pPr>
        <w:pStyle w:val="Textoindependiente"/>
        <w:spacing w:before="178" w:line="360" w:lineRule="auto"/>
        <w:ind w:left="360" w:right="49" w:firstLine="360"/>
        <w:jc w:val="both"/>
        <w:rPr>
          <w:rFonts w:ascii="Arial" w:hAnsi="Arial" w:cs="Arial"/>
        </w:rPr>
      </w:pPr>
      <w:proofErr w:type="spellStart"/>
      <w:r w:rsidRPr="009E686D">
        <w:rPr>
          <w:rFonts w:ascii="Arial" w:hAnsi="Arial" w:cs="Arial"/>
        </w:rPr>
        <w:t>Algunos</w:t>
      </w:r>
      <w:proofErr w:type="spellEnd"/>
      <w:r w:rsidRPr="009E686D">
        <w:rPr>
          <w:rFonts w:ascii="Arial" w:hAnsi="Arial" w:cs="Arial"/>
        </w:rPr>
        <w:t xml:space="preserve"> </w:t>
      </w:r>
      <w:proofErr w:type="spellStart"/>
      <w:r w:rsidRPr="009E686D">
        <w:rPr>
          <w:rFonts w:ascii="Arial" w:hAnsi="Arial" w:cs="Arial"/>
        </w:rPr>
        <w:t>ejemplos</w:t>
      </w:r>
      <w:proofErr w:type="spellEnd"/>
      <w:r w:rsidRPr="009E686D">
        <w:rPr>
          <w:rFonts w:ascii="Arial" w:hAnsi="Arial" w:cs="Arial"/>
        </w:rPr>
        <w:t xml:space="preserve"> </w:t>
      </w:r>
      <w:proofErr w:type="spellStart"/>
      <w:r w:rsidRPr="009E686D">
        <w:rPr>
          <w:rFonts w:ascii="Arial" w:hAnsi="Arial" w:cs="Arial"/>
        </w:rPr>
        <w:t>podrían</w:t>
      </w:r>
      <w:proofErr w:type="spellEnd"/>
      <w:r w:rsidRPr="009E686D">
        <w:rPr>
          <w:rFonts w:ascii="Arial" w:hAnsi="Arial" w:cs="Arial"/>
        </w:rPr>
        <w:t xml:space="preserve"> ser:</w:t>
      </w:r>
    </w:p>
    <w:p w14:paraId="190080B4" w14:textId="77777777" w:rsidR="00893C50" w:rsidRPr="009E686D" w:rsidRDefault="00893C50" w:rsidP="00893C50">
      <w:pPr>
        <w:pStyle w:val="Prrafodelista"/>
        <w:widowControl w:val="0"/>
        <w:numPr>
          <w:ilvl w:val="0"/>
          <w:numId w:val="46"/>
        </w:numPr>
        <w:tabs>
          <w:tab w:val="left" w:pos="948"/>
        </w:tabs>
        <w:autoSpaceDE w:val="0"/>
        <w:autoSpaceDN w:val="0"/>
        <w:spacing w:before="175" w:after="0" w:line="360" w:lineRule="auto"/>
        <w:ind w:right="49"/>
        <w:contextualSpacing w:val="0"/>
        <w:jc w:val="both"/>
        <w:rPr>
          <w:rFonts w:ascii="Arial" w:hAnsi="Arial" w:cs="Arial"/>
          <w:sz w:val="24"/>
          <w:szCs w:val="24"/>
        </w:rPr>
      </w:pPr>
      <w:r w:rsidRPr="009E686D">
        <w:rPr>
          <w:rFonts w:ascii="Arial" w:hAnsi="Arial" w:cs="Arial"/>
          <w:spacing w:val="3"/>
          <w:sz w:val="24"/>
          <w:szCs w:val="24"/>
        </w:rPr>
        <w:t xml:space="preserve">Poner </w:t>
      </w:r>
      <w:proofErr w:type="spellStart"/>
      <w:r w:rsidRPr="009E686D">
        <w:rPr>
          <w:rFonts w:ascii="Arial" w:hAnsi="Arial" w:cs="Arial"/>
          <w:sz w:val="24"/>
          <w:szCs w:val="24"/>
        </w:rPr>
        <w:t>atención</w:t>
      </w:r>
      <w:proofErr w:type="spellEnd"/>
      <w:r w:rsidRPr="009E686D">
        <w:rPr>
          <w:rFonts w:ascii="Arial" w:hAnsi="Arial" w:cs="Arial"/>
          <w:sz w:val="24"/>
          <w:szCs w:val="24"/>
        </w:rPr>
        <w:t xml:space="preserve"> y </w:t>
      </w:r>
      <w:proofErr w:type="spellStart"/>
      <w:r w:rsidRPr="009E686D">
        <w:rPr>
          <w:rFonts w:ascii="Arial" w:hAnsi="Arial" w:cs="Arial"/>
          <w:sz w:val="24"/>
          <w:szCs w:val="24"/>
        </w:rPr>
        <w:t>reconocer</w:t>
      </w:r>
      <w:proofErr w:type="spellEnd"/>
      <w:r w:rsidRPr="009E686D">
        <w:rPr>
          <w:rFonts w:ascii="Arial" w:hAnsi="Arial" w:cs="Arial"/>
          <w:sz w:val="24"/>
          <w:szCs w:val="24"/>
        </w:rPr>
        <w:t xml:space="preserve">, </w:t>
      </w:r>
      <w:proofErr w:type="spellStart"/>
      <w:r w:rsidRPr="009E686D">
        <w:rPr>
          <w:rFonts w:ascii="Arial" w:hAnsi="Arial" w:cs="Arial"/>
          <w:sz w:val="24"/>
          <w:szCs w:val="24"/>
        </w:rPr>
        <w:t>cuando</w:t>
      </w:r>
      <w:proofErr w:type="spellEnd"/>
      <w:r w:rsidRPr="009E686D">
        <w:rPr>
          <w:rFonts w:ascii="Arial" w:hAnsi="Arial" w:cs="Arial"/>
          <w:sz w:val="24"/>
          <w:szCs w:val="24"/>
        </w:rPr>
        <w:t xml:space="preserve"> sea </w:t>
      </w:r>
      <w:proofErr w:type="spellStart"/>
      <w:r w:rsidRPr="009E686D">
        <w:rPr>
          <w:rFonts w:ascii="Arial" w:hAnsi="Arial" w:cs="Arial"/>
          <w:sz w:val="24"/>
          <w:szCs w:val="24"/>
        </w:rPr>
        <w:t>posible</w:t>
      </w:r>
      <w:proofErr w:type="spellEnd"/>
      <w:r w:rsidRPr="009E686D">
        <w:rPr>
          <w:rFonts w:ascii="Arial" w:hAnsi="Arial" w:cs="Arial"/>
          <w:sz w:val="24"/>
          <w:szCs w:val="24"/>
        </w:rPr>
        <w:t xml:space="preserve">, las </w:t>
      </w:r>
      <w:proofErr w:type="spellStart"/>
      <w:r w:rsidRPr="009E686D">
        <w:rPr>
          <w:rFonts w:ascii="Arial" w:hAnsi="Arial" w:cs="Arial"/>
          <w:sz w:val="24"/>
          <w:szCs w:val="24"/>
        </w:rPr>
        <w:t>señales</w:t>
      </w:r>
      <w:proofErr w:type="spellEnd"/>
      <w:r w:rsidRPr="009E686D">
        <w:rPr>
          <w:rFonts w:ascii="Arial" w:hAnsi="Arial" w:cs="Arial"/>
          <w:sz w:val="24"/>
          <w:szCs w:val="24"/>
        </w:rPr>
        <w:t xml:space="preserve"> previas a que se </w:t>
      </w:r>
      <w:proofErr w:type="spellStart"/>
      <w:r w:rsidRPr="009E686D">
        <w:rPr>
          <w:rFonts w:ascii="Arial" w:hAnsi="Arial" w:cs="Arial"/>
          <w:sz w:val="24"/>
          <w:szCs w:val="24"/>
        </w:rPr>
        <w:t>desencadene</w:t>
      </w:r>
      <w:proofErr w:type="spellEnd"/>
      <w:r w:rsidRPr="009E686D">
        <w:rPr>
          <w:rFonts w:ascii="Arial" w:hAnsi="Arial" w:cs="Arial"/>
          <w:sz w:val="24"/>
          <w:szCs w:val="24"/>
        </w:rPr>
        <w:t xml:space="preserve"> </w:t>
      </w:r>
      <w:proofErr w:type="spellStart"/>
      <w:r w:rsidRPr="009E686D">
        <w:rPr>
          <w:rFonts w:ascii="Arial" w:hAnsi="Arial" w:cs="Arial"/>
          <w:sz w:val="24"/>
          <w:szCs w:val="24"/>
        </w:rPr>
        <w:t>una</w:t>
      </w:r>
      <w:proofErr w:type="spellEnd"/>
      <w:r w:rsidRPr="009E686D">
        <w:rPr>
          <w:rFonts w:ascii="Arial" w:hAnsi="Arial" w:cs="Arial"/>
          <w:sz w:val="24"/>
          <w:szCs w:val="24"/>
        </w:rPr>
        <w:t xml:space="preserve"> </w:t>
      </w:r>
      <w:proofErr w:type="spellStart"/>
      <w:r w:rsidRPr="009E686D">
        <w:rPr>
          <w:rFonts w:ascii="Arial" w:hAnsi="Arial" w:cs="Arial"/>
          <w:sz w:val="24"/>
          <w:szCs w:val="24"/>
        </w:rPr>
        <w:t>desregulación</w:t>
      </w:r>
      <w:proofErr w:type="spellEnd"/>
      <w:r w:rsidRPr="009E686D">
        <w:rPr>
          <w:rFonts w:ascii="Arial" w:hAnsi="Arial" w:cs="Arial"/>
          <w:sz w:val="24"/>
          <w:szCs w:val="24"/>
        </w:rPr>
        <w:t xml:space="preserve"> </w:t>
      </w:r>
      <w:proofErr w:type="spellStart"/>
      <w:r w:rsidRPr="009E686D">
        <w:rPr>
          <w:rFonts w:ascii="Arial" w:hAnsi="Arial" w:cs="Arial"/>
          <w:sz w:val="24"/>
          <w:szCs w:val="24"/>
        </w:rPr>
        <w:t>emocional</w:t>
      </w:r>
      <w:proofErr w:type="spellEnd"/>
      <w:r w:rsidRPr="009E686D">
        <w:rPr>
          <w:rFonts w:ascii="Arial" w:hAnsi="Arial" w:cs="Arial"/>
          <w:sz w:val="24"/>
          <w:szCs w:val="24"/>
        </w:rPr>
        <w:t xml:space="preserve"> (</w:t>
      </w:r>
      <w:proofErr w:type="spellStart"/>
      <w:r w:rsidRPr="009E686D">
        <w:rPr>
          <w:rFonts w:ascii="Arial" w:hAnsi="Arial" w:cs="Arial"/>
          <w:sz w:val="24"/>
          <w:szCs w:val="24"/>
        </w:rPr>
        <w:t>por</w:t>
      </w:r>
      <w:proofErr w:type="spellEnd"/>
      <w:r w:rsidRPr="009E686D">
        <w:rPr>
          <w:rFonts w:ascii="Arial" w:hAnsi="Arial" w:cs="Arial"/>
          <w:sz w:val="24"/>
          <w:szCs w:val="24"/>
        </w:rPr>
        <w:t xml:space="preserve"> </w:t>
      </w:r>
      <w:proofErr w:type="spellStart"/>
      <w:proofErr w:type="gramStart"/>
      <w:r w:rsidRPr="009E686D">
        <w:rPr>
          <w:rFonts w:ascii="Arial" w:hAnsi="Arial" w:cs="Arial"/>
          <w:sz w:val="24"/>
          <w:szCs w:val="24"/>
        </w:rPr>
        <w:t>ejemplo</w:t>
      </w:r>
      <w:proofErr w:type="spellEnd"/>
      <w:r w:rsidRPr="009E686D">
        <w:rPr>
          <w:rFonts w:ascii="Arial" w:hAnsi="Arial" w:cs="Arial"/>
          <w:sz w:val="24"/>
          <w:szCs w:val="24"/>
        </w:rPr>
        <w:t xml:space="preserve"> :</w:t>
      </w:r>
      <w:proofErr w:type="gramEnd"/>
      <w:r w:rsidRPr="009E686D">
        <w:rPr>
          <w:rFonts w:ascii="Arial" w:hAnsi="Arial" w:cs="Arial"/>
          <w:sz w:val="24"/>
          <w:szCs w:val="24"/>
        </w:rPr>
        <w:t xml:space="preserve"> mayor </w:t>
      </w:r>
      <w:proofErr w:type="spellStart"/>
      <w:r w:rsidRPr="009E686D">
        <w:rPr>
          <w:rFonts w:ascii="Arial" w:hAnsi="Arial" w:cs="Arial"/>
          <w:sz w:val="24"/>
          <w:szCs w:val="24"/>
        </w:rPr>
        <w:t>inquietud</w:t>
      </w:r>
      <w:proofErr w:type="spellEnd"/>
      <w:r w:rsidRPr="009E686D">
        <w:rPr>
          <w:rFonts w:ascii="Arial" w:hAnsi="Arial" w:cs="Arial"/>
          <w:sz w:val="24"/>
          <w:szCs w:val="24"/>
        </w:rPr>
        <w:t xml:space="preserve"> </w:t>
      </w:r>
      <w:proofErr w:type="spellStart"/>
      <w:r w:rsidRPr="009E686D">
        <w:rPr>
          <w:rFonts w:ascii="Arial" w:hAnsi="Arial" w:cs="Arial"/>
          <w:sz w:val="24"/>
          <w:szCs w:val="24"/>
        </w:rPr>
        <w:t>motora</w:t>
      </w:r>
      <w:proofErr w:type="spellEnd"/>
      <w:r w:rsidRPr="009E686D">
        <w:rPr>
          <w:rFonts w:ascii="Arial" w:hAnsi="Arial" w:cs="Arial"/>
          <w:sz w:val="24"/>
          <w:szCs w:val="24"/>
        </w:rPr>
        <w:t xml:space="preserve">, </w:t>
      </w:r>
      <w:proofErr w:type="spellStart"/>
      <w:r w:rsidRPr="009E686D">
        <w:rPr>
          <w:rFonts w:ascii="Arial" w:hAnsi="Arial" w:cs="Arial"/>
          <w:sz w:val="24"/>
          <w:szCs w:val="24"/>
        </w:rPr>
        <w:t>signos</w:t>
      </w:r>
      <w:proofErr w:type="spellEnd"/>
      <w:r w:rsidRPr="009E686D">
        <w:rPr>
          <w:rFonts w:ascii="Arial" w:hAnsi="Arial" w:cs="Arial"/>
          <w:sz w:val="24"/>
          <w:szCs w:val="24"/>
        </w:rPr>
        <w:t xml:space="preserve"> de </w:t>
      </w:r>
      <w:proofErr w:type="spellStart"/>
      <w:r w:rsidRPr="009E686D">
        <w:rPr>
          <w:rFonts w:ascii="Arial" w:hAnsi="Arial" w:cs="Arial"/>
          <w:sz w:val="24"/>
          <w:szCs w:val="24"/>
        </w:rPr>
        <w:t>irritabilidad</w:t>
      </w:r>
      <w:proofErr w:type="spellEnd"/>
      <w:r w:rsidRPr="009E686D">
        <w:rPr>
          <w:rFonts w:ascii="Arial" w:hAnsi="Arial" w:cs="Arial"/>
          <w:sz w:val="24"/>
          <w:szCs w:val="24"/>
        </w:rPr>
        <w:t xml:space="preserve">, </w:t>
      </w:r>
      <w:proofErr w:type="spellStart"/>
      <w:r w:rsidRPr="009E686D">
        <w:rPr>
          <w:rFonts w:ascii="Arial" w:hAnsi="Arial" w:cs="Arial"/>
          <w:sz w:val="24"/>
          <w:szCs w:val="24"/>
        </w:rPr>
        <w:t>desatención</w:t>
      </w:r>
      <w:proofErr w:type="spellEnd"/>
      <w:r w:rsidRPr="009E686D">
        <w:rPr>
          <w:rFonts w:ascii="Arial" w:hAnsi="Arial" w:cs="Arial"/>
          <w:sz w:val="24"/>
          <w:szCs w:val="24"/>
        </w:rPr>
        <w:t xml:space="preserve"> que lo habitual; </w:t>
      </w:r>
      <w:proofErr w:type="spellStart"/>
      <w:r w:rsidRPr="009E686D">
        <w:rPr>
          <w:rFonts w:ascii="Arial" w:hAnsi="Arial" w:cs="Arial"/>
          <w:sz w:val="24"/>
          <w:szCs w:val="24"/>
        </w:rPr>
        <w:t>aislamiento</w:t>
      </w:r>
      <w:proofErr w:type="spellEnd"/>
      <w:r w:rsidRPr="009E686D">
        <w:rPr>
          <w:rFonts w:ascii="Arial" w:hAnsi="Arial" w:cs="Arial"/>
          <w:sz w:val="24"/>
          <w:szCs w:val="24"/>
        </w:rPr>
        <w:t xml:space="preserve">, </w:t>
      </w:r>
      <w:proofErr w:type="spellStart"/>
      <w:r w:rsidRPr="009E686D">
        <w:rPr>
          <w:rFonts w:ascii="Arial" w:hAnsi="Arial" w:cs="Arial"/>
          <w:sz w:val="24"/>
          <w:szCs w:val="24"/>
        </w:rPr>
        <w:t>tensión</w:t>
      </w:r>
      <w:proofErr w:type="spellEnd"/>
      <w:r w:rsidRPr="009E686D">
        <w:rPr>
          <w:rFonts w:ascii="Arial" w:hAnsi="Arial" w:cs="Arial"/>
          <w:sz w:val="24"/>
          <w:szCs w:val="24"/>
        </w:rPr>
        <w:t xml:space="preserve">, </w:t>
      </w:r>
      <w:proofErr w:type="spellStart"/>
      <w:r w:rsidRPr="009E686D">
        <w:rPr>
          <w:rFonts w:ascii="Arial" w:hAnsi="Arial" w:cs="Arial"/>
          <w:sz w:val="24"/>
          <w:szCs w:val="24"/>
        </w:rPr>
        <w:t>ansiedad</w:t>
      </w:r>
      <w:proofErr w:type="spellEnd"/>
      <w:r w:rsidRPr="009E686D">
        <w:rPr>
          <w:rFonts w:ascii="Arial" w:hAnsi="Arial" w:cs="Arial"/>
          <w:sz w:val="24"/>
          <w:szCs w:val="24"/>
        </w:rPr>
        <w:t xml:space="preserve">, </w:t>
      </w:r>
      <w:proofErr w:type="spellStart"/>
      <w:r w:rsidRPr="009E686D">
        <w:rPr>
          <w:rFonts w:ascii="Arial" w:hAnsi="Arial" w:cs="Arial"/>
          <w:sz w:val="24"/>
          <w:szCs w:val="24"/>
        </w:rPr>
        <w:t>temor</w:t>
      </w:r>
      <w:proofErr w:type="spellEnd"/>
      <w:r w:rsidRPr="009E686D">
        <w:rPr>
          <w:rFonts w:ascii="Arial" w:hAnsi="Arial" w:cs="Arial"/>
          <w:sz w:val="24"/>
          <w:szCs w:val="24"/>
        </w:rPr>
        <w:t xml:space="preserve">, </w:t>
      </w:r>
      <w:proofErr w:type="spellStart"/>
      <w:r w:rsidRPr="009E686D">
        <w:rPr>
          <w:rFonts w:ascii="Arial" w:hAnsi="Arial" w:cs="Arial"/>
          <w:sz w:val="24"/>
          <w:szCs w:val="24"/>
        </w:rPr>
        <w:t>ira</w:t>
      </w:r>
      <w:proofErr w:type="spellEnd"/>
      <w:r w:rsidRPr="009E686D">
        <w:rPr>
          <w:rFonts w:ascii="Arial" w:hAnsi="Arial" w:cs="Arial"/>
          <w:sz w:val="24"/>
          <w:szCs w:val="24"/>
        </w:rPr>
        <w:t xml:space="preserve">, </w:t>
      </w:r>
      <w:proofErr w:type="spellStart"/>
      <w:r w:rsidRPr="009E686D">
        <w:rPr>
          <w:rFonts w:ascii="Arial" w:hAnsi="Arial" w:cs="Arial"/>
          <w:sz w:val="24"/>
          <w:szCs w:val="24"/>
        </w:rPr>
        <w:t>frustración</w:t>
      </w:r>
      <w:proofErr w:type="spellEnd"/>
      <w:r w:rsidRPr="009E686D">
        <w:rPr>
          <w:rFonts w:ascii="Arial" w:hAnsi="Arial" w:cs="Arial"/>
          <w:sz w:val="24"/>
          <w:szCs w:val="24"/>
        </w:rPr>
        <w:t xml:space="preserve">, </w:t>
      </w:r>
      <w:proofErr w:type="spellStart"/>
      <w:r w:rsidRPr="009E686D">
        <w:rPr>
          <w:rFonts w:ascii="Arial" w:hAnsi="Arial" w:cs="Arial"/>
          <w:sz w:val="24"/>
          <w:szCs w:val="24"/>
        </w:rPr>
        <w:t>euforia</w:t>
      </w:r>
      <w:proofErr w:type="spellEnd"/>
      <w:r w:rsidRPr="009E686D">
        <w:rPr>
          <w:rFonts w:ascii="Arial" w:hAnsi="Arial" w:cs="Arial"/>
          <w:sz w:val="24"/>
          <w:szCs w:val="24"/>
        </w:rPr>
        <w:t xml:space="preserve">, </w:t>
      </w:r>
      <w:proofErr w:type="spellStart"/>
      <w:r w:rsidRPr="009E686D">
        <w:rPr>
          <w:rFonts w:ascii="Arial" w:hAnsi="Arial" w:cs="Arial"/>
          <w:sz w:val="24"/>
          <w:szCs w:val="24"/>
        </w:rPr>
        <w:t>cambios</w:t>
      </w:r>
      <w:proofErr w:type="spellEnd"/>
      <w:r w:rsidRPr="009E686D">
        <w:rPr>
          <w:rFonts w:ascii="Arial" w:hAnsi="Arial" w:cs="Arial"/>
          <w:sz w:val="24"/>
          <w:szCs w:val="24"/>
        </w:rPr>
        <w:t xml:space="preserve"> </w:t>
      </w:r>
      <w:proofErr w:type="spellStart"/>
      <w:r w:rsidRPr="009E686D">
        <w:rPr>
          <w:rFonts w:ascii="Arial" w:hAnsi="Arial" w:cs="Arial"/>
          <w:sz w:val="24"/>
          <w:szCs w:val="24"/>
        </w:rPr>
        <w:t>en</w:t>
      </w:r>
      <w:proofErr w:type="spellEnd"/>
      <w:r w:rsidRPr="009E686D">
        <w:rPr>
          <w:rFonts w:ascii="Arial" w:hAnsi="Arial" w:cs="Arial"/>
          <w:sz w:val="24"/>
          <w:szCs w:val="24"/>
        </w:rPr>
        <w:t xml:space="preserve"> las </w:t>
      </w:r>
      <w:proofErr w:type="spellStart"/>
      <w:r w:rsidRPr="009E686D">
        <w:rPr>
          <w:rFonts w:ascii="Arial" w:hAnsi="Arial" w:cs="Arial"/>
          <w:sz w:val="24"/>
          <w:szCs w:val="24"/>
        </w:rPr>
        <w:t>expresiones</w:t>
      </w:r>
      <w:proofErr w:type="spellEnd"/>
      <w:r w:rsidRPr="009E686D">
        <w:rPr>
          <w:rFonts w:ascii="Arial" w:hAnsi="Arial" w:cs="Arial"/>
          <w:sz w:val="24"/>
          <w:szCs w:val="24"/>
        </w:rPr>
        <w:t xml:space="preserve"> del </w:t>
      </w:r>
      <w:proofErr w:type="spellStart"/>
      <w:r w:rsidRPr="009E686D">
        <w:rPr>
          <w:rFonts w:ascii="Arial" w:hAnsi="Arial" w:cs="Arial"/>
          <w:sz w:val="24"/>
          <w:szCs w:val="24"/>
        </w:rPr>
        <w:t>lenguaje</w:t>
      </w:r>
      <w:proofErr w:type="spellEnd"/>
      <w:r w:rsidRPr="009E686D">
        <w:rPr>
          <w:rFonts w:ascii="Arial" w:hAnsi="Arial" w:cs="Arial"/>
          <w:sz w:val="24"/>
          <w:szCs w:val="24"/>
        </w:rPr>
        <w:t xml:space="preserve"> corporal, </w:t>
      </w:r>
      <w:proofErr w:type="spellStart"/>
      <w:r w:rsidRPr="009E686D">
        <w:rPr>
          <w:rFonts w:ascii="Arial" w:hAnsi="Arial" w:cs="Arial"/>
          <w:sz w:val="24"/>
          <w:szCs w:val="24"/>
        </w:rPr>
        <w:t>lenguaje</w:t>
      </w:r>
      <w:proofErr w:type="spellEnd"/>
      <w:r w:rsidRPr="009E686D">
        <w:rPr>
          <w:rFonts w:ascii="Arial" w:hAnsi="Arial" w:cs="Arial"/>
          <w:sz w:val="24"/>
          <w:szCs w:val="24"/>
        </w:rPr>
        <w:t xml:space="preserve"> </w:t>
      </w:r>
      <w:proofErr w:type="spellStart"/>
      <w:r w:rsidRPr="009E686D">
        <w:rPr>
          <w:rFonts w:ascii="Arial" w:hAnsi="Arial" w:cs="Arial"/>
          <w:sz w:val="24"/>
          <w:szCs w:val="24"/>
        </w:rPr>
        <w:t>grosero</w:t>
      </w:r>
      <w:proofErr w:type="spellEnd"/>
      <w:r w:rsidRPr="009E686D">
        <w:rPr>
          <w:rFonts w:ascii="Arial" w:hAnsi="Arial" w:cs="Arial"/>
          <w:sz w:val="24"/>
          <w:szCs w:val="24"/>
        </w:rPr>
        <w:t xml:space="preserve">, etc. </w:t>
      </w:r>
      <w:proofErr w:type="spellStart"/>
      <w:r w:rsidRPr="009E686D">
        <w:rPr>
          <w:rFonts w:ascii="Arial" w:hAnsi="Arial" w:cs="Arial"/>
          <w:sz w:val="24"/>
          <w:szCs w:val="24"/>
        </w:rPr>
        <w:t>tensión</w:t>
      </w:r>
      <w:proofErr w:type="spellEnd"/>
      <w:r w:rsidRPr="009E686D">
        <w:rPr>
          <w:rFonts w:ascii="Arial" w:hAnsi="Arial" w:cs="Arial"/>
          <w:sz w:val="24"/>
          <w:szCs w:val="24"/>
        </w:rPr>
        <w:t xml:space="preserve">, </w:t>
      </w:r>
      <w:proofErr w:type="spellStart"/>
      <w:r w:rsidRPr="009E686D">
        <w:rPr>
          <w:rFonts w:ascii="Arial" w:hAnsi="Arial" w:cs="Arial"/>
          <w:spacing w:val="2"/>
          <w:sz w:val="24"/>
          <w:szCs w:val="24"/>
        </w:rPr>
        <w:t>ansiedad</w:t>
      </w:r>
      <w:proofErr w:type="spellEnd"/>
      <w:r w:rsidRPr="009E686D">
        <w:rPr>
          <w:rFonts w:ascii="Arial" w:hAnsi="Arial" w:cs="Arial"/>
          <w:spacing w:val="2"/>
          <w:sz w:val="24"/>
          <w:szCs w:val="24"/>
        </w:rPr>
        <w:t xml:space="preserve">, </w:t>
      </w:r>
      <w:proofErr w:type="spellStart"/>
      <w:r w:rsidRPr="009E686D">
        <w:rPr>
          <w:rFonts w:ascii="Arial" w:hAnsi="Arial" w:cs="Arial"/>
          <w:sz w:val="24"/>
          <w:szCs w:val="24"/>
        </w:rPr>
        <w:t>temor</w:t>
      </w:r>
      <w:proofErr w:type="spellEnd"/>
      <w:r w:rsidRPr="009E686D">
        <w:rPr>
          <w:rFonts w:ascii="Arial" w:hAnsi="Arial" w:cs="Arial"/>
          <w:sz w:val="24"/>
          <w:szCs w:val="24"/>
        </w:rPr>
        <w:t xml:space="preserve">, </w:t>
      </w:r>
      <w:proofErr w:type="spellStart"/>
      <w:r w:rsidRPr="009E686D">
        <w:rPr>
          <w:rFonts w:ascii="Arial" w:hAnsi="Arial" w:cs="Arial"/>
          <w:spacing w:val="-3"/>
          <w:sz w:val="24"/>
          <w:szCs w:val="24"/>
        </w:rPr>
        <w:t>ira</w:t>
      </w:r>
      <w:proofErr w:type="spellEnd"/>
      <w:r w:rsidRPr="009E686D">
        <w:rPr>
          <w:rFonts w:ascii="Arial" w:hAnsi="Arial" w:cs="Arial"/>
          <w:spacing w:val="-3"/>
          <w:sz w:val="24"/>
          <w:szCs w:val="24"/>
        </w:rPr>
        <w:t xml:space="preserve">, </w:t>
      </w:r>
      <w:proofErr w:type="spellStart"/>
      <w:r w:rsidRPr="009E686D">
        <w:rPr>
          <w:rFonts w:ascii="Arial" w:hAnsi="Arial" w:cs="Arial"/>
          <w:sz w:val="24"/>
          <w:szCs w:val="24"/>
        </w:rPr>
        <w:t>frustración</w:t>
      </w:r>
      <w:proofErr w:type="spellEnd"/>
      <w:r w:rsidRPr="009E686D">
        <w:rPr>
          <w:rFonts w:ascii="Arial" w:hAnsi="Arial" w:cs="Arial"/>
          <w:sz w:val="24"/>
          <w:szCs w:val="24"/>
        </w:rPr>
        <w:t xml:space="preserve">, </w:t>
      </w:r>
      <w:r w:rsidRPr="009E686D">
        <w:rPr>
          <w:rFonts w:ascii="Arial" w:hAnsi="Arial" w:cs="Arial"/>
          <w:spacing w:val="-3"/>
          <w:sz w:val="24"/>
          <w:szCs w:val="24"/>
        </w:rPr>
        <w:t xml:space="preserve">entre </w:t>
      </w:r>
      <w:proofErr w:type="spellStart"/>
      <w:r w:rsidRPr="009E686D">
        <w:rPr>
          <w:rFonts w:ascii="Arial" w:hAnsi="Arial" w:cs="Arial"/>
          <w:sz w:val="24"/>
          <w:szCs w:val="24"/>
        </w:rPr>
        <w:t>otros</w:t>
      </w:r>
      <w:proofErr w:type="spellEnd"/>
      <w:r w:rsidRPr="009E686D">
        <w:rPr>
          <w:rFonts w:ascii="Arial" w:hAnsi="Arial" w:cs="Arial"/>
          <w:sz w:val="24"/>
          <w:szCs w:val="24"/>
        </w:rPr>
        <w:t>)</w:t>
      </w:r>
      <w:r w:rsidRPr="009E686D">
        <w:rPr>
          <w:rFonts w:ascii="Arial" w:hAnsi="Arial" w:cs="Arial"/>
          <w:spacing w:val="-35"/>
          <w:sz w:val="24"/>
          <w:szCs w:val="24"/>
        </w:rPr>
        <w:t xml:space="preserve"> </w:t>
      </w:r>
    </w:p>
    <w:p w14:paraId="435634A9" w14:textId="77777777" w:rsidR="00893C50" w:rsidRPr="009E686D" w:rsidRDefault="00893C50" w:rsidP="00893C50">
      <w:pPr>
        <w:pStyle w:val="Prrafodelista"/>
        <w:widowControl w:val="0"/>
        <w:numPr>
          <w:ilvl w:val="0"/>
          <w:numId w:val="46"/>
        </w:numPr>
        <w:tabs>
          <w:tab w:val="left" w:pos="948"/>
        </w:tabs>
        <w:autoSpaceDE w:val="0"/>
        <w:autoSpaceDN w:val="0"/>
        <w:spacing w:after="0" w:line="360" w:lineRule="auto"/>
        <w:ind w:right="49"/>
        <w:contextualSpacing w:val="0"/>
        <w:jc w:val="both"/>
        <w:rPr>
          <w:rFonts w:ascii="Arial" w:hAnsi="Arial" w:cs="Arial"/>
          <w:sz w:val="24"/>
          <w:szCs w:val="24"/>
        </w:rPr>
      </w:pPr>
      <w:r w:rsidRPr="009E686D">
        <w:rPr>
          <w:rFonts w:ascii="Arial" w:hAnsi="Arial" w:cs="Arial"/>
          <w:sz w:val="24"/>
          <w:szCs w:val="24"/>
        </w:rPr>
        <w:t>Es</w:t>
      </w:r>
      <w:r w:rsidRPr="009E686D">
        <w:rPr>
          <w:rFonts w:ascii="Arial" w:hAnsi="Arial" w:cs="Arial"/>
          <w:spacing w:val="11"/>
          <w:sz w:val="24"/>
          <w:szCs w:val="24"/>
        </w:rPr>
        <w:t xml:space="preserve"> </w:t>
      </w:r>
      <w:proofErr w:type="spellStart"/>
      <w:r w:rsidRPr="009E686D">
        <w:rPr>
          <w:rFonts w:ascii="Arial" w:hAnsi="Arial" w:cs="Arial"/>
          <w:sz w:val="24"/>
          <w:szCs w:val="24"/>
        </w:rPr>
        <w:t>importante</w:t>
      </w:r>
      <w:proofErr w:type="spellEnd"/>
      <w:r w:rsidRPr="009E686D">
        <w:rPr>
          <w:rFonts w:ascii="Arial" w:hAnsi="Arial" w:cs="Arial"/>
          <w:spacing w:val="15"/>
          <w:sz w:val="24"/>
          <w:szCs w:val="24"/>
        </w:rPr>
        <w:t xml:space="preserve"> </w:t>
      </w:r>
      <w:proofErr w:type="spellStart"/>
      <w:r w:rsidRPr="009E686D">
        <w:rPr>
          <w:rFonts w:ascii="Arial" w:hAnsi="Arial" w:cs="Arial"/>
          <w:sz w:val="24"/>
          <w:szCs w:val="24"/>
        </w:rPr>
        <w:t>evitar</w:t>
      </w:r>
      <w:proofErr w:type="spellEnd"/>
      <w:r w:rsidRPr="009E686D">
        <w:rPr>
          <w:rFonts w:ascii="Arial" w:hAnsi="Arial" w:cs="Arial"/>
          <w:spacing w:val="5"/>
          <w:sz w:val="24"/>
          <w:szCs w:val="24"/>
        </w:rPr>
        <w:t xml:space="preserve"> </w:t>
      </w:r>
      <w:proofErr w:type="spellStart"/>
      <w:r w:rsidRPr="009E686D">
        <w:rPr>
          <w:rFonts w:ascii="Arial" w:hAnsi="Arial" w:cs="Arial"/>
          <w:sz w:val="24"/>
          <w:szCs w:val="24"/>
        </w:rPr>
        <w:t>dentro</w:t>
      </w:r>
      <w:proofErr w:type="spellEnd"/>
      <w:r w:rsidRPr="009E686D">
        <w:rPr>
          <w:rFonts w:ascii="Arial" w:hAnsi="Arial" w:cs="Arial"/>
          <w:spacing w:val="15"/>
          <w:sz w:val="24"/>
          <w:szCs w:val="24"/>
        </w:rPr>
        <w:t xml:space="preserve"> </w:t>
      </w:r>
      <w:r w:rsidRPr="009E686D">
        <w:rPr>
          <w:rFonts w:ascii="Arial" w:hAnsi="Arial" w:cs="Arial"/>
          <w:spacing w:val="5"/>
          <w:sz w:val="24"/>
          <w:szCs w:val="24"/>
        </w:rPr>
        <w:t>de</w:t>
      </w:r>
      <w:r w:rsidRPr="009E686D">
        <w:rPr>
          <w:rFonts w:ascii="Arial" w:hAnsi="Arial" w:cs="Arial"/>
          <w:spacing w:val="15"/>
          <w:sz w:val="24"/>
          <w:szCs w:val="24"/>
        </w:rPr>
        <w:t xml:space="preserve"> </w:t>
      </w:r>
      <w:r w:rsidRPr="009E686D">
        <w:rPr>
          <w:rFonts w:ascii="Arial" w:hAnsi="Arial" w:cs="Arial"/>
          <w:sz w:val="24"/>
          <w:szCs w:val="24"/>
        </w:rPr>
        <w:t>lo</w:t>
      </w:r>
      <w:r w:rsidRPr="009E686D">
        <w:rPr>
          <w:rFonts w:ascii="Arial" w:hAnsi="Arial" w:cs="Arial"/>
          <w:spacing w:val="16"/>
          <w:sz w:val="24"/>
          <w:szCs w:val="24"/>
        </w:rPr>
        <w:t xml:space="preserve"> </w:t>
      </w:r>
      <w:proofErr w:type="spellStart"/>
      <w:r w:rsidRPr="009E686D">
        <w:rPr>
          <w:rFonts w:ascii="Arial" w:hAnsi="Arial" w:cs="Arial"/>
          <w:spacing w:val="5"/>
          <w:sz w:val="24"/>
          <w:szCs w:val="24"/>
        </w:rPr>
        <w:t>posible</w:t>
      </w:r>
      <w:proofErr w:type="spellEnd"/>
      <w:r w:rsidRPr="009E686D">
        <w:rPr>
          <w:rFonts w:ascii="Arial" w:hAnsi="Arial" w:cs="Arial"/>
          <w:spacing w:val="21"/>
          <w:sz w:val="24"/>
          <w:szCs w:val="24"/>
        </w:rPr>
        <w:t xml:space="preserve"> </w:t>
      </w:r>
      <w:proofErr w:type="spellStart"/>
      <w:r w:rsidRPr="009E686D">
        <w:rPr>
          <w:rFonts w:ascii="Arial" w:hAnsi="Arial" w:cs="Arial"/>
          <w:spacing w:val="3"/>
          <w:sz w:val="24"/>
          <w:szCs w:val="24"/>
        </w:rPr>
        <w:t>cambios</w:t>
      </w:r>
      <w:proofErr w:type="spellEnd"/>
      <w:r w:rsidRPr="009E686D">
        <w:rPr>
          <w:rFonts w:ascii="Arial" w:hAnsi="Arial" w:cs="Arial"/>
          <w:spacing w:val="15"/>
          <w:sz w:val="24"/>
          <w:szCs w:val="24"/>
        </w:rPr>
        <w:t xml:space="preserve"> </w:t>
      </w:r>
      <w:proofErr w:type="spellStart"/>
      <w:r w:rsidRPr="009E686D">
        <w:rPr>
          <w:rFonts w:ascii="Arial" w:hAnsi="Arial" w:cs="Arial"/>
          <w:sz w:val="24"/>
          <w:szCs w:val="24"/>
        </w:rPr>
        <w:t>repentinos</w:t>
      </w:r>
      <w:proofErr w:type="spellEnd"/>
      <w:r w:rsidRPr="009E686D">
        <w:rPr>
          <w:rFonts w:ascii="Arial" w:hAnsi="Arial" w:cs="Arial"/>
          <w:spacing w:val="11"/>
          <w:sz w:val="24"/>
          <w:szCs w:val="24"/>
        </w:rPr>
        <w:t xml:space="preserve"> </w:t>
      </w:r>
      <w:proofErr w:type="spellStart"/>
      <w:r w:rsidRPr="009E686D">
        <w:rPr>
          <w:rFonts w:ascii="Arial" w:hAnsi="Arial" w:cs="Arial"/>
          <w:spacing w:val="5"/>
          <w:sz w:val="24"/>
          <w:szCs w:val="24"/>
        </w:rPr>
        <w:t>en</w:t>
      </w:r>
      <w:proofErr w:type="spellEnd"/>
      <w:r w:rsidRPr="009E686D">
        <w:rPr>
          <w:rFonts w:ascii="Arial" w:hAnsi="Arial" w:cs="Arial"/>
          <w:sz w:val="24"/>
          <w:szCs w:val="24"/>
        </w:rPr>
        <w:t xml:space="preserve"> </w:t>
      </w:r>
      <w:proofErr w:type="spellStart"/>
      <w:r w:rsidRPr="009E686D">
        <w:rPr>
          <w:rFonts w:ascii="Arial" w:hAnsi="Arial" w:cs="Arial"/>
          <w:spacing w:val="5"/>
          <w:sz w:val="24"/>
          <w:szCs w:val="24"/>
        </w:rPr>
        <w:t>el</w:t>
      </w:r>
      <w:proofErr w:type="spellEnd"/>
      <w:r w:rsidRPr="009E686D">
        <w:rPr>
          <w:rFonts w:ascii="Arial" w:hAnsi="Arial" w:cs="Arial"/>
          <w:spacing w:val="12"/>
          <w:sz w:val="24"/>
          <w:szCs w:val="24"/>
        </w:rPr>
        <w:t xml:space="preserve"> </w:t>
      </w:r>
      <w:proofErr w:type="spellStart"/>
      <w:r w:rsidRPr="009E686D">
        <w:rPr>
          <w:rFonts w:ascii="Arial" w:hAnsi="Arial" w:cs="Arial"/>
          <w:sz w:val="24"/>
          <w:szCs w:val="24"/>
        </w:rPr>
        <w:lastRenderedPageBreak/>
        <w:t>entorno</w:t>
      </w:r>
      <w:proofErr w:type="spellEnd"/>
      <w:r w:rsidRPr="009E686D">
        <w:rPr>
          <w:rFonts w:ascii="Arial" w:hAnsi="Arial" w:cs="Arial"/>
          <w:spacing w:val="15"/>
          <w:sz w:val="24"/>
          <w:szCs w:val="24"/>
        </w:rPr>
        <w:t xml:space="preserve"> </w:t>
      </w:r>
      <w:r w:rsidRPr="009E686D">
        <w:rPr>
          <w:rFonts w:ascii="Arial" w:hAnsi="Arial" w:cs="Arial"/>
          <w:spacing w:val="4"/>
          <w:sz w:val="24"/>
          <w:szCs w:val="24"/>
        </w:rPr>
        <w:t>escolar</w:t>
      </w:r>
      <w:r w:rsidRPr="009E686D">
        <w:rPr>
          <w:rFonts w:ascii="Arial" w:hAnsi="Arial" w:cs="Arial"/>
          <w:spacing w:val="-1"/>
          <w:sz w:val="24"/>
          <w:szCs w:val="24"/>
        </w:rPr>
        <w:t xml:space="preserve"> </w:t>
      </w:r>
      <w:r w:rsidRPr="009E686D">
        <w:rPr>
          <w:rFonts w:ascii="Arial" w:hAnsi="Arial" w:cs="Arial"/>
          <w:sz w:val="24"/>
          <w:szCs w:val="24"/>
        </w:rPr>
        <w:t>o</w:t>
      </w:r>
      <w:r w:rsidRPr="009E686D">
        <w:rPr>
          <w:rFonts w:ascii="Arial" w:hAnsi="Arial" w:cs="Arial"/>
          <w:spacing w:val="16"/>
          <w:sz w:val="24"/>
          <w:szCs w:val="24"/>
        </w:rPr>
        <w:t xml:space="preserve"> </w:t>
      </w:r>
      <w:proofErr w:type="spellStart"/>
      <w:r w:rsidRPr="009E686D">
        <w:rPr>
          <w:rFonts w:ascii="Arial" w:hAnsi="Arial" w:cs="Arial"/>
          <w:spacing w:val="5"/>
          <w:sz w:val="24"/>
          <w:szCs w:val="24"/>
        </w:rPr>
        <w:t>en</w:t>
      </w:r>
      <w:proofErr w:type="spellEnd"/>
      <w:r w:rsidRPr="009E686D">
        <w:rPr>
          <w:rFonts w:ascii="Arial" w:hAnsi="Arial" w:cs="Arial"/>
          <w:sz w:val="24"/>
          <w:szCs w:val="24"/>
        </w:rPr>
        <w:t xml:space="preserve"> la </w:t>
      </w:r>
      <w:proofErr w:type="spellStart"/>
      <w:r w:rsidRPr="009E686D">
        <w:rPr>
          <w:rFonts w:ascii="Arial" w:hAnsi="Arial" w:cs="Arial"/>
          <w:spacing w:val="-5"/>
          <w:sz w:val="24"/>
          <w:szCs w:val="24"/>
        </w:rPr>
        <w:t>rutina</w:t>
      </w:r>
      <w:proofErr w:type="spellEnd"/>
      <w:r w:rsidRPr="009E686D">
        <w:rPr>
          <w:rFonts w:ascii="Arial" w:hAnsi="Arial" w:cs="Arial"/>
          <w:spacing w:val="-5"/>
          <w:sz w:val="24"/>
          <w:szCs w:val="24"/>
        </w:rPr>
        <w:t>.</w:t>
      </w:r>
    </w:p>
    <w:p w14:paraId="5D2F04DE" w14:textId="77777777" w:rsidR="00893C50" w:rsidRPr="009E686D" w:rsidRDefault="00893C50" w:rsidP="00893C50">
      <w:pPr>
        <w:pStyle w:val="Prrafodelista"/>
        <w:widowControl w:val="0"/>
        <w:numPr>
          <w:ilvl w:val="0"/>
          <w:numId w:val="46"/>
        </w:numPr>
        <w:tabs>
          <w:tab w:val="left" w:pos="948"/>
        </w:tabs>
        <w:autoSpaceDE w:val="0"/>
        <w:autoSpaceDN w:val="0"/>
        <w:spacing w:before="25" w:after="0" w:line="360" w:lineRule="auto"/>
        <w:ind w:right="49"/>
        <w:contextualSpacing w:val="0"/>
        <w:jc w:val="both"/>
        <w:rPr>
          <w:rFonts w:ascii="Arial" w:hAnsi="Arial" w:cs="Arial"/>
          <w:sz w:val="24"/>
          <w:szCs w:val="24"/>
        </w:rPr>
      </w:pPr>
      <w:proofErr w:type="spellStart"/>
      <w:r w:rsidRPr="009E686D">
        <w:rPr>
          <w:rFonts w:ascii="Arial" w:hAnsi="Arial" w:cs="Arial"/>
          <w:sz w:val="24"/>
          <w:szCs w:val="24"/>
        </w:rPr>
        <w:t>Anticipar</w:t>
      </w:r>
      <w:proofErr w:type="spellEnd"/>
      <w:r w:rsidRPr="009E686D">
        <w:rPr>
          <w:rFonts w:ascii="Arial" w:hAnsi="Arial" w:cs="Arial"/>
          <w:sz w:val="24"/>
          <w:szCs w:val="24"/>
        </w:rPr>
        <w:t xml:space="preserve"> </w:t>
      </w:r>
      <w:proofErr w:type="spellStart"/>
      <w:r w:rsidRPr="009E686D">
        <w:rPr>
          <w:rFonts w:ascii="Arial" w:hAnsi="Arial" w:cs="Arial"/>
          <w:spacing w:val="3"/>
          <w:sz w:val="24"/>
          <w:szCs w:val="24"/>
        </w:rPr>
        <w:t>los</w:t>
      </w:r>
      <w:proofErr w:type="spellEnd"/>
      <w:r w:rsidRPr="009E686D">
        <w:rPr>
          <w:rFonts w:ascii="Arial" w:hAnsi="Arial" w:cs="Arial"/>
          <w:spacing w:val="3"/>
          <w:sz w:val="24"/>
          <w:szCs w:val="24"/>
        </w:rPr>
        <w:t xml:space="preserve"> </w:t>
      </w:r>
      <w:proofErr w:type="spellStart"/>
      <w:r w:rsidRPr="009E686D">
        <w:rPr>
          <w:rFonts w:ascii="Arial" w:hAnsi="Arial" w:cs="Arial"/>
          <w:spacing w:val="3"/>
          <w:sz w:val="24"/>
          <w:szCs w:val="24"/>
        </w:rPr>
        <w:t>cambios</w:t>
      </w:r>
      <w:proofErr w:type="spellEnd"/>
      <w:r w:rsidRPr="009E686D">
        <w:rPr>
          <w:rFonts w:ascii="Arial" w:hAnsi="Arial" w:cs="Arial"/>
          <w:spacing w:val="3"/>
          <w:sz w:val="24"/>
          <w:szCs w:val="24"/>
        </w:rPr>
        <w:t xml:space="preserve"> </w:t>
      </w:r>
      <w:proofErr w:type="spellStart"/>
      <w:r w:rsidRPr="009E686D">
        <w:rPr>
          <w:rFonts w:ascii="Arial" w:hAnsi="Arial" w:cs="Arial"/>
          <w:sz w:val="24"/>
          <w:szCs w:val="24"/>
        </w:rPr>
        <w:t>cuando</w:t>
      </w:r>
      <w:proofErr w:type="spellEnd"/>
      <w:r w:rsidRPr="009E686D">
        <w:rPr>
          <w:rFonts w:ascii="Arial" w:hAnsi="Arial" w:cs="Arial"/>
          <w:sz w:val="24"/>
          <w:szCs w:val="24"/>
        </w:rPr>
        <w:t xml:space="preserve"> </w:t>
      </w:r>
      <w:r w:rsidRPr="009E686D">
        <w:rPr>
          <w:rFonts w:ascii="Arial" w:hAnsi="Arial" w:cs="Arial"/>
          <w:spacing w:val="5"/>
          <w:sz w:val="24"/>
          <w:szCs w:val="24"/>
        </w:rPr>
        <w:t>sea</w:t>
      </w:r>
      <w:r w:rsidRPr="009E686D">
        <w:rPr>
          <w:rFonts w:ascii="Arial" w:hAnsi="Arial" w:cs="Arial"/>
          <w:spacing w:val="30"/>
          <w:sz w:val="24"/>
          <w:szCs w:val="24"/>
        </w:rPr>
        <w:t xml:space="preserve"> </w:t>
      </w:r>
      <w:proofErr w:type="spellStart"/>
      <w:r w:rsidRPr="009E686D">
        <w:rPr>
          <w:rFonts w:ascii="Arial" w:hAnsi="Arial" w:cs="Arial"/>
          <w:spacing w:val="6"/>
          <w:sz w:val="24"/>
          <w:szCs w:val="24"/>
        </w:rPr>
        <w:t>posible</w:t>
      </w:r>
      <w:proofErr w:type="spellEnd"/>
      <w:r w:rsidRPr="009E686D">
        <w:rPr>
          <w:rFonts w:ascii="Arial" w:hAnsi="Arial" w:cs="Arial"/>
          <w:spacing w:val="6"/>
          <w:sz w:val="24"/>
          <w:szCs w:val="24"/>
        </w:rPr>
        <w:t>.</w:t>
      </w:r>
    </w:p>
    <w:p w14:paraId="6FDAB1CE" w14:textId="77777777" w:rsidR="00893C50" w:rsidRPr="009E686D" w:rsidRDefault="00893C50" w:rsidP="00893C50">
      <w:pPr>
        <w:pStyle w:val="Prrafodelista"/>
        <w:widowControl w:val="0"/>
        <w:numPr>
          <w:ilvl w:val="0"/>
          <w:numId w:val="46"/>
        </w:numPr>
        <w:tabs>
          <w:tab w:val="left" w:pos="948"/>
        </w:tabs>
        <w:autoSpaceDE w:val="0"/>
        <w:autoSpaceDN w:val="0"/>
        <w:spacing w:before="25" w:after="0" w:line="360" w:lineRule="auto"/>
        <w:ind w:right="49"/>
        <w:contextualSpacing w:val="0"/>
        <w:jc w:val="both"/>
        <w:rPr>
          <w:rFonts w:ascii="Arial" w:hAnsi="Arial" w:cs="Arial"/>
          <w:sz w:val="24"/>
          <w:szCs w:val="24"/>
        </w:rPr>
      </w:pPr>
      <w:r w:rsidRPr="009E686D">
        <w:rPr>
          <w:rFonts w:ascii="Arial" w:hAnsi="Arial" w:cs="Arial"/>
          <w:sz w:val="24"/>
          <w:szCs w:val="24"/>
        </w:rPr>
        <w:t xml:space="preserve">Estar </w:t>
      </w:r>
      <w:proofErr w:type="spellStart"/>
      <w:r w:rsidRPr="009E686D">
        <w:rPr>
          <w:rFonts w:ascii="Arial" w:hAnsi="Arial" w:cs="Arial"/>
          <w:sz w:val="24"/>
          <w:szCs w:val="24"/>
        </w:rPr>
        <w:t>atentos</w:t>
      </w:r>
      <w:proofErr w:type="spellEnd"/>
      <w:r w:rsidRPr="009E686D">
        <w:rPr>
          <w:rFonts w:ascii="Arial" w:hAnsi="Arial" w:cs="Arial"/>
          <w:sz w:val="24"/>
          <w:szCs w:val="24"/>
        </w:rPr>
        <w:t xml:space="preserve"> a </w:t>
      </w:r>
      <w:proofErr w:type="spellStart"/>
      <w:r w:rsidRPr="009E686D">
        <w:rPr>
          <w:rFonts w:ascii="Arial" w:hAnsi="Arial" w:cs="Arial"/>
          <w:sz w:val="24"/>
          <w:szCs w:val="24"/>
        </w:rPr>
        <w:t>conflictos</w:t>
      </w:r>
      <w:proofErr w:type="spellEnd"/>
      <w:r w:rsidRPr="009E686D">
        <w:rPr>
          <w:rFonts w:ascii="Arial" w:hAnsi="Arial" w:cs="Arial"/>
          <w:sz w:val="24"/>
          <w:szCs w:val="24"/>
        </w:rPr>
        <w:t xml:space="preserve"> </w:t>
      </w:r>
      <w:proofErr w:type="spellStart"/>
      <w:r w:rsidRPr="009E686D">
        <w:rPr>
          <w:rFonts w:ascii="Arial" w:hAnsi="Arial" w:cs="Arial"/>
          <w:spacing w:val="5"/>
          <w:sz w:val="24"/>
          <w:szCs w:val="24"/>
        </w:rPr>
        <w:t>en</w:t>
      </w:r>
      <w:proofErr w:type="spellEnd"/>
      <w:r w:rsidRPr="009E686D">
        <w:rPr>
          <w:rFonts w:ascii="Arial" w:hAnsi="Arial" w:cs="Arial"/>
          <w:spacing w:val="5"/>
          <w:sz w:val="24"/>
          <w:szCs w:val="24"/>
        </w:rPr>
        <w:t xml:space="preserve"> </w:t>
      </w:r>
      <w:proofErr w:type="spellStart"/>
      <w:r w:rsidRPr="009E686D">
        <w:rPr>
          <w:rFonts w:ascii="Arial" w:hAnsi="Arial" w:cs="Arial"/>
          <w:spacing w:val="5"/>
          <w:sz w:val="24"/>
          <w:szCs w:val="24"/>
        </w:rPr>
        <w:t>el</w:t>
      </w:r>
      <w:proofErr w:type="spellEnd"/>
      <w:r w:rsidRPr="009E686D">
        <w:rPr>
          <w:rFonts w:ascii="Arial" w:hAnsi="Arial" w:cs="Arial"/>
          <w:spacing w:val="5"/>
          <w:sz w:val="24"/>
          <w:szCs w:val="24"/>
        </w:rPr>
        <w:t xml:space="preserve"> </w:t>
      </w:r>
      <w:r w:rsidRPr="009E686D">
        <w:rPr>
          <w:rFonts w:ascii="Arial" w:hAnsi="Arial" w:cs="Arial"/>
          <w:spacing w:val="-3"/>
          <w:sz w:val="24"/>
          <w:szCs w:val="24"/>
        </w:rPr>
        <w:t xml:space="preserve">aula </w:t>
      </w:r>
      <w:r w:rsidRPr="009E686D">
        <w:rPr>
          <w:rFonts w:ascii="Arial" w:hAnsi="Arial" w:cs="Arial"/>
          <w:sz w:val="24"/>
          <w:szCs w:val="24"/>
        </w:rPr>
        <w:t xml:space="preserve">que </w:t>
      </w:r>
      <w:proofErr w:type="spellStart"/>
      <w:r w:rsidRPr="009E686D">
        <w:rPr>
          <w:rFonts w:ascii="Arial" w:hAnsi="Arial" w:cs="Arial"/>
          <w:sz w:val="24"/>
          <w:szCs w:val="24"/>
        </w:rPr>
        <w:t>podrían</w:t>
      </w:r>
      <w:proofErr w:type="spellEnd"/>
      <w:r w:rsidRPr="009E686D">
        <w:rPr>
          <w:rFonts w:ascii="Arial" w:hAnsi="Arial" w:cs="Arial"/>
          <w:sz w:val="24"/>
          <w:szCs w:val="24"/>
        </w:rPr>
        <w:t xml:space="preserve"> </w:t>
      </w:r>
      <w:proofErr w:type="spellStart"/>
      <w:r w:rsidRPr="009E686D">
        <w:rPr>
          <w:rFonts w:ascii="Arial" w:hAnsi="Arial" w:cs="Arial"/>
          <w:spacing w:val="3"/>
          <w:sz w:val="24"/>
          <w:szCs w:val="24"/>
        </w:rPr>
        <w:t>desencadenar</w:t>
      </w:r>
      <w:proofErr w:type="spellEnd"/>
      <w:r w:rsidRPr="009E686D">
        <w:rPr>
          <w:rFonts w:ascii="Arial" w:hAnsi="Arial" w:cs="Arial"/>
          <w:spacing w:val="3"/>
          <w:sz w:val="24"/>
          <w:szCs w:val="24"/>
        </w:rPr>
        <w:t xml:space="preserve"> </w:t>
      </w:r>
      <w:r w:rsidRPr="009E686D">
        <w:rPr>
          <w:rFonts w:ascii="Arial" w:hAnsi="Arial" w:cs="Arial"/>
          <w:spacing w:val="-3"/>
          <w:sz w:val="24"/>
          <w:szCs w:val="24"/>
        </w:rPr>
        <w:t xml:space="preserve">un </w:t>
      </w:r>
      <w:proofErr w:type="spellStart"/>
      <w:r w:rsidRPr="009E686D">
        <w:rPr>
          <w:rFonts w:ascii="Arial" w:hAnsi="Arial" w:cs="Arial"/>
          <w:sz w:val="24"/>
          <w:szCs w:val="24"/>
        </w:rPr>
        <w:t>cuadro</w:t>
      </w:r>
      <w:proofErr w:type="spellEnd"/>
      <w:r w:rsidRPr="009E686D">
        <w:rPr>
          <w:rFonts w:ascii="Arial" w:hAnsi="Arial" w:cs="Arial"/>
          <w:sz w:val="24"/>
          <w:szCs w:val="24"/>
        </w:rPr>
        <w:t xml:space="preserve"> </w:t>
      </w:r>
      <w:r w:rsidRPr="009E686D">
        <w:rPr>
          <w:rFonts w:ascii="Arial" w:hAnsi="Arial" w:cs="Arial"/>
          <w:spacing w:val="5"/>
          <w:sz w:val="24"/>
          <w:szCs w:val="24"/>
        </w:rPr>
        <w:t>de</w:t>
      </w:r>
      <w:r w:rsidRPr="009E686D">
        <w:rPr>
          <w:rFonts w:ascii="Arial" w:hAnsi="Arial" w:cs="Arial"/>
          <w:spacing w:val="12"/>
          <w:sz w:val="24"/>
          <w:szCs w:val="24"/>
        </w:rPr>
        <w:t xml:space="preserve"> </w:t>
      </w:r>
      <w:proofErr w:type="spellStart"/>
      <w:r w:rsidRPr="009E686D">
        <w:rPr>
          <w:rFonts w:ascii="Arial" w:hAnsi="Arial" w:cs="Arial"/>
          <w:spacing w:val="3"/>
          <w:sz w:val="24"/>
          <w:szCs w:val="24"/>
        </w:rPr>
        <w:t>desregulación</w:t>
      </w:r>
      <w:proofErr w:type="spellEnd"/>
      <w:r w:rsidRPr="009E686D">
        <w:rPr>
          <w:rFonts w:ascii="Arial" w:hAnsi="Arial" w:cs="Arial"/>
          <w:spacing w:val="3"/>
          <w:sz w:val="24"/>
          <w:szCs w:val="24"/>
        </w:rPr>
        <w:t>.</w:t>
      </w:r>
    </w:p>
    <w:p w14:paraId="33E42106" w14:textId="77777777" w:rsidR="00893C50" w:rsidRPr="009E686D" w:rsidRDefault="00893C50" w:rsidP="00893C50">
      <w:pPr>
        <w:pStyle w:val="Prrafodelista"/>
        <w:widowControl w:val="0"/>
        <w:numPr>
          <w:ilvl w:val="0"/>
          <w:numId w:val="46"/>
        </w:numPr>
        <w:tabs>
          <w:tab w:val="left" w:pos="948"/>
        </w:tabs>
        <w:autoSpaceDE w:val="0"/>
        <w:autoSpaceDN w:val="0"/>
        <w:spacing w:before="24" w:after="0" w:line="360" w:lineRule="auto"/>
        <w:ind w:right="49"/>
        <w:contextualSpacing w:val="0"/>
        <w:jc w:val="both"/>
        <w:rPr>
          <w:rFonts w:ascii="Arial" w:hAnsi="Arial" w:cs="Arial"/>
          <w:sz w:val="24"/>
          <w:szCs w:val="24"/>
        </w:rPr>
      </w:pPr>
      <w:r w:rsidRPr="009E686D">
        <w:rPr>
          <w:rFonts w:ascii="Arial" w:hAnsi="Arial" w:cs="Arial"/>
          <w:spacing w:val="-7"/>
          <w:sz w:val="24"/>
          <w:szCs w:val="24"/>
        </w:rPr>
        <w:t xml:space="preserve">Tratar </w:t>
      </w:r>
      <w:r w:rsidRPr="009E686D">
        <w:rPr>
          <w:rFonts w:ascii="Arial" w:hAnsi="Arial" w:cs="Arial"/>
          <w:spacing w:val="5"/>
          <w:sz w:val="24"/>
          <w:szCs w:val="24"/>
        </w:rPr>
        <w:t xml:space="preserve">de </w:t>
      </w:r>
      <w:proofErr w:type="spellStart"/>
      <w:r w:rsidRPr="009E686D">
        <w:rPr>
          <w:rFonts w:ascii="Arial" w:hAnsi="Arial" w:cs="Arial"/>
          <w:sz w:val="24"/>
          <w:szCs w:val="24"/>
        </w:rPr>
        <w:t>minimizar</w:t>
      </w:r>
      <w:proofErr w:type="spellEnd"/>
      <w:r w:rsidRPr="009E686D">
        <w:rPr>
          <w:rFonts w:ascii="Arial" w:hAnsi="Arial" w:cs="Arial"/>
          <w:sz w:val="24"/>
          <w:szCs w:val="24"/>
        </w:rPr>
        <w:t xml:space="preserve"> </w:t>
      </w:r>
      <w:proofErr w:type="spellStart"/>
      <w:r w:rsidRPr="009E686D">
        <w:rPr>
          <w:rFonts w:ascii="Arial" w:hAnsi="Arial" w:cs="Arial"/>
          <w:spacing w:val="5"/>
          <w:sz w:val="24"/>
          <w:szCs w:val="24"/>
        </w:rPr>
        <w:t>el</w:t>
      </w:r>
      <w:proofErr w:type="spellEnd"/>
      <w:r w:rsidRPr="009E686D">
        <w:rPr>
          <w:rFonts w:ascii="Arial" w:hAnsi="Arial" w:cs="Arial"/>
          <w:spacing w:val="5"/>
          <w:sz w:val="24"/>
          <w:szCs w:val="24"/>
        </w:rPr>
        <w:t xml:space="preserve"> </w:t>
      </w:r>
      <w:proofErr w:type="spellStart"/>
      <w:r w:rsidRPr="009E686D">
        <w:rPr>
          <w:rFonts w:ascii="Arial" w:hAnsi="Arial" w:cs="Arial"/>
          <w:sz w:val="24"/>
          <w:szCs w:val="24"/>
        </w:rPr>
        <w:t>ruido</w:t>
      </w:r>
      <w:proofErr w:type="spellEnd"/>
      <w:r w:rsidRPr="009E686D">
        <w:rPr>
          <w:rFonts w:ascii="Arial" w:hAnsi="Arial" w:cs="Arial"/>
          <w:sz w:val="24"/>
          <w:szCs w:val="24"/>
        </w:rPr>
        <w:t xml:space="preserve"> </w:t>
      </w:r>
      <w:proofErr w:type="spellStart"/>
      <w:r w:rsidRPr="009E686D">
        <w:rPr>
          <w:rFonts w:ascii="Arial" w:hAnsi="Arial" w:cs="Arial"/>
          <w:sz w:val="24"/>
          <w:szCs w:val="24"/>
        </w:rPr>
        <w:t>ambiente</w:t>
      </w:r>
      <w:proofErr w:type="spellEnd"/>
      <w:r w:rsidRPr="009E686D">
        <w:rPr>
          <w:rFonts w:ascii="Arial" w:hAnsi="Arial" w:cs="Arial"/>
          <w:sz w:val="24"/>
          <w:szCs w:val="24"/>
        </w:rPr>
        <w:t xml:space="preserve">, </w:t>
      </w:r>
      <w:proofErr w:type="spellStart"/>
      <w:r w:rsidRPr="009E686D">
        <w:rPr>
          <w:rFonts w:ascii="Arial" w:hAnsi="Arial" w:cs="Arial"/>
          <w:spacing w:val="2"/>
          <w:sz w:val="24"/>
          <w:szCs w:val="24"/>
        </w:rPr>
        <w:t>favoreciendo</w:t>
      </w:r>
      <w:proofErr w:type="spellEnd"/>
      <w:r w:rsidRPr="009E686D">
        <w:rPr>
          <w:rFonts w:ascii="Arial" w:hAnsi="Arial" w:cs="Arial"/>
          <w:spacing w:val="2"/>
          <w:sz w:val="24"/>
          <w:szCs w:val="24"/>
        </w:rPr>
        <w:t xml:space="preserve"> </w:t>
      </w:r>
      <w:proofErr w:type="spellStart"/>
      <w:r w:rsidRPr="009E686D">
        <w:rPr>
          <w:rFonts w:ascii="Arial" w:hAnsi="Arial" w:cs="Arial"/>
          <w:spacing w:val="5"/>
          <w:sz w:val="24"/>
          <w:szCs w:val="24"/>
        </w:rPr>
        <w:t>el</w:t>
      </w:r>
      <w:proofErr w:type="spellEnd"/>
      <w:r w:rsidRPr="009E686D">
        <w:rPr>
          <w:rFonts w:ascii="Arial" w:hAnsi="Arial" w:cs="Arial"/>
          <w:spacing w:val="5"/>
          <w:sz w:val="24"/>
          <w:szCs w:val="24"/>
        </w:rPr>
        <w:t xml:space="preserve"> </w:t>
      </w:r>
      <w:proofErr w:type="spellStart"/>
      <w:r w:rsidRPr="009E686D">
        <w:rPr>
          <w:rFonts w:ascii="Arial" w:hAnsi="Arial" w:cs="Arial"/>
          <w:sz w:val="24"/>
          <w:szCs w:val="24"/>
        </w:rPr>
        <w:t>uso</w:t>
      </w:r>
      <w:proofErr w:type="spellEnd"/>
      <w:r w:rsidRPr="009E686D">
        <w:rPr>
          <w:rFonts w:ascii="Arial" w:hAnsi="Arial" w:cs="Arial"/>
          <w:sz w:val="24"/>
          <w:szCs w:val="24"/>
        </w:rPr>
        <w:t xml:space="preserve"> </w:t>
      </w:r>
      <w:r w:rsidRPr="009E686D">
        <w:rPr>
          <w:rFonts w:ascii="Arial" w:hAnsi="Arial" w:cs="Arial"/>
          <w:spacing w:val="5"/>
          <w:sz w:val="24"/>
          <w:szCs w:val="24"/>
        </w:rPr>
        <w:t xml:space="preserve">de </w:t>
      </w:r>
      <w:proofErr w:type="spellStart"/>
      <w:r w:rsidRPr="009E686D">
        <w:rPr>
          <w:rFonts w:ascii="Arial" w:hAnsi="Arial" w:cs="Arial"/>
          <w:sz w:val="24"/>
          <w:szCs w:val="24"/>
        </w:rPr>
        <w:t>audífonos</w:t>
      </w:r>
      <w:proofErr w:type="spellEnd"/>
      <w:r w:rsidRPr="009E686D">
        <w:rPr>
          <w:rFonts w:ascii="Arial" w:hAnsi="Arial" w:cs="Arial"/>
          <w:sz w:val="24"/>
          <w:szCs w:val="24"/>
        </w:rPr>
        <w:t xml:space="preserve"> que </w:t>
      </w:r>
      <w:proofErr w:type="spellStart"/>
      <w:r w:rsidRPr="009E686D">
        <w:rPr>
          <w:rFonts w:ascii="Arial" w:hAnsi="Arial" w:cs="Arial"/>
          <w:sz w:val="24"/>
          <w:szCs w:val="24"/>
        </w:rPr>
        <w:t>tengan</w:t>
      </w:r>
      <w:proofErr w:type="spellEnd"/>
      <w:r w:rsidRPr="009E686D">
        <w:rPr>
          <w:rFonts w:ascii="Arial" w:hAnsi="Arial" w:cs="Arial"/>
          <w:sz w:val="24"/>
          <w:szCs w:val="24"/>
        </w:rPr>
        <w:t xml:space="preserve"> la </w:t>
      </w:r>
      <w:proofErr w:type="spellStart"/>
      <w:r w:rsidRPr="009E686D">
        <w:rPr>
          <w:rFonts w:ascii="Arial" w:hAnsi="Arial" w:cs="Arial"/>
          <w:sz w:val="24"/>
          <w:szCs w:val="24"/>
        </w:rPr>
        <w:t>función</w:t>
      </w:r>
      <w:proofErr w:type="spellEnd"/>
      <w:r w:rsidRPr="009E686D">
        <w:rPr>
          <w:rFonts w:ascii="Arial" w:hAnsi="Arial" w:cs="Arial"/>
          <w:sz w:val="24"/>
          <w:szCs w:val="24"/>
        </w:rPr>
        <w:t xml:space="preserve"> </w:t>
      </w:r>
      <w:r w:rsidRPr="009E686D">
        <w:rPr>
          <w:rFonts w:ascii="Arial" w:hAnsi="Arial" w:cs="Arial"/>
          <w:spacing w:val="5"/>
          <w:sz w:val="24"/>
          <w:szCs w:val="24"/>
        </w:rPr>
        <w:t xml:space="preserve">de </w:t>
      </w:r>
      <w:proofErr w:type="spellStart"/>
      <w:r w:rsidRPr="009E686D">
        <w:rPr>
          <w:rFonts w:ascii="Arial" w:hAnsi="Arial" w:cs="Arial"/>
          <w:spacing w:val="2"/>
          <w:sz w:val="24"/>
          <w:szCs w:val="24"/>
        </w:rPr>
        <w:t>cancelación</w:t>
      </w:r>
      <w:proofErr w:type="spellEnd"/>
      <w:r w:rsidRPr="009E686D">
        <w:rPr>
          <w:rFonts w:ascii="Arial" w:hAnsi="Arial" w:cs="Arial"/>
          <w:sz w:val="24"/>
          <w:szCs w:val="24"/>
        </w:rPr>
        <w:t xml:space="preserve"> </w:t>
      </w:r>
      <w:r w:rsidRPr="009E686D">
        <w:rPr>
          <w:rFonts w:ascii="Arial" w:hAnsi="Arial" w:cs="Arial"/>
          <w:spacing w:val="5"/>
          <w:sz w:val="24"/>
          <w:szCs w:val="24"/>
        </w:rPr>
        <w:t>de</w:t>
      </w:r>
      <w:r w:rsidRPr="009E686D">
        <w:rPr>
          <w:rFonts w:ascii="Arial" w:hAnsi="Arial" w:cs="Arial"/>
          <w:spacing w:val="15"/>
          <w:sz w:val="24"/>
          <w:szCs w:val="24"/>
        </w:rPr>
        <w:t xml:space="preserve"> </w:t>
      </w:r>
      <w:proofErr w:type="spellStart"/>
      <w:r w:rsidRPr="009E686D">
        <w:rPr>
          <w:rFonts w:ascii="Arial" w:hAnsi="Arial" w:cs="Arial"/>
          <w:sz w:val="24"/>
          <w:szCs w:val="24"/>
        </w:rPr>
        <w:t>ruido</w:t>
      </w:r>
      <w:proofErr w:type="spellEnd"/>
      <w:r w:rsidRPr="009E686D">
        <w:rPr>
          <w:rFonts w:ascii="Arial" w:hAnsi="Arial" w:cs="Arial"/>
          <w:spacing w:val="16"/>
          <w:sz w:val="24"/>
          <w:szCs w:val="24"/>
        </w:rPr>
        <w:t xml:space="preserve"> </w:t>
      </w:r>
      <w:r w:rsidRPr="009E686D">
        <w:rPr>
          <w:rFonts w:ascii="Arial" w:hAnsi="Arial" w:cs="Arial"/>
          <w:spacing w:val="5"/>
          <w:sz w:val="24"/>
          <w:szCs w:val="24"/>
        </w:rPr>
        <w:t>de</w:t>
      </w:r>
      <w:r w:rsidRPr="009E686D">
        <w:rPr>
          <w:rFonts w:ascii="Arial" w:hAnsi="Arial" w:cs="Arial"/>
          <w:spacing w:val="16"/>
          <w:sz w:val="24"/>
          <w:szCs w:val="24"/>
        </w:rPr>
        <w:t xml:space="preserve"> </w:t>
      </w:r>
      <w:proofErr w:type="spellStart"/>
      <w:r w:rsidRPr="009E686D">
        <w:rPr>
          <w:rFonts w:ascii="Arial" w:hAnsi="Arial" w:cs="Arial"/>
          <w:spacing w:val="2"/>
          <w:sz w:val="24"/>
          <w:szCs w:val="24"/>
        </w:rPr>
        <w:t>fondo</w:t>
      </w:r>
      <w:proofErr w:type="spellEnd"/>
      <w:r w:rsidRPr="009E686D">
        <w:rPr>
          <w:rFonts w:ascii="Arial" w:hAnsi="Arial" w:cs="Arial"/>
          <w:spacing w:val="2"/>
          <w:sz w:val="24"/>
          <w:szCs w:val="24"/>
        </w:rPr>
        <w:t>,</w:t>
      </w:r>
      <w:r w:rsidRPr="009E686D">
        <w:rPr>
          <w:rFonts w:ascii="Arial" w:hAnsi="Arial" w:cs="Arial"/>
          <w:spacing w:val="10"/>
          <w:sz w:val="24"/>
          <w:szCs w:val="24"/>
        </w:rPr>
        <w:t xml:space="preserve"> </w:t>
      </w:r>
      <w:proofErr w:type="spellStart"/>
      <w:r w:rsidRPr="009E686D">
        <w:rPr>
          <w:rFonts w:ascii="Arial" w:hAnsi="Arial" w:cs="Arial"/>
          <w:spacing w:val="3"/>
          <w:sz w:val="24"/>
          <w:szCs w:val="24"/>
        </w:rPr>
        <w:t>si</w:t>
      </w:r>
      <w:proofErr w:type="spellEnd"/>
      <w:r w:rsidRPr="009E686D">
        <w:rPr>
          <w:rFonts w:ascii="Arial" w:hAnsi="Arial" w:cs="Arial"/>
          <w:spacing w:val="7"/>
          <w:sz w:val="24"/>
          <w:szCs w:val="24"/>
        </w:rPr>
        <w:t xml:space="preserve"> </w:t>
      </w:r>
      <w:r w:rsidRPr="009E686D">
        <w:rPr>
          <w:rFonts w:ascii="Arial" w:hAnsi="Arial" w:cs="Arial"/>
          <w:spacing w:val="5"/>
          <w:sz w:val="24"/>
          <w:szCs w:val="24"/>
        </w:rPr>
        <w:t>es</w:t>
      </w:r>
      <w:r w:rsidRPr="009E686D">
        <w:rPr>
          <w:rFonts w:ascii="Arial" w:hAnsi="Arial" w:cs="Arial"/>
          <w:spacing w:val="11"/>
          <w:sz w:val="24"/>
          <w:szCs w:val="24"/>
        </w:rPr>
        <w:t xml:space="preserve"> </w:t>
      </w:r>
      <w:r w:rsidRPr="009E686D">
        <w:rPr>
          <w:rFonts w:ascii="Arial" w:hAnsi="Arial" w:cs="Arial"/>
          <w:sz w:val="24"/>
          <w:szCs w:val="24"/>
        </w:rPr>
        <w:t>que</w:t>
      </w:r>
      <w:r w:rsidRPr="009E686D">
        <w:rPr>
          <w:rFonts w:ascii="Arial" w:hAnsi="Arial" w:cs="Arial"/>
          <w:spacing w:val="16"/>
          <w:sz w:val="24"/>
          <w:szCs w:val="24"/>
        </w:rPr>
        <w:t xml:space="preserve"> </w:t>
      </w:r>
      <w:proofErr w:type="gramStart"/>
      <w:r w:rsidRPr="009E686D">
        <w:rPr>
          <w:rFonts w:ascii="Arial" w:hAnsi="Arial" w:cs="Arial"/>
          <w:sz w:val="24"/>
          <w:szCs w:val="24"/>
        </w:rPr>
        <w:t>a</w:t>
      </w:r>
      <w:proofErr w:type="gramEnd"/>
      <w:r w:rsidRPr="009E686D">
        <w:rPr>
          <w:rFonts w:ascii="Arial" w:hAnsi="Arial" w:cs="Arial"/>
          <w:sz w:val="24"/>
          <w:szCs w:val="24"/>
        </w:rPr>
        <w:t xml:space="preserve"> </w:t>
      </w:r>
      <w:proofErr w:type="spellStart"/>
      <w:r w:rsidRPr="009E686D">
        <w:rPr>
          <w:rFonts w:ascii="Arial" w:hAnsi="Arial" w:cs="Arial"/>
          <w:sz w:val="24"/>
          <w:szCs w:val="24"/>
        </w:rPr>
        <w:t>algún</w:t>
      </w:r>
      <w:proofErr w:type="spellEnd"/>
      <w:r w:rsidRPr="009E686D">
        <w:rPr>
          <w:rFonts w:ascii="Arial" w:hAnsi="Arial" w:cs="Arial"/>
          <w:sz w:val="24"/>
          <w:szCs w:val="24"/>
        </w:rPr>
        <w:t xml:space="preserve"> </w:t>
      </w:r>
      <w:proofErr w:type="spellStart"/>
      <w:r w:rsidRPr="009E686D">
        <w:rPr>
          <w:rFonts w:ascii="Arial" w:hAnsi="Arial" w:cs="Arial"/>
          <w:sz w:val="24"/>
          <w:szCs w:val="24"/>
        </w:rPr>
        <w:t>estudiante</w:t>
      </w:r>
      <w:proofErr w:type="spellEnd"/>
      <w:r w:rsidRPr="009E686D">
        <w:rPr>
          <w:rFonts w:ascii="Arial" w:hAnsi="Arial" w:cs="Arial"/>
          <w:spacing w:val="16"/>
          <w:sz w:val="24"/>
          <w:szCs w:val="24"/>
        </w:rPr>
        <w:t xml:space="preserve"> </w:t>
      </w:r>
      <w:r w:rsidRPr="009E686D">
        <w:rPr>
          <w:rFonts w:ascii="Arial" w:hAnsi="Arial" w:cs="Arial"/>
          <w:sz w:val="24"/>
          <w:szCs w:val="24"/>
        </w:rPr>
        <w:t>le</w:t>
      </w:r>
      <w:r w:rsidRPr="009E686D">
        <w:rPr>
          <w:rFonts w:ascii="Arial" w:hAnsi="Arial" w:cs="Arial"/>
          <w:spacing w:val="16"/>
          <w:sz w:val="24"/>
          <w:szCs w:val="24"/>
        </w:rPr>
        <w:t xml:space="preserve"> </w:t>
      </w:r>
      <w:proofErr w:type="spellStart"/>
      <w:r w:rsidRPr="009E686D">
        <w:rPr>
          <w:rFonts w:ascii="Arial" w:hAnsi="Arial" w:cs="Arial"/>
          <w:sz w:val="24"/>
          <w:szCs w:val="24"/>
        </w:rPr>
        <w:t>favorece</w:t>
      </w:r>
      <w:proofErr w:type="spellEnd"/>
      <w:r w:rsidRPr="009E686D">
        <w:rPr>
          <w:rFonts w:ascii="Arial" w:hAnsi="Arial" w:cs="Arial"/>
          <w:spacing w:val="15"/>
          <w:sz w:val="24"/>
          <w:szCs w:val="24"/>
        </w:rPr>
        <w:t xml:space="preserve"> </w:t>
      </w:r>
      <w:proofErr w:type="spellStart"/>
      <w:r w:rsidRPr="009E686D">
        <w:rPr>
          <w:rFonts w:ascii="Arial" w:hAnsi="Arial" w:cs="Arial"/>
          <w:spacing w:val="2"/>
          <w:sz w:val="24"/>
          <w:szCs w:val="24"/>
        </w:rPr>
        <w:t>dicho</w:t>
      </w:r>
      <w:proofErr w:type="spellEnd"/>
      <w:r w:rsidRPr="009E686D">
        <w:rPr>
          <w:rFonts w:ascii="Arial" w:hAnsi="Arial" w:cs="Arial"/>
          <w:spacing w:val="16"/>
          <w:sz w:val="24"/>
          <w:szCs w:val="24"/>
        </w:rPr>
        <w:t xml:space="preserve"> </w:t>
      </w:r>
      <w:proofErr w:type="spellStart"/>
      <w:r w:rsidRPr="009E686D">
        <w:rPr>
          <w:rFonts w:ascii="Arial" w:hAnsi="Arial" w:cs="Arial"/>
          <w:spacing w:val="2"/>
          <w:sz w:val="24"/>
          <w:szCs w:val="24"/>
        </w:rPr>
        <w:t>uso</w:t>
      </w:r>
      <w:proofErr w:type="spellEnd"/>
      <w:r w:rsidRPr="009E686D">
        <w:rPr>
          <w:rFonts w:ascii="Arial" w:hAnsi="Arial" w:cs="Arial"/>
          <w:spacing w:val="2"/>
          <w:sz w:val="24"/>
          <w:szCs w:val="24"/>
        </w:rPr>
        <w:t>.</w:t>
      </w:r>
    </w:p>
    <w:p w14:paraId="51D3C051" w14:textId="77777777" w:rsidR="00893C50" w:rsidRPr="009E686D" w:rsidRDefault="00893C50" w:rsidP="00893C50">
      <w:pPr>
        <w:pStyle w:val="Prrafodelista"/>
        <w:widowControl w:val="0"/>
        <w:numPr>
          <w:ilvl w:val="0"/>
          <w:numId w:val="46"/>
        </w:numPr>
        <w:tabs>
          <w:tab w:val="left" w:pos="948"/>
        </w:tabs>
        <w:autoSpaceDE w:val="0"/>
        <w:autoSpaceDN w:val="0"/>
        <w:spacing w:before="24" w:after="0" w:line="360" w:lineRule="auto"/>
        <w:ind w:right="49"/>
        <w:contextualSpacing w:val="0"/>
        <w:jc w:val="both"/>
        <w:rPr>
          <w:rFonts w:ascii="Arial" w:hAnsi="Arial" w:cs="Arial"/>
          <w:sz w:val="24"/>
          <w:szCs w:val="24"/>
        </w:rPr>
      </w:pPr>
      <w:proofErr w:type="spellStart"/>
      <w:r w:rsidRPr="009E686D">
        <w:rPr>
          <w:rFonts w:ascii="Arial" w:hAnsi="Arial" w:cs="Arial"/>
          <w:sz w:val="24"/>
          <w:szCs w:val="24"/>
        </w:rPr>
        <w:t>Complementar</w:t>
      </w:r>
      <w:proofErr w:type="spellEnd"/>
      <w:r w:rsidRPr="009E686D">
        <w:rPr>
          <w:rFonts w:ascii="Arial" w:hAnsi="Arial" w:cs="Arial"/>
          <w:sz w:val="24"/>
          <w:szCs w:val="24"/>
        </w:rPr>
        <w:t xml:space="preserve"> con </w:t>
      </w:r>
      <w:proofErr w:type="spellStart"/>
      <w:r w:rsidRPr="009E686D">
        <w:rPr>
          <w:rFonts w:ascii="Arial" w:hAnsi="Arial" w:cs="Arial"/>
          <w:sz w:val="24"/>
          <w:szCs w:val="24"/>
        </w:rPr>
        <w:t>información</w:t>
      </w:r>
      <w:proofErr w:type="spellEnd"/>
      <w:r w:rsidRPr="009E686D">
        <w:rPr>
          <w:rFonts w:ascii="Arial" w:hAnsi="Arial" w:cs="Arial"/>
          <w:sz w:val="24"/>
          <w:szCs w:val="24"/>
        </w:rPr>
        <w:t xml:space="preserve"> de </w:t>
      </w:r>
      <w:proofErr w:type="spellStart"/>
      <w:r w:rsidRPr="009E686D">
        <w:rPr>
          <w:rFonts w:ascii="Arial" w:hAnsi="Arial" w:cs="Arial"/>
          <w:sz w:val="24"/>
          <w:szCs w:val="24"/>
        </w:rPr>
        <w:t>diversas</w:t>
      </w:r>
      <w:proofErr w:type="spellEnd"/>
      <w:r w:rsidRPr="009E686D">
        <w:rPr>
          <w:rFonts w:ascii="Arial" w:hAnsi="Arial" w:cs="Arial"/>
          <w:sz w:val="24"/>
          <w:szCs w:val="24"/>
        </w:rPr>
        <w:t xml:space="preserve"> </w:t>
      </w:r>
      <w:proofErr w:type="spellStart"/>
      <w:r w:rsidRPr="009E686D">
        <w:rPr>
          <w:rFonts w:ascii="Arial" w:hAnsi="Arial" w:cs="Arial"/>
          <w:sz w:val="24"/>
          <w:szCs w:val="24"/>
        </w:rPr>
        <w:t>fuentes</w:t>
      </w:r>
      <w:proofErr w:type="spellEnd"/>
      <w:r w:rsidRPr="009E686D">
        <w:rPr>
          <w:rFonts w:ascii="Arial" w:hAnsi="Arial" w:cs="Arial"/>
          <w:sz w:val="24"/>
          <w:szCs w:val="24"/>
        </w:rPr>
        <w:t xml:space="preserve"> </w:t>
      </w:r>
      <w:proofErr w:type="spellStart"/>
      <w:r w:rsidRPr="009E686D">
        <w:rPr>
          <w:rFonts w:ascii="Arial" w:hAnsi="Arial" w:cs="Arial"/>
          <w:sz w:val="24"/>
          <w:szCs w:val="24"/>
        </w:rPr>
        <w:t>como</w:t>
      </w:r>
      <w:proofErr w:type="spellEnd"/>
      <w:r w:rsidRPr="009E686D">
        <w:rPr>
          <w:rFonts w:ascii="Arial" w:hAnsi="Arial" w:cs="Arial"/>
          <w:sz w:val="24"/>
          <w:szCs w:val="24"/>
        </w:rPr>
        <w:t xml:space="preserve"> la familia, u </w:t>
      </w:r>
      <w:proofErr w:type="spellStart"/>
      <w:r w:rsidRPr="009E686D">
        <w:rPr>
          <w:rFonts w:ascii="Arial" w:hAnsi="Arial" w:cs="Arial"/>
          <w:sz w:val="24"/>
          <w:szCs w:val="24"/>
        </w:rPr>
        <w:t>otros</w:t>
      </w:r>
      <w:proofErr w:type="spellEnd"/>
      <w:r w:rsidRPr="009E686D">
        <w:rPr>
          <w:rFonts w:ascii="Arial" w:hAnsi="Arial" w:cs="Arial"/>
          <w:sz w:val="24"/>
          <w:szCs w:val="24"/>
        </w:rPr>
        <w:t xml:space="preserve">, que </w:t>
      </w:r>
      <w:proofErr w:type="spellStart"/>
      <w:r w:rsidRPr="009E686D">
        <w:rPr>
          <w:rFonts w:ascii="Arial" w:hAnsi="Arial" w:cs="Arial"/>
          <w:sz w:val="24"/>
          <w:szCs w:val="24"/>
        </w:rPr>
        <w:t>permitan</w:t>
      </w:r>
      <w:proofErr w:type="spellEnd"/>
      <w:r w:rsidRPr="009E686D">
        <w:rPr>
          <w:rFonts w:ascii="Arial" w:hAnsi="Arial" w:cs="Arial"/>
          <w:sz w:val="24"/>
          <w:szCs w:val="24"/>
        </w:rPr>
        <w:t xml:space="preserve"> </w:t>
      </w:r>
      <w:proofErr w:type="spellStart"/>
      <w:r w:rsidRPr="009E686D">
        <w:rPr>
          <w:rFonts w:ascii="Arial" w:hAnsi="Arial" w:cs="Arial"/>
          <w:sz w:val="24"/>
          <w:szCs w:val="24"/>
        </w:rPr>
        <w:t>identificar</w:t>
      </w:r>
      <w:proofErr w:type="spellEnd"/>
      <w:r w:rsidRPr="009E686D">
        <w:rPr>
          <w:rFonts w:ascii="Arial" w:hAnsi="Arial" w:cs="Arial"/>
          <w:sz w:val="24"/>
          <w:szCs w:val="24"/>
        </w:rPr>
        <w:t xml:space="preserve"> </w:t>
      </w:r>
      <w:proofErr w:type="spellStart"/>
      <w:r w:rsidRPr="009E686D">
        <w:rPr>
          <w:rFonts w:ascii="Arial" w:hAnsi="Arial" w:cs="Arial"/>
          <w:sz w:val="24"/>
          <w:szCs w:val="24"/>
        </w:rPr>
        <w:t>los</w:t>
      </w:r>
      <w:proofErr w:type="spellEnd"/>
      <w:r w:rsidRPr="009E686D">
        <w:rPr>
          <w:rFonts w:ascii="Arial" w:hAnsi="Arial" w:cs="Arial"/>
          <w:sz w:val="24"/>
          <w:szCs w:val="24"/>
        </w:rPr>
        <w:t xml:space="preserve"> </w:t>
      </w:r>
      <w:proofErr w:type="spellStart"/>
      <w:r w:rsidRPr="009E686D">
        <w:rPr>
          <w:rFonts w:ascii="Arial" w:hAnsi="Arial" w:cs="Arial"/>
          <w:sz w:val="24"/>
          <w:szCs w:val="24"/>
        </w:rPr>
        <w:t>detonantes</w:t>
      </w:r>
      <w:proofErr w:type="spellEnd"/>
      <w:r w:rsidRPr="009E686D">
        <w:rPr>
          <w:rFonts w:ascii="Arial" w:hAnsi="Arial" w:cs="Arial"/>
          <w:sz w:val="24"/>
          <w:szCs w:val="24"/>
        </w:rPr>
        <w:t xml:space="preserve"> </w:t>
      </w:r>
      <w:proofErr w:type="spellStart"/>
      <w:r w:rsidRPr="009E686D">
        <w:rPr>
          <w:rFonts w:ascii="Arial" w:hAnsi="Arial" w:cs="Arial"/>
          <w:sz w:val="24"/>
          <w:szCs w:val="24"/>
        </w:rPr>
        <w:t>en</w:t>
      </w:r>
      <w:proofErr w:type="spellEnd"/>
      <w:r w:rsidRPr="009E686D">
        <w:rPr>
          <w:rFonts w:ascii="Arial" w:hAnsi="Arial" w:cs="Arial"/>
          <w:sz w:val="24"/>
          <w:szCs w:val="24"/>
        </w:rPr>
        <w:t xml:space="preserve"> </w:t>
      </w:r>
      <w:proofErr w:type="spellStart"/>
      <w:r w:rsidRPr="009E686D">
        <w:rPr>
          <w:rFonts w:ascii="Arial" w:hAnsi="Arial" w:cs="Arial"/>
          <w:sz w:val="24"/>
          <w:szCs w:val="24"/>
        </w:rPr>
        <w:t>situaciones</w:t>
      </w:r>
      <w:proofErr w:type="spellEnd"/>
      <w:r w:rsidRPr="009E686D">
        <w:rPr>
          <w:rFonts w:ascii="Arial" w:hAnsi="Arial" w:cs="Arial"/>
          <w:sz w:val="24"/>
          <w:szCs w:val="24"/>
        </w:rPr>
        <w:t xml:space="preserve"> </w:t>
      </w:r>
      <w:proofErr w:type="spellStart"/>
      <w:r w:rsidRPr="009E686D">
        <w:rPr>
          <w:rFonts w:ascii="Arial" w:hAnsi="Arial" w:cs="Arial"/>
          <w:sz w:val="24"/>
          <w:szCs w:val="24"/>
        </w:rPr>
        <w:t>domésticas</w:t>
      </w:r>
      <w:proofErr w:type="spellEnd"/>
      <w:r w:rsidRPr="009E686D">
        <w:rPr>
          <w:rFonts w:ascii="Arial" w:hAnsi="Arial" w:cs="Arial"/>
          <w:sz w:val="24"/>
          <w:szCs w:val="24"/>
        </w:rPr>
        <w:t xml:space="preserve"> y </w:t>
      </w:r>
      <w:proofErr w:type="spellStart"/>
      <w:r w:rsidRPr="009E686D">
        <w:rPr>
          <w:rFonts w:ascii="Arial" w:hAnsi="Arial" w:cs="Arial"/>
          <w:sz w:val="24"/>
          <w:szCs w:val="24"/>
        </w:rPr>
        <w:t>tener</w:t>
      </w:r>
      <w:proofErr w:type="spellEnd"/>
      <w:r w:rsidRPr="009E686D">
        <w:rPr>
          <w:rFonts w:ascii="Arial" w:hAnsi="Arial" w:cs="Arial"/>
          <w:sz w:val="24"/>
          <w:szCs w:val="24"/>
        </w:rPr>
        <w:t xml:space="preserve"> </w:t>
      </w:r>
      <w:proofErr w:type="spellStart"/>
      <w:r w:rsidRPr="009E686D">
        <w:rPr>
          <w:rFonts w:ascii="Arial" w:hAnsi="Arial" w:cs="Arial"/>
          <w:sz w:val="24"/>
          <w:szCs w:val="24"/>
        </w:rPr>
        <w:t>pistas</w:t>
      </w:r>
      <w:proofErr w:type="spellEnd"/>
      <w:r w:rsidRPr="009E686D">
        <w:rPr>
          <w:rFonts w:ascii="Arial" w:hAnsi="Arial" w:cs="Arial"/>
          <w:sz w:val="24"/>
          <w:szCs w:val="24"/>
        </w:rPr>
        <w:t xml:space="preserve"> para </w:t>
      </w:r>
      <w:proofErr w:type="spellStart"/>
      <w:r w:rsidRPr="009E686D">
        <w:rPr>
          <w:rFonts w:ascii="Arial" w:hAnsi="Arial" w:cs="Arial"/>
          <w:sz w:val="24"/>
          <w:szCs w:val="24"/>
        </w:rPr>
        <w:t>evitar</w:t>
      </w:r>
      <w:proofErr w:type="spellEnd"/>
      <w:r w:rsidRPr="009E686D">
        <w:rPr>
          <w:rFonts w:ascii="Arial" w:hAnsi="Arial" w:cs="Arial"/>
          <w:sz w:val="24"/>
          <w:szCs w:val="24"/>
        </w:rPr>
        <w:t xml:space="preserve"> que </w:t>
      </w:r>
      <w:proofErr w:type="spellStart"/>
      <w:r w:rsidRPr="009E686D">
        <w:rPr>
          <w:rFonts w:ascii="Arial" w:hAnsi="Arial" w:cs="Arial"/>
          <w:sz w:val="24"/>
          <w:szCs w:val="24"/>
        </w:rPr>
        <w:t>suceda</w:t>
      </w:r>
      <w:proofErr w:type="spellEnd"/>
      <w:r w:rsidRPr="009E686D">
        <w:rPr>
          <w:rFonts w:ascii="Arial" w:hAnsi="Arial" w:cs="Arial"/>
          <w:sz w:val="24"/>
          <w:szCs w:val="24"/>
        </w:rPr>
        <w:t xml:space="preserve"> </w:t>
      </w:r>
      <w:proofErr w:type="spellStart"/>
      <w:r w:rsidRPr="009E686D">
        <w:rPr>
          <w:rFonts w:ascii="Arial" w:hAnsi="Arial" w:cs="Arial"/>
          <w:sz w:val="24"/>
          <w:szCs w:val="24"/>
        </w:rPr>
        <w:t>en</w:t>
      </w:r>
      <w:proofErr w:type="spellEnd"/>
      <w:r w:rsidRPr="009E686D">
        <w:rPr>
          <w:rFonts w:ascii="Arial" w:hAnsi="Arial" w:cs="Arial"/>
          <w:sz w:val="24"/>
          <w:szCs w:val="24"/>
        </w:rPr>
        <w:t xml:space="preserve"> </w:t>
      </w:r>
      <w:proofErr w:type="spellStart"/>
      <w:r w:rsidRPr="009E686D">
        <w:rPr>
          <w:rFonts w:ascii="Arial" w:hAnsi="Arial" w:cs="Arial"/>
          <w:sz w:val="24"/>
          <w:szCs w:val="24"/>
        </w:rPr>
        <w:t>el</w:t>
      </w:r>
      <w:proofErr w:type="spellEnd"/>
      <w:r w:rsidRPr="009E686D">
        <w:rPr>
          <w:rFonts w:ascii="Arial" w:hAnsi="Arial" w:cs="Arial"/>
          <w:sz w:val="24"/>
          <w:szCs w:val="24"/>
        </w:rPr>
        <w:t xml:space="preserve"> </w:t>
      </w:r>
      <w:proofErr w:type="spellStart"/>
      <w:r w:rsidRPr="009E686D">
        <w:rPr>
          <w:rFonts w:ascii="Arial" w:hAnsi="Arial" w:cs="Arial"/>
          <w:sz w:val="24"/>
          <w:szCs w:val="24"/>
        </w:rPr>
        <w:t>contexto</w:t>
      </w:r>
      <w:proofErr w:type="spellEnd"/>
      <w:r w:rsidRPr="009E686D">
        <w:rPr>
          <w:rFonts w:ascii="Arial" w:hAnsi="Arial" w:cs="Arial"/>
          <w:sz w:val="24"/>
          <w:szCs w:val="24"/>
        </w:rPr>
        <w:t xml:space="preserve"> escolar. Entre </w:t>
      </w:r>
      <w:proofErr w:type="spellStart"/>
      <w:r w:rsidRPr="009E686D">
        <w:rPr>
          <w:rFonts w:ascii="Arial" w:hAnsi="Arial" w:cs="Arial"/>
          <w:sz w:val="24"/>
          <w:szCs w:val="24"/>
        </w:rPr>
        <w:t>otras</w:t>
      </w:r>
      <w:proofErr w:type="spellEnd"/>
      <w:r w:rsidRPr="009E686D">
        <w:rPr>
          <w:rFonts w:ascii="Arial" w:hAnsi="Arial" w:cs="Arial"/>
          <w:sz w:val="24"/>
          <w:szCs w:val="24"/>
        </w:rPr>
        <w:t xml:space="preserve"> </w:t>
      </w:r>
      <w:proofErr w:type="spellStart"/>
      <w:r w:rsidRPr="009E686D">
        <w:rPr>
          <w:rFonts w:ascii="Arial" w:hAnsi="Arial" w:cs="Arial"/>
          <w:sz w:val="24"/>
          <w:szCs w:val="24"/>
        </w:rPr>
        <w:t>cosas</w:t>
      </w:r>
      <w:proofErr w:type="spellEnd"/>
      <w:r w:rsidRPr="009E686D">
        <w:rPr>
          <w:rFonts w:ascii="Arial" w:hAnsi="Arial" w:cs="Arial"/>
          <w:sz w:val="24"/>
          <w:szCs w:val="24"/>
        </w:rPr>
        <w:t xml:space="preserve">, es </w:t>
      </w:r>
      <w:proofErr w:type="spellStart"/>
      <w:r w:rsidRPr="009E686D">
        <w:rPr>
          <w:rFonts w:ascii="Arial" w:hAnsi="Arial" w:cs="Arial"/>
          <w:sz w:val="24"/>
          <w:szCs w:val="24"/>
        </w:rPr>
        <w:t>importante</w:t>
      </w:r>
      <w:proofErr w:type="spellEnd"/>
      <w:r w:rsidRPr="009E686D">
        <w:rPr>
          <w:rFonts w:ascii="Arial" w:hAnsi="Arial" w:cs="Arial"/>
          <w:sz w:val="24"/>
          <w:szCs w:val="24"/>
        </w:rPr>
        <w:t xml:space="preserve"> </w:t>
      </w:r>
      <w:proofErr w:type="spellStart"/>
      <w:r w:rsidRPr="009E686D">
        <w:rPr>
          <w:rFonts w:ascii="Arial" w:hAnsi="Arial" w:cs="Arial"/>
          <w:sz w:val="24"/>
          <w:szCs w:val="24"/>
        </w:rPr>
        <w:t>evitar</w:t>
      </w:r>
      <w:proofErr w:type="spellEnd"/>
      <w:r w:rsidRPr="009E686D">
        <w:rPr>
          <w:rFonts w:ascii="Arial" w:hAnsi="Arial" w:cs="Arial"/>
          <w:sz w:val="24"/>
          <w:szCs w:val="24"/>
        </w:rPr>
        <w:t xml:space="preserve"> </w:t>
      </w:r>
      <w:proofErr w:type="spellStart"/>
      <w:r w:rsidRPr="009E686D">
        <w:rPr>
          <w:rFonts w:ascii="Arial" w:hAnsi="Arial" w:cs="Arial"/>
          <w:sz w:val="24"/>
          <w:szCs w:val="24"/>
        </w:rPr>
        <w:t>cambios</w:t>
      </w:r>
      <w:proofErr w:type="spellEnd"/>
      <w:r w:rsidRPr="009E686D">
        <w:rPr>
          <w:rFonts w:ascii="Arial" w:hAnsi="Arial" w:cs="Arial"/>
          <w:sz w:val="24"/>
          <w:szCs w:val="24"/>
        </w:rPr>
        <w:t xml:space="preserve"> </w:t>
      </w:r>
      <w:proofErr w:type="spellStart"/>
      <w:r w:rsidRPr="009E686D">
        <w:rPr>
          <w:rFonts w:ascii="Arial" w:hAnsi="Arial" w:cs="Arial"/>
          <w:sz w:val="24"/>
          <w:szCs w:val="24"/>
        </w:rPr>
        <w:t>repentinos</w:t>
      </w:r>
      <w:proofErr w:type="spellEnd"/>
      <w:r w:rsidRPr="009E686D">
        <w:rPr>
          <w:rFonts w:ascii="Arial" w:hAnsi="Arial" w:cs="Arial"/>
          <w:sz w:val="24"/>
          <w:szCs w:val="24"/>
        </w:rPr>
        <w:t xml:space="preserve"> </w:t>
      </w:r>
      <w:proofErr w:type="spellStart"/>
      <w:r w:rsidRPr="009E686D">
        <w:rPr>
          <w:rFonts w:ascii="Arial" w:hAnsi="Arial" w:cs="Arial"/>
          <w:sz w:val="24"/>
          <w:szCs w:val="24"/>
        </w:rPr>
        <w:t>en</w:t>
      </w:r>
      <w:proofErr w:type="spellEnd"/>
      <w:r w:rsidRPr="009E686D">
        <w:rPr>
          <w:rFonts w:ascii="Arial" w:hAnsi="Arial" w:cs="Arial"/>
          <w:sz w:val="24"/>
          <w:szCs w:val="24"/>
        </w:rPr>
        <w:t xml:space="preserve"> </w:t>
      </w:r>
      <w:proofErr w:type="spellStart"/>
      <w:r w:rsidRPr="009E686D">
        <w:rPr>
          <w:rFonts w:ascii="Arial" w:hAnsi="Arial" w:cs="Arial"/>
          <w:sz w:val="24"/>
          <w:szCs w:val="24"/>
        </w:rPr>
        <w:t>el</w:t>
      </w:r>
      <w:proofErr w:type="spellEnd"/>
      <w:r w:rsidRPr="009E686D">
        <w:rPr>
          <w:rFonts w:ascii="Arial" w:hAnsi="Arial" w:cs="Arial"/>
          <w:sz w:val="24"/>
          <w:szCs w:val="24"/>
        </w:rPr>
        <w:t xml:space="preserve"> </w:t>
      </w:r>
      <w:proofErr w:type="spellStart"/>
      <w:r w:rsidRPr="009E686D">
        <w:rPr>
          <w:rFonts w:ascii="Arial" w:hAnsi="Arial" w:cs="Arial"/>
          <w:sz w:val="24"/>
          <w:szCs w:val="24"/>
        </w:rPr>
        <w:t>entorno</w:t>
      </w:r>
      <w:proofErr w:type="spellEnd"/>
      <w:r w:rsidRPr="009E686D">
        <w:rPr>
          <w:rFonts w:ascii="Arial" w:hAnsi="Arial" w:cs="Arial"/>
          <w:sz w:val="24"/>
          <w:szCs w:val="24"/>
        </w:rPr>
        <w:t xml:space="preserve"> escolar o </w:t>
      </w:r>
      <w:proofErr w:type="spellStart"/>
      <w:r w:rsidRPr="009E686D">
        <w:rPr>
          <w:rFonts w:ascii="Arial" w:hAnsi="Arial" w:cs="Arial"/>
          <w:sz w:val="24"/>
          <w:szCs w:val="24"/>
        </w:rPr>
        <w:t>en</w:t>
      </w:r>
      <w:proofErr w:type="spellEnd"/>
      <w:r w:rsidRPr="009E686D">
        <w:rPr>
          <w:rFonts w:ascii="Arial" w:hAnsi="Arial" w:cs="Arial"/>
          <w:sz w:val="24"/>
          <w:szCs w:val="24"/>
        </w:rPr>
        <w:t xml:space="preserve"> la </w:t>
      </w:r>
      <w:proofErr w:type="spellStart"/>
      <w:r w:rsidRPr="009E686D">
        <w:rPr>
          <w:rFonts w:ascii="Arial" w:hAnsi="Arial" w:cs="Arial"/>
          <w:sz w:val="24"/>
          <w:szCs w:val="24"/>
        </w:rPr>
        <w:t>rutina</w:t>
      </w:r>
      <w:proofErr w:type="spellEnd"/>
      <w:r w:rsidRPr="009E686D">
        <w:rPr>
          <w:rFonts w:ascii="Arial" w:hAnsi="Arial" w:cs="Arial"/>
          <w:sz w:val="24"/>
          <w:szCs w:val="24"/>
        </w:rPr>
        <w:t xml:space="preserve">; </w:t>
      </w:r>
      <w:proofErr w:type="spellStart"/>
      <w:r w:rsidRPr="009E686D">
        <w:rPr>
          <w:rFonts w:ascii="Arial" w:hAnsi="Arial" w:cs="Arial"/>
          <w:sz w:val="24"/>
          <w:szCs w:val="24"/>
        </w:rPr>
        <w:t>anticipar</w:t>
      </w:r>
      <w:proofErr w:type="spellEnd"/>
      <w:r w:rsidRPr="009E686D">
        <w:rPr>
          <w:rFonts w:ascii="Arial" w:hAnsi="Arial" w:cs="Arial"/>
          <w:sz w:val="24"/>
          <w:szCs w:val="24"/>
        </w:rPr>
        <w:t xml:space="preserve"> </w:t>
      </w:r>
      <w:proofErr w:type="spellStart"/>
      <w:r w:rsidRPr="009E686D">
        <w:rPr>
          <w:rFonts w:ascii="Arial" w:hAnsi="Arial" w:cs="Arial"/>
          <w:sz w:val="24"/>
          <w:szCs w:val="24"/>
        </w:rPr>
        <w:t>los</w:t>
      </w:r>
      <w:proofErr w:type="spellEnd"/>
      <w:r w:rsidRPr="009E686D">
        <w:rPr>
          <w:rFonts w:ascii="Arial" w:hAnsi="Arial" w:cs="Arial"/>
          <w:sz w:val="24"/>
          <w:szCs w:val="24"/>
        </w:rPr>
        <w:t xml:space="preserve"> </w:t>
      </w:r>
      <w:proofErr w:type="spellStart"/>
      <w:r w:rsidRPr="009E686D">
        <w:rPr>
          <w:rFonts w:ascii="Arial" w:hAnsi="Arial" w:cs="Arial"/>
          <w:sz w:val="24"/>
          <w:szCs w:val="24"/>
        </w:rPr>
        <w:t>cambios</w:t>
      </w:r>
      <w:proofErr w:type="spellEnd"/>
      <w:r w:rsidRPr="009E686D">
        <w:rPr>
          <w:rFonts w:ascii="Arial" w:hAnsi="Arial" w:cs="Arial"/>
          <w:sz w:val="24"/>
          <w:szCs w:val="24"/>
        </w:rPr>
        <w:t xml:space="preserve">; </w:t>
      </w:r>
      <w:proofErr w:type="spellStart"/>
      <w:r w:rsidRPr="009E686D">
        <w:rPr>
          <w:rFonts w:ascii="Arial" w:hAnsi="Arial" w:cs="Arial"/>
          <w:sz w:val="24"/>
          <w:szCs w:val="24"/>
        </w:rPr>
        <w:t>favorecer</w:t>
      </w:r>
      <w:proofErr w:type="spellEnd"/>
      <w:r w:rsidRPr="009E686D">
        <w:rPr>
          <w:rFonts w:ascii="Arial" w:hAnsi="Arial" w:cs="Arial"/>
          <w:sz w:val="24"/>
          <w:szCs w:val="24"/>
        </w:rPr>
        <w:t xml:space="preserve"> </w:t>
      </w:r>
      <w:proofErr w:type="spellStart"/>
      <w:r w:rsidRPr="009E686D">
        <w:rPr>
          <w:rFonts w:ascii="Arial" w:hAnsi="Arial" w:cs="Arial"/>
          <w:sz w:val="24"/>
          <w:szCs w:val="24"/>
        </w:rPr>
        <w:t>uso</w:t>
      </w:r>
      <w:proofErr w:type="spellEnd"/>
      <w:r w:rsidRPr="009E686D">
        <w:rPr>
          <w:rFonts w:ascii="Arial" w:hAnsi="Arial" w:cs="Arial"/>
          <w:sz w:val="24"/>
          <w:szCs w:val="24"/>
        </w:rPr>
        <w:t xml:space="preserve"> de </w:t>
      </w:r>
      <w:proofErr w:type="spellStart"/>
      <w:r w:rsidRPr="009E686D">
        <w:rPr>
          <w:rFonts w:ascii="Arial" w:hAnsi="Arial" w:cs="Arial"/>
          <w:sz w:val="24"/>
          <w:szCs w:val="24"/>
        </w:rPr>
        <w:t>audífonos</w:t>
      </w:r>
      <w:proofErr w:type="spellEnd"/>
      <w:r w:rsidRPr="009E686D">
        <w:rPr>
          <w:rFonts w:ascii="Arial" w:hAnsi="Arial" w:cs="Arial"/>
          <w:sz w:val="24"/>
          <w:szCs w:val="24"/>
        </w:rPr>
        <w:t xml:space="preserve">, </w:t>
      </w:r>
      <w:proofErr w:type="spellStart"/>
      <w:r w:rsidRPr="009E686D">
        <w:rPr>
          <w:rFonts w:ascii="Arial" w:hAnsi="Arial" w:cs="Arial"/>
          <w:sz w:val="24"/>
          <w:szCs w:val="24"/>
        </w:rPr>
        <w:t>minimizar</w:t>
      </w:r>
      <w:proofErr w:type="spellEnd"/>
      <w:r w:rsidRPr="009E686D">
        <w:rPr>
          <w:rFonts w:ascii="Arial" w:hAnsi="Arial" w:cs="Arial"/>
          <w:sz w:val="24"/>
          <w:szCs w:val="24"/>
        </w:rPr>
        <w:t xml:space="preserve"> </w:t>
      </w:r>
      <w:proofErr w:type="spellStart"/>
      <w:r w:rsidRPr="009E686D">
        <w:rPr>
          <w:rFonts w:ascii="Arial" w:hAnsi="Arial" w:cs="Arial"/>
          <w:sz w:val="24"/>
          <w:szCs w:val="24"/>
        </w:rPr>
        <w:t>el</w:t>
      </w:r>
      <w:proofErr w:type="spellEnd"/>
      <w:r w:rsidRPr="009E686D">
        <w:rPr>
          <w:rFonts w:ascii="Arial" w:hAnsi="Arial" w:cs="Arial"/>
          <w:sz w:val="24"/>
          <w:szCs w:val="24"/>
        </w:rPr>
        <w:t xml:space="preserve"> </w:t>
      </w:r>
      <w:proofErr w:type="spellStart"/>
      <w:r w:rsidRPr="009E686D">
        <w:rPr>
          <w:rFonts w:ascii="Arial" w:hAnsi="Arial" w:cs="Arial"/>
          <w:sz w:val="24"/>
          <w:szCs w:val="24"/>
        </w:rPr>
        <w:t>ruido</w:t>
      </w:r>
      <w:proofErr w:type="spellEnd"/>
      <w:r w:rsidRPr="009E686D">
        <w:rPr>
          <w:rFonts w:ascii="Arial" w:hAnsi="Arial" w:cs="Arial"/>
          <w:sz w:val="24"/>
          <w:szCs w:val="24"/>
        </w:rPr>
        <w:t xml:space="preserve"> </w:t>
      </w:r>
      <w:proofErr w:type="spellStart"/>
      <w:r w:rsidRPr="009E686D">
        <w:rPr>
          <w:rFonts w:ascii="Arial" w:hAnsi="Arial" w:cs="Arial"/>
          <w:sz w:val="24"/>
          <w:szCs w:val="24"/>
        </w:rPr>
        <w:t>ambiente</w:t>
      </w:r>
      <w:proofErr w:type="spellEnd"/>
      <w:r w:rsidRPr="009E686D">
        <w:rPr>
          <w:rFonts w:ascii="Arial" w:hAnsi="Arial" w:cs="Arial"/>
          <w:sz w:val="24"/>
          <w:szCs w:val="24"/>
        </w:rPr>
        <w:t xml:space="preserve"> y </w:t>
      </w:r>
      <w:proofErr w:type="spellStart"/>
      <w:r w:rsidRPr="009E686D">
        <w:rPr>
          <w:rFonts w:ascii="Arial" w:hAnsi="Arial" w:cs="Arial"/>
          <w:sz w:val="24"/>
          <w:szCs w:val="24"/>
        </w:rPr>
        <w:t>estar</w:t>
      </w:r>
      <w:proofErr w:type="spellEnd"/>
      <w:r w:rsidRPr="009E686D">
        <w:rPr>
          <w:rFonts w:ascii="Arial" w:hAnsi="Arial" w:cs="Arial"/>
          <w:sz w:val="24"/>
          <w:szCs w:val="24"/>
        </w:rPr>
        <w:t xml:space="preserve"> </w:t>
      </w:r>
      <w:proofErr w:type="spellStart"/>
      <w:r w:rsidRPr="009E686D">
        <w:rPr>
          <w:rFonts w:ascii="Arial" w:hAnsi="Arial" w:cs="Arial"/>
          <w:sz w:val="24"/>
          <w:szCs w:val="24"/>
        </w:rPr>
        <w:t>atentos</w:t>
      </w:r>
      <w:proofErr w:type="spellEnd"/>
      <w:r w:rsidRPr="009E686D">
        <w:rPr>
          <w:rFonts w:ascii="Arial" w:hAnsi="Arial" w:cs="Arial"/>
          <w:sz w:val="24"/>
          <w:szCs w:val="24"/>
        </w:rPr>
        <w:t xml:space="preserve"> a </w:t>
      </w:r>
      <w:proofErr w:type="spellStart"/>
      <w:r w:rsidRPr="009E686D">
        <w:rPr>
          <w:rFonts w:ascii="Arial" w:hAnsi="Arial" w:cs="Arial"/>
          <w:sz w:val="24"/>
          <w:szCs w:val="24"/>
        </w:rPr>
        <w:t>cualquier</w:t>
      </w:r>
      <w:proofErr w:type="spellEnd"/>
      <w:r w:rsidRPr="009E686D">
        <w:rPr>
          <w:rFonts w:ascii="Arial" w:hAnsi="Arial" w:cs="Arial"/>
          <w:sz w:val="24"/>
          <w:szCs w:val="24"/>
        </w:rPr>
        <w:t xml:space="preserve"> </w:t>
      </w:r>
      <w:proofErr w:type="spellStart"/>
      <w:r w:rsidRPr="009E686D">
        <w:rPr>
          <w:rFonts w:ascii="Arial" w:hAnsi="Arial" w:cs="Arial"/>
          <w:sz w:val="24"/>
          <w:szCs w:val="24"/>
        </w:rPr>
        <w:t>conflicto</w:t>
      </w:r>
      <w:proofErr w:type="spellEnd"/>
      <w:r w:rsidRPr="009E686D">
        <w:rPr>
          <w:rFonts w:ascii="Arial" w:hAnsi="Arial" w:cs="Arial"/>
          <w:sz w:val="24"/>
          <w:szCs w:val="24"/>
        </w:rPr>
        <w:t xml:space="preserve"> </w:t>
      </w:r>
      <w:proofErr w:type="spellStart"/>
      <w:r w:rsidRPr="009E686D">
        <w:rPr>
          <w:rFonts w:ascii="Arial" w:hAnsi="Arial" w:cs="Arial"/>
          <w:sz w:val="24"/>
          <w:szCs w:val="24"/>
        </w:rPr>
        <w:t>en</w:t>
      </w:r>
      <w:proofErr w:type="spellEnd"/>
      <w:r w:rsidRPr="009E686D">
        <w:rPr>
          <w:rFonts w:ascii="Arial" w:hAnsi="Arial" w:cs="Arial"/>
          <w:sz w:val="24"/>
          <w:szCs w:val="24"/>
        </w:rPr>
        <w:t xml:space="preserve"> aula o fuera de </w:t>
      </w:r>
      <w:proofErr w:type="spellStart"/>
      <w:r w:rsidRPr="009E686D">
        <w:rPr>
          <w:rFonts w:ascii="Arial" w:hAnsi="Arial" w:cs="Arial"/>
          <w:sz w:val="24"/>
          <w:szCs w:val="24"/>
        </w:rPr>
        <w:t>ella</w:t>
      </w:r>
      <w:proofErr w:type="spellEnd"/>
      <w:r w:rsidRPr="009E686D">
        <w:rPr>
          <w:rFonts w:ascii="Arial" w:hAnsi="Arial" w:cs="Arial"/>
          <w:sz w:val="24"/>
          <w:szCs w:val="24"/>
        </w:rPr>
        <w:t>.</w:t>
      </w:r>
    </w:p>
    <w:p w14:paraId="4385B4CC" w14:textId="77777777" w:rsidR="00893C50" w:rsidRPr="00872DD5" w:rsidRDefault="00893C50" w:rsidP="00893C50">
      <w:pPr>
        <w:tabs>
          <w:tab w:val="left" w:pos="948"/>
        </w:tabs>
        <w:spacing w:before="24" w:line="360" w:lineRule="auto"/>
        <w:ind w:right="49"/>
        <w:rPr>
          <w:rFonts w:ascii="Arial" w:hAnsi="Arial" w:cs="Arial"/>
          <w:strike/>
          <w:sz w:val="24"/>
          <w:szCs w:val="24"/>
        </w:rPr>
      </w:pPr>
    </w:p>
    <w:p w14:paraId="7B75D9FC" w14:textId="77777777" w:rsidR="00893C50" w:rsidRPr="00540231" w:rsidRDefault="00893C50" w:rsidP="00893C50">
      <w:pPr>
        <w:pStyle w:val="Textoindependiente"/>
        <w:spacing w:before="10" w:line="360" w:lineRule="auto"/>
        <w:ind w:left="360" w:right="49"/>
        <w:jc w:val="both"/>
        <w:rPr>
          <w:rFonts w:ascii="Arial" w:hAnsi="Arial" w:cs="Arial"/>
          <w:b/>
          <w:bCs/>
        </w:rPr>
      </w:pPr>
      <w:r w:rsidRPr="00540231">
        <w:rPr>
          <w:rFonts w:ascii="Arial" w:hAnsi="Arial" w:cs="Arial"/>
          <w:b/>
          <w:bCs/>
        </w:rPr>
        <w:t xml:space="preserve">b. </w:t>
      </w:r>
      <w:proofErr w:type="spellStart"/>
      <w:r w:rsidRPr="00540231">
        <w:rPr>
          <w:rFonts w:ascii="Arial" w:hAnsi="Arial" w:cs="Arial"/>
          <w:b/>
          <w:bCs/>
        </w:rPr>
        <w:t>Entorno</w:t>
      </w:r>
      <w:proofErr w:type="spellEnd"/>
      <w:r w:rsidRPr="00540231">
        <w:rPr>
          <w:rFonts w:ascii="Arial" w:hAnsi="Arial" w:cs="Arial"/>
          <w:b/>
          <w:bCs/>
        </w:rPr>
        <w:t xml:space="preserve"> social</w:t>
      </w:r>
    </w:p>
    <w:p w14:paraId="73389D9E" w14:textId="77777777" w:rsidR="00893C50" w:rsidRPr="009E686D" w:rsidRDefault="00893C50" w:rsidP="00893C50">
      <w:pPr>
        <w:pStyle w:val="Textoindependiente"/>
        <w:widowControl w:val="0"/>
        <w:numPr>
          <w:ilvl w:val="0"/>
          <w:numId w:val="60"/>
        </w:numPr>
        <w:autoSpaceDE w:val="0"/>
        <w:autoSpaceDN w:val="0"/>
        <w:spacing w:before="10" w:after="0" w:line="360" w:lineRule="auto"/>
        <w:ind w:right="49"/>
        <w:jc w:val="both"/>
        <w:rPr>
          <w:rFonts w:ascii="Arial" w:hAnsi="Arial" w:cs="Arial"/>
        </w:rPr>
      </w:pPr>
      <w:r w:rsidRPr="009E686D">
        <w:rPr>
          <w:rFonts w:ascii="Arial" w:hAnsi="Arial" w:cs="Arial"/>
        </w:rPr>
        <w:t xml:space="preserve">Lenguaje </w:t>
      </w:r>
      <w:proofErr w:type="spellStart"/>
      <w:r w:rsidRPr="009E686D">
        <w:rPr>
          <w:rFonts w:ascii="Arial" w:hAnsi="Arial" w:cs="Arial"/>
        </w:rPr>
        <w:t>debe</w:t>
      </w:r>
      <w:proofErr w:type="spellEnd"/>
      <w:r w:rsidRPr="009E686D">
        <w:rPr>
          <w:rFonts w:ascii="Arial" w:hAnsi="Arial" w:cs="Arial"/>
        </w:rPr>
        <w:t xml:space="preserve"> ser </w:t>
      </w:r>
      <w:proofErr w:type="spellStart"/>
      <w:r w:rsidRPr="009E686D">
        <w:rPr>
          <w:rFonts w:ascii="Arial" w:hAnsi="Arial" w:cs="Arial"/>
        </w:rPr>
        <w:t>adecuado</w:t>
      </w:r>
      <w:proofErr w:type="spellEnd"/>
      <w:r w:rsidRPr="009E686D">
        <w:rPr>
          <w:rFonts w:ascii="Arial" w:hAnsi="Arial" w:cs="Arial"/>
        </w:rPr>
        <w:t xml:space="preserve"> y </w:t>
      </w:r>
      <w:proofErr w:type="spellStart"/>
      <w:r w:rsidRPr="009E686D">
        <w:rPr>
          <w:rFonts w:ascii="Arial" w:hAnsi="Arial" w:cs="Arial"/>
        </w:rPr>
        <w:t>positivo</w:t>
      </w:r>
      <w:proofErr w:type="spellEnd"/>
      <w:r w:rsidRPr="009E686D">
        <w:rPr>
          <w:rFonts w:ascii="Arial" w:hAnsi="Arial" w:cs="Arial"/>
        </w:rPr>
        <w:t xml:space="preserve">, </w:t>
      </w:r>
      <w:proofErr w:type="spellStart"/>
      <w:r w:rsidRPr="009E686D">
        <w:rPr>
          <w:rFonts w:ascii="Arial" w:hAnsi="Arial" w:cs="Arial"/>
        </w:rPr>
        <w:t>mantener</w:t>
      </w:r>
      <w:proofErr w:type="spellEnd"/>
      <w:r w:rsidRPr="009E686D">
        <w:rPr>
          <w:rFonts w:ascii="Arial" w:hAnsi="Arial" w:cs="Arial"/>
        </w:rPr>
        <w:t xml:space="preserve"> </w:t>
      </w:r>
      <w:proofErr w:type="spellStart"/>
      <w:r w:rsidRPr="009E686D">
        <w:rPr>
          <w:rFonts w:ascii="Arial" w:hAnsi="Arial" w:cs="Arial"/>
        </w:rPr>
        <w:t>una</w:t>
      </w:r>
      <w:proofErr w:type="spellEnd"/>
      <w:r w:rsidRPr="009E686D">
        <w:rPr>
          <w:rFonts w:ascii="Arial" w:hAnsi="Arial" w:cs="Arial"/>
        </w:rPr>
        <w:t xml:space="preserve"> </w:t>
      </w:r>
      <w:proofErr w:type="spellStart"/>
      <w:r w:rsidRPr="009E686D">
        <w:rPr>
          <w:rFonts w:ascii="Arial" w:hAnsi="Arial" w:cs="Arial"/>
        </w:rPr>
        <w:t>actitud</w:t>
      </w:r>
      <w:proofErr w:type="spellEnd"/>
      <w:r w:rsidRPr="009E686D">
        <w:rPr>
          <w:rFonts w:ascii="Arial" w:hAnsi="Arial" w:cs="Arial"/>
        </w:rPr>
        <w:t xml:space="preserve"> </w:t>
      </w:r>
      <w:proofErr w:type="spellStart"/>
      <w:r w:rsidRPr="009E686D">
        <w:rPr>
          <w:rFonts w:ascii="Arial" w:hAnsi="Arial" w:cs="Arial"/>
        </w:rPr>
        <w:t>tranquila</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silencio</w:t>
      </w:r>
      <w:proofErr w:type="spellEnd"/>
      <w:r w:rsidRPr="009E686D">
        <w:rPr>
          <w:rFonts w:ascii="Arial" w:hAnsi="Arial" w:cs="Arial"/>
        </w:rPr>
        <w:t xml:space="preserve"> y </w:t>
      </w:r>
      <w:proofErr w:type="spellStart"/>
      <w:r w:rsidRPr="009E686D">
        <w:rPr>
          <w:rFonts w:ascii="Arial" w:hAnsi="Arial" w:cs="Arial"/>
        </w:rPr>
        <w:t>calma</w:t>
      </w:r>
      <w:proofErr w:type="spellEnd"/>
      <w:r w:rsidRPr="009E686D">
        <w:rPr>
          <w:rFonts w:ascii="Arial" w:hAnsi="Arial" w:cs="Arial"/>
        </w:rPr>
        <w:t xml:space="preserve"> </w:t>
      </w:r>
      <w:proofErr w:type="spellStart"/>
      <w:r w:rsidRPr="009E686D">
        <w:rPr>
          <w:rFonts w:ascii="Arial" w:hAnsi="Arial" w:cs="Arial"/>
        </w:rPr>
        <w:t>sobre</w:t>
      </w:r>
      <w:proofErr w:type="spellEnd"/>
      <w:r w:rsidRPr="009E686D">
        <w:rPr>
          <w:rFonts w:ascii="Arial" w:hAnsi="Arial" w:cs="Arial"/>
        </w:rPr>
        <w:t xml:space="preserve"> </w:t>
      </w:r>
      <w:proofErr w:type="spellStart"/>
      <w:r w:rsidRPr="009E686D">
        <w:rPr>
          <w:rFonts w:ascii="Arial" w:hAnsi="Arial" w:cs="Arial"/>
        </w:rPr>
        <w:t>todo</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momentos</w:t>
      </w:r>
      <w:proofErr w:type="spellEnd"/>
      <w:r w:rsidRPr="009E686D">
        <w:rPr>
          <w:rFonts w:ascii="Arial" w:hAnsi="Arial" w:cs="Arial"/>
        </w:rPr>
        <w:t xml:space="preserve"> de altos </w:t>
      </w:r>
      <w:proofErr w:type="spellStart"/>
      <w:r w:rsidRPr="009E686D">
        <w:rPr>
          <w:rFonts w:ascii="Arial" w:hAnsi="Arial" w:cs="Arial"/>
        </w:rPr>
        <w:t>niveles</w:t>
      </w:r>
      <w:proofErr w:type="spellEnd"/>
      <w:r w:rsidRPr="009E686D">
        <w:rPr>
          <w:rFonts w:ascii="Arial" w:hAnsi="Arial" w:cs="Arial"/>
        </w:rPr>
        <w:t xml:space="preserve"> de </w:t>
      </w:r>
      <w:proofErr w:type="spellStart"/>
      <w:r w:rsidRPr="009E686D">
        <w:rPr>
          <w:rFonts w:ascii="Arial" w:hAnsi="Arial" w:cs="Arial"/>
        </w:rPr>
        <w:t>desregulación</w:t>
      </w:r>
      <w:proofErr w:type="spellEnd"/>
      <w:r w:rsidRPr="009E686D">
        <w:rPr>
          <w:rFonts w:ascii="Arial" w:hAnsi="Arial" w:cs="Arial"/>
        </w:rPr>
        <w:t>.</w:t>
      </w:r>
    </w:p>
    <w:p w14:paraId="5E03A704" w14:textId="77777777" w:rsidR="00893C50" w:rsidRPr="009E686D" w:rsidRDefault="00893C50" w:rsidP="00893C50">
      <w:pPr>
        <w:pStyle w:val="Textoindependiente"/>
        <w:widowControl w:val="0"/>
        <w:numPr>
          <w:ilvl w:val="0"/>
          <w:numId w:val="60"/>
        </w:numPr>
        <w:autoSpaceDE w:val="0"/>
        <w:autoSpaceDN w:val="0"/>
        <w:spacing w:before="10" w:after="0" w:line="360" w:lineRule="auto"/>
        <w:ind w:right="49"/>
        <w:jc w:val="both"/>
        <w:rPr>
          <w:rFonts w:ascii="Arial" w:hAnsi="Arial" w:cs="Arial"/>
        </w:rPr>
      </w:pPr>
      <w:proofErr w:type="spellStart"/>
      <w:r w:rsidRPr="009E686D">
        <w:rPr>
          <w:rFonts w:ascii="Arial" w:hAnsi="Arial" w:cs="Arial"/>
        </w:rPr>
        <w:t>Reconocer</w:t>
      </w:r>
      <w:proofErr w:type="spellEnd"/>
      <w:r w:rsidRPr="009E686D">
        <w:rPr>
          <w:rFonts w:ascii="Arial" w:hAnsi="Arial" w:cs="Arial"/>
        </w:rPr>
        <w:t xml:space="preserve"> </w:t>
      </w:r>
      <w:proofErr w:type="spellStart"/>
      <w:r w:rsidRPr="009E686D">
        <w:rPr>
          <w:rFonts w:ascii="Arial" w:hAnsi="Arial" w:cs="Arial"/>
        </w:rPr>
        <w:t>momentos</w:t>
      </w:r>
      <w:proofErr w:type="spellEnd"/>
      <w:r w:rsidRPr="009E686D">
        <w:rPr>
          <w:rFonts w:ascii="Arial" w:hAnsi="Arial" w:cs="Arial"/>
        </w:rPr>
        <w:t xml:space="preserve"> o </w:t>
      </w:r>
      <w:proofErr w:type="spellStart"/>
      <w:r w:rsidRPr="009E686D">
        <w:rPr>
          <w:rFonts w:ascii="Arial" w:hAnsi="Arial" w:cs="Arial"/>
        </w:rPr>
        <w:t>situaciones</w:t>
      </w:r>
      <w:proofErr w:type="spellEnd"/>
      <w:r w:rsidRPr="009E686D">
        <w:rPr>
          <w:rFonts w:ascii="Arial" w:hAnsi="Arial" w:cs="Arial"/>
        </w:rPr>
        <w:t xml:space="preserve"> </w:t>
      </w:r>
      <w:proofErr w:type="spellStart"/>
      <w:r w:rsidRPr="009E686D">
        <w:rPr>
          <w:rFonts w:ascii="Arial" w:hAnsi="Arial" w:cs="Arial"/>
        </w:rPr>
        <w:t>positivas</w:t>
      </w:r>
      <w:proofErr w:type="spellEnd"/>
      <w:r w:rsidRPr="009E686D">
        <w:rPr>
          <w:rFonts w:ascii="Arial" w:hAnsi="Arial" w:cs="Arial"/>
        </w:rPr>
        <w:t xml:space="preserve"> para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aprendizaje</w:t>
      </w:r>
      <w:proofErr w:type="spellEnd"/>
      <w:r w:rsidRPr="009E686D">
        <w:rPr>
          <w:rFonts w:ascii="Arial" w:hAnsi="Arial" w:cs="Arial"/>
        </w:rPr>
        <w:t xml:space="preserve"> </w:t>
      </w:r>
      <w:proofErr w:type="spellStart"/>
      <w:r w:rsidRPr="009E686D">
        <w:rPr>
          <w:rFonts w:ascii="Arial" w:hAnsi="Arial" w:cs="Arial"/>
        </w:rPr>
        <w:t>como</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negativos</w:t>
      </w:r>
      <w:proofErr w:type="spellEnd"/>
      <w:r w:rsidRPr="009E686D">
        <w:rPr>
          <w:rFonts w:ascii="Arial" w:hAnsi="Arial" w:cs="Arial"/>
        </w:rPr>
        <w:t xml:space="preserve"> </w:t>
      </w:r>
      <w:proofErr w:type="spellStart"/>
      <w:r w:rsidRPr="009E686D">
        <w:rPr>
          <w:rFonts w:ascii="Arial" w:hAnsi="Arial" w:cs="Arial"/>
        </w:rPr>
        <w:t>donde</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niños</w:t>
      </w:r>
      <w:proofErr w:type="spellEnd"/>
      <w:r w:rsidRPr="009E686D">
        <w:rPr>
          <w:rFonts w:ascii="Arial" w:hAnsi="Arial" w:cs="Arial"/>
        </w:rPr>
        <w:t xml:space="preserve">, </w:t>
      </w:r>
      <w:proofErr w:type="spellStart"/>
      <w:r w:rsidRPr="009E686D">
        <w:rPr>
          <w:rFonts w:ascii="Arial" w:hAnsi="Arial" w:cs="Arial"/>
        </w:rPr>
        <w:t>niñas</w:t>
      </w:r>
      <w:proofErr w:type="spellEnd"/>
      <w:r w:rsidRPr="009E686D">
        <w:rPr>
          <w:rFonts w:ascii="Arial" w:hAnsi="Arial" w:cs="Arial"/>
        </w:rPr>
        <w:t xml:space="preserve"> y </w:t>
      </w:r>
      <w:proofErr w:type="spellStart"/>
      <w:r w:rsidRPr="009E686D">
        <w:rPr>
          <w:rFonts w:ascii="Arial" w:hAnsi="Arial" w:cs="Arial"/>
        </w:rPr>
        <w:t>jóvenes</w:t>
      </w:r>
      <w:proofErr w:type="spellEnd"/>
      <w:r w:rsidRPr="009E686D">
        <w:rPr>
          <w:rFonts w:ascii="Arial" w:hAnsi="Arial" w:cs="Arial"/>
        </w:rPr>
        <w:t xml:space="preserve"> con </w:t>
      </w:r>
      <w:proofErr w:type="spellStart"/>
      <w:r w:rsidRPr="009E686D">
        <w:rPr>
          <w:rFonts w:ascii="Arial" w:hAnsi="Arial" w:cs="Arial"/>
        </w:rPr>
        <w:t>autismo</w:t>
      </w:r>
      <w:proofErr w:type="spellEnd"/>
      <w:r w:rsidRPr="009E686D">
        <w:rPr>
          <w:rFonts w:ascii="Arial" w:hAnsi="Arial" w:cs="Arial"/>
        </w:rPr>
        <w:t xml:space="preserve"> no se </w:t>
      </w:r>
      <w:proofErr w:type="spellStart"/>
      <w:r w:rsidRPr="009E686D">
        <w:rPr>
          <w:rFonts w:ascii="Arial" w:hAnsi="Arial" w:cs="Arial"/>
        </w:rPr>
        <w:t>encuentra</w:t>
      </w:r>
      <w:proofErr w:type="spellEnd"/>
      <w:r w:rsidRPr="009E686D">
        <w:rPr>
          <w:rFonts w:ascii="Arial" w:hAnsi="Arial" w:cs="Arial"/>
        </w:rPr>
        <w:t xml:space="preserve"> </w:t>
      </w:r>
      <w:proofErr w:type="spellStart"/>
      <w:r w:rsidRPr="009E686D">
        <w:rPr>
          <w:rFonts w:ascii="Arial" w:hAnsi="Arial" w:cs="Arial"/>
        </w:rPr>
        <w:t>preparado</w:t>
      </w:r>
      <w:proofErr w:type="spellEnd"/>
      <w:r w:rsidRPr="009E686D">
        <w:rPr>
          <w:rFonts w:ascii="Arial" w:hAnsi="Arial" w:cs="Arial"/>
        </w:rPr>
        <w:t xml:space="preserve"> para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aprendizaje</w:t>
      </w:r>
      <w:proofErr w:type="spellEnd"/>
      <w:r w:rsidRPr="009E686D">
        <w:rPr>
          <w:rFonts w:ascii="Arial" w:hAnsi="Arial" w:cs="Arial"/>
        </w:rPr>
        <w:t>.</w:t>
      </w:r>
    </w:p>
    <w:p w14:paraId="4D2B1E97" w14:textId="77777777" w:rsidR="00893C50" w:rsidRPr="009E686D" w:rsidRDefault="00893C50" w:rsidP="00893C50">
      <w:pPr>
        <w:pStyle w:val="Textoindependiente"/>
        <w:widowControl w:val="0"/>
        <w:numPr>
          <w:ilvl w:val="0"/>
          <w:numId w:val="60"/>
        </w:numPr>
        <w:autoSpaceDE w:val="0"/>
        <w:autoSpaceDN w:val="0"/>
        <w:spacing w:before="10" w:after="0" w:line="360" w:lineRule="auto"/>
        <w:ind w:right="49"/>
        <w:jc w:val="both"/>
        <w:rPr>
          <w:rFonts w:ascii="Arial" w:hAnsi="Arial" w:cs="Arial"/>
        </w:rPr>
      </w:pPr>
      <w:proofErr w:type="spellStart"/>
      <w:r w:rsidRPr="009E686D">
        <w:rPr>
          <w:rFonts w:ascii="Arial" w:hAnsi="Arial" w:cs="Arial"/>
        </w:rPr>
        <w:t>Otorgar</w:t>
      </w:r>
      <w:proofErr w:type="spellEnd"/>
      <w:r w:rsidRPr="009E686D">
        <w:rPr>
          <w:rFonts w:ascii="Arial" w:hAnsi="Arial" w:cs="Arial"/>
        </w:rPr>
        <w:t xml:space="preserve"> </w:t>
      </w:r>
      <w:proofErr w:type="spellStart"/>
      <w:r w:rsidRPr="009E686D">
        <w:rPr>
          <w:rFonts w:ascii="Arial" w:hAnsi="Arial" w:cs="Arial"/>
        </w:rPr>
        <w:t>tiempo</w:t>
      </w:r>
      <w:proofErr w:type="spellEnd"/>
      <w:r w:rsidRPr="009E686D">
        <w:rPr>
          <w:rFonts w:ascii="Arial" w:hAnsi="Arial" w:cs="Arial"/>
        </w:rPr>
        <w:t xml:space="preserve"> para que </w:t>
      </w:r>
      <w:proofErr w:type="spellStart"/>
      <w:r w:rsidRPr="009E686D">
        <w:rPr>
          <w:rFonts w:ascii="Arial" w:hAnsi="Arial" w:cs="Arial"/>
        </w:rPr>
        <w:t>dé</w:t>
      </w:r>
      <w:proofErr w:type="spellEnd"/>
      <w:r w:rsidRPr="009E686D">
        <w:rPr>
          <w:rFonts w:ascii="Arial" w:hAnsi="Arial" w:cs="Arial"/>
        </w:rPr>
        <w:t xml:space="preserve"> a </w:t>
      </w:r>
      <w:proofErr w:type="spellStart"/>
      <w:r w:rsidRPr="009E686D">
        <w:rPr>
          <w:rFonts w:ascii="Arial" w:hAnsi="Arial" w:cs="Arial"/>
        </w:rPr>
        <w:t>conocer</w:t>
      </w:r>
      <w:proofErr w:type="spellEnd"/>
      <w:r w:rsidRPr="009E686D">
        <w:rPr>
          <w:rFonts w:ascii="Arial" w:hAnsi="Arial" w:cs="Arial"/>
        </w:rPr>
        <w:t xml:space="preserve"> lo que le </w:t>
      </w:r>
      <w:proofErr w:type="spellStart"/>
      <w:r w:rsidRPr="009E686D">
        <w:rPr>
          <w:rFonts w:ascii="Arial" w:hAnsi="Arial" w:cs="Arial"/>
        </w:rPr>
        <w:t>pasa</w:t>
      </w:r>
      <w:proofErr w:type="spellEnd"/>
      <w:r w:rsidRPr="009E686D">
        <w:rPr>
          <w:rFonts w:ascii="Arial" w:hAnsi="Arial" w:cs="Arial"/>
        </w:rPr>
        <w:t xml:space="preserve">, </w:t>
      </w:r>
      <w:proofErr w:type="spellStart"/>
      <w:r w:rsidRPr="009E686D">
        <w:rPr>
          <w:rFonts w:ascii="Arial" w:hAnsi="Arial" w:cs="Arial"/>
        </w:rPr>
        <w:t>mediante</w:t>
      </w:r>
      <w:proofErr w:type="spellEnd"/>
      <w:r w:rsidRPr="009E686D">
        <w:rPr>
          <w:rFonts w:ascii="Arial" w:hAnsi="Arial" w:cs="Arial"/>
        </w:rPr>
        <w:t xml:space="preserve"> un </w:t>
      </w:r>
      <w:proofErr w:type="spellStart"/>
      <w:r w:rsidRPr="009E686D">
        <w:rPr>
          <w:rFonts w:ascii="Arial" w:hAnsi="Arial" w:cs="Arial"/>
        </w:rPr>
        <w:t>dibujo</w:t>
      </w:r>
      <w:proofErr w:type="spellEnd"/>
      <w:r w:rsidRPr="009E686D">
        <w:rPr>
          <w:rFonts w:ascii="Arial" w:hAnsi="Arial" w:cs="Arial"/>
        </w:rPr>
        <w:t xml:space="preserve"> u </w:t>
      </w:r>
      <w:proofErr w:type="spellStart"/>
      <w:r w:rsidRPr="009E686D">
        <w:rPr>
          <w:rFonts w:ascii="Arial" w:hAnsi="Arial" w:cs="Arial"/>
        </w:rPr>
        <w:t>otra</w:t>
      </w:r>
      <w:proofErr w:type="spellEnd"/>
      <w:r w:rsidRPr="009E686D">
        <w:rPr>
          <w:rFonts w:ascii="Arial" w:hAnsi="Arial" w:cs="Arial"/>
        </w:rPr>
        <w:t xml:space="preserve"> forma de </w:t>
      </w:r>
      <w:proofErr w:type="spellStart"/>
      <w:r w:rsidRPr="009E686D">
        <w:rPr>
          <w:rFonts w:ascii="Arial" w:hAnsi="Arial" w:cs="Arial"/>
        </w:rPr>
        <w:t>expresión</w:t>
      </w:r>
      <w:proofErr w:type="spellEnd"/>
      <w:r w:rsidRPr="009E686D">
        <w:rPr>
          <w:rFonts w:ascii="Arial" w:hAnsi="Arial" w:cs="Arial"/>
        </w:rPr>
        <w:t xml:space="preserve">, </w:t>
      </w:r>
      <w:proofErr w:type="spellStart"/>
      <w:r w:rsidRPr="009E686D">
        <w:rPr>
          <w:rFonts w:ascii="Arial" w:hAnsi="Arial" w:cs="Arial"/>
        </w:rPr>
        <w:t>ya</w:t>
      </w:r>
      <w:proofErr w:type="spellEnd"/>
      <w:r w:rsidRPr="009E686D">
        <w:rPr>
          <w:rFonts w:ascii="Arial" w:hAnsi="Arial" w:cs="Arial"/>
        </w:rPr>
        <w:t xml:space="preserve"> que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situaciones</w:t>
      </w:r>
      <w:proofErr w:type="spellEnd"/>
      <w:r w:rsidRPr="009E686D">
        <w:rPr>
          <w:rFonts w:ascii="Arial" w:hAnsi="Arial" w:cs="Arial"/>
        </w:rPr>
        <w:t xml:space="preserve"> de </w:t>
      </w:r>
      <w:proofErr w:type="spellStart"/>
      <w:r w:rsidRPr="009E686D">
        <w:rPr>
          <w:rFonts w:ascii="Arial" w:hAnsi="Arial" w:cs="Arial"/>
        </w:rPr>
        <w:t>desregulación</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estudiantes</w:t>
      </w:r>
      <w:proofErr w:type="spellEnd"/>
      <w:r w:rsidRPr="009E686D">
        <w:rPr>
          <w:rFonts w:ascii="Arial" w:hAnsi="Arial" w:cs="Arial"/>
        </w:rPr>
        <w:t xml:space="preserve"> con </w:t>
      </w:r>
      <w:proofErr w:type="spellStart"/>
      <w:r w:rsidRPr="009E686D">
        <w:rPr>
          <w:rFonts w:ascii="Arial" w:hAnsi="Arial" w:cs="Arial"/>
        </w:rPr>
        <w:t>condición</w:t>
      </w:r>
      <w:proofErr w:type="spellEnd"/>
      <w:r w:rsidRPr="009E686D">
        <w:rPr>
          <w:rFonts w:ascii="Arial" w:hAnsi="Arial" w:cs="Arial"/>
        </w:rPr>
        <w:t xml:space="preserve"> TEA </w:t>
      </w:r>
      <w:proofErr w:type="spellStart"/>
      <w:r w:rsidRPr="009E686D">
        <w:rPr>
          <w:rFonts w:ascii="Arial" w:hAnsi="Arial" w:cs="Arial"/>
        </w:rPr>
        <w:t>disminuye</w:t>
      </w:r>
      <w:proofErr w:type="spellEnd"/>
      <w:r w:rsidRPr="009E686D">
        <w:rPr>
          <w:rFonts w:ascii="Arial" w:hAnsi="Arial" w:cs="Arial"/>
        </w:rPr>
        <w:t xml:space="preserve"> la </w:t>
      </w:r>
      <w:proofErr w:type="spellStart"/>
      <w:r w:rsidRPr="009E686D">
        <w:rPr>
          <w:rFonts w:ascii="Arial" w:hAnsi="Arial" w:cs="Arial"/>
        </w:rPr>
        <w:t>capacidad</w:t>
      </w:r>
      <w:proofErr w:type="spellEnd"/>
      <w:r w:rsidRPr="009E686D">
        <w:rPr>
          <w:rFonts w:ascii="Arial" w:hAnsi="Arial" w:cs="Arial"/>
        </w:rPr>
        <w:t xml:space="preserve"> para </w:t>
      </w:r>
      <w:proofErr w:type="spellStart"/>
      <w:r w:rsidRPr="009E686D">
        <w:rPr>
          <w:rFonts w:ascii="Arial" w:hAnsi="Arial" w:cs="Arial"/>
        </w:rPr>
        <w:t>expresar</w:t>
      </w:r>
      <w:proofErr w:type="spellEnd"/>
      <w:r w:rsidRPr="009E686D">
        <w:rPr>
          <w:rFonts w:ascii="Arial" w:hAnsi="Arial" w:cs="Arial"/>
        </w:rPr>
        <w:t xml:space="preserve"> </w:t>
      </w:r>
      <w:proofErr w:type="spellStart"/>
      <w:r w:rsidRPr="009E686D">
        <w:rPr>
          <w:rFonts w:ascii="Arial" w:hAnsi="Arial" w:cs="Arial"/>
        </w:rPr>
        <w:t>adecuadamente</w:t>
      </w:r>
      <w:proofErr w:type="spellEnd"/>
      <w:r w:rsidRPr="009E686D">
        <w:rPr>
          <w:rFonts w:ascii="Arial" w:hAnsi="Arial" w:cs="Arial"/>
        </w:rPr>
        <w:t xml:space="preserve"> lo que le </w:t>
      </w:r>
      <w:proofErr w:type="spellStart"/>
      <w:r w:rsidRPr="009E686D">
        <w:rPr>
          <w:rFonts w:ascii="Arial" w:hAnsi="Arial" w:cs="Arial"/>
        </w:rPr>
        <w:t>sucede</w:t>
      </w:r>
      <w:proofErr w:type="spellEnd"/>
      <w:r w:rsidRPr="009E686D">
        <w:rPr>
          <w:rFonts w:ascii="Arial" w:hAnsi="Arial" w:cs="Arial"/>
        </w:rPr>
        <w:t>.</w:t>
      </w:r>
    </w:p>
    <w:p w14:paraId="0A417467" w14:textId="77777777" w:rsidR="00893C50" w:rsidRPr="009E686D" w:rsidRDefault="00893C50" w:rsidP="00893C50">
      <w:pPr>
        <w:pStyle w:val="Textoindependiente"/>
        <w:widowControl w:val="0"/>
        <w:numPr>
          <w:ilvl w:val="0"/>
          <w:numId w:val="60"/>
        </w:numPr>
        <w:autoSpaceDE w:val="0"/>
        <w:autoSpaceDN w:val="0"/>
        <w:spacing w:before="10" w:after="0" w:line="360" w:lineRule="auto"/>
        <w:ind w:right="49"/>
        <w:jc w:val="both"/>
        <w:rPr>
          <w:rFonts w:ascii="Arial" w:hAnsi="Arial" w:cs="Arial"/>
        </w:rPr>
      </w:pPr>
      <w:proofErr w:type="spellStart"/>
      <w:r w:rsidRPr="009E686D">
        <w:rPr>
          <w:rFonts w:ascii="Arial" w:hAnsi="Arial" w:cs="Arial"/>
        </w:rPr>
        <w:t>Valorar</w:t>
      </w:r>
      <w:proofErr w:type="spellEnd"/>
      <w:r w:rsidRPr="009E686D">
        <w:rPr>
          <w:rFonts w:ascii="Arial" w:hAnsi="Arial" w:cs="Arial"/>
        </w:rPr>
        <w:t xml:space="preserve"> sus </w:t>
      </w:r>
      <w:proofErr w:type="spellStart"/>
      <w:r w:rsidRPr="009E686D">
        <w:rPr>
          <w:rFonts w:ascii="Arial" w:hAnsi="Arial" w:cs="Arial"/>
        </w:rPr>
        <w:t>sentimientos</w:t>
      </w:r>
      <w:proofErr w:type="spellEnd"/>
      <w:r w:rsidRPr="009E686D">
        <w:rPr>
          <w:rFonts w:ascii="Arial" w:hAnsi="Arial" w:cs="Arial"/>
        </w:rPr>
        <w:t xml:space="preserve"> y </w:t>
      </w:r>
      <w:proofErr w:type="spellStart"/>
      <w:r w:rsidRPr="009E686D">
        <w:rPr>
          <w:rFonts w:ascii="Arial" w:hAnsi="Arial" w:cs="Arial"/>
        </w:rPr>
        <w:t>emociones</w:t>
      </w:r>
      <w:proofErr w:type="spellEnd"/>
      <w:r w:rsidRPr="009E686D">
        <w:rPr>
          <w:rFonts w:ascii="Arial" w:hAnsi="Arial" w:cs="Arial"/>
        </w:rPr>
        <w:t xml:space="preserve">, </w:t>
      </w:r>
      <w:proofErr w:type="spellStart"/>
      <w:r w:rsidRPr="009E686D">
        <w:rPr>
          <w:rFonts w:ascii="Arial" w:hAnsi="Arial" w:cs="Arial"/>
        </w:rPr>
        <w:t>generando</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ellos</w:t>
      </w:r>
      <w:proofErr w:type="spellEnd"/>
      <w:r w:rsidRPr="009E686D">
        <w:rPr>
          <w:rFonts w:ascii="Arial" w:hAnsi="Arial" w:cs="Arial"/>
        </w:rPr>
        <w:t xml:space="preserve"> un </w:t>
      </w:r>
      <w:proofErr w:type="spellStart"/>
      <w:r w:rsidRPr="009E686D">
        <w:rPr>
          <w:rFonts w:ascii="Arial" w:hAnsi="Arial" w:cs="Arial"/>
        </w:rPr>
        <w:t>vínculo</w:t>
      </w:r>
      <w:proofErr w:type="spellEnd"/>
      <w:r w:rsidRPr="009E686D">
        <w:rPr>
          <w:rFonts w:ascii="Arial" w:hAnsi="Arial" w:cs="Arial"/>
        </w:rPr>
        <w:t xml:space="preserve"> </w:t>
      </w:r>
      <w:proofErr w:type="spellStart"/>
      <w:r w:rsidRPr="009E686D">
        <w:rPr>
          <w:rFonts w:ascii="Arial" w:hAnsi="Arial" w:cs="Arial"/>
        </w:rPr>
        <w:t>positivo</w:t>
      </w:r>
      <w:proofErr w:type="spellEnd"/>
      <w:r w:rsidRPr="009E686D">
        <w:rPr>
          <w:rFonts w:ascii="Arial" w:hAnsi="Arial" w:cs="Arial"/>
        </w:rPr>
        <w:t xml:space="preserve"> y de </w:t>
      </w:r>
      <w:proofErr w:type="spellStart"/>
      <w:r w:rsidRPr="009E686D">
        <w:rPr>
          <w:rFonts w:ascii="Arial" w:hAnsi="Arial" w:cs="Arial"/>
        </w:rPr>
        <w:t>confianza</w:t>
      </w:r>
      <w:proofErr w:type="spellEnd"/>
      <w:r w:rsidRPr="009E686D">
        <w:rPr>
          <w:rFonts w:ascii="Arial" w:hAnsi="Arial" w:cs="Arial"/>
        </w:rPr>
        <w:t xml:space="preserve">.  </w:t>
      </w:r>
    </w:p>
    <w:p w14:paraId="0C1B5C54" w14:textId="77777777" w:rsidR="00893C50" w:rsidRPr="009E686D" w:rsidRDefault="00893C50" w:rsidP="00893C50">
      <w:pPr>
        <w:pStyle w:val="Textoindependiente"/>
        <w:widowControl w:val="0"/>
        <w:numPr>
          <w:ilvl w:val="0"/>
          <w:numId w:val="60"/>
        </w:numPr>
        <w:autoSpaceDE w:val="0"/>
        <w:autoSpaceDN w:val="0"/>
        <w:spacing w:before="10" w:after="0" w:line="360" w:lineRule="auto"/>
        <w:ind w:right="49"/>
        <w:jc w:val="both"/>
        <w:rPr>
          <w:rFonts w:ascii="Arial" w:hAnsi="Arial" w:cs="Arial"/>
        </w:rPr>
      </w:pPr>
      <w:proofErr w:type="spellStart"/>
      <w:r w:rsidRPr="009E686D">
        <w:rPr>
          <w:rFonts w:ascii="Arial" w:hAnsi="Arial" w:cs="Arial"/>
        </w:rPr>
        <w:t>Respetar</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momentos</w:t>
      </w:r>
      <w:proofErr w:type="spellEnd"/>
      <w:r w:rsidRPr="009E686D">
        <w:rPr>
          <w:rFonts w:ascii="Arial" w:hAnsi="Arial" w:cs="Arial"/>
        </w:rPr>
        <w:t xml:space="preserve"> de auto </w:t>
      </w:r>
      <w:proofErr w:type="spellStart"/>
      <w:r w:rsidRPr="009E686D">
        <w:rPr>
          <w:rFonts w:ascii="Arial" w:hAnsi="Arial" w:cs="Arial"/>
        </w:rPr>
        <w:t>aislamiento</w:t>
      </w:r>
      <w:proofErr w:type="spellEnd"/>
      <w:r w:rsidRPr="009E686D">
        <w:rPr>
          <w:rFonts w:ascii="Arial" w:hAnsi="Arial" w:cs="Arial"/>
        </w:rPr>
        <w:t xml:space="preserve">, </w:t>
      </w:r>
      <w:proofErr w:type="spellStart"/>
      <w:r w:rsidRPr="009E686D">
        <w:rPr>
          <w:rFonts w:ascii="Arial" w:hAnsi="Arial" w:cs="Arial"/>
        </w:rPr>
        <w:t>ya</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algunos</w:t>
      </w:r>
      <w:proofErr w:type="spellEnd"/>
      <w:r w:rsidRPr="009E686D">
        <w:rPr>
          <w:rFonts w:ascii="Arial" w:hAnsi="Arial" w:cs="Arial"/>
        </w:rPr>
        <w:t xml:space="preserve"> </w:t>
      </w:r>
      <w:proofErr w:type="spellStart"/>
      <w:r w:rsidRPr="009E686D">
        <w:rPr>
          <w:rFonts w:ascii="Arial" w:hAnsi="Arial" w:cs="Arial"/>
        </w:rPr>
        <w:t>casos</w:t>
      </w:r>
      <w:proofErr w:type="spellEnd"/>
      <w:r w:rsidRPr="009E686D">
        <w:rPr>
          <w:rFonts w:ascii="Arial" w:hAnsi="Arial" w:cs="Arial"/>
        </w:rPr>
        <w:t xml:space="preserve"> </w:t>
      </w:r>
      <w:proofErr w:type="spellStart"/>
      <w:r w:rsidRPr="009E686D">
        <w:rPr>
          <w:rFonts w:ascii="Arial" w:hAnsi="Arial" w:cs="Arial"/>
        </w:rPr>
        <w:t>esta</w:t>
      </w:r>
      <w:proofErr w:type="spellEnd"/>
      <w:r w:rsidRPr="009E686D">
        <w:rPr>
          <w:rFonts w:ascii="Arial" w:hAnsi="Arial" w:cs="Arial"/>
        </w:rPr>
        <w:t xml:space="preserve"> </w:t>
      </w:r>
      <w:proofErr w:type="spellStart"/>
      <w:r w:rsidRPr="009E686D">
        <w:rPr>
          <w:rFonts w:ascii="Arial" w:hAnsi="Arial" w:cs="Arial"/>
        </w:rPr>
        <w:t>acción</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relaja</w:t>
      </w:r>
      <w:proofErr w:type="spellEnd"/>
      <w:r w:rsidRPr="009E686D">
        <w:rPr>
          <w:rFonts w:ascii="Arial" w:hAnsi="Arial" w:cs="Arial"/>
        </w:rPr>
        <w:t xml:space="preserve"> y </w:t>
      </w:r>
      <w:proofErr w:type="spellStart"/>
      <w:r w:rsidRPr="009E686D">
        <w:rPr>
          <w:rFonts w:ascii="Arial" w:hAnsi="Arial" w:cs="Arial"/>
        </w:rPr>
        <w:t>regula</w:t>
      </w:r>
      <w:proofErr w:type="spellEnd"/>
      <w:r w:rsidRPr="009E686D">
        <w:rPr>
          <w:rFonts w:ascii="Arial" w:hAnsi="Arial" w:cs="Arial"/>
        </w:rPr>
        <w:t xml:space="preserve">, es </w:t>
      </w:r>
      <w:proofErr w:type="spellStart"/>
      <w:r w:rsidRPr="009E686D">
        <w:rPr>
          <w:rFonts w:ascii="Arial" w:hAnsi="Arial" w:cs="Arial"/>
        </w:rPr>
        <w:t>importante</w:t>
      </w:r>
      <w:proofErr w:type="spellEnd"/>
      <w:r w:rsidRPr="009E686D">
        <w:rPr>
          <w:rFonts w:ascii="Arial" w:hAnsi="Arial" w:cs="Arial"/>
        </w:rPr>
        <w:t xml:space="preserve"> velar </w:t>
      </w:r>
      <w:proofErr w:type="spellStart"/>
      <w:r w:rsidRPr="009E686D">
        <w:rPr>
          <w:rFonts w:ascii="Arial" w:hAnsi="Arial" w:cs="Arial"/>
        </w:rPr>
        <w:t>por</w:t>
      </w:r>
      <w:proofErr w:type="spellEnd"/>
      <w:r w:rsidRPr="009E686D">
        <w:rPr>
          <w:rFonts w:ascii="Arial" w:hAnsi="Arial" w:cs="Arial"/>
        </w:rPr>
        <w:t xml:space="preserve"> </w:t>
      </w:r>
      <w:proofErr w:type="spellStart"/>
      <w:r w:rsidRPr="009E686D">
        <w:rPr>
          <w:rFonts w:ascii="Arial" w:hAnsi="Arial" w:cs="Arial"/>
        </w:rPr>
        <w:t>asegurar</w:t>
      </w:r>
      <w:proofErr w:type="spellEnd"/>
      <w:r w:rsidRPr="009E686D">
        <w:rPr>
          <w:rFonts w:ascii="Arial" w:hAnsi="Arial" w:cs="Arial"/>
        </w:rPr>
        <w:t xml:space="preserve"> </w:t>
      </w:r>
      <w:proofErr w:type="spellStart"/>
      <w:r w:rsidRPr="009E686D">
        <w:rPr>
          <w:rFonts w:ascii="Arial" w:hAnsi="Arial" w:cs="Arial"/>
        </w:rPr>
        <w:t>entornos</w:t>
      </w:r>
      <w:proofErr w:type="spellEnd"/>
      <w:r w:rsidRPr="009E686D">
        <w:rPr>
          <w:rFonts w:ascii="Arial" w:hAnsi="Arial" w:cs="Arial"/>
        </w:rPr>
        <w:t xml:space="preserve"> </w:t>
      </w:r>
      <w:proofErr w:type="spellStart"/>
      <w:r w:rsidRPr="009E686D">
        <w:rPr>
          <w:rFonts w:ascii="Arial" w:hAnsi="Arial" w:cs="Arial"/>
        </w:rPr>
        <w:t>amigables</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que </w:t>
      </w:r>
      <w:proofErr w:type="spellStart"/>
      <w:r w:rsidRPr="009E686D">
        <w:rPr>
          <w:rFonts w:ascii="Arial" w:hAnsi="Arial" w:cs="Arial"/>
        </w:rPr>
        <w:lastRenderedPageBreak/>
        <w:t>participa</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estudiante</w:t>
      </w:r>
      <w:proofErr w:type="spellEnd"/>
      <w:r w:rsidRPr="009E686D">
        <w:rPr>
          <w:rFonts w:ascii="Arial" w:hAnsi="Arial" w:cs="Arial"/>
        </w:rPr>
        <w:t xml:space="preserve">.  </w:t>
      </w:r>
    </w:p>
    <w:p w14:paraId="0B1B9468" w14:textId="77777777" w:rsidR="00893C50" w:rsidRPr="00901BC0" w:rsidRDefault="00893C50" w:rsidP="00893C50">
      <w:pPr>
        <w:pStyle w:val="Textoindependiente"/>
        <w:spacing w:before="10" w:line="360" w:lineRule="auto"/>
        <w:ind w:right="49"/>
        <w:jc w:val="both"/>
        <w:rPr>
          <w:rFonts w:ascii="Arial" w:hAnsi="Arial" w:cs="Arial"/>
        </w:rPr>
      </w:pPr>
    </w:p>
    <w:p w14:paraId="3C192011" w14:textId="77777777" w:rsidR="00893C50" w:rsidRPr="009E686D" w:rsidRDefault="00893C50" w:rsidP="00893C50">
      <w:pPr>
        <w:pStyle w:val="Prrafodelista"/>
        <w:widowControl w:val="0"/>
        <w:numPr>
          <w:ilvl w:val="0"/>
          <w:numId w:val="45"/>
        </w:numPr>
        <w:tabs>
          <w:tab w:val="left" w:pos="948"/>
        </w:tabs>
        <w:autoSpaceDE w:val="0"/>
        <w:autoSpaceDN w:val="0"/>
        <w:spacing w:before="1" w:after="0" w:line="360" w:lineRule="auto"/>
        <w:ind w:right="49"/>
        <w:contextualSpacing w:val="0"/>
        <w:jc w:val="both"/>
        <w:rPr>
          <w:rFonts w:ascii="Arial" w:hAnsi="Arial" w:cs="Arial"/>
          <w:sz w:val="24"/>
          <w:szCs w:val="24"/>
        </w:rPr>
      </w:pPr>
      <w:proofErr w:type="spellStart"/>
      <w:r w:rsidRPr="009E686D">
        <w:rPr>
          <w:rFonts w:ascii="Arial" w:hAnsi="Arial" w:cs="Arial"/>
          <w:b/>
          <w:spacing w:val="-4"/>
          <w:sz w:val="24"/>
          <w:szCs w:val="24"/>
          <w:u w:val="single"/>
        </w:rPr>
        <w:t>Reconocer</w:t>
      </w:r>
      <w:proofErr w:type="spellEnd"/>
      <w:r w:rsidRPr="009E686D">
        <w:rPr>
          <w:rFonts w:ascii="Arial" w:hAnsi="Arial" w:cs="Arial"/>
          <w:b/>
          <w:spacing w:val="-4"/>
          <w:sz w:val="24"/>
          <w:szCs w:val="24"/>
          <w:u w:val="single"/>
        </w:rPr>
        <w:t xml:space="preserve"> </w:t>
      </w:r>
      <w:proofErr w:type="spellStart"/>
      <w:r w:rsidRPr="009E686D">
        <w:rPr>
          <w:rFonts w:ascii="Arial" w:hAnsi="Arial" w:cs="Arial"/>
          <w:b/>
          <w:sz w:val="24"/>
          <w:szCs w:val="24"/>
          <w:u w:val="single"/>
        </w:rPr>
        <w:t>los</w:t>
      </w:r>
      <w:proofErr w:type="spellEnd"/>
      <w:r w:rsidRPr="009E686D">
        <w:rPr>
          <w:rFonts w:ascii="Arial" w:hAnsi="Arial" w:cs="Arial"/>
          <w:b/>
          <w:sz w:val="24"/>
          <w:szCs w:val="24"/>
          <w:u w:val="single"/>
        </w:rPr>
        <w:t xml:space="preserve"> </w:t>
      </w:r>
      <w:proofErr w:type="spellStart"/>
      <w:r w:rsidRPr="009E686D">
        <w:rPr>
          <w:rFonts w:ascii="Arial" w:hAnsi="Arial" w:cs="Arial"/>
          <w:b/>
          <w:sz w:val="24"/>
          <w:szCs w:val="24"/>
          <w:u w:val="single"/>
        </w:rPr>
        <w:t>elementos</w:t>
      </w:r>
      <w:proofErr w:type="spellEnd"/>
      <w:r w:rsidRPr="009E686D">
        <w:rPr>
          <w:rFonts w:ascii="Arial" w:hAnsi="Arial" w:cs="Arial"/>
          <w:b/>
          <w:sz w:val="24"/>
          <w:szCs w:val="24"/>
          <w:u w:val="single"/>
        </w:rPr>
        <w:t xml:space="preserve"> del </w:t>
      </w:r>
      <w:proofErr w:type="spellStart"/>
      <w:r w:rsidRPr="009E686D">
        <w:rPr>
          <w:rFonts w:ascii="Arial" w:hAnsi="Arial" w:cs="Arial"/>
          <w:b/>
          <w:sz w:val="24"/>
          <w:szCs w:val="24"/>
          <w:u w:val="single"/>
        </w:rPr>
        <w:t>entorno</w:t>
      </w:r>
      <w:proofErr w:type="spellEnd"/>
      <w:r w:rsidRPr="009E686D">
        <w:rPr>
          <w:rFonts w:ascii="Arial" w:hAnsi="Arial" w:cs="Arial"/>
          <w:b/>
          <w:sz w:val="24"/>
          <w:szCs w:val="24"/>
          <w:u w:val="single"/>
        </w:rPr>
        <w:t xml:space="preserve"> que </w:t>
      </w:r>
      <w:proofErr w:type="spellStart"/>
      <w:r w:rsidRPr="009E686D">
        <w:rPr>
          <w:rFonts w:ascii="Arial" w:hAnsi="Arial" w:cs="Arial"/>
          <w:b/>
          <w:sz w:val="24"/>
          <w:szCs w:val="24"/>
          <w:u w:val="single"/>
        </w:rPr>
        <w:t>habitualmente</w:t>
      </w:r>
      <w:proofErr w:type="spellEnd"/>
      <w:r w:rsidRPr="009E686D">
        <w:rPr>
          <w:rFonts w:ascii="Arial" w:hAnsi="Arial" w:cs="Arial"/>
          <w:b/>
          <w:sz w:val="24"/>
          <w:szCs w:val="24"/>
          <w:u w:val="single"/>
        </w:rPr>
        <w:t xml:space="preserve"> </w:t>
      </w:r>
      <w:proofErr w:type="spellStart"/>
      <w:r w:rsidRPr="009E686D">
        <w:rPr>
          <w:rFonts w:ascii="Arial" w:hAnsi="Arial" w:cs="Arial"/>
          <w:b/>
          <w:spacing w:val="-3"/>
          <w:sz w:val="24"/>
          <w:szCs w:val="24"/>
          <w:u w:val="single"/>
        </w:rPr>
        <w:t>preceden</w:t>
      </w:r>
      <w:proofErr w:type="spellEnd"/>
      <w:r w:rsidRPr="009E686D">
        <w:rPr>
          <w:rFonts w:ascii="Arial" w:hAnsi="Arial" w:cs="Arial"/>
          <w:b/>
          <w:spacing w:val="-3"/>
          <w:sz w:val="24"/>
          <w:szCs w:val="24"/>
          <w:u w:val="single"/>
        </w:rPr>
        <w:t xml:space="preserve"> </w:t>
      </w:r>
      <w:r w:rsidRPr="009E686D">
        <w:rPr>
          <w:rFonts w:ascii="Arial" w:hAnsi="Arial" w:cs="Arial"/>
          <w:b/>
          <w:sz w:val="24"/>
          <w:szCs w:val="24"/>
          <w:u w:val="single"/>
        </w:rPr>
        <w:t xml:space="preserve">a </w:t>
      </w:r>
      <w:r w:rsidRPr="009E686D">
        <w:rPr>
          <w:rFonts w:ascii="Arial" w:hAnsi="Arial" w:cs="Arial"/>
          <w:b/>
          <w:spacing w:val="2"/>
          <w:sz w:val="24"/>
          <w:szCs w:val="24"/>
          <w:u w:val="single"/>
        </w:rPr>
        <w:t xml:space="preserve">la </w:t>
      </w:r>
      <w:proofErr w:type="spellStart"/>
      <w:r w:rsidRPr="009E686D">
        <w:rPr>
          <w:rFonts w:ascii="Arial" w:hAnsi="Arial" w:cs="Arial"/>
          <w:b/>
          <w:sz w:val="24"/>
          <w:szCs w:val="24"/>
          <w:u w:val="single"/>
        </w:rPr>
        <w:t>desregulación</w:t>
      </w:r>
      <w:proofErr w:type="spellEnd"/>
      <w:r w:rsidRPr="009E686D">
        <w:rPr>
          <w:rFonts w:ascii="Arial" w:hAnsi="Arial" w:cs="Arial"/>
          <w:b/>
          <w:sz w:val="24"/>
          <w:szCs w:val="24"/>
          <w:u w:val="single"/>
        </w:rPr>
        <w:t xml:space="preserve"> </w:t>
      </w:r>
      <w:proofErr w:type="spellStart"/>
      <w:r w:rsidRPr="009E686D">
        <w:rPr>
          <w:rFonts w:ascii="Arial" w:hAnsi="Arial" w:cs="Arial"/>
          <w:b/>
          <w:sz w:val="24"/>
          <w:szCs w:val="24"/>
          <w:u w:val="single"/>
        </w:rPr>
        <w:t>emocional</w:t>
      </w:r>
      <w:proofErr w:type="spellEnd"/>
      <w:r w:rsidRPr="009E686D">
        <w:rPr>
          <w:rFonts w:ascii="Arial" w:hAnsi="Arial" w:cs="Arial"/>
          <w:b/>
          <w:sz w:val="24"/>
          <w:szCs w:val="24"/>
          <w:u w:val="single"/>
        </w:rPr>
        <w:t xml:space="preserve"> y </w:t>
      </w:r>
      <w:proofErr w:type="spellStart"/>
      <w:r w:rsidRPr="009E686D">
        <w:rPr>
          <w:rFonts w:ascii="Arial" w:hAnsi="Arial" w:cs="Arial"/>
          <w:b/>
          <w:sz w:val="24"/>
          <w:szCs w:val="24"/>
          <w:u w:val="single"/>
        </w:rPr>
        <w:t>conductual</w:t>
      </w:r>
      <w:proofErr w:type="spellEnd"/>
      <w:r w:rsidRPr="009E686D">
        <w:rPr>
          <w:rFonts w:ascii="Arial" w:hAnsi="Arial" w:cs="Arial"/>
          <w:sz w:val="24"/>
          <w:szCs w:val="24"/>
        </w:rPr>
        <w:t xml:space="preserve">. Es </w:t>
      </w:r>
      <w:proofErr w:type="spellStart"/>
      <w:r w:rsidRPr="009E686D">
        <w:rPr>
          <w:rFonts w:ascii="Arial" w:hAnsi="Arial" w:cs="Arial"/>
          <w:sz w:val="24"/>
          <w:szCs w:val="24"/>
        </w:rPr>
        <w:t>importante</w:t>
      </w:r>
      <w:proofErr w:type="spellEnd"/>
      <w:r w:rsidRPr="009E686D">
        <w:rPr>
          <w:rFonts w:ascii="Arial" w:hAnsi="Arial" w:cs="Arial"/>
          <w:sz w:val="24"/>
          <w:szCs w:val="24"/>
        </w:rPr>
        <w:t xml:space="preserve"> </w:t>
      </w:r>
      <w:proofErr w:type="spellStart"/>
      <w:r w:rsidRPr="009E686D">
        <w:rPr>
          <w:rFonts w:ascii="Arial" w:hAnsi="Arial" w:cs="Arial"/>
          <w:sz w:val="24"/>
          <w:szCs w:val="24"/>
        </w:rPr>
        <w:t>reiterar</w:t>
      </w:r>
      <w:proofErr w:type="spellEnd"/>
      <w:r w:rsidRPr="009E686D">
        <w:rPr>
          <w:rFonts w:ascii="Arial" w:hAnsi="Arial" w:cs="Arial"/>
          <w:sz w:val="24"/>
          <w:szCs w:val="24"/>
        </w:rPr>
        <w:t xml:space="preserve"> que </w:t>
      </w:r>
      <w:r w:rsidRPr="009E686D">
        <w:rPr>
          <w:rFonts w:ascii="Arial" w:hAnsi="Arial" w:cs="Arial"/>
          <w:spacing w:val="-4"/>
          <w:sz w:val="24"/>
          <w:szCs w:val="24"/>
        </w:rPr>
        <w:t xml:space="preserve">hay </w:t>
      </w:r>
      <w:proofErr w:type="spellStart"/>
      <w:r w:rsidRPr="009E686D">
        <w:rPr>
          <w:rFonts w:ascii="Arial" w:hAnsi="Arial" w:cs="Arial"/>
          <w:sz w:val="24"/>
          <w:szCs w:val="24"/>
        </w:rPr>
        <w:t>factores</w:t>
      </w:r>
      <w:proofErr w:type="spellEnd"/>
      <w:r w:rsidRPr="009E686D">
        <w:rPr>
          <w:rFonts w:ascii="Arial" w:hAnsi="Arial" w:cs="Arial"/>
          <w:sz w:val="24"/>
          <w:szCs w:val="24"/>
        </w:rPr>
        <w:t xml:space="preserve"> que </w:t>
      </w:r>
      <w:proofErr w:type="spellStart"/>
      <w:r w:rsidRPr="009E686D">
        <w:rPr>
          <w:rFonts w:ascii="Arial" w:hAnsi="Arial" w:cs="Arial"/>
          <w:spacing w:val="5"/>
          <w:sz w:val="24"/>
          <w:szCs w:val="24"/>
        </w:rPr>
        <w:t>pueden</w:t>
      </w:r>
      <w:proofErr w:type="spellEnd"/>
      <w:r w:rsidRPr="009E686D">
        <w:rPr>
          <w:rFonts w:ascii="Arial" w:hAnsi="Arial" w:cs="Arial"/>
          <w:spacing w:val="5"/>
          <w:sz w:val="24"/>
          <w:szCs w:val="24"/>
        </w:rPr>
        <w:t xml:space="preserve"> </w:t>
      </w:r>
      <w:proofErr w:type="spellStart"/>
      <w:r w:rsidRPr="009E686D">
        <w:rPr>
          <w:rFonts w:ascii="Arial" w:hAnsi="Arial" w:cs="Arial"/>
          <w:spacing w:val="3"/>
          <w:sz w:val="24"/>
          <w:szCs w:val="24"/>
        </w:rPr>
        <w:t>desencadenar</w:t>
      </w:r>
      <w:proofErr w:type="spellEnd"/>
      <w:r w:rsidRPr="009E686D">
        <w:rPr>
          <w:rFonts w:ascii="Arial" w:hAnsi="Arial" w:cs="Arial"/>
          <w:spacing w:val="3"/>
          <w:sz w:val="24"/>
          <w:szCs w:val="24"/>
        </w:rPr>
        <w:t xml:space="preserve"> </w:t>
      </w:r>
      <w:r w:rsidRPr="009E686D">
        <w:rPr>
          <w:rFonts w:ascii="Arial" w:hAnsi="Arial" w:cs="Arial"/>
          <w:sz w:val="24"/>
          <w:szCs w:val="24"/>
        </w:rPr>
        <w:t xml:space="preserve">la </w:t>
      </w:r>
      <w:proofErr w:type="spellStart"/>
      <w:r w:rsidRPr="009E686D">
        <w:rPr>
          <w:rFonts w:ascii="Arial" w:hAnsi="Arial" w:cs="Arial"/>
          <w:sz w:val="24"/>
          <w:szCs w:val="24"/>
        </w:rPr>
        <w:t>ansiedad</w:t>
      </w:r>
      <w:proofErr w:type="spellEnd"/>
      <w:r w:rsidRPr="009E686D">
        <w:rPr>
          <w:rFonts w:ascii="Arial" w:hAnsi="Arial" w:cs="Arial"/>
          <w:sz w:val="24"/>
          <w:szCs w:val="24"/>
        </w:rPr>
        <w:t xml:space="preserve"> que </w:t>
      </w:r>
      <w:proofErr w:type="spellStart"/>
      <w:r w:rsidRPr="009E686D">
        <w:rPr>
          <w:rFonts w:ascii="Arial" w:hAnsi="Arial" w:cs="Arial"/>
          <w:spacing w:val="3"/>
          <w:sz w:val="24"/>
          <w:szCs w:val="24"/>
        </w:rPr>
        <w:t>corresponden</w:t>
      </w:r>
      <w:proofErr w:type="spellEnd"/>
      <w:r w:rsidRPr="009E686D">
        <w:rPr>
          <w:rFonts w:ascii="Arial" w:hAnsi="Arial" w:cs="Arial"/>
          <w:spacing w:val="3"/>
          <w:sz w:val="24"/>
          <w:szCs w:val="24"/>
        </w:rPr>
        <w:t xml:space="preserve"> </w:t>
      </w:r>
      <w:r w:rsidRPr="009E686D">
        <w:rPr>
          <w:rFonts w:ascii="Arial" w:hAnsi="Arial" w:cs="Arial"/>
          <w:sz w:val="24"/>
          <w:szCs w:val="24"/>
        </w:rPr>
        <w:t xml:space="preserve">a </w:t>
      </w:r>
      <w:proofErr w:type="spellStart"/>
      <w:r w:rsidRPr="009E686D">
        <w:rPr>
          <w:rFonts w:ascii="Arial" w:hAnsi="Arial" w:cs="Arial"/>
          <w:spacing w:val="2"/>
          <w:sz w:val="24"/>
          <w:szCs w:val="24"/>
        </w:rPr>
        <w:t>rasgos</w:t>
      </w:r>
      <w:proofErr w:type="spellEnd"/>
      <w:r w:rsidRPr="009E686D">
        <w:rPr>
          <w:rFonts w:ascii="Arial" w:hAnsi="Arial" w:cs="Arial"/>
          <w:spacing w:val="2"/>
          <w:sz w:val="24"/>
          <w:szCs w:val="24"/>
        </w:rPr>
        <w:t xml:space="preserve"> </w:t>
      </w:r>
      <w:proofErr w:type="spellStart"/>
      <w:r w:rsidRPr="009E686D">
        <w:rPr>
          <w:rFonts w:ascii="Arial" w:hAnsi="Arial" w:cs="Arial"/>
          <w:sz w:val="24"/>
          <w:szCs w:val="24"/>
        </w:rPr>
        <w:t>distintivos</w:t>
      </w:r>
      <w:proofErr w:type="spellEnd"/>
      <w:r w:rsidRPr="009E686D">
        <w:rPr>
          <w:rFonts w:ascii="Arial" w:hAnsi="Arial" w:cs="Arial"/>
          <w:sz w:val="24"/>
          <w:szCs w:val="24"/>
        </w:rPr>
        <w:t xml:space="preserve"> del </w:t>
      </w:r>
      <w:proofErr w:type="spellStart"/>
      <w:r w:rsidRPr="009E686D">
        <w:rPr>
          <w:rFonts w:ascii="Arial" w:hAnsi="Arial" w:cs="Arial"/>
          <w:sz w:val="24"/>
          <w:szCs w:val="24"/>
        </w:rPr>
        <w:t>estudiante</w:t>
      </w:r>
      <w:proofErr w:type="spellEnd"/>
      <w:r w:rsidRPr="009E686D">
        <w:rPr>
          <w:rFonts w:ascii="Arial" w:hAnsi="Arial" w:cs="Arial"/>
          <w:sz w:val="24"/>
          <w:szCs w:val="24"/>
        </w:rPr>
        <w:t xml:space="preserve"> y sus </w:t>
      </w:r>
      <w:proofErr w:type="spellStart"/>
      <w:r w:rsidRPr="009E686D">
        <w:rPr>
          <w:rFonts w:ascii="Arial" w:hAnsi="Arial" w:cs="Arial"/>
          <w:sz w:val="24"/>
          <w:szCs w:val="24"/>
        </w:rPr>
        <w:t>circunstancias</w:t>
      </w:r>
      <w:proofErr w:type="spellEnd"/>
      <w:r w:rsidRPr="009E686D">
        <w:rPr>
          <w:rFonts w:ascii="Arial" w:hAnsi="Arial" w:cs="Arial"/>
          <w:sz w:val="24"/>
          <w:szCs w:val="24"/>
        </w:rPr>
        <w:t xml:space="preserve">. </w:t>
      </w:r>
      <w:r w:rsidRPr="009E686D">
        <w:rPr>
          <w:rFonts w:ascii="Arial" w:hAnsi="Arial" w:cs="Arial"/>
          <w:spacing w:val="3"/>
          <w:sz w:val="24"/>
          <w:szCs w:val="24"/>
        </w:rPr>
        <w:t xml:space="preserve">Pero, </w:t>
      </w:r>
      <w:proofErr w:type="spellStart"/>
      <w:r w:rsidRPr="009E686D">
        <w:rPr>
          <w:rFonts w:ascii="Arial" w:hAnsi="Arial" w:cs="Arial"/>
          <w:sz w:val="24"/>
          <w:szCs w:val="24"/>
        </w:rPr>
        <w:t>además</w:t>
      </w:r>
      <w:proofErr w:type="spellEnd"/>
      <w:r w:rsidRPr="009E686D">
        <w:rPr>
          <w:rFonts w:ascii="Arial" w:hAnsi="Arial" w:cs="Arial"/>
          <w:sz w:val="24"/>
          <w:szCs w:val="24"/>
        </w:rPr>
        <w:t xml:space="preserve"> </w:t>
      </w:r>
      <w:proofErr w:type="spellStart"/>
      <w:r w:rsidRPr="009E686D">
        <w:rPr>
          <w:rFonts w:ascii="Arial" w:hAnsi="Arial" w:cs="Arial"/>
          <w:sz w:val="24"/>
          <w:szCs w:val="24"/>
        </w:rPr>
        <w:t>existen</w:t>
      </w:r>
      <w:proofErr w:type="spellEnd"/>
      <w:r w:rsidRPr="009E686D">
        <w:rPr>
          <w:rFonts w:ascii="Arial" w:hAnsi="Arial" w:cs="Arial"/>
          <w:sz w:val="24"/>
          <w:szCs w:val="24"/>
        </w:rPr>
        <w:t xml:space="preserve"> </w:t>
      </w:r>
      <w:proofErr w:type="spellStart"/>
      <w:r w:rsidRPr="009E686D">
        <w:rPr>
          <w:rFonts w:ascii="Arial" w:hAnsi="Arial" w:cs="Arial"/>
          <w:sz w:val="24"/>
          <w:szCs w:val="24"/>
        </w:rPr>
        <w:t>otros</w:t>
      </w:r>
      <w:proofErr w:type="spellEnd"/>
      <w:r w:rsidRPr="009E686D">
        <w:rPr>
          <w:rFonts w:ascii="Arial" w:hAnsi="Arial" w:cs="Arial"/>
          <w:sz w:val="24"/>
          <w:szCs w:val="24"/>
        </w:rPr>
        <w:t xml:space="preserve"> </w:t>
      </w:r>
      <w:proofErr w:type="spellStart"/>
      <w:r w:rsidRPr="009E686D">
        <w:rPr>
          <w:rFonts w:ascii="Arial" w:hAnsi="Arial" w:cs="Arial"/>
          <w:sz w:val="24"/>
          <w:szCs w:val="24"/>
        </w:rPr>
        <w:t>factores</w:t>
      </w:r>
      <w:proofErr w:type="spellEnd"/>
      <w:r w:rsidRPr="009E686D">
        <w:rPr>
          <w:rFonts w:ascii="Arial" w:hAnsi="Arial" w:cs="Arial"/>
          <w:sz w:val="24"/>
          <w:szCs w:val="24"/>
        </w:rPr>
        <w:t xml:space="preserve"> </w:t>
      </w:r>
      <w:proofErr w:type="spellStart"/>
      <w:r w:rsidRPr="009E686D">
        <w:rPr>
          <w:rFonts w:ascii="Arial" w:hAnsi="Arial" w:cs="Arial"/>
          <w:sz w:val="24"/>
          <w:szCs w:val="24"/>
        </w:rPr>
        <w:t>desencadenantes</w:t>
      </w:r>
      <w:proofErr w:type="spellEnd"/>
      <w:r w:rsidRPr="009E686D">
        <w:rPr>
          <w:rFonts w:ascii="Arial" w:hAnsi="Arial" w:cs="Arial"/>
          <w:sz w:val="24"/>
          <w:szCs w:val="24"/>
        </w:rPr>
        <w:t xml:space="preserve"> </w:t>
      </w:r>
      <w:proofErr w:type="spellStart"/>
      <w:r w:rsidRPr="009E686D">
        <w:rPr>
          <w:rFonts w:ascii="Arial" w:hAnsi="Arial" w:cs="Arial"/>
          <w:sz w:val="24"/>
          <w:szCs w:val="24"/>
        </w:rPr>
        <w:t>relacionados</w:t>
      </w:r>
      <w:proofErr w:type="spellEnd"/>
      <w:r w:rsidRPr="009E686D">
        <w:rPr>
          <w:rFonts w:ascii="Arial" w:hAnsi="Arial" w:cs="Arial"/>
          <w:sz w:val="24"/>
          <w:szCs w:val="24"/>
        </w:rPr>
        <w:t xml:space="preserve"> con </w:t>
      </w:r>
      <w:proofErr w:type="spellStart"/>
      <w:r w:rsidRPr="009E686D">
        <w:rPr>
          <w:rFonts w:ascii="Arial" w:hAnsi="Arial" w:cs="Arial"/>
          <w:spacing w:val="5"/>
          <w:sz w:val="24"/>
          <w:szCs w:val="24"/>
        </w:rPr>
        <w:t>el</w:t>
      </w:r>
      <w:proofErr w:type="spellEnd"/>
      <w:r w:rsidRPr="009E686D">
        <w:rPr>
          <w:rFonts w:ascii="Arial" w:hAnsi="Arial" w:cs="Arial"/>
          <w:spacing w:val="5"/>
          <w:sz w:val="24"/>
          <w:szCs w:val="24"/>
        </w:rPr>
        <w:t xml:space="preserve"> </w:t>
      </w:r>
      <w:proofErr w:type="spellStart"/>
      <w:r w:rsidRPr="009E686D">
        <w:rPr>
          <w:rFonts w:ascii="Arial" w:hAnsi="Arial" w:cs="Arial"/>
          <w:sz w:val="24"/>
          <w:szCs w:val="24"/>
        </w:rPr>
        <w:t>entorno</w:t>
      </w:r>
      <w:proofErr w:type="spellEnd"/>
      <w:r w:rsidRPr="009E686D">
        <w:rPr>
          <w:rFonts w:ascii="Arial" w:hAnsi="Arial" w:cs="Arial"/>
          <w:sz w:val="24"/>
          <w:szCs w:val="24"/>
        </w:rPr>
        <w:t xml:space="preserve"> </w:t>
      </w:r>
      <w:proofErr w:type="spellStart"/>
      <w:r w:rsidRPr="009E686D">
        <w:rPr>
          <w:rFonts w:ascii="Arial" w:hAnsi="Arial" w:cs="Arial"/>
          <w:sz w:val="24"/>
          <w:szCs w:val="24"/>
        </w:rPr>
        <w:t>físico</w:t>
      </w:r>
      <w:proofErr w:type="spellEnd"/>
      <w:r w:rsidRPr="009E686D">
        <w:rPr>
          <w:rFonts w:ascii="Arial" w:hAnsi="Arial" w:cs="Arial"/>
          <w:sz w:val="24"/>
          <w:szCs w:val="24"/>
        </w:rPr>
        <w:t xml:space="preserve"> y </w:t>
      </w:r>
      <w:r w:rsidRPr="009E686D">
        <w:rPr>
          <w:rFonts w:ascii="Arial" w:hAnsi="Arial" w:cs="Arial"/>
          <w:spacing w:val="3"/>
          <w:sz w:val="24"/>
          <w:szCs w:val="24"/>
        </w:rPr>
        <w:t xml:space="preserve">social </w:t>
      </w:r>
      <w:r w:rsidRPr="009E686D">
        <w:rPr>
          <w:rFonts w:ascii="Arial" w:hAnsi="Arial" w:cs="Arial"/>
          <w:sz w:val="24"/>
          <w:szCs w:val="24"/>
        </w:rPr>
        <w:t xml:space="preserve">(Llorente, </w:t>
      </w:r>
      <w:r w:rsidRPr="009E686D">
        <w:rPr>
          <w:rFonts w:ascii="Arial" w:hAnsi="Arial" w:cs="Arial"/>
          <w:spacing w:val="-5"/>
          <w:sz w:val="24"/>
          <w:szCs w:val="24"/>
        </w:rPr>
        <w:t xml:space="preserve">2018), </w:t>
      </w:r>
      <w:proofErr w:type="spellStart"/>
      <w:r w:rsidRPr="009E686D">
        <w:rPr>
          <w:rFonts w:ascii="Arial" w:hAnsi="Arial" w:cs="Arial"/>
          <w:spacing w:val="4"/>
          <w:sz w:val="24"/>
          <w:szCs w:val="24"/>
        </w:rPr>
        <w:t>sobre</w:t>
      </w:r>
      <w:proofErr w:type="spellEnd"/>
      <w:r w:rsidRPr="009E686D">
        <w:rPr>
          <w:rFonts w:ascii="Arial" w:hAnsi="Arial" w:cs="Arial"/>
          <w:spacing w:val="4"/>
          <w:sz w:val="24"/>
          <w:szCs w:val="24"/>
        </w:rPr>
        <w:t xml:space="preserve"> </w:t>
      </w:r>
      <w:proofErr w:type="spellStart"/>
      <w:r w:rsidRPr="009E686D">
        <w:rPr>
          <w:rFonts w:ascii="Arial" w:hAnsi="Arial" w:cs="Arial"/>
          <w:spacing w:val="3"/>
          <w:sz w:val="24"/>
          <w:szCs w:val="24"/>
        </w:rPr>
        <w:t>los</w:t>
      </w:r>
      <w:proofErr w:type="spellEnd"/>
      <w:r w:rsidRPr="009E686D">
        <w:rPr>
          <w:rFonts w:ascii="Arial" w:hAnsi="Arial" w:cs="Arial"/>
          <w:spacing w:val="3"/>
          <w:sz w:val="24"/>
          <w:szCs w:val="24"/>
        </w:rPr>
        <w:t xml:space="preserve"> </w:t>
      </w:r>
      <w:proofErr w:type="spellStart"/>
      <w:r w:rsidRPr="009E686D">
        <w:rPr>
          <w:rFonts w:ascii="Arial" w:hAnsi="Arial" w:cs="Arial"/>
          <w:sz w:val="24"/>
          <w:szCs w:val="24"/>
        </w:rPr>
        <w:t>cuales</w:t>
      </w:r>
      <w:proofErr w:type="spellEnd"/>
      <w:r w:rsidRPr="009E686D">
        <w:rPr>
          <w:rFonts w:ascii="Arial" w:hAnsi="Arial" w:cs="Arial"/>
          <w:sz w:val="24"/>
          <w:szCs w:val="24"/>
        </w:rPr>
        <w:t xml:space="preserve"> también </w:t>
      </w:r>
      <w:r w:rsidRPr="009E686D">
        <w:rPr>
          <w:rFonts w:ascii="Arial" w:hAnsi="Arial" w:cs="Arial"/>
          <w:spacing w:val="5"/>
          <w:sz w:val="24"/>
          <w:szCs w:val="24"/>
        </w:rPr>
        <w:t xml:space="preserve">es </w:t>
      </w:r>
      <w:proofErr w:type="spellStart"/>
      <w:r w:rsidRPr="009E686D">
        <w:rPr>
          <w:rFonts w:ascii="Arial" w:hAnsi="Arial" w:cs="Arial"/>
          <w:spacing w:val="5"/>
          <w:sz w:val="24"/>
          <w:szCs w:val="24"/>
        </w:rPr>
        <w:t>posible</w:t>
      </w:r>
      <w:proofErr w:type="spellEnd"/>
      <w:r w:rsidRPr="009E686D">
        <w:rPr>
          <w:rFonts w:ascii="Arial" w:hAnsi="Arial" w:cs="Arial"/>
          <w:spacing w:val="5"/>
          <w:sz w:val="24"/>
          <w:szCs w:val="24"/>
        </w:rPr>
        <w:t xml:space="preserve"> </w:t>
      </w:r>
      <w:proofErr w:type="spellStart"/>
      <w:r w:rsidRPr="009E686D">
        <w:rPr>
          <w:rFonts w:ascii="Arial" w:hAnsi="Arial" w:cs="Arial"/>
          <w:sz w:val="24"/>
          <w:szCs w:val="24"/>
        </w:rPr>
        <w:t>intervenir</w:t>
      </w:r>
      <w:proofErr w:type="spellEnd"/>
      <w:r w:rsidRPr="009E686D">
        <w:rPr>
          <w:rFonts w:ascii="Arial" w:hAnsi="Arial" w:cs="Arial"/>
          <w:sz w:val="24"/>
          <w:szCs w:val="24"/>
        </w:rPr>
        <w:t xml:space="preserve"> </w:t>
      </w:r>
      <w:proofErr w:type="spellStart"/>
      <w:r w:rsidRPr="009E686D">
        <w:rPr>
          <w:rFonts w:ascii="Arial" w:hAnsi="Arial" w:cs="Arial"/>
          <w:spacing w:val="5"/>
          <w:sz w:val="24"/>
          <w:szCs w:val="24"/>
        </w:rPr>
        <w:t>en</w:t>
      </w:r>
      <w:proofErr w:type="spellEnd"/>
      <w:r w:rsidRPr="009E686D">
        <w:rPr>
          <w:rFonts w:ascii="Arial" w:hAnsi="Arial" w:cs="Arial"/>
          <w:spacing w:val="5"/>
          <w:sz w:val="24"/>
          <w:szCs w:val="24"/>
        </w:rPr>
        <w:t xml:space="preserve"> </w:t>
      </w:r>
      <w:proofErr w:type="spellStart"/>
      <w:r w:rsidRPr="009E686D">
        <w:rPr>
          <w:rFonts w:ascii="Arial" w:hAnsi="Arial" w:cs="Arial"/>
          <w:sz w:val="24"/>
          <w:szCs w:val="24"/>
        </w:rPr>
        <w:t>cierta</w:t>
      </w:r>
      <w:proofErr w:type="spellEnd"/>
      <w:r w:rsidRPr="009E686D">
        <w:rPr>
          <w:rFonts w:ascii="Arial" w:hAnsi="Arial" w:cs="Arial"/>
          <w:sz w:val="24"/>
          <w:szCs w:val="24"/>
        </w:rPr>
        <w:t xml:space="preserve"> </w:t>
      </w:r>
      <w:proofErr w:type="spellStart"/>
      <w:r w:rsidRPr="009E686D">
        <w:rPr>
          <w:rFonts w:ascii="Arial" w:hAnsi="Arial" w:cs="Arial"/>
          <w:spacing w:val="5"/>
          <w:sz w:val="24"/>
          <w:szCs w:val="24"/>
        </w:rPr>
        <w:t>medida</w:t>
      </w:r>
      <w:proofErr w:type="spellEnd"/>
      <w:r w:rsidRPr="009E686D">
        <w:rPr>
          <w:rFonts w:ascii="Arial" w:hAnsi="Arial" w:cs="Arial"/>
          <w:spacing w:val="5"/>
          <w:sz w:val="24"/>
          <w:szCs w:val="24"/>
        </w:rPr>
        <w:t xml:space="preserve"> </w:t>
      </w:r>
      <w:r w:rsidRPr="009E686D">
        <w:rPr>
          <w:rFonts w:ascii="Arial" w:hAnsi="Arial" w:cs="Arial"/>
          <w:sz w:val="24"/>
          <w:szCs w:val="24"/>
        </w:rPr>
        <w:t xml:space="preserve">para </w:t>
      </w:r>
      <w:proofErr w:type="spellStart"/>
      <w:r w:rsidRPr="009E686D">
        <w:rPr>
          <w:rFonts w:ascii="Arial" w:hAnsi="Arial" w:cs="Arial"/>
          <w:spacing w:val="3"/>
          <w:sz w:val="24"/>
          <w:szCs w:val="24"/>
        </w:rPr>
        <w:t>prevenir</w:t>
      </w:r>
      <w:proofErr w:type="spellEnd"/>
      <w:r w:rsidRPr="009E686D">
        <w:rPr>
          <w:rFonts w:ascii="Arial" w:hAnsi="Arial" w:cs="Arial"/>
          <w:spacing w:val="3"/>
          <w:sz w:val="24"/>
          <w:szCs w:val="24"/>
        </w:rPr>
        <w:t xml:space="preserve"> </w:t>
      </w:r>
      <w:r w:rsidRPr="009E686D">
        <w:rPr>
          <w:rFonts w:ascii="Arial" w:hAnsi="Arial" w:cs="Arial"/>
          <w:sz w:val="24"/>
          <w:szCs w:val="24"/>
        </w:rPr>
        <w:t xml:space="preserve">o </w:t>
      </w:r>
      <w:proofErr w:type="spellStart"/>
      <w:r w:rsidRPr="009E686D">
        <w:rPr>
          <w:rFonts w:ascii="Arial" w:hAnsi="Arial" w:cs="Arial"/>
          <w:sz w:val="24"/>
          <w:szCs w:val="24"/>
        </w:rPr>
        <w:t>disminuir</w:t>
      </w:r>
      <w:proofErr w:type="spellEnd"/>
      <w:r w:rsidRPr="009E686D">
        <w:rPr>
          <w:rFonts w:ascii="Arial" w:hAnsi="Arial" w:cs="Arial"/>
          <w:sz w:val="24"/>
          <w:szCs w:val="24"/>
        </w:rPr>
        <w:t xml:space="preserve"> la </w:t>
      </w:r>
      <w:proofErr w:type="spellStart"/>
      <w:r w:rsidRPr="009E686D">
        <w:rPr>
          <w:rFonts w:ascii="Arial" w:hAnsi="Arial" w:cs="Arial"/>
          <w:spacing w:val="4"/>
          <w:sz w:val="24"/>
          <w:szCs w:val="24"/>
        </w:rPr>
        <w:t>posibilidad</w:t>
      </w:r>
      <w:proofErr w:type="spellEnd"/>
      <w:r w:rsidRPr="009E686D">
        <w:rPr>
          <w:rFonts w:ascii="Arial" w:hAnsi="Arial" w:cs="Arial"/>
          <w:spacing w:val="4"/>
          <w:sz w:val="24"/>
          <w:szCs w:val="24"/>
        </w:rPr>
        <w:t xml:space="preserve"> </w:t>
      </w:r>
      <w:r w:rsidRPr="009E686D">
        <w:rPr>
          <w:rFonts w:ascii="Arial" w:hAnsi="Arial" w:cs="Arial"/>
          <w:spacing w:val="5"/>
          <w:sz w:val="24"/>
          <w:szCs w:val="24"/>
        </w:rPr>
        <w:t xml:space="preserve">de </w:t>
      </w:r>
      <w:r w:rsidRPr="009E686D">
        <w:rPr>
          <w:rFonts w:ascii="Arial" w:hAnsi="Arial" w:cs="Arial"/>
          <w:sz w:val="24"/>
          <w:szCs w:val="24"/>
        </w:rPr>
        <w:t xml:space="preserve">que </w:t>
      </w:r>
      <w:r w:rsidRPr="009E686D">
        <w:rPr>
          <w:rFonts w:ascii="Arial" w:hAnsi="Arial" w:cs="Arial"/>
          <w:spacing w:val="3"/>
          <w:sz w:val="24"/>
          <w:szCs w:val="24"/>
        </w:rPr>
        <w:t xml:space="preserve">se </w:t>
      </w:r>
      <w:proofErr w:type="spellStart"/>
      <w:r w:rsidRPr="009E686D">
        <w:rPr>
          <w:rFonts w:ascii="Arial" w:hAnsi="Arial" w:cs="Arial"/>
          <w:sz w:val="24"/>
          <w:szCs w:val="24"/>
        </w:rPr>
        <w:t>gatille</w:t>
      </w:r>
      <w:proofErr w:type="spellEnd"/>
      <w:r w:rsidRPr="009E686D">
        <w:rPr>
          <w:rFonts w:ascii="Arial" w:hAnsi="Arial" w:cs="Arial"/>
          <w:spacing w:val="9"/>
          <w:sz w:val="24"/>
          <w:szCs w:val="24"/>
        </w:rPr>
        <w:t xml:space="preserve"> </w:t>
      </w:r>
      <w:proofErr w:type="spellStart"/>
      <w:r w:rsidRPr="009E686D">
        <w:rPr>
          <w:rFonts w:ascii="Arial" w:hAnsi="Arial" w:cs="Arial"/>
          <w:spacing w:val="-4"/>
          <w:sz w:val="24"/>
          <w:szCs w:val="24"/>
        </w:rPr>
        <w:t>una</w:t>
      </w:r>
      <w:proofErr w:type="spellEnd"/>
      <w:r w:rsidRPr="009E686D">
        <w:rPr>
          <w:rFonts w:ascii="Arial" w:hAnsi="Arial" w:cs="Arial"/>
          <w:spacing w:val="-4"/>
          <w:sz w:val="24"/>
          <w:szCs w:val="24"/>
        </w:rPr>
        <w:t xml:space="preserve"> </w:t>
      </w:r>
      <w:r w:rsidRPr="009E686D">
        <w:rPr>
          <w:rFonts w:ascii="Arial" w:hAnsi="Arial" w:cs="Arial"/>
          <w:spacing w:val="3"/>
          <w:sz w:val="24"/>
          <w:szCs w:val="24"/>
        </w:rPr>
        <w:t>DEC.</w:t>
      </w:r>
    </w:p>
    <w:p w14:paraId="2AEFEE30" w14:textId="77777777" w:rsidR="00893C50" w:rsidRPr="009E686D" w:rsidRDefault="00893C50" w:rsidP="00893C50">
      <w:pPr>
        <w:pStyle w:val="Textoindependiente"/>
        <w:spacing w:before="10" w:line="360" w:lineRule="auto"/>
        <w:ind w:left="720" w:right="49"/>
        <w:jc w:val="both"/>
        <w:rPr>
          <w:rFonts w:ascii="Arial" w:hAnsi="Arial" w:cs="Arial"/>
        </w:rPr>
      </w:pPr>
      <w:r w:rsidRPr="009E686D">
        <w:rPr>
          <w:rFonts w:ascii="Arial" w:hAnsi="Arial" w:cs="Arial"/>
        </w:rPr>
        <w:t xml:space="preserve">En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Espectro</w:t>
      </w:r>
      <w:proofErr w:type="spellEnd"/>
      <w:r w:rsidRPr="009E686D">
        <w:rPr>
          <w:rFonts w:ascii="Arial" w:hAnsi="Arial" w:cs="Arial"/>
        </w:rPr>
        <w:t xml:space="preserve"> </w:t>
      </w:r>
      <w:proofErr w:type="spellStart"/>
      <w:r w:rsidRPr="009E686D">
        <w:rPr>
          <w:rFonts w:ascii="Arial" w:hAnsi="Arial" w:cs="Arial"/>
        </w:rPr>
        <w:t>Autista</w:t>
      </w:r>
      <w:proofErr w:type="spellEnd"/>
      <w:r w:rsidRPr="009E686D">
        <w:rPr>
          <w:rFonts w:ascii="Arial" w:hAnsi="Arial" w:cs="Arial"/>
        </w:rPr>
        <w:t xml:space="preserve"> son </w:t>
      </w:r>
      <w:proofErr w:type="spellStart"/>
      <w:r w:rsidRPr="009E686D">
        <w:rPr>
          <w:rFonts w:ascii="Arial" w:hAnsi="Arial" w:cs="Arial"/>
        </w:rPr>
        <w:t>más</w:t>
      </w:r>
      <w:proofErr w:type="spellEnd"/>
      <w:r w:rsidRPr="009E686D">
        <w:rPr>
          <w:rFonts w:ascii="Arial" w:hAnsi="Arial" w:cs="Arial"/>
        </w:rPr>
        <w:t xml:space="preserve"> </w:t>
      </w:r>
      <w:proofErr w:type="spellStart"/>
      <w:r w:rsidRPr="009E686D">
        <w:rPr>
          <w:rFonts w:ascii="Arial" w:hAnsi="Arial" w:cs="Arial"/>
        </w:rPr>
        <w:t>vulnerables</w:t>
      </w:r>
      <w:proofErr w:type="spellEnd"/>
      <w:r w:rsidRPr="009E686D">
        <w:rPr>
          <w:rFonts w:ascii="Arial" w:hAnsi="Arial" w:cs="Arial"/>
        </w:rPr>
        <w:t xml:space="preserve"> y </w:t>
      </w:r>
      <w:proofErr w:type="spellStart"/>
      <w:r w:rsidRPr="009E686D">
        <w:rPr>
          <w:rFonts w:ascii="Arial" w:hAnsi="Arial" w:cs="Arial"/>
        </w:rPr>
        <w:t>fallan</w:t>
      </w:r>
      <w:proofErr w:type="spellEnd"/>
      <w:r w:rsidRPr="009E686D">
        <w:rPr>
          <w:rFonts w:ascii="Arial" w:hAnsi="Arial" w:cs="Arial"/>
        </w:rPr>
        <w:t xml:space="preserve"> </w:t>
      </w:r>
      <w:proofErr w:type="spellStart"/>
      <w:r w:rsidRPr="009E686D">
        <w:rPr>
          <w:rFonts w:ascii="Arial" w:hAnsi="Arial" w:cs="Arial"/>
        </w:rPr>
        <w:t>más</w:t>
      </w:r>
      <w:proofErr w:type="spellEnd"/>
      <w:r w:rsidRPr="009E686D">
        <w:rPr>
          <w:rFonts w:ascii="Arial" w:hAnsi="Arial" w:cs="Arial"/>
        </w:rPr>
        <w:t xml:space="preserve"> </w:t>
      </w:r>
      <w:proofErr w:type="spellStart"/>
      <w:r w:rsidRPr="009E686D">
        <w:rPr>
          <w:rFonts w:ascii="Arial" w:hAnsi="Arial" w:cs="Arial"/>
        </w:rPr>
        <w:t>en</w:t>
      </w:r>
      <w:proofErr w:type="spellEnd"/>
      <w:r w:rsidRPr="009E686D">
        <w:rPr>
          <w:rFonts w:ascii="Arial" w:hAnsi="Arial" w:cs="Arial"/>
        </w:rPr>
        <w:t xml:space="preserve">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empleo</w:t>
      </w:r>
      <w:proofErr w:type="spellEnd"/>
      <w:r w:rsidRPr="009E686D">
        <w:rPr>
          <w:rFonts w:ascii="Arial" w:hAnsi="Arial" w:cs="Arial"/>
        </w:rPr>
        <w:t xml:space="preserve"> de </w:t>
      </w:r>
      <w:proofErr w:type="spellStart"/>
      <w:r w:rsidRPr="009E686D">
        <w:rPr>
          <w:rFonts w:ascii="Arial" w:hAnsi="Arial" w:cs="Arial"/>
        </w:rPr>
        <w:t>estrategias</w:t>
      </w:r>
      <w:proofErr w:type="spellEnd"/>
      <w:r w:rsidRPr="009E686D">
        <w:rPr>
          <w:rFonts w:ascii="Arial" w:hAnsi="Arial" w:cs="Arial"/>
        </w:rPr>
        <w:t xml:space="preserve"> de </w:t>
      </w:r>
      <w:proofErr w:type="spellStart"/>
      <w:r w:rsidRPr="009E686D">
        <w:rPr>
          <w:rFonts w:ascii="Arial" w:hAnsi="Arial" w:cs="Arial"/>
        </w:rPr>
        <w:t>autorregulación</w:t>
      </w:r>
      <w:proofErr w:type="spellEnd"/>
      <w:r w:rsidRPr="009E686D">
        <w:rPr>
          <w:rFonts w:ascii="Arial" w:hAnsi="Arial" w:cs="Arial"/>
        </w:rPr>
        <w:t xml:space="preserve">, </w:t>
      </w:r>
      <w:proofErr w:type="spellStart"/>
      <w:r w:rsidRPr="009E686D">
        <w:rPr>
          <w:rFonts w:ascii="Arial" w:hAnsi="Arial" w:cs="Arial"/>
        </w:rPr>
        <w:t>por</w:t>
      </w:r>
      <w:proofErr w:type="spellEnd"/>
      <w:r w:rsidRPr="009E686D">
        <w:rPr>
          <w:rFonts w:ascii="Arial" w:hAnsi="Arial" w:cs="Arial"/>
        </w:rPr>
        <w:t xml:space="preserve"> lo que les </w:t>
      </w:r>
      <w:proofErr w:type="spellStart"/>
      <w:r w:rsidRPr="009E686D">
        <w:rPr>
          <w:rFonts w:ascii="Arial" w:hAnsi="Arial" w:cs="Arial"/>
        </w:rPr>
        <w:t>requiere</w:t>
      </w:r>
      <w:proofErr w:type="spellEnd"/>
      <w:r w:rsidRPr="009E686D">
        <w:rPr>
          <w:rFonts w:ascii="Arial" w:hAnsi="Arial" w:cs="Arial"/>
        </w:rPr>
        <w:t xml:space="preserve"> </w:t>
      </w:r>
      <w:proofErr w:type="spellStart"/>
      <w:r w:rsidRPr="009E686D">
        <w:rPr>
          <w:rFonts w:ascii="Arial" w:hAnsi="Arial" w:cs="Arial"/>
        </w:rPr>
        <w:t>mucha</w:t>
      </w:r>
      <w:proofErr w:type="spellEnd"/>
      <w:r w:rsidRPr="009E686D">
        <w:rPr>
          <w:rFonts w:ascii="Arial" w:hAnsi="Arial" w:cs="Arial"/>
        </w:rPr>
        <w:t xml:space="preserve"> </w:t>
      </w:r>
      <w:proofErr w:type="spellStart"/>
      <w:r w:rsidRPr="009E686D">
        <w:rPr>
          <w:rFonts w:ascii="Arial" w:hAnsi="Arial" w:cs="Arial"/>
        </w:rPr>
        <w:t>energía</w:t>
      </w:r>
      <w:proofErr w:type="spellEnd"/>
      <w:r w:rsidRPr="009E686D">
        <w:rPr>
          <w:rFonts w:ascii="Arial" w:hAnsi="Arial" w:cs="Arial"/>
        </w:rPr>
        <w:t xml:space="preserve"> y </w:t>
      </w:r>
      <w:proofErr w:type="spellStart"/>
      <w:r w:rsidRPr="009E686D">
        <w:rPr>
          <w:rFonts w:ascii="Arial" w:hAnsi="Arial" w:cs="Arial"/>
        </w:rPr>
        <w:t>esfuerzo</w:t>
      </w:r>
      <w:proofErr w:type="spellEnd"/>
      <w:r w:rsidRPr="009E686D">
        <w:rPr>
          <w:rFonts w:ascii="Arial" w:hAnsi="Arial" w:cs="Arial"/>
        </w:rPr>
        <w:t xml:space="preserve"> </w:t>
      </w:r>
      <w:proofErr w:type="spellStart"/>
      <w:r w:rsidRPr="009E686D">
        <w:rPr>
          <w:rFonts w:ascii="Arial" w:hAnsi="Arial" w:cs="Arial"/>
        </w:rPr>
        <w:t>manejar</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niveles</w:t>
      </w:r>
      <w:proofErr w:type="spellEnd"/>
      <w:r w:rsidRPr="009E686D">
        <w:rPr>
          <w:rFonts w:ascii="Arial" w:hAnsi="Arial" w:cs="Arial"/>
        </w:rPr>
        <w:t xml:space="preserve"> de </w:t>
      </w:r>
      <w:proofErr w:type="spellStart"/>
      <w:r w:rsidRPr="009E686D">
        <w:rPr>
          <w:rFonts w:ascii="Arial" w:hAnsi="Arial" w:cs="Arial"/>
        </w:rPr>
        <w:t>ansiedad</w:t>
      </w:r>
      <w:proofErr w:type="spellEnd"/>
      <w:r w:rsidRPr="009E686D">
        <w:rPr>
          <w:rFonts w:ascii="Arial" w:hAnsi="Arial" w:cs="Arial"/>
        </w:rPr>
        <w:t xml:space="preserve"> y no </w:t>
      </w:r>
      <w:proofErr w:type="spellStart"/>
      <w:r w:rsidRPr="009E686D">
        <w:rPr>
          <w:rFonts w:ascii="Arial" w:hAnsi="Arial" w:cs="Arial"/>
        </w:rPr>
        <w:t>propiciar</w:t>
      </w:r>
      <w:proofErr w:type="spellEnd"/>
      <w:r w:rsidRPr="009E686D">
        <w:rPr>
          <w:rFonts w:ascii="Arial" w:hAnsi="Arial" w:cs="Arial"/>
        </w:rPr>
        <w:t xml:space="preserve"> </w:t>
      </w:r>
      <w:proofErr w:type="spellStart"/>
      <w:r w:rsidRPr="009E686D">
        <w:rPr>
          <w:rFonts w:ascii="Arial" w:hAnsi="Arial" w:cs="Arial"/>
        </w:rPr>
        <w:t>desbordes</w:t>
      </w:r>
      <w:proofErr w:type="spellEnd"/>
      <w:r w:rsidRPr="009E686D">
        <w:rPr>
          <w:rFonts w:ascii="Arial" w:hAnsi="Arial" w:cs="Arial"/>
        </w:rPr>
        <w:t xml:space="preserve"> </w:t>
      </w:r>
      <w:proofErr w:type="spellStart"/>
      <w:r w:rsidRPr="009E686D">
        <w:rPr>
          <w:rFonts w:ascii="Arial" w:hAnsi="Arial" w:cs="Arial"/>
        </w:rPr>
        <w:t>constantes</w:t>
      </w:r>
      <w:proofErr w:type="spellEnd"/>
      <w:r w:rsidRPr="009E686D">
        <w:rPr>
          <w:rFonts w:ascii="Arial" w:hAnsi="Arial" w:cs="Arial"/>
        </w:rPr>
        <w:t xml:space="preserve">. Por </w:t>
      </w:r>
      <w:proofErr w:type="spellStart"/>
      <w:r w:rsidRPr="009E686D">
        <w:rPr>
          <w:rFonts w:ascii="Arial" w:hAnsi="Arial" w:cs="Arial"/>
        </w:rPr>
        <w:t>ello</w:t>
      </w:r>
      <w:proofErr w:type="spellEnd"/>
      <w:r w:rsidRPr="009E686D">
        <w:rPr>
          <w:rFonts w:ascii="Arial" w:hAnsi="Arial" w:cs="Arial"/>
        </w:rPr>
        <w:t xml:space="preserve">, se suman </w:t>
      </w:r>
      <w:proofErr w:type="spellStart"/>
      <w:r w:rsidRPr="009E686D">
        <w:rPr>
          <w:rFonts w:ascii="Arial" w:hAnsi="Arial" w:cs="Arial"/>
        </w:rPr>
        <w:t>otros</w:t>
      </w:r>
      <w:proofErr w:type="spellEnd"/>
      <w:r w:rsidRPr="009E686D">
        <w:rPr>
          <w:rFonts w:ascii="Arial" w:hAnsi="Arial" w:cs="Arial"/>
        </w:rPr>
        <w:t xml:space="preserve"> </w:t>
      </w:r>
      <w:proofErr w:type="spellStart"/>
      <w:r w:rsidRPr="009E686D">
        <w:rPr>
          <w:rFonts w:ascii="Arial" w:hAnsi="Arial" w:cs="Arial"/>
        </w:rPr>
        <w:t>factores</w:t>
      </w:r>
      <w:proofErr w:type="spellEnd"/>
      <w:r w:rsidRPr="009E686D">
        <w:rPr>
          <w:rFonts w:ascii="Arial" w:hAnsi="Arial" w:cs="Arial"/>
        </w:rPr>
        <w:t xml:space="preserve"> </w:t>
      </w:r>
      <w:proofErr w:type="spellStart"/>
      <w:r w:rsidRPr="009E686D">
        <w:rPr>
          <w:rFonts w:ascii="Arial" w:hAnsi="Arial" w:cs="Arial"/>
        </w:rPr>
        <w:t>desencadenantes</w:t>
      </w:r>
      <w:proofErr w:type="spellEnd"/>
      <w:r w:rsidRPr="009E686D">
        <w:rPr>
          <w:rFonts w:ascii="Arial" w:hAnsi="Arial" w:cs="Arial"/>
        </w:rPr>
        <w:t xml:space="preserve"> </w:t>
      </w:r>
      <w:proofErr w:type="spellStart"/>
      <w:r w:rsidRPr="009E686D">
        <w:rPr>
          <w:rFonts w:ascii="Arial" w:hAnsi="Arial" w:cs="Arial"/>
        </w:rPr>
        <w:t>relacionados</w:t>
      </w:r>
      <w:proofErr w:type="spellEnd"/>
      <w:r w:rsidRPr="009E686D">
        <w:rPr>
          <w:rFonts w:ascii="Arial" w:hAnsi="Arial" w:cs="Arial"/>
        </w:rPr>
        <w:t xml:space="preserve"> con </w:t>
      </w:r>
      <w:proofErr w:type="spellStart"/>
      <w:r w:rsidRPr="009E686D">
        <w:rPr>
          <w:rFonts w:ascii="Arial" w:hAnsi="Arial" w:cs="Arial"/>
        </w:rPr>
        <w:t>el</w:t>
      </w:r>
      <w:proofErr w:type="spellEnd"/>
      <w:r w:rsidRPr="009E686D">
        <w:rPr>
          <w:rFonts w:ascii="Arial" w:hAnsi="Arial" w:cs="Arial"/>
        </w:rPr>
        <w:t xml:space="preserve"> </w:t>
      </w:r>
      <w:proofErr w:type="spellStart"/>
      <w:r w:rsidRPr="009E686D">
        <w:rPr>
          <w:rFonts w:ascii="Arial" w:hAnsi="Arial" w:cs="Arial"/>
        </w:rPr>
        <w:t>entorno</w:t>
      </w:r>
      <w:proofErr w:type="spellEnd"/>
      <w:r w:rsidRPr="009E686D">
        <w:rPr>
          <w:rFonts w:ascii="Arial" w:hAnsi="Arial" w:cs="Arial"/>
        </w:rPr>
        <w:t xml:space="preserve"> </w:t>
      </w:r>
      <w:proofErr w:type="spellStart"/>
      <w:r w:rsidRPr="009E686D">
        <w:rPr>
          <w:rFonts w:ascii="Arial" w:hAnsi="Arial" w:cs="Arial"/>
        </w:rPr>
        <w:t>físico</w:t>
      </w:r>
      <w:proofErr w:type="spellEnd"/>
      <w:r w:rsidRPr="009E686D">
        <w:rPr>
          <w:rFonts w:ascii="Arial" w:hAnsi="Arial" w:cs="Arial"/>
        </w:rPr>
        <w:t xml:space="preserve"> y social </w:t>
      </w:r>
      <w:proofErr w:type="spellStart"/>
      <w:r w:rsidRPr="009E686D">
        <w:rPr>
          <w:rFonts w:ascii="Arial" w:hAnsi="Arial" w:cs="Arial"/>
        </w:rPr>
        <w:t>sobre</w:t>
      </w:r>
      <w:proofErr w:type="spellEnd"/>
      <w:r w:rsidRPr="009E686D">
        <w:rPr>
          <w:rFonts w:ascii="Arial" w:hAnsi="Arial" w:cs="Arial"/>
        </w:rPr>
        <w:t xml:space="preserve"> </w:t>
      </w:r>
      <w:proofErr w:type="spellStart"/>
      <w:r w:rsidRPr="009E686D">
        <w:rPr>
          <w:rFonts w:ascii="Arial" w:hAnsi="Arial" w:cs="Arial"/>
        </w:rPr>
        <w:t>los</w:t>
      </w:r>
      <w:proofErr w:type="spellEnd"/>
      <w:r w:rsidRPr="009E686D">
        <w:rPr>
          <w:rFonts w:ascii="Arial" w:hAnsi="Arial" w:cs="Arial"/>
        </w:rPr>
        <w:t xml:space="preserve"> </w:t>
      </w:r>
      <w:proofErr w:type="spellStart"/>
      <w:r w:rsidRPr="009E686D">
        <w:rPr>
          <w:rFonts w:ascii="Arial" w:hAnsi="Arial" w:cs="Arial"/>
        </w:rPr>
        <w:t>cuales</w:t>
      </w:r>
      <w:proofErr w:type="spellEnd"/>
      <w:r w:rsidRPr="009E686D">
        <w:rPr>
          <w:rFonts w:ascii="Arial" w:hAnsi="Arial" w:cs="Arial"/>
        </w:rPr>
        <w:t xml:space="preserve"> también es </w:t>
      </w:r>
      <w:proofErr w:type="spellStart"/>
      <w:r w:rsidRPr="009E686D">
        <w:rPr>
          <w:rFonts w:ascii="Arial" w:hAnsi="Arial" w:cs="Arial"/>
        </w:rPr>
        <w:t>posible</w:t>
      </w:r>
      <w:proofErr w:type="spellEnd"/>
      <w:r w:rsidRPr="009E686D">
        <w:rPr>
          <w:rFonts w:ascii="Arial" w:hAnsi="Arial" w:cs="Arial"/>
        </w:rPr>
        <w:t xml:space="preserve"> </w:t>
      </w:r>
      <w:proofErr w:type="spellStart"/>
      <w:r w:rsidRPr="009E686D">
        <w:rPr>
          <w:rFonts w:ascii="Arial" w:hAnsi="Arial" w:cs="Arial"/>
        </w:rPr>
        <w:t>intervenir</w:t>
      </w:r>
      <w:proofErr w:type="spellEnd"/>
      <w:r w:rsidRPr="009E686D">
        <w:rPr>
          <w:rFonts w:ascii="Arial" w:hAnsi="Arial" w:cs="Arial"/>
        </w:rPr>
        <w:t xml:space="preserve"> </w:t>
      </w:r>
      <w:proofErr w:type="spellStart"/>
      <w:r w:rsidRPr="009E686D">
        <w:rPr>
          <w:rFonts w:ascii="Arial" w:hAnsi="Arial" w:cs="Arial"/>
        </w:rPr>
        <w:t>preventivamente</w:t>
      </w:r>
      <w:proofErr w:type="spellEnd"/>
      <w:r w:rsidRPr="009E686D">
        <w:rPr>
          <w:rFonts w:ascii="Arial" w:hAnsi="Arial" w:cs="Arial"/>
        </w:rPr>
        <w:t>:</w:t>
      </w:r>
    </w:p>
    <w:p w14:paraId="51918240" w14:textId="77777777" w:rsidR="00893C50" w:rsidRPr="00901BC0" w:rsidRDefault="00893C50" w:rsidP="00893C50">
      <w:pPr>
        <w:pStyle w:val="Textoindependiente"/>
        <w:spacing w:before="10" w:line="360" w:lineRule="auto"/>
        <w:ind w:left="720" w:right="49"/>
        <w:jc w:val="both"/>
        <w:rPr>
          <w:rFonts w:ascii="Arial" w:hAnsi="Arial" w:cs="Arial"/>
        </w:rPr>
      </w:pPr>
    </w:p>
    <w:p w14:paraId="563EB0C8" w14:textId="77777777" w:rsidR="00893C50" w:rsidRPr="00893C50" w:rsidRDefault="00893C50" w:rsidP="00893C50">
      <w:pPr>
        <w:pStyle w:val="Ttulo1"/>
        <w:keepNext w:val="0"/>
        <w:keepLines w:val="0"/>
        <w:widowControl w:val="0"/>
        <w:numPr>
          <w:ilvl w:val="1"/>
          <w:numId w:val="45"/>
        </w:numPr>
        <w:tabs>
          <w:tab w:val="left" w:pos="1233"/>
        </w:tabs>
        <w:autoSpaceDE w:val="0"/>
        <w:autoSpaceDN w:val="0"/>
        <w:spacing w:before="0" w:line="360" w:lineRule="auto"/>
        <w:ind w:right="49"/>
        <w:jc w:val="both"/>
        <w:rPr>
          <w:rFonts w:ascii="Arial" w:hAnsi="Arial" w:cs="Arial"/>
          <w:color w:val="auto"/>
          <w:sz w:val="24"/>
          <w:szCs w:val="24"/>
        </w:rPr>
      </w:pPr>
      <w:proofErr w:type="spellStart"/>
      <w:r w:rsidRPr="00893C50">
        <w:rPr>
          <w:rFonts w:ascii="Arial" w:hAnsi="Arial" w:cs="Arial"/>
          <w:color w:val="auto"/>
          <w:sz w:val="24"/>
          <w:szCs w:val="24"/>
        </w:rPr>
        <w:t>Entorno</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z w:val="24"/>
          <w:szCs w:val="24"/>
        </w:rPr>
        <w:t>físico</w:t>
      </w:r>
      <w:proofErr w:type="spellEnd"/>
    </w:p>
    <w:p w14:paraId="3E10D933" w14:textId="52D254AB" w:rsidR="00893C50" w:rsidRDefault="00893C50" w:rsidP="00893C50">
      <w:pPr>
        <w:pStyle w:val="Prrafodelista"/>
        <w:widowControl w:val="0"/>
        <w:numPr>
          <w:ilvl w:val="0"/>
          <w:numId w:val="58"/>
        </w:numPr>
        <w:tabs>
          <w:tab w:val="left" w:pos="1068"/>
        </w:tabs>
        <w:autoSpaceDE w:val="0"/>
        <w:autoSpaceDN w:val="0"/>
        <w:spacing w:after="0" w:line="360" w:lineRule="auto"/>
        <w:ind w:right="49"/>
        <w:contextualSpacing w:val="0"/>
        <w:jc w:val="both"/>
        <w:rPr>
          <w:rFonts w:ascii="Arial" w:hAnsi="Arial" w:cs="Arial"/>
          <w:sz w:val="24"/>
          <w:szCs w:val="24"/>
        </w:rPr>
      </w:pPr>
      <w:proofErr w:type="spellStart"/>
      <w:r w:rsidRPr="009E686D">
        <w:rPr>
          <w:rFonts w:ascii="Arial" w:hAnsi="Arial" w:cs="Arial"/>
          <w:sz w:val="24"/>
          <w:szCs w:val="24"/>
        </w:rPr>
        <w:t>Evitar</w:t>
      </w:r>
      <w:proofErr w:type="spellEnd"/>
      <w:r w:rsidRPr="009E686D">
        <w:rPr>
          <w:rFonts w:ascii="Arial" w:hAnsi="Arial" w:cs="Arial"/>
          <w:sz w:val="24"/>
          <w:szCs w:val="24"/>
        </w:rPr>
        <w:t xml:space="preserve"> </w:t>
      </w:r>
      <w:r w:rsidRPr="00D00E11">
        <w:rPr>
          <w:rFonts w:ascii="Arial" w:hAnsi="Arial" w:cs="Arial"/>
          <w:sz w:val="24"/>
          <w:szCs w:val="24"/>
        </w:rPr>
        <w:t xml:space="preserve">la </w:t>
      </w:r>
      <w:proofErr w:type="spellStart"/>
      <w:r w:rsidRPr="00D00E11">
        <w:rPr>
          <w:rFonts w:ascii="Arial" w:hAnsi="Arial" w:cs="Arial"/>
          <w:spacing w:val="3"/>
          <w:sz w:val="24"/>
          <w:szCs w:val="24"/>
        </w:rPr>
        <w:t>sobrecarga</w:t>
      </w:r>
      <w:proofErr w:type="spellEnd"/>
      <w:r w:rsidRPr="00D00E11">
        <w:rPr>
          <w:rFonts w:ascii="Arial" w:hAnsi="Arial" w:cs="Arial"/>
          <w:spacing w:val="3"/>
          <w:sz w:val="24"/>
          <w:szCs w:val="24"/>
        </w:rPr>
        <w:t xml:space="preserve"> </w:t>
      </w:r>
      <w:r w:rsidRPr="00D00E11">
        <w:rPr>
          <w:rFonts w:ascii="Arial" w:hAnsi="Arial" w:cs="Arial"/>
          <w:spacing w:val="5"/>
          <w:sz w:val="24"/>
          <w:szCs w:val="24"/>
        </w:rPr>
        <w:t xml:space="preserve">de </w:t>
      </w:r>
      <w:proofErr w:type="spellStart"/>
      <w:r w:rsidRPr="00D00E11">
        <w:rPr>
          <w:rFonts w:ascii="Arial" w:hAnsi="Arial" w:cs="Arial"/>
          <w:sz w:val="24"/>
          <w:szCs w:val="24"/>
        </w:rPr>
        <w:t>estímulos</w:t>
      </w:r>
      <w:proofErr w:type="spellEnd"/>
      <w:r w:rsidRPr="00D00E11">
        <w:rPr>
          <w:rFonts w:ascii="Arial" w:hAnsi="Arial" w:cs="Arial"/>
          <w:sz w:val="24"/>
          <w:szCs w:val="24"/>
        </w:rPr>
        <w:t xml:space="preserve"> (luces </w:t>
      </w:r>
      <w:proofErr w:type="spellStart"/>
      <w:r w:rsidRPr="00D00E11">
        <w:rPr>
          <w:rFonts w:ascii="Arial" w:hAnsi="Arial" w:cs="Arial"/>
          <w:sz w:val="24"/>
          <w:szCs w:val="24"/>
        </w:rPr>
        <w:t>intensas</w:t>
      </w:r>
      <w:proofErr w:type="spellEnd"/>
      <w:r w:rsidRPr="00D00E11">
        <w:rPr>
          <w:rFonts w:ascii="Arial" w:hAnsi="Arial" w:cs="Arial"/>
          <w:sz w:val="24"/>
          <w:szCs w:val="24"/>
        </w:rPr>
        <w:t xml:space="preserve">, </w:t>
      </w:r>
      <w:proofErr w:type="spellStart"/>
      <w:r w:rsidRPr="00D00E11">
        <w:rPr>
          <w:rFonts w:ascii="Arial" w:hAnsi="Arial" w:cs="Arial"/>
          <w:sz w:val="24"/>
          <w:szCs w:val="24"/>
        </w:rPr>
        <w:t>ruidos</w:t>
      </w:r>
      <w:proofErr w:type="spellEnd"/>
      <w:r w:rsidRPr="00D00E11">
        <w:rPr>
          <w:rFonts w:ascii="Arial" w:hAnsi="Arial" w:cs="Arial"/>
          <w:sz w:val="24"/>
          <w:szCs w:val="24"/>
        </w:rPr>
        <w:t xml:space="preserve"> </w:t>
      </w:r>
      <w:proofErr w:type="spellStart"/>
      <w:r w:rsidRPr="00D00E11">
        <w:rPr>
          <w:rFonts w:ascii="Arial" w:hAnsi="Arial" w:cs="Arial"/>
          <w:sz w:val="24"/>
          <w:szCs w:val="24"/>
        </w:rPr>
        <w:t>fuertes</w:t>
      </w:r>
      <w:proofErr w:type="spellEnd"/>
      <w:r w:rsidRPr="00D00E11">
        <w:rPr>
          <w:rFonts w:ascii="Arial" w:hAnsi="Arial" w:cs="Arial"/>
          <w:sz w:val="24"/>
          <w:szCs w:val="24"/>
        </w:rPr>
        <w:t xml:space="preserve">, </w:t>
      </w:r>
      <w:proofErr w:type="spellStart"/>
      <w:r w:rsidRPr="00D00E11">
        <w:rPr>
          <w:rFonts w:ascii="Arial" w:hAnsi="Arial" w:cs="Arial"/>
          <w:spacing w:val="4"/>
          <w:sz w:val="24"/>
          <w:szCs w:val="24"/>
        </w:rPr>
        <w:t>colores</w:t>
      </w:r>
      <w:proofErr w:type="spellEnd"/>
      <w:r w:rsidRPr="00D00E11">
        <w:rPr>
          <w:rFonts w:ascii="Arial" w:hAnsi="Arial" w:cs="Arial"/>
          <w:spacing w:val="4"/>
          <w:sz w:val="24"/>
          <w:szCs w:val="24"/>
        </w:rPr>
        <w:t xml:space="preserve"> </w:t>
      </w:r>
      <w:proofErr w:type="spellStart"/>
      <w:r w:rsidRPr="00D00E11">
        <w:rPr>
          <w:rFonts w:ascii="Arial" w:hAnsi="Arial" w:cs="Arial"/>
          <w:sz w:val="24"/>
          <w:szCs w:val="24"/>
        </w:rPr>
        <w:t>fuertes</w:t>
      </w:r>
      <w:proofErr w:type="spellEnd"/>
      <w:r w:rsidRPr="00D00E11">
        <w:rPr>
          <w:rFonts w:ascii="Arial" w:hAnsi="Arial" w:cs="Arial"/>
          <w:sz w:val="24"/>
          <w:szCs w:val="24"/>
        </w:rPr>
        <w:t xml:space="preserve"> e </w:t>
      </w:r>
      <w:proofErr w:type="spellStart"/>
      <w:r w:rsidRPr="00D00E11">
        <w:rPr>
          <w:rFonts w:ascii="Arial" w:hAnsi="Arial" w:cs="Arial"/>
          <w:sz w:val="24"/>
          <w:szCs w:val="24"/>
        </w:rPr>
        <w:t>intensos</w:t>
      </w:r>
      <w:proofErr w:type="spellEnd"/>
      <w:r w:rsidRPr="00D00E11">
        <w:rPr>
          <w:rFonts w:ascii="Arial" w:hAnsi="Arial" w:cs="Arial"/>
          <w:sz w:val="24"/>
          <w:szCs w:val="24"/>
        </w:rPr>
        <w:t xml:space="preserve">, </w:t>
      </w:r>
      <w:proofErr w:type="spellStart"/>
      <w:r w:rsidRPr="00D00E11">
        <w:rPr>
          <w:rFonts w:ascii="Arial" w:hAnsi="Arial" w:cs="Arial"/>
          <w:spacing w:val="6"/>
          <w:sz w:val="24"/>
          <w:szCs w:val="24"/>
        </w:rPr>
        <w:t>exceso</w:t>
      </w:r>
      <w:proofErr w:type="spellEnd"/>
      <w:r w:rsidRPr="00D00E11">
        <w:rPr>
          <w:rFonts w:ascii="Arial" w:hAnsi="Arial" w:cs="Arial"/>
          <w:spacing w:val="6"/>
          <w:sz w:val="24"/>
          <w:szCs w:val="24"/>
        </w:rPr>
        <w:t xml:space="preserve"> </w:t>
      </w:r>
      <w:r w:rsidRPr="00D00E11">
        <w:rPr>
          <w:rFonts w:ascii="Arial" w:hAnsi="Arial" w:cs="Arial"/>
          <w:spacing w:val="5"/>
          <w:sz w:val="24"/>
          <w:szCs w:val="24"/>
        </w:rPr>
        <w:t xml:space="preserve">de </w:t>
      </w:r>
      <w:proofErr w:type="spellStart"/>
      <w:r w:rsidRPr="00D00E11">
        <w:rPr>
          <w:rFonts w:ascii="Arial" w:hAnsi="Arial" w:cs="Arial"/>
          <w:sz w:val="24"/>
          <w:szCs w:val="24"/>
        </w:rPr>
        <w:t>materiales</w:t>
      </w:r>
      <w:proofErr w:type="spellEnd"/>
      <w:r w:rsidRPr="00D00E11">
        <w:rPr>
          <w:rFonts w:ascii="Arial" w:hAnsi="Arial" w:cs="Arial"/>
          <w:sz w:val="24"/>
          <w:szCs w:val="24"/>
        </w:rPr>
        <w:t xml:space="preserve"> o </w:t>
      </w:r>
      <w:proofErr w:type="spellStart"/>
      <w:r w:rsidRPr="00D00E11">
        <w:rPr>
          <w:rFonts w:ascii="Arial" w:hAnsi="Arial" w:cs="Arial"/>
          <w:spacing w:val="4"/>
          <w:sz w:val="24"/>
          <w:szCs w:val="24"/>
        </w:rPr>
        <w:t>decoraciones</w:t>
      </w:r>
      <w:proofErr w:type="spellEnd"/>
      <w:r w:rsidRPr="00D00E11">
        <w:rPr>
          <w:rFonts w:ascii="Arial" w:hAnsi="Arial" w:cs="Arial"/>
          <w:spacing w:val="4"/>
          <w:sz w:val="24"/>
          <w:szCs w:val="24"/>
        </w:rPr>
        <w:t xml:space="preserve">, </w:t>
      </w:r>
      <w:r w:rsidRPr="00D00E11">
        <w:rPr>
          <w:rFonts w:ascii="Arial" w:hAnsi="Arial" w:cs="Arial"/>
          <w:sz w:val="24"/>
          <w:szCs w:val="24"/>
        </w:rPr>
        <w:t xml:space="preserve">etc.). Si </w:t>
      </w:r>
      <w:r w:rsidRPr="00D00E11">
        <w:rPr>
          <w:rFonts w:ascii="Arial" w:hAnsi="Arial" w:cs="Arial"/>
          <w:spacing w:val="-3"/>
          <w:sz w:val="24"/>
          <w:szCs w:val="24"/>
        </w:rPr>
        <w:t xml:space="preserve">no </w:t>
      </w:r>
      <w:r w:rsidRPr="00D00E11">
        <w:rPr>
          <w:rFonts w:ascii="Arial" w:hAnsi="Arial" w:cs="Arial"/>
          <w:spacing w:val="3"/>
          <w:sz w:val="24"/>
          <w:szCs w:val="24"/>
        </w:rPr>
        <w:t xml:space="preserve">se </w:t>
      </w:r>
      <w:proofErr w:type="spellStart"/>
      <w:r w:rsidRPr="00D00E11">
        <w:rPr>
          <w:rFonts w:ascii="Arial" w:hAnsi="Arial" w:cs="Arial"/>
          <w:spacing w:val="5"/>
          <w:sz w:val="24"/>
          <w:szCs w:val="24"/>
        </w:rPr>
        <w:t>pueden</w:t>
      </w:r>
      <w:proofErr w:type="spellEnd"/>
      <w:r w:rsidRPr="00D00E11">
        <w:rPr>
          <w:rFonts w:ascii="Arial" w:hAnsi="Arial" w:cs="Arial"/>
          <w:spacing w:val="5"/>
          <w:sz w:val="24"/>
          <w:szCs w:val="24"/>
        </w:rPr>
        <w:t xml:space="preserve"> </w:t>
      </w:r>
      <w:proofErr w:type="spellStart"/>
      <w:r w:rsidRPr="00D00E11">
        <w:rPr>
          <w:rFonts w:ascii="Arial" w:hAnsi="Arial" w:cs="Arial"/>
          <w:sz w:val="24"/>
          <w:szCs w:val="24"/>
        </w:rPr>
        <w:t>controlar</w:t>
      </w:r>
      <w:proofErr w:type="spellEnd"/>
      <w:r w:rsidRPr="00D00E11">
        <w:rPr>
          <w:rFonts w:ascii="Arial" w:hAnsi="Arial" w:cs="Arial"/>
          <w:sz w:val="24"/>
          <w:szCs w:val="24"/>
        </w:rPr>
        <w:t xml:space="preserve">, </w:t>
      </w:r>
      <w:proofErr w:type="spellStart"/>
      <w:r w:rsidRPr="00D00E11">
        <w:rPr>
          <w:rFonts w:ascii="Arial" w:hAnsi="Arial" w:cs="Arial"/>
          <w:sz w:val="24"/>
          <w:szCs w:val="24"/>
        </w:rPr>
        <w:t>permitir</w:t>
      </w:r>
      <w:proofErr w:type="spellEnd"/>
      <w:r w:rsidRPr="00D00E11">
        <w:rPr>
          <w:rFonts w:ascii="Arial" w:hAnsi="Arial" w:cs="Arial"/>
          <w:sz w:val="24"/>
          <w:szCs w:val="24"/>
        </w:rPr>
        <w:t xml:space="preserve"> usar </w:t>
      </w:r>
      <w:proofErr w:type="spellStart"/>
      <w:r w:rsidRPr="00D00E11">
        <w:rPr>
          <w:rFonts w:ascii="Arial" w:hAnsi="Arial" w:cs="Arial"/>
          <w:spacing w:val="2"/>
          <w:sz w:val="24"/>
          <w:szCs w:val="24"/>
        </w:rPr>
        <w:t>elementos</w:t>
      </w:r>
      <w:proofErr w:type="spellEnd"/>
      <w:r w:rsidRPr="00D00E11">
        <w:rPr>
          <w:rFonts w:ascii="Arial" w:hAnsi="Arial" w:cs="Arial"/>
          <w:spacing w:val="2"/>
          <w:sz w:val="24"/>
          <w:szCs w:val="24"/>
        </w:rPr>
        <w:t xml:space="preserve"> </w:t>
      </w:r>
      <w:r w:rsidRPr="00D00E11">
        <w:rPr>
          <w:rFonts w:ascii="Arial" w:hAnsi="Arial" w:cs="Arial"/>
          <w:sz w:val="24"/>
          <w:szCs w:val="24"/>
        </w:rPr>
        <w:t xml:space="preserve">que </w:t>
      </w:r>
      <w:proofErr w:type="spellStart"/>
      <w:r w:rsidRPr="00D00E11">
        <w:rPr>
          <w:rFonts w:ascii="Arial" w:hAnsi="Arial" w:cs="Arial"/>
          <w:sz w:val="24"/>
          <w:szCs w:val="24"/>
        </w:rPr>
        <w:t>minimicen</w:t>
      </w:r>
      <w:proofErr w:type="spellEnd"/>
      <w:r w:rsidRPr="00D00E11">
        <w:rPr>
          <w:rFonts w:ascii="Arial" w:hAnsi="Arial" w:cs="Arial"/>
          <w:sz w:val="24"/>
          <w:szCs w:val="24"/>
        </w:rPr>
        <w:t xml:space="preserve"> </w:t>
      </w:r>
      <w:proofErr w:type="spellStart"/>
      <w:r w:rsidRPr="00D00E11">
        <w:rPr>
          <w:rFonts w:ascii="Arial" w:hAnsi="Arial" w:cs="Arial"/>
          <w:spacing w:val="3"/>
          <w:sz w:val="24"/>
          <w:szCs w:val="24"/>
        </w:rPr>
        <w:t>los</w:t>
      </w:r>
      <w:proofErr w:type="spellEnd"/>
      <w:r w:rsidRPr="00D00E11">
        <w:rPr>
          <w:rFonts w:ascii="Arial" w:hAnsi="Arial" w:cs="Arial"/>
          <w:spacing w:val="3"/>
          <w:sz w:val="24"/>
          <w:szCs w:val="24"/>
        </w:rPr>
        <w:t xml:space="preserve"> </w:t>
      </w:r>
      <w:proofErr w:type="spellStart"/>
      <w:r w:rsidRPr="00D00E11">
        <w:rPr>
          <w:rFonts w:ascii="Arial" w:hAnsi="Arial" w:cs="Arial"/>
          <w:sz w:val="24"/>
          <w:szCs w:val="24"/>
        </w:rPr>
        <w:t>estímulos</w:t>
      </w:r>
      <w:proofErr w:type="spellEnd"/>
      <w:r w:rsidRPr="00D00E11">
        <w:rPr>
          <w:rFonts w:ascii="Arial" w:hAnsi="Arial" w:cs="Arial"/>
          <w:sz w:val="24"/>
          <w:szCs w:val="24"/>
        </w:rPr>
        <w:t xml:space="preserve"> </w:t>
      </w:r>
      <w:proofErr w:type="spellStart"/>
      <w:r w:rsidRPr="00D00E11">
        <w:rPr>
          <w:rFonts w:ascii="Arial" w:hAnsi="Arial" w:cs="Arial"/>
          <w:spacing w:val="4"/>
          <w:sz w:val="24"/>
          <w:szCs w:val="24"/>
        </w:rPr>
        <w:t>como</w:t>
      </w:r>
      <w:proofErr w:type="spellEnd"/>
      <w:r w:rsidRPr="00D00E11">
        <w:rPr>
          <w:rFonts w:ascii="Arial" w:hAnsi="Arial" w:cs="Arial"/>
          <w:spacing w:val="4"/>
          <w:sz w:val="24"/>
          <w:szCs w:val="24"/>
        </w:rPr>
        <w:t xml:space="preserve"> </w:t>
      </w:r>
      <w:proofErr w:type="spellStart"/>
      <w:r w:rsidRPr="00D00E11">
        <w:rPr>
          <w:rFonts w:ascii="Arial" w:hAnsi="Arial" w:cs="Arial"/>
          <w:sz w:val="24"/>
          <w:szCs w:val="24"/>
        </w:rPr>
        <w:t>tapones</w:t>
      </w:r>
      <w:proofErr w:type="spellEnd"/>
      <w:r w:rsidRPr="00D00E11">
        <w:rPr>
          <w:rFonts w:ascii="Arial" w:hAnsi="Arial" w:cs="Arial"/>
          <w:sz w:val="24"/>
          <w:szCs w:val="24"/>
        </w:rPr>
        <w:t xml:space="preserve">, auriculares, </w:t>
      </w:r>
      <w:proofErr w:type="spellStart"/>
      <w:r w:rsidRPr="00D00E11">
        <w:rPr>
          <w:rFonts w:ascii="Arial" w:hAnsi="Arial" w:cs="Arial"/>
          <w:sz w:val="24"/>
          <w:szCs w:val="24"/>
        </w:rPr>
        <w:t>gafas</w:t>
      </w:r>
      <w:proofErr w:type="spellEnd"/>
      <w:r w:rsidRPr="00D00E11">
        <w:rPr>
          <w:rFonts w:ascii="Arial" w:hAnsi="Arial" w:cs="Arial"/>
          <w:sz w:val="24"/>
          <w:szCs w:val="24"/>
        </w:rPr>
        <w:t xml:space="preserve">, </w:t>
      </w:r>
      <w:r w:rsidRPr="00D00E11">
        <w:rPr>
          <w:rFonts w:ascii="Arial" w:hAnsi="Arial" w:cs="Arial"/>
          <w:spacing w:val="-3"/>
          <w:sz w:val="24"/>
          <w:szCs w:val="24"/>
        </w:rPr>
        <w:t>entre</w:t>
      </w:r>
      <w:r w:rsidRPr="00D00E11">
        <w:rPr>
          <w:rFonts w:ascii="Arial" w:hAnsi="Arial" w:cs="Arial"/>
          <w:spacing w:val="8"/>
          <w:sz w:val="24"/>
          <w:szCs w:val="24"/>
        </w:rPr>
        <w:t xml:space="preserve"> </w:t>
      </w:r>
      <w:proofErr w:type="spellStart"/>
      <w:r w:rsidRPr="00D00E11">
        <w:rPr>
          <w:rFonts w:ascii="Arial" w:hAnsi="Arial" w:cs="Arial"/>
          <w:sz w:val="24"/>
          <w:szCs w:val="24"/>
        </w:rPr>
        <w:t>otros</w:t>
      </w:r>
      <w:proofErr w:type="spellEnd"/>
      <w:r w:rsidRPr="00D00E11">
        <w:rPr>
          <w:rFonts w:ascii="Arial" w:hAnsi="Arial" w:cs="Arial"/>
          <w:sz w:val="24"/>
          <w:szCs w:val="24"/>
        </w:rPr>
        <w:t>.</w:t>
      </w:r>
    </w:p>
    <w:p w14:paraId="27694CA0" w14:textId="77777777" w:rsidR="00893C50" w:rsidRPr="009E686D" w:rsidRDefault="00893C50" w:rsidP="00893C50">
      <w:pPr>
        <w:pStyle w:val="Prrafodelista"/>
        <w:widowControl w:val="0"/>
        <w:numPr>
          <w:ilvl w:val="0"/>
          <w:numId w:val="58"/>
        </w:numPr>
        <w:tabs>
          <w:tab w:val="left" w:pos="1068"/>
        </w:tabs>
        <w:autoSpaceDE w:val="0"/>
        <w:autoSpaceDN w:val="0"/>
        <w:spacing w:after="0" w:line="360" w:lineRule="auto"/>
        <w:ind w:right="49"/>
        <w:contextualSpacing w:val="0"/>
        <w:jc w:val="both"/>
        <w:rPr>
          <w:rFonts w:ascii="Arial" w:hAnsi="Arial" w:cs="Arial"/>
          <w:sz w:val="24"/>
          <w:szCs w:val="24"/>
        </w:rPr>
      </w:pPr>
      <w:proofErr w:type="spellStart"/>
      <w:r w:rsidRPr="009E686D">
        <w:rPr>
          <w:rFonts w:ascii="Arial" w:hAnsi="Arial" w:cs="Arial"/>
          <w:sz w:val="24"/>
          <w:szCs w:val="24"/>
        </w:rPr>
        <w:t>Reducir</w:t>
      </w:r>
      <w:proofErr w:type="spellEnd"/>
      <w:r w:rsidRPr="009E686D">
        <w:rPr>
          <w:rFonts w:ascii="Arial" w:hAnsi="Arial" w:cs="Arial"/>
          <w:sz w:val="24"/>
          <w:szCs w:val="24"/>
        </w:rPr>
        <w:t xml:space="preserve"> la </w:t>
      </w:r>
      <w:proofErr w:type="spellStart"/>
      <w:r w:rsidRPr="009E686D">
        <w:rPr>
          <w:rFonts w:ascii="Arial" w:hAnsi="Arial" w:cs="Arial"/>
          <w:sz w:val="24"/>
          <w:szCs w:val="24"/>
        </w:rPr>
        <w:t>ansiedad</w:t>
      </w:r>
      <w:proofErr w:type="spellEnd"/>
      <w:r w:rsidRPr="009E686D">
        <w:rPr>
          <w:rFonts w:ascii="Arial" w:hAnsi="Arial" w:cs="Arial"/>
          <w:sz w:val="24"/>
          <w:szCs w:val="24"/>
        </w:rPr>
        <w:t xml:space="preserve"> o </w:t>
      </w:r>
      <w:proofErr w:type="spellStart"/>
      <w:r w:rsidRPr="009E686D">
        <w:rPr>
          <w:rFonts w:ascii="Arial" w:hAnsi="Arial" w:cs="Arial"/>
          <w:sz w:val="24"/>
          <w:szCs w:val="24"/>
        </w:rPr>
        <w:t>incertidumbre</w:t>
      </w:r>
      <w:proofErr w:type="spellEnd"/>
      <w:r w:rsidRPr="009E686D">
        <w:rPr>
          <w:rFonts w:ascii="Arial" w:hAnsi="Arial" w:cs="Arial"/>
          <w:sz w:val="24"/>
          <w:szCs w:val="24"/>
        </w:rPr>
        <w:t xml:space="preserve"> </w:t>
      </w:r>
      <w:proofErr w:type="spellStart"/>
      <w:r w:rsidRPr="009E686D">
        <w:rPr>
          <w:rFonts w:ascii="Arial" w:hAnsi="Arial" w:cs="Arial"/>
          <w:sz w:val="24"/>
          <w:szCs w:val="24"/>
        </w:rPr>
        <w:t>anticipando</w:t>
      </w:r>
      <w:proofErr w:type="spellEnd"/>
      <w:r w:rsidRPr="009E686D">
        <w:rPr>
          <w:rFonts w:ascii="Arial" w:hAnsi="Arial" w:cs="Arial"/>
          <w:sz w:val="24"/>
          <w:szCs w:val="24"/>
        </w:rPr>
        <w:t xml:space="preserve"> la </w:t>
      </w:r>
      <w:proofErr w:type="spellStart"/>
      <w:r w:rsidRPr="009E686D">
        <w:rPr>
          <w:rFonts w:ascii="Arial" w:hAnsi="Arial" w:cs="Arial"/>
          <w:sz w:val="24"/>
          <w:szCs w:val="24"/>
        </w:rPr>
        <w:t>actividad</w:t>
      </w:r>
      <w:proofErr w:type="spellEnd"/>
      <w:r w:rsidRPr="009E686D">
        <w:rPr>
          <w:rFonts w:ascii="Arial" w:hAnsi="Arial" w:cs="Arial"/>
          <w:sz w:val="24"/>
          <w:szCs w:val="24"/>
        </w:rPr>
        <w:t xml:space="preserve"> y lo se </w:t>
      </w:r>
      <w:proofErr w:type="spellStart"/>
      <w:r w:rsidRPr="009E686D">
        <w:rPr>
          <w:rFonts w:ascii="Arial" w:hAnsi="Arial" w:cs="Arial"/>
          <w:sz w:val="24"/>
          <w:szCs w:val="24"/>
        </w:rPr>
        <w:t>espera</w:t>
      </w:r>
      <w:proofErr w:type="spellEnd"/>
      <w:r w:rsidRPr="009E686D">
        <w:rPr>
          <w:rFonts w:ascii="Arial" w:hAnsi="Arial" w:cs="Arial"/>
          <w:sz w:val="24"/>
          <w:szCs w:val="24"/>
        </w:rPr>
        <w:t xml:space="preserve"> que la persona </w:t>
      </w:r>
      <w:proofErr w:type="spellStart"/>
      <w:r w:rsidRPr="009E686D">
        <w:rPr>
          <w:rFonts w:ascii="Arial" w:hAnsi="Arial" w:cs="Arial"/>
          <w:sz w:val="24"/>
          <w:szCs w:val="24"/>
        </w:rPr>
        <w:t>pueda</w:t>
      </w:r>
      <w:proofErr w:type="spellEnd"/>
      <w:r w:rsidRPr="009E686D">
        <w:rPr>
          <w:rFonts w:ascii="Arial" w:hAnsi="Arial" w:cs="Arial"/>
          <w:sz w:val="24"/>
          <w:szCs w:val="24"/>
        </w:rPr>
        <w:t xml:space="preserve"> </w:t>
      </w:r>
      <w:proofErr w:type="spellStart"/>
      <w:r w:rsidRPr="009E686D">
        <w:rPr>
          <w:rFonts w:ascii="Arial" w:hAnsi="Arial" w:cs="Arial"/>
          <w:sz w:val="24"/>
          <w:szCs w:val="24"/>
        </w:rPr>
        <w:t>hacer</w:t>
      </w:r>
      <w:proofErr w:type="spellEnd"/>
      <w:r w:rsidRPr="009E686D">
        <w:rPr>
          <w:rFonts w:ascii="Arial" w:hAnsi="Arial" w:cs="Arial"/>
          <w:sz w:val="24"/>
          <w:szCs w:val="24"/>
        </w:rPr>
        <w:t xml:space="preserve"> </w:t>
      </w:r>
      <w:proofErr w:type="spellStart"/>
      <w:r w:rsidRPr="009E686D">
        <w:rPr>
          <w:rFonts w:ascii="Arial" w:hAnsi="Arial" w:cs="Arial"/>
          <w:sz w:val="24"/>
          <w:szCs w:val="24"/>
        </w:rPr>
        <w:t>en</w:t>
      </w:r>
      <w:proofErr w:type="spellEnd"/>
      <w:r w:rsidRPr="009E686D">
        <w:rPr>
          <w:rFonts w:ascii="Arial" w:hAnsi="Arial" w:cs="Arial"/>
          <w:sz w:val="24"/>
          <w:szCs w:val="24"/>
        </w:rPr>
        <w:t xml:space="preserve"> </w:t>
      </w:r>
      <w:proofErr w:type="spellStart"/>
      <w:r w:rsidRPr="009E686D">
        <w:rPr>
          <w:rFonts w:ascii="Arial" w:hAnsi="Arial" w:cs="Arial"/>
          <w:sz w:val="24"/>
          <w:szCs w:val="24"/>
        </w:rPr>
        <w:t>esa</w:t>
      </w:r>
      <w:proofErr w:type="spellEnd"/>
      <w:r w:rsidRPr="009E686D">
        <w:rPr>
          <w:rFonts w:ascii="Arial" w:hAnsi="Arial" w:cs="Arial"/>
          <w:sz w:val="24"/>
          <w:szCs w:val="24"/>
        </w:rPr>
        <w:t xml:space="preserve"> </w:t>
      </w:r>
      <w:proofErr w:type="spellStart"/>
      <w:r w:rsidRPr="009E686D">
        <w:rPr>
          <w:rFonts w:ascii="Arial" w:hAnsi="Arial" w:cs="Arial"/>
          <w:sz w:val="24"/>
          <w:szCs w:val="24"/>
        </w:rPr>
        <w:t>actividad</w:t>
      </w:r>
      <w:proofErr w:type="spellEnd"/>
      <w:r w:rsidRPr="009E686D">
        <w:rPr>
          <w:rFonts w:ascii="Arial" w:hAnsi="Arial" w:cs="Arial"/>
          <w:sz w:val="24"/>
          <w:szCs w:val="24"/>
        </w:rPr>
        <w:t xml:space="preserve">; </w:t>
      </w:r>
      <w:proofErr w:type="spellStart"/>
      <w:r w:rsidRPr="009E686D">
        <w:rPr>
          <w:rFonts w:ascii="Arial" w:hAnsi="Arial" w:cs="Arial"/>
          <w:sz w:val="24"/>
          <w:szCs w:val="24"/>
        </w:rPr>
        <w:t>en</w:t>
      </w:r>
      <w:proofErr w:type="spellEnd"/>
      <w:r w:rsidRPr="009E686D">
        <w:rPr>
          <w:rFonts w:ascii="Arial" w:hAnsi="Arial" w:cs="Arial"/>
          <w:sz w:val="24"/>
          <w:szCs w:val="24"/>
        </w:rPr>
        <w:t xml:space="preserve"> </w:t>
      </w:r>
      <w:proofErr w:type="spellStart"/>
      <w:r w:rsidRPr="009E686D">
        <w:rPr>
          <w:rFonts w:ascii="Arial" w:hAnsi="Arial" w:cs="Arial"/>
          <w:sz w:val="24"/>
          <w:szCs w:val="24"/>
        </w:rPr>
        <w:t>caso</w:t>
      </w:r>
      <w:proofErr w:type="spellEnd"/>
      <w:r w:rsidRPr="009E686D">
        <w:rPr>
          <w:rFonts w:ascii="Arial" w:hAnsi="Arial" w:cs="Arial"/>
          <w:sz w:val="24"/>
          <w:szCs w:val="24"/>
        </w:rPr>
        <w:t xml:space="preserve"> de </w:t>
      </w:r>
      <w:proofErr w:type="spellStart"/>
      <w:r w:rsidRPr="009E686D">
        <w:rPr>
          <w:rFonts w:ascii="Arial" w:hAnsi="Arial" w:cs="Arial"/>
          <w:sz w:val="24"/>
          <w:szCs w:val="24"/>
        </w:rPr>
        <w:t>existir</w:t>
      </w:r>
      <w:proofErr w:type="spellEnd"/>
      <w:r w:rsidRPr="009E686D">
        <w:rPr>
          <w:rFonts w:ascii="Arial" w:hAnsi="Arial" w:cs="Arial"/>
          <w:sz w:val="24"/>
          <w:szCs w:val="24"/>
        </w:rPr>
        <w:t xml:space="preserve"> </w:t>
      </w:r>
      <w:proofErr w:type="spellStart"/>
      <w:r w:rsidRPr="009E686D">
        <w:rPr>
          <w:rFonts w:ascii="Arial" w:hAnsi="Arial" w:cs="Arial"/>
          <w:sz w:val="24"/>
          <w:szCs w:val="24"/>
        </w:rPr>
        <w:t>cambios</w:t>
      </w:r>
      <w:proofErr w:type="spellEnd"/>
      <w:r w:rsidRPr="009E686D">
        <w:rPr>
          <w:rFonts w:ascii="Arial" w:hAnsi="Arial" w:cs="Arial"/>
          <w:sz w:val="24"/>
          <w:szCs w:val="24"/>
        </w:rPr>
        <w:t xml:space="preserve"> </w:t>
      </w:r>
      <w:proofErr w:type="spellStart"/>
      <w:r w:rsidRPr="009E686D">
        <w:rPr>
          <w:rFonts w:ascii="Arial" w:hAnsi="Arial" w:cs="Arial"/>
          <w:sz w:val="24"/>
          <w:szCs w:val="24"/>
        </w:rPr>
        <w:t>informar</w:t>
      </w:r>
      <w:proofErr w:type="spellEnd"/>
      <w:r w:rsidRPr="009E686D">
        <w:rPr>
          <w:rFonts w:ascii="Arial" w:hAnsi="Arial" w:cs="Arial"/>
          <w:sz w:val="24"/>
          <w:szCs w:val="24"/>
        </w:rPr>
        <w:t xml:space="preserve"> con cautela al </w:t>
      </w:r>
      <w:proofErr w:type="spellStart"/>
      <w:r w:rsidRPr="009E686D">
        <w:rPr>
          <w:rFonts w:ascii="Arial" w:hAnsi="Arial" w:cs="Arial"/>
          <w:sz w:val="24"/>
          <w:szCs w:val="24"/>
        </w:rPr>
        <w:t>estudiante</w:t>
      </w:r>
      <w:proofErr w:type="spellEnd"/>
      <w:r w:rsidRPr="009E686D">
        <w:rPr>
          <w:rFonts w:ascii="Arial" w:hAnsi="Arial" w:cs="Arial"/>
          <w:sz w:val="24"/>
          <w:szCs w:val="24"/>
        </w:rPr>
        <w:t xml:space="preserve"> con TEA.  </w:t>
      </w:r>
    </w:p>
    <w:p w14:paraId="0DAD5A77" w14:textId="77777777" w:rsidR="00893C50" w:rsidRPr="00D00E11" w:rsidRDefault="00893C50" w:rsidP="00893C50">
      <w:pPr>
        <w:pStyle w:val="Prrafodelista"/>
        <w:widowControl w:val="0"/>
        <w:numPr>
          <w:ilvl w:val="0"/>
          <w:numId w:val="58"/>
        </w:numPr>
        <w:autoSpaceDE w:val="0"/>
        <w:autoSpaceDN w:val="0"/>
        <w:spacing w:after="0" w:line="360" w:lineRule="auto"/>
        <w:contextualSpacing w:val="0"/>
        <w:jc w:val="both"/>
        <w:rPr>
          <w:rFonts w:ascii="Arial" w:hAnsi="Arial" w:cs="Arial"/>
          <w:sz w:val="24"/>
          <w:szCs w:val="24"/>
        </w:rPr>
      </w:pPr>
      <w:r w:rsidRPr="00D00E11">
        <w:rPr>
          <w:rFonts w:ascii="Arial" w:hAnsi="Arial" w:cs="Arial"/>
          <w:sz w:val="24"/>
          <w:szCs w:val="24"/>
        </w:rPr>
        <w:t xml:space="preserve">En lo </w:t>
      </w:r>
      <w:proofErr w:type="spellStart"/>
      <w:r w:rsidRPr="00D00E11">
        <w:rPr>
          <w:rFonts w:ascii="Arial" w:hAnsi="Arial" w:cs="Arial"/>
          <w:spacing w:val="5"/>
          <w:sz w:val="24"/>
          <w:szCs w:val="24"/>
        </w:rPr>
        <w:t>posible</w:t>
      </w:r>
      <w:proofErr w:type="spellEnd"/>
      <w:r w:rsidRPr="00D00E11">
        <w:rPr>
          <w:rFonts w:ascii="Arial" w:hAnsi="Arial" w:cs="Arial"/>
          <w:spacing w:val="5"/>
          <w:sz w:val="24"/>
          <w:szCs w:val="24"/>
        </w:rPr>
        <w:t xml:space="preserve"> </w:t>
      </w:r>
      <w:proofErr w:type="spellStart"/>
      <w:r w:rsidRPr="00D00E11">
        <w:rPr>
          <w:rFonts w:ascii="Arial" w:hAnsi="Arial" w:cs="Arial"/>
          <w:sz w:val="24"/>
          <w:szCs w:val="24"/>
        </w:rPr>
        <w:t>ajustar</w:t>
      </w:r>
      <w:proofErr w:type="spellEnd"/>
      <w:r w:rsidRPr="00D00E11">
        <w:rPr>
          <w:rFonts w:ascii="Arial" w:hAnsi="Arial" w:cs="Arial"/>
          <w:sz w:val="24"/>
          <w:szCs w:val="24"/>
        </w:rPr>
        <w:t xml:space="preserve"> </w:t>
      </w:r>
      <w:proofErr w:type="spellStart"/>
      <w:r w:rsidRPr="00D00E11">
        <w:rPr>
          <w:rFonts w:ascii="Arial" w:hAnsi="Arial" w:cs="Arial"/>
          <w:spacing w:val="5"/>
          <w:sz w:val="24"/>
          <w:szCs w:val="24"/>
        </w:rPr>
        <w:t>el</w:t>
      </w:r>
      <w:proofErr w:type="spellEnd"/>
      <w:r w:rsidRPr="00D00E11">
        <w:rPr>
          <w:rFonts w:ascii="Arial" w:hAnsi="Arial" w:cs="Arial"/>
          <w:spacing w:val="5"/>
          <w:sz w:val="24"/>
          <w:szCs w:val="24"/>
        </w:rPr>
        <w:t xml:space="preserve"> </w:t>
      </w:r>
      <w:proofErr w:type="spellStart"/>
      <w:r w:rsidRPr="00D00E11">
        <w:rPr>
          <w:rFonts w:ascii="Arial" w:hAnsi="Arial" w:cs="Arial"/>
          <w:spacing w:val="2"/>
          <w:sz w:val="24"/>
          <w:szCs w:val="24"/>
        </w:rPr>
        <w:t>nivel</w:t>
      </w:r>
      <w:proofErr w:type="spellEnd"/>
      <w:r w:rsidRPr="00D00E11">
        <w:rPr>
          <w:rFonts w:ascii="Arial" w:hAnsi="Arial" w:cs="Arial"/>
          <w:spacing w:val="2"/>
          <w:sz w:val="24"/>
          <w:szCs w:val="24"/>
        </w:rPr>
        <w:t xml:space="preserve"> </w:t>
      </w:r>
      <w:r w:rsidRPr="00D00E11">
        <w:rPr>
          <w:rFonts w:ascii="Arial" w:hAnsi="Arial" w:cs="Arial"/>
          <w:spacing w:val="5"/>
          <w:sz w:val="24"/>
          <w:szCs w:val="24"/>
        </w:rPr>
        <w:t xml:space="preserve">de </w:t>
      </w:r>
      <w:proofErr w:type="spellStart"/>
      <w:r w:rsidRPr="00D00E11">
        <w:rPr>
          <w:rFonts w:ascii="Arial" w:hAnsi="Arial" w:cs="Arial"/>
          <w:spacing w:val="3"/>
          <w:sz w:val="24"/>
          <w:szCs w:val="24"/>
        </w:rPr>
        <w:t>exigencias</w:t>
      </w:r>
      <w:proofErr w:type="spellEnd"/>
      <w:r w:rsidRPr="00D00E11">
        <w:rPr>
          <w:rFonts w:ascii="Arial" w:hAnsi="Arial" w:cs="Arial"/>
          <w:spacing w:val="3"/>
          <w:sz w:val="24"/>
          <w:szCs w:val="24"/>
        </w:rPr>
        <w:t xml:space="preserve"> </w:t>
      </w:r>
      <w:proofErr w:type="spellStart"/>
      <w:r w:rsidRPr="00D00E11">
        <w:rPr>
          <w:rFonts w:ascii="Arial" w:hAnsi="Arial" w:cs="Arial"/>
          <w:spacing w:val="2"/>
          <w:sz w:val="24"/>
          <w:szCs w:val="24"/>
        </w:rPr>
        <w:t>considerando</w:t>
      </w:r>
      <w:proofErr w:type="spellEnd"/>
      <w:r w:rsidRPr="00D00E11">
        <w:rPr>
          <w:rFonts w:ascii="Arial" w:hAnsi="Arial" w:cs="Arial"/>
          <w:spacing w:val="2"/>
          <w:sz w:val="24"/>
          <w:szCs w:val="24"/>
        </w:rPr>
        <w:t xml:space="preserve"> </w:t>
      </w:r>
      <w:proofErr w:type="spellStart"/>
      <w:r w:rsidRPr="00D00E11">
        <w:rPr>
          <w:rFonts w:ascii="Arial" w:hAnsi="Arial" w:cs="Arial"/>
          <w:spacing w:val="2"/>
          <w:sz w:val="24"/>
          <w:szCs w:val="24"/>
        </w:rPr>
        <w:t>habilidades</w:t>
      </w:r>
      <w:proofErr w:type="spellEnd"/>
      <w:r w:rsidRPr="00D00E11">
        <w:rPr>
          <w:rFonts w:ascii="Arial" w:hAnsi="Arial" w:cs="Arial"/>
          <w:spacing w:val="2"/>
          <w:sz w:val="24"/>
          <w:szCs w:val="24"/>
        </w:rPr>
        <w:t xml:space="preserve"> </w:t>
      </w:r>
      <w:proofErr w:type="spellStart"/>
      <w:r w:rsidRPr="00D00E11">
        <w:rPr>
          <w:rFonts w:ascii="Arial" w:hAnsi="Arial" w:cs="Arial"/>
          <w:sz w:val="24"/>
          <w:szCs w:val="24"/>
        </w:rPr>
        <w:t>motrices</w:t>
      </w:r>
      <w:proofErr w:type="spellEnd"/>
      <w:r w:rsidRPr="00D00E11">
        <w:rPr>
          <w:rFonts w:ascii="Arial" w:hAnsi="Arial" w:cs="Arial"/>
          <w:sz w:val="24"/>
          <w:szCs w:val="24"/>
        </w:rPr>
        <w:t xml:space="preserve">, </w:t>
      </w:r>
      <w:proofErr w:type="spellStart"/>
      <w:r w:rsidRPr="00D00E11">
        <w:rPr>
          <w:rFonts w:ascii="Arial" w:hAnsi="Arial" w:cs="Arial"/>
          <w:sz w:val="24"/>
          <w:szCs w:val="24"/>
        </w:rPr>
        <w:t>cognitivas</w:t>
      </w:r>
      <w:proofErr w:type="spellEnd"/>
      <w:r w:rsidRPr="00D00E11">
        <w:rPr>
          <w:rFonts w:ascii="Arial" w:hAnsi="Arial" w:cs="Arial"/>
          <w:sz w:val="24"/>
          <w:szCs w:val="24"/>
        </w:rPr>
        <w:t xml:space="preserve"> y </w:t>
      </w:r>
      <w:proofErr w:type="spellStart"/>
      <w:r w:rsidRPr="00D00E11">
        <w:rPr>
          <w:rFonts w:ascii="Arial" w:hAnsi="Arial" w:cs="Arial"/>
          <w:spacing w:val="3"/>
          <w:sz w:val="24"/>
          <w:szCs w:val="24"/>
        </w:rPr>
        <w:t>emocionales</w:t>
      </w:r>
      <w:proofErr w:type="spellEnd"/>
      <w:r w:rsidRPr="00D00E11">
        <w:rPr>
          <w:rFonts w:ascii="Arial" w:hAnsi="Arial" w:cs="Arial"/>
          <w:spacing w:val="3"/>
          <w:sz w:val="24"/>
          <w:szCs w:val="24"/>
        </w:rPr>
        <w:t xml:space="preserve"> </w:t>
      </w:r>
      <w:proofErr w:type="spellStart"/>
      <w:r w:rsidRPr="00D00E11">
        <w:rPr>
          <w:rFonts w:ascii="Arial" w:hAnsi="Arial" w:cs="Arial"/>
          <w:spacing w:val="4"/>
          <w:sz w:val="24"/>
          <w:szCs w:val="24"/>
        </w:rPr>
        <w:t>como</w:t>
      </w:r>
      <w:proofErr w:type="spellEnd"/>
      <w:r w:rsidRPr="00D00E11">
        <w:rPr>
          <w:rFonts w:ascii="Arial" w:hAnsi="Arial" w:cs="Arial"/>
          <w:spacing w:val="4"/>
          <w:sz w:val="24"/>
          <w:szCs w:val="24"/>
        </w:rPr>
        <w:t xml:space="preserve"> </w:t>
      </w:r>
      <w:proofErr w:type="spellStart"/>
      <w:r w:rsidRPr="00D00E11">
        <w:rPr>
          <w:rFonts w:ascii="Arial" w:hAnsi="Arial" w:cs="Arial"/>
          <w:spacing w:val="6"/>
          <w:sz w:val="24"/>
          <w:szCs w:val="24"/>
        </w:rPr>
        <w:t>por</w:t>
      </w:r>
      <w:proofErr w:type="spellEnd"/>
      <w:r w:rsidRPr="00D00E11">
        <w:rPr>
          <w:rFonts w:ascii="Arial" w:hAnsi="Arial" w:cs="Arial"/>
          <w:spacing w:val="6"/>
          <w:sz w:val="24"/>
          <w:szCs w:val="24"/>
        </w:rPr>
        <w:t xml:space="preserve"> </w:t>
      </w:r>
      <w:proofErr w:type="spellStart"/>
      <w:r w:rsidRPr="00D00E11">
        <w:rPr>
          <w:rFonts w:ascii="Arial" w:hAnsi="Arial" w:cs="Arial"/>
          <w:spacing w:val="5"/>
          <w:sz w:val="24"/>
          <w:szCs w:val="24"/>
        </w:rPr>
        <w:t>ejemplo</w:t>
      </w:r>
      <w:proofErr w:type="spellEnd"/>
      <w:r w:rsidRPr="00D00E11">
        <w:rPr>
          <w:rFonts w:ascii="Arial" w:hAnsi="Arial" w:cs="Arial"/>
          <w:spacing w:val="5"/>
          <w:sz w:val="24"/>
          <w:szCs w:val="24"/>
        </w:rPr>
        <w:t xml:space="preserve">, </w:t>
      </w:r>
      <w:proofErr w:type="spellStart"/>
      <w:r w:rsidRPr="00D00E11">
        <w:rPr>
          <w:rFonts w:ascii="Arial" w:hAnsi="Arial" w:cs="Arial"/>
          <w:sz w:val="24"/>
          <w:szCs w:val="24"/>
        </w:rPr>
        <w:t>intolerancia</w:t>
      </w:r>
      <w:proofErr w:type="spellEnd"/>
      <w:r w:rsidRPr="00D00E11">
        <w:rPr>
          <w:rFonts w:ascii="Arial" w:hAnsi="Arial" w:cs="Arial"/>
          <w:sz w:val="24"/>
          <w:szCs w:val="24"/>
        </w:rPr>
        <w:t xml:space="preserve"> a la </w:t>
      </w:r>
      <w:proofErr w:type="spellStart"/>
      <w:r w:rsidRPr="00D00E11">
        <w:rPr>
          <w:rFonts w:ascii="Arial" w:hAnsi="Arial" w:cs="Arial"/>
          <w:sz w:val="24"/>
          <w:szCs w:val="24"/>
        </w:rPr>
        <w:t>frustración</w:t>
      </w:r>
      <w:proofErr w:type="spellEnd"/>
      <w:r w:rsidRPr="00D00E11">
        <w:rPr>
          <w:rFonts w:ascii="Arial" w:hAnsi="Arial" w:cs="Arial"/>
          <w:sz w:val="24"/>
          <w:szCs w:val="24"/>
        </w:rPr>
        <w:t xml:space="preserve">, </w:t>
      </w:r>
      <w:proofErr w:type="spellStart"/>
      <w:r w:rsidRPr="00D00E11">
        <w:rPr>
          <w:rFonts w:ascii="Arial" w:hAnsi="Arial" w:cs="Arial"/>
          <w:sz w:val="24"/>
          <w:szCs w:val="24"/>
        </w:rPr>
        <w:t>dificultades</w:t>
      </w:r>
      <w:proofErr w:type="spellEnd"/>
      <w:r w:rsidRPr="00D00E11">
        <w:rPr>
          <w:rFonts w:ascii="Arial" w:hAnsi="Arial" w:cs="Arial"/>
          <w:sz w:val="24"/>
          <w:szCs w:val="24"/>
        </w:rPr>
        <w:t xml:space="preserve"> para </w:t>
      </w:r>
      <w:proofErr w:type="spellStart"/>
      <w:r w:rsidRPr="00D00E11">
        <w:rPr>
          <w:rFonts w:ascii="Arial" w:hAnsi="Arial" w:cs="Arial"/>
          <w:spacing w:val="3"/>
          <w:sz w:val="24"/>
          <w:szCs w:val="24"/>
        </w:rPr>
        <w:t>coordinación</w:t>
      </w:r>
      <w:proofErr w:type="spellEnd"/>
      <w:r w:rsidRPr="00D00E11">
        <w:rPr>
          <w:rFonts w:ascii="Arial" w:hAnsi="Arial" w:cs="Arial"/>
          <w:spacing w:val="3"/>
          <w:sz w:val="24"/>
          <w:szCs w:val="24"/>
        </w:rPr>
        <w:t xml:space="preserve"> </w:t>
      </w:r>
      <w:proofErr w:type="spellStart"/>
      <w:r w:rsidRPr="00D00E11">
        <w:rPr>
          <w:rFonts w:ascii="Arial" w:hAnsi="Arial" w:cs="Arial"/>
          <w:sz w:val="24"/>
          <w:szCs w:val="24"/>
        </w:rPr>
        <w:t>motriz</w:t>
      </w:r>
      <w:proofErr w:type="spellEnd"/>
      <w:r w:rsidRPr="00D00E11">
        <w:rPr>
          <w:rFonts w:ascii="Arial" w:hAnsi="Arial" w:cs="Arial"/>
          <w:sz w:val="24"/>
          <w:szCs w:val="24"/>
        </w:rPr>
        <w:t xml:space="preserve"> </w:t>
      </w:r>
      <w:r w:rsidRPr="00D00E11">
        <w:rPr>
          <w:rFonts w:ascii="Arial" w:hAnsi="Arial" w:cs="Arial"/>
          <w:spacing w:val="-3"/>
          <w:sz w:val="24"/>
          <w:szCs w:val="24"/>
        </w:rPr>
        <w:t xml:space="preserve">al </w:t>
      </w:r>
      <w:proofErr w:type="spellStart"/>
      <w:r w:rsidRPr="00D00E11">
        <w:rPr>
          <w:rFonts w:ascii="Arial" w:hAnsi="Arial" w:cs="Arial"/>
          <w:sz w:val="24"/>
          <w:szCs w:val="24"/>
        </w:rPr>
        <w:t>recortar</w:t>
      </w:r>
      <w:proofErr w:type="spellEnd"/>
      <w:r w:rsidRPr="00D00E11">
        <w:rPr>
          <w:rFonts w:ascii="Arial" w:hAnsi="Arial" w:cs="Arial"/>
          <w:sz w:val="24"/>
          <w:szCs w:val="24"/>
        </w:rPr>
        <w:t xml:space="preserve"> o </w:t>
      </w:r>
      <w:r w:rsidRPr="00D00E11">
        <w:rPr>
          <w:rFonts w:ascii="Arial" w:hAnsi="Arial" w:cs="Arial"/>
          <w:spacing w:val="-3"/>
          <w:sz w:val="24"/>
          <w:szCs w:val="24"/>
        </w:rPr>
        <w:t xml:space="preserve">al </w:t>
      </w:r>
      <w:proofErr w:type="spellStart"/>
      <w:r w:rsidRPr="00D00E11">
        <w:rPr>
          <w:rFonts w:ascii="Arial" w:hAnsi="Arial" w:cs="Arial"/>
          <w:spacing w:val="3"/>
          <w:sz w:val="24"/>
          <w:szCs w:val="24"/>
        </w:rPr>
        <w:t>pegar</w:t>
      </w:r>
      <w:proofErr w:type="spellEnd"/>
      <w:r w:rsidRPr="00D00E11">
        <w:rPr>
          <w:rFonts w:ascii="Arial" w:hAnsi="Arial" w:cs="Arial"/>
          <w:spacing w:val="3"/>
          <w:sz w:val="24"/>
          <w:szCs w:val="24"/>
        </w:rPr>
        <w:t xml:space="preserve">, </w:t>
      </w:r>
      <w:proofErr w:type="spellStart"/>
      <w:r w:rsidRPr="00D00E11">
        <w:rPr>
          <w:rFonts w:ascii="Arial" w:hAnsi="Arial" w:cs="Arial"/>
          <w:sz w:val="24"/>
          <w:szCs w:val="24"/>
        </w:rPr>
        <w:t>dificultades</w:t>
      </w:r>
      <w:proofErr w:type="spellEnd"/>
      <w:r w:rsidRPr="00D00E11">
        <w:rPr>
          <w:rFonts w:ascii="Arial" w:hAnsi="Arial" w:cs="Arial"/>
          <w:sz w:val="24"/>
          <w:szCs w:val="24"/>
        </w:rPr>
        <w:t xml:space="preserve"> para </w:t>
      </w:r>
      <w:proofErr w:type="spellStart"/>
      <w:r w:rsidRPr="00D00E11">
        <w:rPr>
          <w:rFonts w:ascii="Arial" w:hAnsi="Arial" w:cs="Arial"/>
          <w:sz w:val="24"/>
          <w:szCs w:val="24"/>
        </w:rPr>
        <w:t>tolerar</w:t>
      </w:r>
      <w:proofErr w:type="spellEnd"/>
      <w:r w:rsidRPr="00D00E11">
        <w:rPr>
          <w:rFonts w:ascii="Arial" w:hAnsi="Arial" w:cs="Arial"/>
          <w:spacing w:val="31"/>
          <w:sz w:val="24"/>
          <w:szCs w:val="24"/>
        </w:rPr>
        <w:t xml:space="preserve"> </w:t>
      </w:r>
      <w:proofErr w:type="spellStart"/>
      <w:r w:rsidRPr="00D00E11">
        <w:rPr>
          <w:rFonts w:ascii="Arial" w:hAnsi="Arial" w:cs="Arial"/>
          <w:sz w:val="24"/>
          <w:szCs w:val="24"/>
        </w:rPr>
        <w:t>visualmente</w:t>
      </w:r>
      <w:proofErr w:type="spellEnd"/>
      <w:r w:rsidRPr="00D00E11">
        <w:rPr>
          <w:rFonts w:ascii="Arial" w:hAnsi="Arial" w:cs="Arial"/>
          <w:sz w:val="24"/>
          <w:szCs w:val="24"/>
        </w:rPr>
        <w:t xml:space="preserve"> </w:t>
      </w:r>
      <w:proofErr w:type="spellStart"/>
      <w:r w:rsidRPr="00D00E11">
        <w:rPr>
          <w:rFonts w:ascii="Arial" w:hAnsi="Arial" w:cs="Arial"/>
          <w:spacing w:val="-4"/>
          <w:sz w:val="24"/>
          <w:szCs w:val="24"/>
        </w:rPr>
        <w:t>una</w:t>
      </w:r>
      <w:proofErr w:type="spellEnd"/>
      <w:r w:rsidRPr="00D00E11">
        <w:rPr>
          <w:rFonts w:ascii="Arial" w:hAnsi="Arial" w:cs="Arial"/>
          <w:spacing w:val="-4"/>
          <w:sz w:val="24"/>
          <w:szCs w:val="24"/>
        </w:rPr>
        <w:t xml:space="preserve"> </w:t>
      </w:r>
      <w:proofErr w:type="spellStart"/>
      <w:r w:rsidRPr="00D00E11">
        <w:rPr>
          <w:rFonts w:ascii="Arial" w:hAnsi="Arial" w:cs="Arial"/>
          <w:sz w:val="24"/>
          <w:szCs w:val="24"/>
        </w:rPr>
        <w:t>actividad</w:t>
      </w:r>
      <w:proofErr w:type="spellEnd"/>
      <w:r w:rsidRPr="00D00E11">
        <w:rPr>
          <w:rFonts w:ascii="Arial" w:hAnsi="Arial" w:cs="Arial"/>
          <w:sz w:val="24"/>
          <w:szCs w:val="24"/>
        </w:rPr>
        <w:t xml:space="preserve"> </w:t>
      </w:r>
      <w:proofErr w:type="spellStart"/>
      <w:r w:rsidRPr="00D00E11">
        <w:rPr>
          <w:rFonts w:ascii="Arial" w:hAnsi="Arial" w:cs="Arial"/>
          <w:sz w:val="24"/>
          <w:szCs w:val="24"/>
        </w:rPr>
        <w:t>muy</w:t>
      </w:r>
      <w:proofErr w:type="spellEnd"/>
      <w:r w:rsidRPr="00D00E11">
        <w:rPr>
          <w:rFonts w:ascii="Arial" w:hAnsi="Arial" w:cs="Arial"/>
          <w:sz w:val="24"/>
          <w:szCs w:val="24"/>
        </w:rPr>
        <w:t xml:space="preserve"> </w:t>
      </w:r>
      <w:proofErr w:type="spellStart"/>
      <w:r w:rsidRPr="00D00E11">
        <w:rPr>
          <w:rFonts w:ascii="Arial" w:hAnsi="Arial" w:cs="Arial"/>
          <w:sz w:val="24"/>
          <w:szCs w:val="24"/>
        </w:rPr>
        <w:t>larga</w:t>
      </w:r>
      <w:proofErr w:type="spellEnd"/>
      <w:r w:rsidRPr="00D00E11">
        <w:rPr>
          <w:rFonts w:ascii="Arial" w:hAnsi="Arial" w:cs="Arial"/>
          <w:sz w:val="24"/>
          <w:szCs w:val="24"/>
        </w:rPr>
        <w:t xml:space="preserve">, </w:t>
      </w:r>
      <w:proofErr w:type="spellStart"/>
      <w:r w:rsidRPr="00D00E11">
        <w:rPr>
          <w:rFonts w:ascii="Arial" w:hAnsi="Arial" w:cs="Arial"/>
          <w:sz w:val="24"/>
          <w:szCs w:val="24"/>
        </w:rPr>
        <w:t>por</w:t>
      </w:r>
      <w:proofErr w:type="spellEnd"/>
      <w:r w:rsidRPr="00D00E11">
        <w:rPr>
          <w:rFonts w:ascii="Arial" w:hAnsi="Arial" w:cs="Arial"/>
          <w:sz w:val="24"/>
          <w:szCs w:val="24"/>
        </w:rPr>
        <w:t xml:space="preserve"> lo tanto, </w:t>
      </w:r>
      <w:proofErr w:type="spellStart"/>
      <w:r w:rsidRPr="00D00E11">
        <w:rPr>
          <w:rFonts w:ascii="Arial" w:hAnsi="Arial" w:cs="Arial"/>
          <w:sz w:val="24"/>
          <w:szCs w:val="24"/>
        </w:rPr>
        <w:t>considerar</w:t>
      </w:r>
      <w:proofErr w:type="spellEnd"/>
      <w:r w:rsidRPr="00D00E11">
        <w:rPr>
          <w:rFonts w:ascii="Arial" w:hAnsi="Arial" w:cs="Arial"/>
          <w:sz w:val="24"/>
          <w:szCs w:val="24"/>
        </w:rPr>
        <w:t xml:space="preserve"> no solo </w:t>
      </w:r>
      <w:proofErr w:type="spellStart"/>
      <w:r w:rsidRPr="00D00E11">
        <w:rPr>
          <w:rFonts w:ascii="Arial" w:hAnsi="Arial" w:cs="Arial"/>
          <w:sz w:val="24"/>
          <w:szCs w:val="24"/>
        </w:rPr>
        <w:t>el</w:t>
      </w:r>
      <w:proofErr w:type="spellEnd"/>
      <w:r w:rsidRPr="00D00E11">
        <w:rPr>
          <w:rFonts w:ascii="Arial" w:hAnsi="Arial" w:cs="Arial"/>
          <w:sz w:val="24"/>
          <w:szCs w:val="24"/>
        </w:rPr>
        <w:t xml:space="preserve"> </w:t>
      </w:r>
      <w:proofErr w:type="spellStart"/>
      <w:r w:rsidRPr="00D00E11">
        <w:rPr>
          <w:rFonts w:ascii="Arial" w:hAnsi="Arial" w:cs="Arial"/>
          <w:sz w:val="24"/>
          <w:szCs w:val="24"/>
        </w:rPr>
        <w:t>nivel</w:t>
      </w:r>
      <w:proofErr w:type="spellEnd"/>
      <w:r w:rsidRPr="00D00E11">
        <w:rPr>
          <w:rFonts w:ascii="Arial" w:hAnsi="Arial" w:cs="Arial"/>
          <w:sz w:val="24"/>
          <w:szCs w:val="24"/>
        </w:rPr>
        <w:t xml:space="preserve"> de </w:t>
      </w:r>
      <w:proofErr w:type="spellStart"/>
      <w:r w:rsidRPr="00D00E11">
        <w:rPr>
          <w:rFonts w:ascii="Arial" w:hAnsi="Arial" w:cs="Arial"/>
          <w:sz w:val="24"/>
          <w:szCs w:val="24"/>
        </w:rPr>
        <w:t>competencias</w:t>
      </w:r>
      <w:proofErr w:type="spellEnd"/>
      <w:r w:rsidRPr="00D00E11">
        <w:rPr>
          <w:rFonts w:ascii="Arial" w:hAnsi="Arial" w:cs="Arial"/>
          <w:sz w:val="24"/>
          <w:szCs w:val="24"/>
        </w:rPr>
        <w:t xml:space="preserve"> del </w:t>
      </w:r>
      <w:proofErr w:type="spellStart"/>
      <w:r w:rsidRPr="00D00E11">
        <w:rPr>
          <w:rFonts w:ascii="Arial" w:hAnsi="Arial" w:cs="Arial"/>
          <w:sz w:val="24"/>
          <w:szCs w:val="24"/>
        </w:rPr>
        <w:t>estudiante</w:t>
      </w:r>
      <w:proofErr w:type="spellEnd"/>
      <w:r w:rsidRPr="00D00E11">
        <w:rPr>
          <w:rFonts w:ascii="Arial" w:hAnsi="Arial" w:cs="Arial"/>
          <w:sz w:val="24"/>
          <w:szCs w:val="24"/>
        </w:rPr>
        <w:t xml:space="preserve"> </w:t>
      </w:r>
      <w:proofErr w:type="spellStart"/>
      <w:r w:rsidRPr="00D00E11">
        <w:rPr>
          <w:rFonts w:ascii="Arial" w:hAnsi="Arial" w:cs="Arial"/>
          <w:sz w:val="24"/>
          <w:szCs w:val="24"/>
        </w:rPr>
        <w:t>en</w:t>
      </w:r>
      <w:proofErr w:type="spellEnd"/>
      <w:r w:rsidRPr="00D00E11">
        <w:rPr>
          <w:rFonts w:ascii="Arial" w:hAnsi="Arial" w:cs="Arial"/>
          <w:sz w:val="24"/>
          <w:szCs w:val="24"/>
        </w:rPr>
        <w:t xml:space="preserve"> la </w:t>
      </w:r>
      <w:proofErr w:type="spellStart"/>
      <w:r w:rsidRPr="00D00E11">
        <w:rPr>
          <w:rFonts w:ascii="Arial" w:hAnsi="Arial" w:cs="Arial"/>
          <w:sz w:val="24"/>
          <w:szCs w:val="24"/>
        </w:rPr>
        <w:lastRenderedPageBreak/>
        <w:t>tarea</w:t>
      </w:r>
      <w:proofErr w:type="spellEnd"/>
      <w:r w:rsidRPr="00D00E11">
        <w:rPr>
          <w:rFonts w:ascii="Arial" w:hAnsi="Arial" w:cs="Arial"/>
          <w:sz w:val="24"/>
          <w:szCs w:val="24"/>
        </w:rPr>
        <w:t xml:space="preserve">, </w:t>
      </w:r>
      <w:proofErr w:type="spellStart"/>
      <w:r w:rsidRPr="00D00E11">
        <w:rPr>
          <w:rFonts w:ascii="Arial" w:hAnsi="Arial" w:cs="Arial"/>
          <w:sz w:val="24"/>
          <w:szCs w:val="24"/>
        </w:rPr>
        <w:t>sino</w:t>
      </w:r>
      <w:proofErr w:type="spellEnd"/>
      <w:r w:rsidRPr="00D00E11">
        <w:rPr>
          <w:rFonts w:ascii="Arial" w:hAnsi="Arial" w:cs="Arial"/>
          <w:sz w:val="24"/>
          <w:szCs w:val="24"/>
        </w:rPr>
        <w:t xml:space="preserve"> también </w:t>
      </w:r>
      <w:proofErr w:type="spellStart"/>
      <w:r w:rsidRPr="00D00E11">
        <w:rPr>
          <w:rFonts w:ascii="Arial" w:hAnsi="Arial" w:cs="Arial"/>
          <w:sz w:val="24"/>
          <w:szCs w:val="24"/>
        </w:rPr>
        <w:t>el</w:t>
      </w:r>
      <w:proofErr w:type="spellEnd"/>
      <w:r w:rsidRPr="00D00E11">
        <w:rPr>
          <w:rFonts w:ascii="Arial" w:hAnsi="Arial" w:cs="Arial"/>
          <w:sz w:val="24"/>
          <w:szCs w:val="24"/>
        </w:rPr>
        <w:t xml:space="preserve"> </w:t>
      </w:r>
      <w:proofErr w:type="spellStart"/>
      <w:r w:rsidRPr="00D00E11">
        <w:rPr>
          <w:rFonts w:ascii="Arial" w:hAnsi="Arial" w:cs="Arial"/>
          <w:sz w:val="24"/>
          <w:szCs w:val="24"/>
        </w:rPr>
        <w:t>estado</w:t>
      </w:r>
      <w:proofErr w:type="spellEnd"/>
      <w:r w:rsidRPr="00D00E11">
        <w:rPr>
          <w:rFonts w:ascii="Arial" w:hAnsi="Arial" w:cs="Arial"/>
          <w:sz w:val="24"/>
          <w:szCs w:val="24"/>
        </w:rPr>
        <w:t xml:space="preserve"> de </w:t>
      </w:r>
      <w:proofErr w:type="spellStart"/>
      <w:r w:rsidRPr="00D00E11">
        <w:rPr>
          <w:rFonts w:ascii="Arial" w:hAnsi="Arial" w:cs="Arial"/>
          <w:sz w:val="24"/>
          <w:szCs w:val="24"/>
        </w:rPr>
        <w:t>regulación</w:t>
      </w:r>
      <w:proofErr w:type="spellEnd"/>
      <w:r w:rsidRPr="00D00E11">
        <w:rPr>
          <w:rFonts w:ascii="Arial" w:hAnsi="Arial" w:cs="Arial"/>
          <w:sz w:val="24"/>
          <w:szCs w:val="24"/>
        </w:rPr>
        <w:t xml:space="preserve"> </w:t>
      </w:r>
      <w:proofErr w:type="spellStart"/>
      <w:r w:rsidRPr="00D00E11">
        <w:rPr>
          <w:rFonts w:ascii="Arial" w:hAnsi="Arial" w:cs="Arial"/>
          <w:sz w:val="24"/>
          <w:szCs w:val="24"/>
        </w:rPr>
        <w:t>emocional</w:t>
      </w:r>
      <w:proofErr w:type="spellEnd"/>
      <w:r w:rsidRPr="00D00E11">
        <w:rPr>
          <w:rFonts w:ascii="Arial" w:hAnsi="Arial" w:cs="Arial"/>
          <w:sz w:val="24"/>
          <w:szCs w:val="24"/>
        </w:rPr>
        <w:t xml:space="preserve">, tanto </w:t>
      </w:r>
      <w:proofErr w:type="spellStart"/>
      <w:r w:rsidRPr="00D00E11">
        <w:rPr>
          <w:rFonts w:ascii="Arial" w:hAnsi="Arial" w:cs="Arial"/>
          <w:sz w:val="24"/>
          <w:szCs w:val="24"/>
        </w:rPr>
        <w:t>negativo</w:t>
      </w:r>
      <w:proofErr w:type="spellEnd"/>
      <w:r w:rsidRPr="00D00E11">
        <w:rPr>
          <w:rFonts w:ascii="Arial" w:hAnsi="Arial" w:cs="Arial"/>
          <w:sz w:val="24"/>
          <w:szCs w:val="24"/>
        </w:rPr>
        <w:t xml:space="preserve"> </w:t>
      </w:r>
      <w:proofErr w:type="spellStart"/>
      <w:r w:rsidRPr="00D00E11">
        <w:rPr>
          <w:rFonts w:ascii="Arial" w:hAnsi="Arial" w:cs="Arial"/>
          <w:sz w:val="24"/>
          <w:szCs w:val="24"/>
        </w:rPr>
        <w:t>como</w:t>
      </w:r>
      <w:proofErr w:type="spellEnd"/>
      <w:r w:rsidRPr="00D00E11">
        <w:rPr>
          <w:rFonts w:ascii="Arial" w:hAnsi="Arial" w:cs="Arial"/>
          <w:sz w:val="24"/>
          <w:szCs w:val="24"/>
        </w:rPr>
        <w:t xml:space="preserve"> </w:t>
      </w:r>
      <w:proofErr w:type="spellStart"/>
      <w:r w:rsidRPr="00D00E11">
        <w:rPr>
          <w:rFonts w:ascii="Arial" w:hAnsi="Arial" w:cs="Arial"/>
          <w:sz w:val="24"/>
          <w:szCs w:val="24"/>
        </w:rPr>
        <w:t>positivo</w:t>
      </w:r>
      <w:proofErr w:type="spellEnd"/>
      <w:r w:rsidRPr="00D00E11">
        <w:rPr>
          <w:rFonts w:ascii="Arial" w:hAnsi="Arial" w:cs="Arial"/>
          <w:sz w:val="24"/>
          <w:szCs w:val="24"/>
        </w:rPr>
        <w:t xml:space="preserve"> </w:t>
      </w:r>
      <w:proofErr w:type="spellStart"/>
      <w:r w:rsidRPr="00D00E11">
        <w:rPr>
          <w:rFonts w:ascii="Arial" w:hAnsi="Arial" w:cs="Arial"/>
          <w:sz w:val="24"/>
          <w:szCs w:val="24"/>
        </w:rPr>
        <w:t>en</w:t>
      </w:r>
      <w:proofErr w:type="spellEnd"/>
      <w:r w:rsidRPr="00D00E11">
        <w:rPr>
          <w:rFonts w:ascii="Arial" w:hAnsi="Arial" w:cs="Arial"/>
          <w:sz w:val="24"/>
          <w:szCs w:val="24"/>
        </w:rPr>
        <w:t xml:space="preserve"> </w:t>
      </w:r>
      <w:proofErr w:type="spellStart"/>
      <w:r w:rsidRPr="00D00E11">
        <w:rPr>
          <w:rFonts w:ascii="Arial" w:hAnsi="Arial" w:cs="Arial"/>
          <w:sz w:val="24"/>
          <w:szCs w:val="24"/>
        </w:rPr>
        <w:t>el</w:t>
      </w:r>
      <w:proofErr w:type="spellEnd"/>
      <w:r w:rsidRPr="00D00E11">
        <w:rPr>
          <w:rFonts w:ascii="Arial" w:hAnsi="Arial" w:cs="Arial"/>
          <w:sz w:val="24"/>
          <w:szCs w:val="24"/>
        </w:rPr>
        <w:t xml:space="preserve"> que se </w:t>
      </w:r>
      <w:proofErr w:type="spellStart"/>
      <w:r w:rsidRPr="00D00E11">
        <w:rPr>
          <w:rFonts w:ascii="Arial" w:hAnsi="Arial" w:cs="Arial"/>
          <w:sz w:val="24"/>
          <w:szCs w:val="24"/>
        </w:rPr>
        <w:t>encuentra</w:t>
      </w:r>
      <w:proofErr w:type="spellEnd"/>
      <w:r w:rsidRPr="00D00E11">
        <w:rPr>
          <w:rFonts w:ascii="Arial" w:hAnsi="Arial" w:cs="Arial"/>
          <w:sz w:val="24"/>
          <w:szCs w:val="24"/>
        </w:rPr>
        <w:t xml:space="preserve"> </w:t>
      </w:r>
      <w:proofErr w:type="spellStart"/>
      <w:r w:rsidRPr="00D00E11">
        <w:rPr>
          <w:rFonts w:ascii="Arial" w:hAnsi="Arial" w:cs="Arial"/>
          <w:sz w:val="24"/>
          <w:szCs w:val="24"/>
        </w:rPr>
        <w:t>en</w:t>
      </w:r>
      <w:proofErr w:type="spellEnd"/>
      <w:r w:rsidRPr="00D00E11">
        <w:rPr>
          <w:rFonts w:ascii="Arial" w:hAnsi="Arial" w:cs="Arial"/>
          <w:sz w:val="24"/>
          <w:szCs w:val="24"/>
        </w:rPr>
        <w:t xml:space="preserve"> </w:t>
      </w:r>
      <w:proofErr w:type="spellStart"/>
      <w:r w:rsidRPr="00D00E11">
        <w:rPr>
          <w:rFonts w:ascii="Arial" w:hAnsi="Arial" w:cs="Arial"/>
          <w:sz w:val="24"/>
          <w:szCs w:val="24"/>
        </w:rPr>
        <w:t>el</w:t>
      </w:r>
      <w:proofErr w:type="spellEnd"/>
      <w:r w:rsidRPr="00D00E11">
        <w:rPr>
          <w:rFonts w:ascii="Arial" w:hAnsi="Arial" w:cs="Arial"/>
          <w:sz w:val="24"/>
          <w:szCs w:val="24"/>
        </w:rPr>
        <w:t xml:space="preserve"> </w:t>
      </w:r>
      <w:proofErr w:type="spellStart"/>
      <w:r w:rsidRPr="00D00E11">
        <w:rPr>
          <w:rFonts w:ascii="Arial" w:hAnsi="Arial" w:cs="Arial"/>
          <w:sz w:val="24"/>
          <w:szCs w:val="24"/>
        </w:rPr>
        <w:t>momento</w:t>
      </w:r>
      <w:proofErr w:type="spellEnd"/>
    </w:p>
    <w:p w14:paraId="4E742D85" w14:textId="77777777" w:rsidR="00893C50" w:rsidRPr="00D00E11" w:rsidRDefault="00893C50" w:rsidP="00893C50">
      <w:pPr>
        <w:pStyle w:val="Prrafodelista"/>
        <w:widowControl w:val="0"/>
        <w:numPr>
          <w:ilvl w:val="0"/>
          <w:numId w:val="58"/>
        </w:numPr>
        <w:autoSpaceDE w:val="0"/>
        <w:autoSpaceDN w:val="0"/>
        <w:spacing w:after="0" w:line="360" w:lineRule="auto"/>
        <w:contextualSpacing w:val="0"/>
        <w:jc w:val="both"/>
        <w:rPr>
          <w:rFonts w:ascii="Arial" w:hAnsi="Arial" w:cs="Arial"/>
          <w:sz w:val="24"/>
          <w:szCs w:val="24"/>
        </w:rPr>
      </w:pPr>
      <w:proofErr w:type="spellStart"/>
      <w:r w:rsidRPr="00D00E11">
        <w:rPr>
          <w:rFonts w:ascii="Arial" w:hAnsi="Arial" w:cs="Arial"/>
          <w:sz w:val="24"/>
          <w:szCs w:val="24"/>
        </w:rPr>
        <w:t>Equilibrar</w:t>
      </w:r>
      <w:proofErr w:type="spellEnd"/>
      <w:r w:rsidRPr="00D00E11">
        <w:rPr>
          <w:rFonts w:ascii="Arial" w:hAnsi="Arial" w:cs="Arial"/>
          <w:sz w:val="24"/>
          <w:szCs w:val="24"/>
        </w:rPr>
        <w:t xml:space="preserve"> </w:t>
      </w:r>
      <w:proofErr w:type="spellStart"/>
      <w:r w:rsidRPr="00D00E11">
        <w:rPr>
          <w:rFonts w:ascii="Arial" w:hAnsi="Arial" w:cs="Arial"/>
          <w:sz w:val="24"/>
          <w:szCs w:val="24"/>
        </w:rPr>
        <w:t>diariamente</w:t>
      </w:r>
      <w:proofErr w:type="spellEnd"/>
      <w:r w:rsidRPr="00D00E11">
        <w:rPr>
          <w:rFonts w:ascii="Arial" w:hAnsi="Arial" w:cs="Arial"/>
          <w:sz w:val="24"/>
          <w:szCs w:val="24"/>
        </w:rPr>
        <w:t xml:space="preserve"> </w:t>
      </w:r>
      <w:proofErr w:type="spellStart"/>
      <w:r w:rsidRPr="00D00E11">
        <w:rPr>
          <w:rFonts w:ascii="Arial" w:hAnsi="Arial" w:cs="Arial"/>
          <w:sz w:val="24"/>
          <w:szCs w:val="24"/>
        </w:rPr>
        <w:t>tareas</w:t>
      </w:r>
      <w:proofErr w:type="spellEnd"/>
      <w:r w:rsidRPr="00D00E11">
        <w:rPr>
          <w:rFonts w:ascii="Arial" w:hAnsi="Arial" w:cs="Arial"/>
          <w:sz w:val="24"/>
          <w:szCs w:val="24"/>
        </w:rPr>
        <w:t xml:space="preserve"> </w:t>
      </w:r>
      <w:proofErr w:type="spellStart"/>
      <w:r w:rsidRPr="00D00E11">
        <w:rPr>
          <w:rFonts w:ascii="Arial" w:hAnsi="Arial" w:cs="Arial"/>
          <w:sz w:val="24"/>
          <w:szCs w:val="24"/>
        </w:rPr>
        <w:t>más</w:t>
      </w:r>
      <w:proofErr w:type="spellEnd"/>
      <w:r w:rsidRPr="00D00E11">
        <w:rPr>
          <w:rFonts w:ascii="Arial" w:hAnsi="Arial" w:cs="Arial"/>
          <w:sz w:val="24"/>
          <w:szCs w:val="24"/>
        </w:rPr>
        <w:t xml:space="preserve"> </w:t>
      </w:r>
      <w:proofErr w:type="spellStart"/>
      <w:r w:rsidRPr="00D00E11">
        <w:rPr>
          <w:rFonts w:ascii="Arial" w:hAnsi="Arial" w:cs="Arial"/>
          <w:sz w:val="24"/>
          <w:szCs w:val="24"/>
        </w:rPr>
        <w:t>demandantes</w:t>
      </w:r>
      <w:proofErr w:type="spellEnd"/>
      <w:r w:rsidRPr="00D00E11">
        <w:rPr>
          <w:rFonts w:ascii="Arial" w:hAnsi="Arial" w:cs="Arial"/>
          <w:sz w:val="24"/>
          <w:szCs w:val="24"/>
        </w:rPr>
        <w:t xml:space="preserve"> con </w:t>
      </w:r>
      <w:proofErr w:type="spellStart"/>
      <w:r w:rsidRPr="00D00E11">
        <w:rPr>
          <w:rFonts w:ascii="Arial" w:hAnsi="Arial" w:cs="Arial"/>
          <w:sz w:val="24"/>
          <w:szCs w:val="24"/>
        </w:rPr>
        <w:t>otras</w:t>
      </w:r>
      <w:proofErr w:type="spellEnd"/>
      <w:r w:rsidRPr="00D00E11">
        <w:rPr>
          <w:rFonts w:ascii="Arial" w:hAnsi="Arial" w:cs="Arial"/>
          <w:sz w:val="24"/>
          <w:szCs w:val="24"/>
        </w:rPr>
        <w:t xml:space="preserve"> </w:t>
      </w:r>
      <w:proofErr w:type="spellStart"/>
      <w:r w:rsidRPr="00D00E11">
        <w:rPr>
          <w:rFonts w:ascii="Arial" w:hAnsi="Arial" w:cs="Arial"/>
          <w:sz w:val="24"/>
          <w:szCs w:val="24"/>
        </w:rPr>
        <w:t>menos</w:t>
      </w:r>
      <w:proofErr w:type="spellEnd"/>
      <w:r w:rsidRPr="00D00E11">
        <w:rPr>
          <w:rFonts w:ascii="Arial" w:hAnsi="Arial" w:cs="Arial"/>
          <w:sz w:val="24"/>
          <w:szCs w:val="24"/>
        </w:rPr>
        <w:t xml:space="preserve"> </w:t>
      </w:r>
      <w:proofErr w:type="spellStart"/>
      <w:r w:rsidRPr="00D00E11">
        <w:rPr>
          <w:rFonts w:ascii="Arial" w:hAnsi="Arial" w:cs="Arial"/>
          <w:sz w:val="24"/>
          <w:szCs w:val="24"/>
        </w:rPr>
        <w:t>exigentes</w:t>
      </w:r>
      <w:proofErr w:type="spellEnd"/>
      <w:r w:rsidRPr="00D00E11">
        <w:rPr>
          <w:rFonts w:ascii="Arial" w:hAnsi="Arial" w:cs="Arial"/>
          <w:sz w:val="24"/>
          <w:szCs w:val="24"/>
        </w:rPr>
        <w:t xml:space="preserve">. Los </w:t>
      </w:r>
      <w:proofErr w:type="spellStart"/>
      <w:r w:rsidRPr="00D00E11">
        <w:rPr>
          <w:rFonts w:ascii="Arial" w:hAnsi="Arial" w:cs="Arial"/>
          <w:sz w:val="24"/>
          <w:szCs w:val="24"/>
        </w:rPr>
        <w:t>estudiantes</w:t>
      </w:r>
      <w:proofErr w:type="spellEnd"/>
      <w:r w:rsidRPr="00D00E11">
        <w:rPr>
          <w:rFonts w:ascii="Arial" w:hAnsi="Arial" w:cs="Arial"/>
          <w:sz w:val="24"/>
          <w:szCs w:val="24"/>
        </w:rPr>
        <w:t xml:space="preserve"> </w:t>
      </w:r>
      <w:proofErr w:type="spellStart"/>
      <w:r w:rsidRPr="00D00E11">
        <w:rPr>
          <w:rFonts w:ascii="Arial" w:hAnsi="Arial" w:cs="Arial"/>
          <w:sz w:val="24"/>
          <w:szCs w:val="24"/>
        </w:rPr>
        <w:t>en</w:t>
      </w:r>
      <w:proofErr w:type="spellEnd"/>
      <w:r w:rsidRPr="00D00E11">
        <w:rPr>
          <w:rFonts w:ascii="Arial" w:hAnsi="Arial" w:cs="Arial"/>
          <w:sz w:val="24"/>
          <w:szCs w:val="24"/>
        </w:rPr>
        <w:t xml:space="preserve"> </w:t>
      </w:r>
      <w:proofErr w:type="spellStart"/>
      <w:r w:rsidRPr="00D00E11">
        <w:rPr>
          <w:rFonts w:ascii="Arial" w:hAnsi="Arial" w:cs="Arial"/>
          <w:sz w:val="24"/>
          <w:szCs w:val="24"/>
        </w:rPr>
        <w:t>el</w:t>
      </w:r>
      <w:proofErr w:type="spellEnd"/>
      <w:r w:rsidRPr="00D00E11">
        <w:rPr>
          <w:rFonts w:ascii="Arial" w:hAnsi="Arial" w:cs="Arial"/>
          <w:sz w:val="24"/>
          <w:szCs w:val="24"/>
        </w:rPr>
        <w:t xml:space="preserve"> </w:t>
      </w:r>
      <w:proofErr w:type="spellStart"/>
      <w:r w:rsidRPr="00D00E11">
        <w:rPr>
          <w:rFonts w:ascii="Arial" w:hAnsi="Arial" w:cs="Arial"/>
          <w:sz w:val="24"/>
          <w:szCs w:val="24"/>
        </w:rPr>
        <w:t>espectro</w:t>
      </w:r>
      <w:proofErr w:type="spellEnd"/>
      <w:r w:rsidRPr="00D00E11">
        <w:rPr>
          <w:rFonts w:ascii="Arial" w:hAnsi="Arial" w:cs="Arial"/>
          <w:sz w:val="24"/>
          <w:szCs w:val="24"/>
        </w:rPr>
        <w:t xml:space="preserve"> </w:t>
      </w:r>
      <w:proofErr w:type="spellStart"/>
      <w:r w:rsidRPr="00D00E11">
        <w:rPr>
          <w:rFonts w:ascii="Arial" w:hAnsi="Arial" w:cs="Arial"/>
          <w:sz w:val="24"/>
          <w:szCs w:val="24"/>
        </w:rPr>
        <w:t>autista</w:t>
      </w:r>
      <w:proofErr w:type="spellEnd"/>
      <w:r w:rsidRPr="00D00E11">
        <w:rPr>
          <w:rFonts w:ascii="Arial" w:hAnsi="Arial" w:cs="Arial"/>
          <w:sz w:val="24"/>
          <w:szCs w:val="24"/>
        </w:rPr>
        <w:t xml:space="preserve"> (y con </w:t>
      </w:r>
      <w:proofErr w:type="spellStart"/>
      <w:r w:rsidRPr="00D00E11">
        <w:rPr>
          <w:rFonts w:ascii="Arial" w:hAnsi="Arial" w:cs="Arial"/>
          <w:sz w:val="24"/>
          <w:szCs w:val="24"/>
        </w:rPr>
        <w:t>otras</w:t>
      </w:r>
      <w:proofErr w:type="spellEnd"/>
      <w:r w:rsidRPr="00D00E11">
        <w:rPr>
          <w:rFonts w:ascii="Arial" w:hAnsi="Arial" w:cs="Arial"/>
          <w:sz w:val="24"/>
          <w:szCs w:val="24"/>
        </w:rPr>
        <w:t xml:space="preserve"> </w:t>
      </w:r>
      <w:proofErr w:type="spellStart"/>
      <w:r w:rsidRPr="00D00E11">
        <w:rPr>
          <w:rFonts w:ascii="Arial" w:hAnsi="Arial" w:cs="Arial"/>
          <w:sz w:val="24"/>
          <w:szCs w:val="24"/>
        </w:rPr>
        <w:t>condiciones</w:t>
      </w:r>
      <w:proofErr w:type="spellEnd"/>
      <w:r w:rsidRPr="00D00E11">
        <w:rPr>
          <w:rFonts w:ascii="Arial" w:hAnsi="Arial" w:cs="Arial"/>
          <w:sz w:val="24"/>
          <w:szCs w:val="24"/>
        </w:rPr>
        <w:t xml:space="preserve"> y </w:t>
      </w:r>
      <w:proofErr w:type="spellStart"/>
      <w:r w:rsidRPr="00D00E11">
        <w:rPr>
          <w:rFonts w:ascii="Arial" w:hAnsi="Arial" w:cs="Arial"/>
          <w:sz w:val="24"/>
          <w:szCs w:val="24"/>
        </w:rPr>
        <w:t>requerimientos</w:t>
      </w:r>
      <w:proofErr w:type="spellEnd"/>
      <w:r w:rsidRPr="00D00E11">
        <w:rPr>
          <w:rFonts w:ascii="Arial" w:hAnsi="Arial" w:cs="Arial"/>
          <w:sz w:val="24"/>
          <w:szCs w:val="24"/>
        </w:rPr>
        <w:t xml:space="preserve"> de </w:t>
      </w:r>
      <w:proofErr w:type="spellStart"/>
      <w:r w:rsidRPr="00D00E11">
        <w:rPr>
          <w:rFonts w:ascii="Arial" w:hAnsi="Arial" w:cs="Arial"/>
          <w:sz w:val="24"/>
          <w:szCs w:val="24"/>
        </w:rPr>
        <w:t>apoyo</w:t>
      </w:r>
      <w:proofErr w:type="spellEnd"/>
      <w:r w:rsidRPr="00D00E11">
        <w:rPr>
          <w:rFonts w:ascii="Arial" w:hAnsi="Arial" w:cs="Arial"/>
          <w:sz w:val="24"/>
          <w:szCs w:val="24"/>
        </w:rPr>
        <w:t xml:space="preserve">), </w:t>
      </w:r>
      <w:proofErr w:type="spellStart"/>
      <w:r w:rsidRPr="00D00E11">
        <w:rPr>
          <w:rFonts w:ascii="Arial" w:hAnsi="Arial" w:cs="Arial"/>
          <w:sz w:val="24"/>
          <w:szCs w:val="24"/>
        </w:rPr>
        <w:t>ya</w:t>
      </w:r>
      <w:proofErr w:type="spellEnd"/>
      <w:r w:rsidRPr="00D00E11">
        <w:rPr>
          <w:rFonts w:ascii="Arial" w:hAnsi="Arial" w:cs="Arial"/>
          <w:sz w:val="24"/>
          <w:szCs w:val="24"/>
        </w:rPr>
        <w:t xml:space="preserve"> </w:t>
      </w:r>
      <w:proofErr w:type="spellStart"/>
      <w:r w:rsidRPr="00D00E11">
        <w:rPr>
          <w:rFonts w:ascii="Arial" w:hAnsi="Arial" w:cs="Arial"/>
          <w:sz w:val="24"/>
          <w:szCs w:val="24"/>
        </w:rPr>
        <w:t>tienen</w:t>
      </w:r>
      <w:proofErr w:type="spellEnd"/>
      <w:r w:rsidRPr="00D00E11">
        <w:rPr>
          <w:rFonts w:ascii="Arial" w:hAnsi="Arial" w:cs="Arial"/>
          <w:sz w:val="24"/>
          <w:szCs w:val="24"/>
        </w:rPr>
        <w:t xml:space="preserve"> </w:t>
      </w:r>
      <w:proofErr w:type="spellStart"/>
      <w:r w:rsidRPr="00D00E11">
        <w:rPr>
          <w:rFonts w:ascii="Arial" w:hAnsi="Arial" w:cs="Arial"/>
          <w:sz w:val="24"/>
          <w:szCs w:val="24"/>
        </w:rPr>
        <w:t>una</w:t>
      </w:r>
      <w:proofErr w:type="spellEnd"/>
      <w:r w:rsidRPr="00D00E11">
        <w:rPr>
          <w:rFonts w:ascii="Arial" w:hAnsi="Arial" w:cs="Arial"/>
          <w:sz w:val="24"/>
          <w:szCs w:val="24"/>
        </w:rPr>
        <w:t xml:space="preserve"> </w:t>
      </w:r>
      <w:proofErr w:type="spellStart"/>
      <w:r w:rsidRPr="00D00E11">
        <w:rPr>
          <w:rFonts w:ascii="Arial" w:hAnsi="Arial" w:cs="Arial"/>
          <w:sz w:val="24"/>
          <w:szCs w:val="24"/>
        </w:rPr>
        <w:t>demanda</w:t>
      </w:r>
      <w:proofErr w:type="spellEnd"/>
      <w:r w:rsidRPr="00D00E11">
        <w:rPr>
          <w:rFonts w:ascii="Arial" w:hAnsi="Arial" w:cs="Arial"/>
          <w:sz w:val="24"/>
          <w:szCs w:val="24"/>
        </w:rPr>
        <w:t xml:space="preserve"> </w:t>
      </w:r>
      <w:proofErr w:type="spellStart"/>
      <w:r w:rsidRPr="00D00E11">
        <w:rPr>
          <w:rFonts w:ascii="Arial" w:hAnsi="Arial" w:cs="Arial"/>
          <w:sz w:val="24"/>
          <w:szCs w:val="24"/>
        </w:rPr>
        <w:t>respecto</w:t>
      </w:r>
      <w:proofErr w:type="spellEnd"/>
      <w:r w:rsidRPr="00D00E11">
        <w:rPr>
          <w:rFonts w:ascii="Arial" w:hAnsi="Arial" w:cs="Arial"/>
          <w:sz w:val="24"/>
          <w:szCs w:val="24"/>
        </w:rPr>
        <w:t xml:space="preserve"> al </w:t>
      </w:r>
      <w:proofErr w:type="spellStart"/>
      <w:r w:rsidRPr="00D00E11">
        <w:rPr>
          <w:rFonts w:ascii="Arial" w:hAnsi="Arial" w:cs="Arial"/>
          <w:sz w:val="24"/>
          <w:szCs w:val="24"/>
        </w:rPr>
        <w:t>entorno</w:t>
      </w:r>
      <w:proofErr w:type="spellEnd"/>
      <w:r w:rsidRPr="00D00E11">
        <w:rPr>
          <w:rFonts w:ascii="Arial" w:hAnsi="Arial" w:cs="Arial"/>
          <w:sz w:val="24"/>
          <w:szCs w:val="24"/>
        </w:rPr>
        <w:t xml:space="preserve"> </w:t>
      </w:r>
      <w:proofErr w:type="spellStart"/>
      <w:r w:rsidRPr="00D00E11">
        <w:rPr>
          <w:rFonts w:ascii="Arial" w:hAnsi="Arial" w:cs="Arial"/>
          <w:sz w:val="24"/>
          <w:szCs w:val="24"/>
        </w:rPr>
        <w:t>inherente</w:t>
      </w:r>
      <w:proofErr w:type="spellEnd"/>
      <w:r w:rsidRPr="00D00E11">
        <w:rPr>
          <w:rFonts w:ascii="Arial" w:hAnsi="Arial" w:cs="Arial"/>
          <w:sz w:val="24"/>
          <w:szCs w:val="24"/>
        </w:rPr>
        <w:t xml:space="preserve"> a </w:t>
      </w:r>
      <w:proofErr w:type="spellStart"/>
      <w:r w:rsidRPr="00D00E11">
        <w:rPr>
          <w:rFonts w:ascii="Arial" w:hAnsi="Arial" w:cs="Arial"/>
          <w:sz w:val="24"/>
          <w:szCs w:val="24"/>
        </w:rPr>
        <w:t>su</w:t>
      </w:r>
      <w:proofErr w:type="spellEnd"/>
      <w:r w:rsidRPr="00D00E11">
        <w:rPr>
          <w:rFonts w:ascii="Arial" w:hAnsi="Arial" w:cs="Arial"/>
          <w:sz w:val="24"/>
          <w:szCs w:val="24"/>
        </w:rPr>
        <w:t xml:space="preserve"> </w:t>
      </w:r>
      <w:proofErr w:type="spellStart"/>
      <w:r w:rsidRPr="00D00E11">
        <w:rPr>
          <w:rFonts w:ascii="Arial" w:hAnsi="Arial" w:cs="Arial"/>
          <w:sz w:val="24"/>
          <w:szCs w:val="24"/>
        </w:rPr>
        <w:t>condición</w:t>
      </w:r>
      <w:proofErr w:type="spellEnd"/>
      <w:r w:rsidRPr="00D00E11">
        <w:rPr>
          <w:rFonts w:ascii="Arial" w:hAnsi="Arial" w:cs="Arial"/>
          <w:sz w:val="24"/>
          <w:szCs w:val="24"/>
        </w:rPr>
        <w:t xml:space="preserve">, que les </w:t>
      </w:r>
      <w:proofErr w:type="spellStart"/>
      <w:r w:rsidRPr="00D00E11">
        <w:rPr>
          <w:rFonts w:ascii="Arial" w:hAnsi="Arial" w:cs="Arial"/>
          <w:sz w:val="24"/>
          <w:szCs w:val="24"/>
        </w:rPr>
        <w:t>resulta</w:t>
      </w:r>
      <w:proofErr w:type="spellEnd"/>
      <w:r w:rsidRPr="00D00E11">
        <w:rPr>
          <w:rFonts w:ascii="Arial" w:hAnsi="Arial" w:cs="Arial"/>
          <w:sz w:val="24"/>
          <w:szCs w:val="24"/>
        </w:rPr>
        <w:t xml:space="preserve"> </w:t>
      </w:r>
      <w:proofErr w:type="spellStart"/>
      <w:r w:rsidRPr="00D00E11">
        <w:rPr>
          <w:rFonts w:ascii="Arial" w:hAnsi="Arial" w:cs="Arial"/>
          <w:sz w:val="24"/>
          <w:szCs w:val="24"/>
        </w:rPr>
        <w:t>estresante</w:t>
      </w:r>
      <w:proofErr w:type="spellEnd"/>
      <w:r w:rsidRPr="00D00E11">
        <w:rPr>
          <w:rFonts w:ascii="Arial" w:hAnsi="Arial" w:cs="Arial"/>
          <w:sz w:val="24"/>
          <w:szCs w:val="24"/>
        </w:rPr>
        <w:t>.</w:t>
      </w:r>
    </w:p>
    <w:p w14:paraId="5A031A30" w14:textId="77777777" w:rsidR="00893C50" w:rsidRPr="00D00E11" w:rsidRDefault="00893C50" w:rsidP="00893C50">
      <w:pPr>
        <w:pStyle w:val="Prrafodelista"/>
        <w:widowControl w:val="0"/>
        <w:numPr>
          <w:ilvl w:val="0"/>
          <w:numId w:val="58"/>
        </w:numPr>
        <w:tabs>
          <w:tab w:val="left" w:pos="1083"/>
        </w:tabs>
        <w:autoSpaceDE w:val="0"/>
        <w:autoSpaceDN w:val="0"/>
        <w:spacing w:before="151" w:after="0" w:line="360" w:lineRule="auto"/>
        <w:ind w:right="49"/>
        <w:contextualSpacing w:val="0"/>
        <w:jc w:val="both"/>
        <w:rPr>
          <w:rFonts w:ascii="Arial" w:hAnsi="Arial" w:cs="Arial"/>
          <w:sz w:val="24"/>
          <w:szCs w:val="24"/>
        </w:rPr>
      </w:pPr>
      <w:proofErr w:type="spellStart"/>
      <w:r w:rsidRPr="00D00E11">
        <w:rPr>
          <w:rFonts w:ascii="Arial" w:hAnsi="Arial" w:cs="Arial"/>
          <w:sz w:val="24"/>
          <w:szCs w:val="24"/>
        </w:rPr>
        <w:t>Programar</w:t>
      </w:r>
      <w:proofErr w:type="spellEnd"/>
      <w:r w:rsidRPr="00D00E11">
        <w:rPr>
          <w:rFonts w:ascii="Arial" w:hAnsi="Arial" w:cs="Arial"/>
          <w:sz w:val="24"/>
          <w:szCs w:val="24"/>
        </w:rPr>
        <w:t xml:space="preserve"> </w:t>
      </w:r>
      <w:proofErr w:type="spellStart"/>
      <w:r w:rsidRPr="00D00E11">
        <w:rPr>
          <w:rFonts w:ascii="Arial" w:hAnsi="Arial" w:cs="Arial"/>
          <w:sz w:val="24"/>
          <w:szCs w:val="24"/>
        </w:rPr>
        <w:t>previamente</w:t>
      </w:r>
      <w:proofErr w:type="spellEnd"/>
      <w:r w:rsidRPr="00D00E11">
        <w:rPr>
          <w:rFonts w:ascii="Arial" w:hAnsi="Arial" w:cs="Arial"/>
          <w:sz w:val="24"/>
          <w:szCs w:val="24"/>
        </w:rPr>
        <w:t xml:space="preserve"> </w:t>
      </w:r>
      <w:proofErr w:type="spellStart"/>
      <w:r w:rsidRPr="00D00E11">
        <w:rPr>
          <w:rFonts w:ascii="Arial" w:hAnsi="Arial" w:cs="Arial"/>
          <w:sz w:val="24"/>
          <w:szCs w:val="24"/>
        </w:rPr>
        <w:t>momentos</w:t>
      </w:r>
      <w:proofErr w:type="spellEnd"/>
      <w:r w:rsidRPr="00D00E11">
        <w:rPr>
          <w:rFonts w:ascii="Arial" w:hAnsi="Arial" w:cs="Arial"/>
          <w:sz w:val="24"/>
          <w:szCs w:val="24"/>
        </w:rPr>
        <w:t xml:space="preserve"> </w:t>
      </w:r>
      <w:r w:rsidRPr="00D00E11">
        <w:rPr>
          <w:rFonts w:ascii="Arial" w:hAnsi="Arial" w:cs="Arial"/>
          <w:spacing w:val="5"/>
          <w:sz w:val="24"/>
          <w:szCs w:val="24"/>
        </w:rPr>
        <w:t xml:space="preserve">de </w:t>
      </w:r>
      <w:proofErr w:type="spellStart"/>
      <w:r w:rsidRPr="00D00E11">
        <w:rPr>
          <w:rFonts w:ascii="Arial" w:hAnsi="Arial" w:cs="Arial"/>
          <w:sz w:val="24"/>
          <w:szCs w:val="24"/>
        </w:rPr>
        <w:t>relajación</w:t>
      </w:r>
      <w:proofErr w:type="spellEnd"/>
      <w:r w:rsidRPr="00D00E11">
        <w:rPr>
          <w:rFonts w:ascii="Arial" w:hAnsi="Arial" w:cs="Arial"/>
          <w:sz w:val="24"/>
          <w:szCs w:val="24"/>
        </w:rPr>
        <w:t xml:space="preserve">, </w:t>
      </w:r>
      <w:proofErr w:type="spellStart"/>
      <w:r w:rsidRPr="00D00E11">
        <w:rPr>
          <w:rFonts w:ascii="Arial" w:hAnsi="Arial" w:cs="Arial"/>
          <w:spacing w:val="3"/>
          <w:sz w:val="24"/>
          <w:szCs w:val="24"/>
        </w:rPr>
        <w:t>descanso</w:t>
      </w:r>
      <w:proofErr w:type="spellEnd"/>
      <w:r w:rsidRPr="00D00E11">
        <w:rPr>
          <w:rFonts w:ascii="Arial" w:hAnsi="Arial" w:cs="Arial"/>
          <w:spacing w:val="3"/>
          <w:sz w:val="24"/>
          <w:szCs w:val="24"/>
        </w:rPr>
        <w:t xml:space="preserve"> </w:t>
      </w:r>
      <w:r w:rsidRPr="00D00E11">
        <w:rPr>
          <w:rFonts w:ascii="Arial" w:hAnsi="Arial" w:cs="Arial"/>
          <w:sz w:val="24"/>
          <w:szCs w:val="24"/>
        </w:rPr>
        <w:t xml:space="preserve">y </w:t>
      </w:r>
      <w:proofErr w:type="spellStart"/>
      <w:r w:rsidRPr="00D00E11">
        <w:rPr>
          <w:rFonts w:ascii="Arial" w:hAnsi="Arial" w:cs="Arial"/>
          <w:sz w:val="24"/>
          <w:szCs w:val="24"/>
        </w:rPr>
        <w:t>pausas</w:t>
      </w:r>
      <w:proofErr w:type="spellEnd"/>
      <w:r w:rsidRPr="00D00E11">
        <w:rPr>
          <w:rFonts w:ascii="Arial" w:hAnsi="Arial" w:cs="Arial"/>
          <w:spacing w:val="45"/>
          <w:sz w:val="24"/>
          <w:szCs w:val="24"/>
        </w:rPr>
        <w:t xml:space="preserve"> </w:t>
      </w:r>
      <w:proofErr w:type="spellStart"/>
      <w:r w:rsidRPr="00D00E11">
        <w:rPr>
          <w:rFonts w:ascii="Arial" w:hAnsi="Arial" w:cs="Arial"/>
          <w:sz w:val="24"/>
          <w:szCs w:val="24"/>
        </w:rPr>
        <w:t>activas</w:t>
      </w:r>
      <w:proofErr w:type="spellEnd"/>
      <w:r w:rsidRPr="00D00E11">
        <w:rPr>
          <w:rFonts w:ascii="Arial" w:hAnsi="Arial" w:cs="Arial"/>
          <w:sz w:val="24"/>
          <w:szCs w:val="24"/>
        </w:rPr>
        <w:t>.</w:t>
      </w:r>
    </w:p>
    <w:p w14:paraId="4410793B" w14:textId="77777777" w:rsidR="00893C50" w:rsidRPr="00D00E11" w:rsidRDefault="00893C50" w:rsidP="00893C50">
      <w:pPr>
        <w:pStyle w:val="Prrafodelista"/>
        <w:widowControl w:val="0"/>
        <w:numPr>
          <w:ilvl w:val="0"/>
          <w:numId w:val="58"/>
        </w:numPr>
        <w:tabs>
          <w:tab w:val="left" w:pos="1068"/>
        </w:tabs>
        <w:autoSpaceDE w:val="0"/>
        <w:autoSpaceDN w:val="0"/>
        <w:spacing w:before="13" w:after="0" w:line="360" w:lineRule="auto"/>
        <w:ind w:right="49"/>
        <w:contextualSpacing w:val="0"/>
        <w:jc w:val="both"/>
        <w:rPr>
          <w:rFonts w:ascii="Arial" w:hAnsi="Arial" w:cs="Arial"/>
          <w:sz w:val="24"/>
          <w:szCs w:val="24"/>
        </w:rPr>
      </w:pPr>
      <w:r w:rsidRPr="00D00E11">
        <w:rPr>
          <w:rFonts w:ascii="Arial" w:hAnsi="Arial" w:cs="Arial"/>
          <w:spacing w:val="-5"/>
          <w:sz w:val="24"/>
          <w:szCs w:val="24"/>
        </w:rPr>
        <w:t xml:space="preserve">Dar </w:t>
      </w:r>
      <w:proofErr w:type="spellStart"/>
      <w:r w:rsidRPr="00D00E11">
        <w:rPr>
          <w:rFonts w:ascii="Arial" w:hAnsi="Arial" w:cs="Arial"/>
          <w:spacing w:val="5"/>
          <w:sz w:val="24"/>
          <w:szCs w:val="24"/>
        </w:rPr>
        <w:t>el</w:t>
      </w:r>
      <w:proofErr w:type="spellEnd"/>
      <w:r w:rsidRPr="00D00E11">
        <w:rPr>
          <w:rFonts w:ascii="Arial" w:hAnsi="Arial" w:cs="Arial"/>
          <w:spacing w:val="5"/>
          <w:sz w:val="24"/>
          <w:szCs w:val="24"/>
        </w:rPr>
        <w:t xml:space="preserve"> </w:t>
      </w:r>
      <w:proofErr w:type="spellStart"/>
      <w:r w:rsidRPr="00D00E11">
        <w:rPr>
          <w:rFonts w:ascii="Arial" w:hAnsi="Arial" w:cs="Arial"/>
          <w:sz w:val="24"/>
          <w:szCs w:val="24"/>
        </w:rPr>
        <w:t>tiempo</w:t>
      </w:r>
      <w:proofErr w:type="spellEnd"/>
      <w:r w:rsidRPr="00D00E11">
        <w:rPr>
          <w:rFonts w:ascii="Arial" w:hAnsi="Arial" w:cs="Arial"/>
          <w:sz w:val="24"/>
          <w:szCs w:val="24"/>
        </w:rPr>
        <w:t xml:space="preserve"> </w:t>
      </w:r>
      <w:proofErr w:type="spellStart"/>
      <w:r w:rsidRPr="00D00E11">
        <w:rPr>
          <w:rFonts w:ascii="Arial" w:hAnsi="Arial" w:cs="Arial"/>
          <w:sz w:val="24"/>
          <w:szCs w:val="24"/>
        </w:rPr>
        <w:t>necesario</w:t>
      </w:r>
      <w:proofErr w:type="spellEnd"/>
      <w:r w:rsidRPr="00D00E11">
        <w:rPr>
          <w:rFonts w:ascii="Arial" w:hAnsi="Arial" w:cs="Arial"/>
          <w:sz w:val="24"/>
          <w:szCs w:val="24"/>
        </w:rPr>
        <w:t xml:space="preserve"> para </w:t>
      </w:r>
      <w:proofErr w:type="spellStart"/>
      <w:r w:rsidRPr="00D00E11">
        <w:rPr>
          <w:rFonts w:ascii="Arial" w:hAnsi="Arial" w:cs="Arial"/>
          <w:sz w:val="24"/>
          <w:szCs w:val="24"/>
        </w:rPr>
        <w:t>cambiar</w:t>
      </w:r>
      <w:proofErr w:type="spellEnd"/>
      <w:r w:rsidRPr="00D00E11">
        <w:rPr>
          <w:rFonts w:ascii="Arial" w:hAnsi="Arial" w:cs="Arial"/>
          <w:sz w:val="24"/>
          <w:szCs w:val="24"/>
        </w:rPr>
        <w:t xml:space="preserve"> </w:t>
      </w:r>
      <w:proofErr w:type="spellStart"/>
      <w:r w:rsidRPr="00D00E11">
        <w:rPr>
          <w:rFonts w:ascii="Arial" w:hAnsi="Arial" w:cs="Arial"/>
          <w:spacing w:val="5"/>
          <w:sz w:val="24"/>
          <w:szCs w:val="24"/>
        </w:rPr>
        <w:t>el</w:t>
      </w:r>
      <w:proofErr w:type="spellEnd"/>
      <w:r w:rsidRPr="00D00E11">
        <w:rPr>
          <w:rFonts w:ascii="Arial" w:hAnsi="Arial" w:cs="Arial"/>
          <w:spacing w:val="5"/>
          <w:sz w:val="24"/>
          <w:szCs w:val="24"/>
        </w:rPr>
        <w:t xml:space="preserve"> </w:t>
      </w:r>
      <w:proofErr w:type="spellStart"/>
      <w:r w:rsidRPr="00D00E11">
        <w:rPr>
          <w:rFonts w:ascii="Arial" w:hAnsi="Arial" w:cs="Arial"/>
          <w:sz w:val="24"/>
          <w:szCs w:val="24"/>
        </w:rPr>
        <w:t>foco</w:t>
      </w:r>
      <w:proofErr w:type="spellEnd"/>
      <w:r w:rsidRPr="00D00E11">
        <w:rPr>
          <w:rFonts w:ascii="Arial" w:hAnsi="Arial" w:cs="Arial"/>
          <w:sz w:val="24"/>
          <w:szCs w:val="24"/>
        </w:rPr>
        <w:t xml:space="preserve"> </w:t>
      </w:r>
      <w:r w:rsidRPr="00D00E11">
        <w:rPr>
          <w:rFonts w:ascii="Arial" w:hAnsi="Arial" w:cs="Arial"/>
          <w:spacing w:val="5"/>
          <w:sz w:val="24"/>
          <w:szCs w:val="24"/>
        </w:rPr>
        <w:t xml:space="preserve">de </w:t>
      </w:r>
      <w:proofErr w:type="spellStart"/>
      <w:r w:rsidRPr="00D00E11">
        <w:rPr>
          <w:rFonts w:ascii="Arial" w:hAnsi="Arial" w:cs="Arial"/>
          <w:sz w:val="24"/>
          <w:szCs w:val="24"/>
        </w:rPr>
        <w:t>atención</w:t>
      </w:r>
      <w:proofErr w:type="spellEnd"/>
      <w:r w:rsidRPr="00D00E11">
        <w:rPr>
          <w:rFonts w:ascii="Arial" w:hAnsi="Arial" w:cs="Arial"/>
          <w:sz w:val="24"/>
          <w:szCs w:val="24"/>
        </w:rPr>
        <w:t xml:space="preserve">, </w:t>
      </w:r>
      <w:proofErr w:type="spellStart"/>
      <w:r w:rsidRPr="00D00E11">
        <w:rPr>
          <w:rFonts w:ascii="Arial" w:hAnsi="Arial" w:cs="Arial"/>
          <w:sz w:val="24"/>
          <w:szCs w:val="24"/>
        </w:rPr>
        <w:t>aunque</w:t>
      </w:r>
      <w:proofErr w:type="spellEnd"/>
      <w:r w:rsidRPr="00D00E11">
        <w:rPr>
          <w:rFonts w:ascii="Arial" w:hAnsi="Arial" w:cs="Arial"/>
          <w:sz w:val="24"/>
          <w:szCs w:val="24"/>
        </w:rPr>
        <w:t xml:space="preserve"> </w:t>
      </w:r>
      <w:r w:rsidRPr="00D00E11">
        <w:rPr>
          <w:rFonts w:ascii="Arial" w:hAnsi="Arial" w:cs="Arial"/>
          <w:spacing w:val="3"/>
          <w:sz w:val="24"/>
          <w:szCs w:val="24"/>
        </w:rPr>
        <w:t xml:space="preserve">se </w:t>
      </w:r>
      <w:proofErr w:type="spellStart"/>
      <w:r w:rsidRPr="00D00E11">
        <w:rPr>
          <w:rFonts w:ascii="Arial" w:hAnsi="Arial" w:cs="Arial"/>
          <w:sz w:val="24"/>
          <w:szCs w:val="24"/>
        </w:rPr>
        <w:t>haya</w:t>
      </w:r>
      <w:proofErr w:type="spellEnd"/>
      <w:r w:rsidRPr="00D00E11">
        <w:rPr>
          <w:rFonts w:ascii="Arial" w:hAnsi="Arial" w:cs="Arial"/>
          <w:sz w:val="24"/>
          <w:szCs w:val="24"/>
        </w:rPr>
        <w:t xml:space="preserve"> </w:t>
      </w:r>
      <w:proofErr w:type="spellStart"/>
      <w:r w:rsidRPr="00D00E11">
        <w:rPr>
          <w:rFonts w:ascii="Arial" w:hAnsi="Arial" w:cs="Arial"/>
          <w:sz w:val="24"/>
          <w:szCs w:val="24"/>
        </w:rPr>
        <w:t>anticipado</w:t>
      </w:r>
      <w:proofErr w:type="spellEnd"/>
      <w:r w:rsidRPr="00D00E11">
        <w:rPr>
          <w:rFonts w:ascii="Arial" w:hAnsi="Arial" w:cs="Arial"/>
          <w:sz w:val="24"/>
          <w:szCs w:val="24"/>
        </w:rPr>
        <w:t xml:space="preserve"> </w:t>
      </w:r>
      <w:proofErr w:type="spellStart"/>
      <w:r w:rsidRPr="00D00E11">
        <w:rPr>
          <w:rFonts w:ascii="Arial" w:hAnsi="Arial" w:cs="Arial"/>
          <w:spacing w:val="2"/>
          <w:sz w:val="24"/>
          <w:szCs w:val="24"/>
        </w:rPr>
        <w:t>dicho</w:t>
      </w:r>
      <w:proofErr w:type="spellEnd"/>
      <w:r w:rsidRPr="00D00E11">
        <w:rPr>
          <w:rFonts w:ascii="Arial" w:hAnsi="Arial" w:cs="Arial"/>
          <w:spacing w:val="2"/>
          <w:sz w:val="24"/>
          <w:szCs w:val="24"/>
        </w:rPr>
        <w:t xml:space="preserve"> </w:t>
      </w:r>
      <w:proofErr w:type="spellStart"/>
      <w:r w:rsidRPr="00D00E11">
        <w:rPr>
          <w:rFonts w:ascii="Arial" w:hAnsi="Arial" w:cs="Arial"/>
          <w:spacing w:val="2"/>
          <w:sz w:val="24"/>
          <w:szCs w:val="24"/>
        </w:rPr>
        <w:t>cambio</w:t>
      </w:r>
      <w:proofErr w:type="spellEnd"/>
      <w:r w:rsidRPr="00D00E11">
        <w:rPr>
          <w:rFonts w:ascii="Arial" w:hAnsi="Arial" w:cs="Arial"/>
          <w:spacing w:val="2"/>
          <w:sz w:val="24"/>
          <w:szCs w:val="24"/>
        </w:rPr>
        <w:t xml:space="preserve"> </w:t>
      </w:r>
      <w:proofErr w:type="spellStart"/>
      <w:r w:rsidRPr="00D00E11">
        <w:rPr>
          <w:rFonts w:ascii="Arial" w:hAnsi="Arial" w:cs="Arial"/>
          <w:sz w:val="24"/>
          <w:szCs w:val="24"/>
        </w:rPr>
        <w:t>previamente</w:t>
      </w:r>
      <w:proofErr w:type="spellEnd"/>
      <w:r w:rsidRPr="00D00E11">
        <w:rPr>
          <w:rFonts w:ascii="Arial" w:hAnsi="Arial" w:cs="Arial"/>
          <w:sz w:val="24"/>
          <w:szCs w:val="24"/>
        </w:rPr>
        <w:t>.</w:t>
      </w:r>
      <w:r w:rsidRPr="00D00E11">
        <w:rPr>
          <w:rFonts w:ascii="Arial" w:hAnsi="Arial" w:cs="Arial"/>
          <w:spacing w:val="-2"/>
          <w:sz w:val="24"/>
          <w:szCs w:val="24"/>
        </w:rPr>
        <w:t xml:space="preserve"> </w:t>
      </w:r>
      <w:r w:rsidRPr="00D00E11">
        <w:rPr>
          <w:rFonts w:ascii="Arial" w:hAnsi="Arial" w:cs="Arial"/>
          <w:sz w:val="24"/>
          <w:szCs w:val="24"/>
        </w:rPr>
        <w:t>Por</w:t>
      </w:r>
      <w:r w:rsidRPr="00D00E11">
        <w:rPr>
          <w:rFonts w:ascii="Arial" w:hAnsi="Arial" w:cs="Arial"/>
          <w:spacing w:val="-13"/>
          <w:sz w:val="24"/>
          <w:szCs w:val="24"/>
        </w:rPr>
        <w:t xml:space="preserve"> </w:t>
      </w:r>
      <w:proofErr w:type="spellStart"/>
      <w:r w:rsidRPr="00D00E11">
        <w:rPr>
          <w:rFonts w:ascii="Arial" w:hAnsi="Arial" w:cs="Arial"/>
          <w:spacing w:val="3"/>
          <w:sz w:val="24"/>
          <w:szCs w:val="24"/>
        </w:rPr>
        <w:t>ejemplo</w:t>
      </w:r>
      <w:proofErr w:type="spellEnd"/>
      <w:r w:rsidRPr="00D00E11">
        <w:rPr>
          <w:rFonts w:ascii="Arial" w:hAnsi="Arial" w:cs="Arial"/>
          <w:spacing w:val="3"/>
          <w:sz w:val="24"/>
          <w:szCs w:val="24"/>
        </w:rPr>
        <w:t>,</w:t>
      </w:r>
      <w:r w:rsidRPr="00D00E11">
        <w:rPr>
          <w:rFonts w:ascii="Arial" w:hAnsi="Arial" w:cs="Arial"/>
          <w:spacing w:val="-2"/>
          <w:sz w:val="24"/>
          <w:szCs w:val="24"/>
        </w:rPr>
        <w:t xml:space="preserve"> </w:t>
      </w:r>
      <w:proofErr w:type="spellStart"/>
      <w:r w:rsidRPr="00D00E11">
        <w:rPr>
          <w:rFonts w:ascii="Arial" w:hAnsi="Arial" w:cs="Arial"/>
          <w:sz w:val="24"/>
          <w:szCs w:val="24"/>
        </w:rPr>
        <w:t>pedirle</w:t>
      </w:r>
      <w:proofErr w:type="spellEnd"/>
      <w:r w:rsidRPr="00D00E11">
        <w:rPr>
          <w:rFonts w:ascii="Arial" w:hAnsi="Arial" w:cs="Arial"/>
          <w:spacing w:val="4"/>
          <w:sz w:val="24"/>
          <w:szCs w:val="24"/>
        </w:rPr>
        <w:t xml:space="preserve"> </w:t>
      </w:r>
      <w:r w:rsidRPr="00D00E11">
        <w:rPr>
          <w:rFonts w:ascii="Arial" w:hAnsi="Arial" w:cs="Arial"/>
          <w:sz w:val="24"/>
          <w:szCs w:val="24"/>
        </w:rPr>
        <w:t>que</w:t>
      </w:r>
      <w:r w:rsidRPr="00D00E11">
        <w:rPr>
          <w:rFonts w:ascii="Arial" w:hAnsi="Arial" w:cs="Arial"/>
          <w:spacing w:val="4"/>
          <w:sz w:val="24"/>
          <w:szCs w:val="24"/>
        </w:rPr>
        <w:t xml:space="preserve"> </w:t>
      </w:r>
      <w:proofErr w:type="spellStart"/>
      <w:r w:rsidRPr="00D00E11">
        <w:rPr>
          <w:rFonts w:ascii="Arial" w:hAnsi="Arial" w:cs="Arial"/>
          <w:sz w:val="24"/>
          <w:szCs w:val="24"/>
        </w:rPr>
        <w:t>ayude</w:t>
      </w:r>
      <w:proofErr w:type="spellEnd"/>
      <w:r w:rsidRPr="00D00E11">
        <w:rPr>
          <w:rFonts w:ascii="Arial" w:hAnsi="Arial" w:cs="Arial"/>
          <w:spacing w:val="4"/>
          <w:sz w:val="24"/>
          <w:szCs w:val="24"/>
        </w:rPr>
        <w:t xml:space="preserve"> </w:t>
      </w:r>
      <w:r w:rsidRPr="00D00E11">
        <w:rPr>
          <w:rFonts w:ascii="Arial" w:hAnsi="Arial" w:cs="Arial"/>
          <w:sz w:val="24"/>
          <w:szCs w:val="24"/>
        </w:rPr>
        <w:t>a</w:t>
      </w:r>
      <w:r w:rsidRPr="00D00E11">
        <w:rPr>
          <w:rFonts w:ascii="Arial" w:hAnsi="Arial" w:cs="Arial"/>
          <w:spacing w:val="-12"/>
          <w:sz w:val="24"/>
          <w:szCs w:val="24"/>
        </w:rPr>
        <w:t xml:space="preserve"> </w:t>
      </w:r>
      <w:proofErr w:type="spellStart"/>
      <w:r w:rsidRPr="00D00E11">
        <w:rPr>
          <w:rFonts w:ascii="Arial" w:hAnsi="Arial" w:cs="Arial"/>
          <w:sz w:val="24"/>
          <w:szCs w:val="24"/>
        </w:rPr>
        <w:t>distribuir</w:t>
      </w:r>
      <w:proofErr w:type="spellEnd"/>
      <w:r w:rsidRPr="00D00E11">
        <w:rPr>
          <w:rFonts w:ascii="Arial" w:hAnsi="Arial" w:cs="Arial"/>
          <w:spacing w:val="-13"/>
          <w:sz w:val="24"/>
          <w:szCs w:val="24"/>
        </w:rPr>
        <w:t xml:space="preserve"> </w:t>
      </w:r>
      <w:proofErr w:type="spellStart"/>
      <w:r w:rsidRPr="00D00E11">
        <w:rPr>
          <w:rFonts w:ascii="Arial" w:hAnsi="Arial" w:cs="Arial"/>
          <w:sz w:val="24"/>
          <w:szCs w:val="24"/>
        </w:rPr>
        <w:t>materiales</w:t>
      </w:r>
      <w:proofErr w:type="spellEnd"/>
      <w:r w:rsidRPr="00D00E11">
        <w:rPr>
          <w:rFonts w:ascii="Arial" w:hAnsi="Arial" w:cs="Arial"/>
          <w:spacing w:val="-6"/>
          <w:sz w:val="24"/>
          <w:szCs w:val="24"/>
        </w:rPr>
        <w:t xml:space="preserve"> </w:t>
      </w:r>
      <w:r w:rsidRPr="00D00E11">
        <w:rPr>
          <w:rFonts w:ascii="Arial" w:hAnsi="Arial" w:cs="Arial"/>
          <w:sz w:val="24"/>
          <w:szCs w:val="24"/>
        </w:rPr>
        <w:t>o</w:t>
      </w:r>
      <w:r w:rsidRPr="00D00E11">
        <w:rPr>
          <w:rFonts w:ascii="Arial" w:hAnsi="Arial" w:cs="Arial"/>
          <w:spacing w:val="-6"/>
          <w:sz w:val="24"/>
          <w:szCs w:val="24"/>
        </w:rPr>
        <w:t xml:space="preserve"> </w:t>
      </w:r>
      <w:r w:rsidRPr="00D00E11">
        <w:rPr>
          <w:rFonts w:ascii="Arial" w:hAnsi="Arial" w:cs="Arial"/>
          <w:sz w:val="24"/>
          <w:szCs w:val="24"/>
        </w:rPr>
        <w:t>con</w:t>
      </w:r>
      <w:r w:rsidRPr="00D00E11">
        <w:rPr>
          <w:rFonts w:ascii="Arial" w:hAnsi="Arial" w:cs="Arial"/>
          <w:spacing w:val="15"/>
          <w:sz w:val="24"/>
          <w:szCs w:val="24"/>
        </w:rPr>
        <w:t xml:space="preserve"> </w:t>
      </w:r>
      <w:proofErr w:type="spellStart"/>
      <w:r w:rsidRPr="00D00E11">
        <w:rPr>
          <w:rFonts w:ascii="Arial" w:hAnsi="Arial" w:cs="Arial"/>
          <w:sz w:val="24"/>
          <w:szCs w:val="24"/>
        </w:rPr>
        <w:t>algún</w:t>
      </w:r>
      <w:proofErr w:type="spellEnd"/>
      <w:r w:rsidRPr="00D00E11">
        <w:rPr>
          <w:rFonts w:ascii="Arial" w:hAnsi="Arial" w:cs="Arial"/>
          <w:spacing w:val="-6"/>
          <w:sz w:val="24"/>
          <w:szCs w:val="24"/>
        </w:rPr>
        <w:t xml:space="preserve"> </w:t>
      </w:r>
      <w:proofErr w:type="spellStart"/>
      <w:r w:rsidRPr="00D00E11">
        <w:rPr>
          <w:rFonts w:ascii="Arial" w:hAnsi="Arial" w:cs="Arial"/>
          <w:sz w:val="24"/>
          <w:szCs w:val="24"/>
        </w:rPr>
        <w:t>apoyo</w:t>
      </w:r>
      <w:proofErr w:type="spellEnd"/>
      <w:r w:rsidRPr="00D00E11">
        <w:rPr>
          <w:rFonts w:ascii="Arial" w:hAnsi="Arial" w:cs="Arial"/>
          <w:spacing w:val="-6"/>
          <w:sz w:val="24"/>
          <w:szCs w:val="24"/>
        </w:rPr>
        <w:t xml:space="preserve"> </w:t>
      </w:r>
      <w:proofErr w:type="spellStart"/>
      <w:r w:rsidRPr="00D00E11">
        <w:rPr>
          <w:rFonts w:ascii="Arial" w:hAnsi="Arial" w:cs="Arial"/>
          <w:sz w:val="24"/>
          <w:szCs w:val="24"/>
        </w:rPr>
        <w:t>pedagógico</w:t>
      </w:r>
      <w:proofErr w:type="spellEnd"/>
      <w:r w:rsidRPr="00D00E11">
        <w:rPr>
          <w:rFonts w:ascii="Arial" w:hAnsi="Arial" w:cs="Arial"/>
          <w:sz w:val="24"/>
          <w:szCs w:val="24"/>
        </w:rPr>
        <w:t>.</w:t>
      </w:r>
    </w:p>
    <w:p w14:paraId="4707A573" w14:textId="77777777" w:rsidR="00893C50" w:rsidRPr="007F4031" w:rsidRDefault="00893C50" w:rsidP="00893C50">
      <w:pPr>
        <w:pStyle w:val="Prrafodelista"/>
        <w:widowControl w:val="0"/>
        <w:numPr>
          <w:ilvl w:val="0"/>
          <w:numId w:val="58"/>
        </w:numPr>
        <w:tabs>
          <w:tab w:val="left" w:pos="1098"/>
        </w:tabs>
        <w:autoSpaceDE w:val="0"/>
        <w:autoSpaceDN w:val="0"/>
        <w:spacing w:before="124" w:after="0" w:line="360" w:lineRule="auto"/>
        <w:ind w:right="49"/>
        <w:contextualSpacing w:val="0"/>
        <w:jc w:val="both"/>
        <w:rPr>
          <w:rFonts w:ascii="Arial" w:hAnsi="Arial" w:cs="Arial"/>
          <w:sz w:val="24"/>
          <w:szCs w:val="24"/>
        </w:rPr>
      </w:pPr>
      <w:proofErr w:type="spellStart"/>
      <w:r w:rsidRPr="00D00E11">
        <w:rPr>
          <w:rFonts w:ascii="Arial" w:hAnsi="Arial" w:cs="Arial"/>
          <w:spacing w:val="3"/>
          <w:sz w:val="24"/>
          <w:szCs w:val="24"/>
        </w:rPr>
        <w:t>Favorecer</w:t>
      </w:r>
      <w:proofErr w:type="spellEnd"/>
      <w:r w:rsidRPr="00D00E11">
        <w:rPr>
          <w:rFonts w:ascii="Arial" w:hAnsi="Arial" w:cs="Arial"/>
          <w:spacing w:val="3"/>
          <w:sz w:val="24"/>
          <w:szCs w:val="24"/>
        </w:rPr>
        <w:t xml:space="preserve"> </w:t>
      </w:r>
      <w:r w:rsidRPr="00D00E11">
        <w:rPr>
          <w:rFonts w:ascii="Arial" w:hAnsi="Arial" w:cs="Arial"/>
          <w:sz w:val="24"/>
          <w:szCs w:val="24"/>
        </w:rPr>
        <w:t xml:space="preserve">la </w:t>
      </w:r>
      <w:proofErr w:type="spellStart"/>
      <w:r w:rsidRPr="00D00E11">
        <w:rPr>
          <w:rFonts w:ascii="Arial" w:hAnsi="Arial" w:cs="Arial"/>
          <w:sz w:val="24"/>
          <w:szCs w:val="24"/>
        </w:rPr>
        <w:t>práctica</w:t>
      </w:r>
      <w:proofErr w:type="spellEnd"/>
      <w:r w:rsidRPr="00D00E11">
        <w:rPr>
          <w:rFonts w:ascii="Arial" w:hAnsi="Arial" w:cs="Arial"/>
          <w:sz w:val="24"/>
          <w:szCs w:val="24"/>
        </w:rPr>
        <w:t xml:space="preserve"> </w:t>
      </w:r>
      <w:r w:rsidRPr="00D00E11">
        <w:rPr>
          <w:rFonts w:ascii="Arial" w:hAnsi="Arial" w:cs="Arial"/>
          <w:spacing w:val="5"/>
          <w:sz w:val="24"/>
          <w:szCs w:val="24"/>
        </w:rPr>
        <w:t xml:space="preserve">de </w:t>
      </w:r>
      <w:proofErr w:type="spellStart"/>
      <w:r w:rsidRPr="00D00E11">
        <w:rPr>
          <w:rFonts w:ascii="Arial" w:hAnsi="Arial" w:cs="Arial"/>
          <w:spacing w:val="3"/>
          <w:sz w:val="24"/>
          <w:szCs w:val="24"/>
        </w:rPr>
        <w:t>ejercicio</w:t>
      </w:r>
      <w:proofErr w:type="spellEnd"/>
      <w:r w:rsidRPr="00D00E11">
        <w:rPr>
          <w:rFonts w:ascii="Arial" w:hAnsi="Arial" w:cs="Arial"/>
          <w:spacing w:val="3"/>
          <w:sz w:val="24"/>
          <w:szCs w:val="24"/>
        </w:rPr>
        <w:t xml:space="preserve"> </w:t>
      </w:r>
      <w:proofErr w:type="spellStart"/>
      <w:r w:rsidRPr="00D00E11">
        <w:rPr>
          <w:rFonts w:ascii="Arial" w:hAnsi="Arial" w:cs="Arial"/>
          <w:sz w:val="24"/>
          <w:szCs w:val="24"/>
        </w:rPr>
        <w:t>físico</w:t>
      </w:r>
      <w:proofErr w:type="spellEnd"/>
      <w:r w:rsidRPr="00D00E11">
        <w:rPr>
          <w:rFonts w:ascii="Arial" w:hAnsi="Arial" w:cs="Arial"/>
          <w:sz w:val="24"/>
          <w:szCs w:val="24"/>
        </w:rPr>
        <w:t xml:space="preserve">, </w:t>
      </w:r>
      <w:proofErr w:type="spellStart"/>
      <w:r w:rsidRPr="00D00E11">
        <w:rPr>
          <w:rFonts w:ascii="Arial" w:hAnsi="Arial" w:cs="Arial"/>
          <w:spacing w:val="2"/>
          <w:sz w:val="24"/>
          <w:szCs w:val="24"/>
        </w:rPr>
        <w:t>disminuyendo</w:t>
      </w:r>
      <w:proofErr w:type="spellEnd"/>
      <w:r w:rsidRPr="00D00E11">
        <w:rPr>
          <w:rFonts w:ascii="Arial" w:hAnsi="Arial" w:cs="Arial"/>
          <w:spacing w:val="2"/>
          <w:sz w:val="24"/>
          <w:szCs w:val="24"/>
        </w:rPr>
        <w:t xml:space="preserve"> </w:t>
      </w:r>
      <w:proofErr w:type="spellStart"/>
      <w:r w:rsidRPr="00D00E11">
        <w:rPr>
          <w:rFonts w:ascii="Arial" w:hAnsi="Arial" w:cs="Arial"/>
          <w:spacing w:val="5"/>
          <w:sz w:val="24"/>
          <w:szCs w:val="24"/>
        </w:rPr>
        <w:t>en</w:t>
      </w:r>
      <w:proofErr w:type="spellEnd"/>
      <w:r w:rsidRPr="00D00E11">
        <w:rPr>
          <w:rFonts w:ascii="Arial" w:hAnsi="Arial" w:cs="Arial"/>
          <w:spacing w:val="5"/>
          <w:sz w:val="24"/>
          <w:szCs w:val="24"/>
        </w:rPr>
        <w:t xml:space="preserve"> </w:t>
      </w:r>
      <w:r w:rsidRPr="00D00E11">
        <w:rPr>
          <w:rFonts w:ascii="Arial" w:hAnsi="Arial" w:cs="Arial"/>
          <w:sz w:val="24"/>
          <w:szCs w:val="24"/>
        </w:rPr>
        <w:t xml:space="preserve">la </w:t>
      </w:r>
      <w:proofErr w:type="spellStart"/>
      <w:r w:rsidRPr="00D00E11">
        <w:rPr>
          <w:rFonts w:ascii="Arial" w:hAnsi="Arial" w:cs="Arial"/>
          <w:spacing w:val="6"/>
          <w:sz w:val="24"/>
          <w:szCs w:val="24"/>
        </w:rPr>
        <w:t>medida</w:t>
      </w:r>
      <w:proofErr w:type="spellEnd"/>
      <w:r w:rsidRPr="00D00E11">
        <w:rPr>
          <w:rFonts w:ascii="Arial" w:hAnsi="Arial" w:cs="Arial"/>
          <w:spacing w:val="6"/>
          <w:sz w:val="24"/>
          <w:szCs w:val="24"/>
        </w:rPr>
        <w:t xml:space="preserve"> </w:t>
      </w:r>
      <w:r w:rsidRPr="00D00E11">
        <w:rPr>
          <w:rFonts w:ascii="Arial" w:hAnsi="Arial" w:cs="Arial"/>
          <w:spacing w:val="5"/>
          <w:sz w:val="24"/>
          <w:szCs w:val="24"/>
        </w:rPr>
        <w:t xml:space="preserve">de </w:t>
      </w:r>
      <w:r w:rsidRPr="00D00E11">
        <w:rPr>
          <w:rFonts w:ascii="Arial" w:hAnsi="Arial" w:cs="Arial"/>
          <w:sz w:val="24"/>
          <w:szCs w:val="24"/>
        </w:rPr>
        <w:t xml:space="preserve">lo </w:t>
      </w:r>
      <w:proofErr w:type="spellStart"/>
      <w:r w:rsidRPr="00D00E11">
        <w:rPr>
          <w:rFonts w:ascii="Arial" w:hAnsi="Arial" w:cs="Arial"/>
          <w:spacing w:val="5"/>
          <w:sz w:val="24"/>
          <w:szCs w:val="24"/>
        </w:rPr>
        <w:t>posible</w:t>
      </w:r>
      <w:proofErr w:type="spellEnd"/>
      <w:r w:rsidRPr="00D00E11">
        <w:rPr>
          <w:rFonts w:ascii="Arial" w:hAnsi="Arial" w:cs="Arial"/>
          <w:spacing w:val="5"/>
          <w:sz w:val="24"/>
          <w:szCs w:val="24"/>
        </w:rPr>
        <w:t xml:space="preserve"> </w:t>
      </w:r>
      <w:r w:rsidRPr="00D00E11">
        <w:rPr>
          <w:rFonts w:ascii="Arial" w:hAnsi="Arial" w:cs="Arial"/>
          <w:sz w:val="24"/>
          <w:szCs w:val="24"/>
        </w:rPr>
        <w:t xml:space="preserve">la </w:t>
      </w:r>
      <w:proofErr w:type="spellStart"/>
      <w:r w:rsidRPr="00D00E11">
        <w:rPr>
          <w:rFonts w:ascii="Arial" w:hAnsi="Arial" w:cs="Arial"/>
          <w:sz w:val="24"/>
          <w:szCs w:val="24"/>
        </w:rPr>
        <w:t>cantidad</w:t>
      </w:r>
      <w:proofErr w:type="spellEnd"/>
      <w:r w:rsidRPr="00D00E11">
        <w:rPr>
          <w:rFonts w:ascii="Arial" w:hAnsi="Arial" w:cs="Arial"/>
          <w:sz w:val="24"/>
          <w:szCs w:val="24"/>
        </w:rPr>
        <w:t xml:space="preserve"> </w:t>
      </w:r>
      <w:r w:rsidRPr="00D00E11">
        <w:rPr>
          <w:rFonts w:ascii="Arial" w:hAnsi="Arial" w:cs="Arial"/>
          <w:spacing w:val="5"/>
          <w:sz w:val="24"/>
          <w:szCs w:val="24"/>
        </w:rPr>
        <w:t xml:space="preserve">de </w:t>
      </w:r>
      <w:proofErr w:type="spellStart"/>
      <w:r w:rsidRPr="00D00E11">
        <w:rPr>
          <w:rFonts w:ascii="Arial" w:hAnsi="Arial" w:cs="Arial"/>
          <w:spacing w:val="3"/>
          <w:sz w:val="24"/>
          <w:szCs w:val="24"/>
        </w:rPr>
        <w:t>ejercicios</w:t>
      </w:r>
      <w:proofErr w:type="spellEnd"/>
      <w:r w:rsidRPr="00D00E11">
        <w:rPr>
          <w:rFonts w:ascii="Arial" w:hAnsi="Arial" w:cs="Arial"/>
          <w:spacing w:val="3"/>
          <w:sz w:val="24"/>
          <w:szCs w:val="24"/>
        </w:rPr>
        <w:t xml:space="preserve"> </w:t>
      </w:r>
      <w:r w:rsidRPr="00D00E11">
        <w:rPr>
          <w:rFonts w:ascii="Arial" w:hAnsi="Arial" w:cs="Arial"/>
          <w:sz w:val="24"/>
          <w:szCs w:val="24"/>
        </w:rPr>
        <w:t xml:space="preserve">para que </w:t>
      </w:r>
      <w:proofErr w:type="spellStart"/>
      <w:r w:rsidRPr="00D00E11">
        <w:rPr>
          <w:rFonts w:ascii="Arial" w:hAnsi="Arial" w:cs="Arial"/>
          <w:spacing w:val="5"/>
          <w:sz w:val="24"/>
          <w:szCs w:val="24"/>
        </w:rPr>
        <w:t>sea</w:t>
      </w:r>
      <w:proofErr w:type="spellEnd"/>
      <w:r w:rsidRPr="00D00E11">
        <w:rPr>
          <w:rFonts w:ascii="Arial" w:hAnsi="Arial" w:cs="Arial"/>
          <w:spacing w:val="5"/>
          <w:sz w:val="24"/>
          <w:szCs w:val="24"/>
        </w:rPr>
        <w:t xml:space="preserve"> </w:t>
      </w:r>
      <w:proofErr w:type="spellStart"/>
      <w:r w:rsidRPr="00D00E11">
        <w:rPr>
          <w:rFonts w:ascii="Arial" w:hAnsi="Arial" w:cs="Arial"/>
          <w:spacing w:val="3"/>
          <w:sz w:val="24"/>
          <w:szCs w:val="24"/>
        </w:rPr>
        <w:t>menor</w:t>
      </w:r>
      <w:proofErr w:type="spellEnd"/>
      <w:r w:rsidRPr="00D00E11">
        <w:rPr>
          <w:rFonts w:ascii="Arial" w:hAnsi="Arial" w:cs="Arial"/>
          <w:spacing w:val="3"/>
          <w:sz w:val="24"/>
          <w:szCs w:val="24"/>
        </w:rPr>
        <w:t xml:space="preserve"> </w:t>
      </w:r>
      <w:proofErr w:type="spellStart"/>
      <w:r w:rsidRPr="00D00E11">
        <w:rPr>
          <w:rFonts w:ascii="Arial" w:hAnsi="Arial" w:cs="Arial"/>
          <w:spacing w:val="5"/>
          <w:sz w:val="24"/>
          <w:szCs w:val="24"/>
        </w:rPr>
        <w:t>en</w:t>
      </w:r>
      <w:proofErr w:type="spellEnd"/>
      <w:r w:rsidRPr="00D00E11">
        <w:rPr>
          <w:rFonts w:ascii="Arial" w:hAnsi="Arial" w:cs="Arial"/>
          <w:spacing w:val="5"/>
          <w:sz w:val="24"/>
          <w:szCs w:val="24"/>
        </w:rPr>
        <w:t xml:space="preserve"> </w:t>
      </w:r>
      <w:proofErr w:type="spellStart"/>
      <w:r w:rsidRPr="00D00E11">
        <w:rPr>
          <w:rFonts w:ascii="Arial" w:hAnsi="Arial" w:cs="Arial"/>
          <w:spacing w:val="2"/>
          <w:sz w:val="24"/>
          <w:szCs w:val="24"/>
        </w:rPr>
        <w:t>comparación</w:t>
      </w:r>
      <w:proofErr w:type="spellEnd"/>
      <w:r w:rsidRPr="00D00E11">
        <w:rPr>
          <w:rFonts w:ascii="Arial" w:hAnsi="Arial" w:cs="Arial"/>
          <w:spacing w:val="2"/>
          <w:sz w:val="24"/>
          <w:szCs w:val="24"/>
        </w:rPr>
        <w:t xml:space="preserve"> </w:t>
      </w:r>
      <w:r w:rsidRPr="00D00E11">
        <w:rPr>
          <w:rFonts w:ascii="Arial" w:hAnsi="Arial" w:cs="Arial"/>
          <w:spacing w:val="-3"/>
          <w:sz w:val="24"/>
          <w:szCs w:val="24"/>
        </w:rPr>
        <w:t xml:space="preserve">al </w:t>
      </w:r>
      <w:r w:rsidRPr="00D00E11">
        <w:rPr>
          <w:rFonts w:ascii="Arial" w:hAnsi="Arial" w:cs="Arial"/>
          <w:sz w:val="24"/>
          <w:szCs w:val="24"/>
        </w:rPr>
        <w:t xml:space="preserve">resto </w:t>
      </w:r>
      <w:r w:rsidRPr="00D00E11">
        <w:rPr>
          <w:rFonts w:ascii="Arial" w:hAnsi="Arial" w:cs="Arial"/>
          <w:spacing w:val="6"/>
          <w:sz w:val="24"/>
          <w:szCs w:val="24"/>
        </w:rPr>
        <w:t xml:space="preserve">del </w:t>
      </w:r>
      <w:proofErr w:type="spellStart"/>
      <w:r w:rsidRPr="00D00E11">
        <w:rPr>
          <w:rFonts w:ascii="Arial" w:hAnsi="Arial" w:cs="Arial"/>
          <w:sz w:val="24"/>
          <w:szCs w:val="24"/>
        </w:rPr>
        <w:t>curso</w:t>
      </w:r>
      <w:proofErr w:type="spellEnd"/>
      <w:r w:rsidRPr="00D00E11">
        <w:rPr>
          <w:rFonts w:ascii="Arial" w:hAnsi="Arial" w:cs="Arial"/>
          <w:sz w:val="24"/>
          <w:szCs w:val="24"/>
        </w:rPr>
        <w:t xml:space="preserve"> y </w:t>
      </w:r>
      <w:proofErr w:type="spellStart"/>
      <w:r w:rsidRPr="00D00E11">
        <w:rPr>
          <w:rFonts w:ascii="Arial" w:hAnsi="Arial" w:cs="Arial"/>
          <w:spacing w:val="5"/>
          <w:sz w:val="24"/>
          <w:szCs w:val="24"/>
        </w:rPr>
        <w:t>pueda</w:t>
      </w:r>
      <w:proofErr w:type="spellEnd"/>
      <w:r w:rsidRPr="00D00E11">
        <w:rPr>
          <w:rFonts w:ascii="Arial" w:hAnsi="Arial" w:cs="Arial"/>
          <w:spacing w:val="5"/>
          <w:sz w:val="24"/>
          <w:szCs w:val="24"/>
        </w:rPr>
        <w:t xml:space="preserve"> ser </w:t>
      </w:r>
      <w:r w:rsidRPr="00D00E11">
        <w:rPr>
          <w:rFonts w:ascii="Arial" w:hAnsi="Arial" w:cs="Arial"/>
          <w:sz w:val="24"/>
          <w:szCs w:val="24"/>
        </w:rPr>
        <w:t xml:space="preserve">tolerable para </w:t>
      </w:r>
      <w:proofErr w:type="spellStart"/>
      <w:r w:rsidRPr="00D00E11">
        <w:rPr>
          <w:rFonts w:ascii="Arial" w:hAnsi="Arial" w:cs="Arial"/>
          <w:spacing w:val="5"/>
          <w:sz w:val="24"/>
          <w:szCs w:val="24"/>
        </w:rPr>
        <w:t>el</w:t>
      </w:r>
      <w:proofErr w:type="spellEnd"/>
      <w:r w:rsidRPr="00D00E11">
        <w:rPr>
          <w:rFonts w:ascii="Arial" w:hAnsi="Arial" w:cs="Arial"/>
          <w:spacing w:val="5"/>
          <w:sz w:val="24"/>
          <w:szCs w:val="24"/>
        </w:rPr>
        <w:t xml:space="preserve"> </w:t>
      </w:r>
      <w:proofErr w:type="spellStart"/>
      <w:r w:rsidRPr="00D00E11">
        <w:rPr>
          <w:rFonts w:ascii="Arial" w:hAnsi="Arial" w:cs="Arial"/>
          <w:sz w:val="24"/>
          <w:szCs w:val="24"/>
        </w:rPr>
        <w:t>estudiante</w:t>
      </w:r>
      <w:proofErr w:type="spellEnd"/>
      <w:r w:rsidRPr="00D00E11">
        <w:rPr>
          <w:rFonts w:ascii="Arial" w:hAnsi="Arial" w:cs="Arial"/>
          <w:sz w:val="24"/>
          <w:szCs w:val="24"/>
        </w:rPr>
        <w:t>.</w:t>
      </w:r>
    </w:p>
    <w:p w14:paraId="0B62FE87" w14:textId="77777777" w:rsidR="00893C50" w:rsidRPr="00901BC0" w:rsidRDefault="00893C50" w:rsidP="00893C50">
      <w:pPr>
        <w:pStyle w:val="Textoindependiente"/>
        <w:spacing w:before="10" w:line="360" w:lineRule="auto"/>
        <w:ind w:right="49"/>
        <w:jc w:val="both"/>
        <w:rPr>
          <w:rFonts w:ascii="Arial" w:hAnsi="Arial" w:cs="Arial"/>
        </w:rPr>
      </w:pPr>
    </w:p>
    <w:p w14:paraId="6FCB3B09" w14:textId="77777777" w:rsidR="00893C50" w:rsidRPr="00901BC0" w:rsidRDefault="00893C50" w:rsidP="00893C50">
      <w:pPr>
        <w:pStyle w:val="Prrafodelista"/>
        <w:widowControl w:val="0"/>
        <w:numPr>
          <w:ilvl w:val="0"/>
          <w:numId w:val="45"/>
        </w:numPr>
        <w:tabs>
          <w:tab w:val="left" w:pos="1233"/>
        </w:tabs>
        <w:autoSpaceDE w:val="0"/>
        <w:autoSpaceDN w:val="0"/>
        <w:spacing w:before="1" w:after="0" w:line="360" w:lineRule="auto"/>
        <w:ind w:right="49"/>
        <w:contextualSpacing w:val="0"/>
        <w:jc w:val="both"/>
        <w:rPr>
          <w:rFonts w:ascii="Arial" w:hAnsi="Arial" w:cs="Arial"/>
          <w:sz w:val="24"/>
          <w:szCs w:val="24"/>
        </w:rPr>
      </w:pPr>
      <w:proofErr w:type="spellStart"/>
      <w:r w:rsidRPr="00901BC0">
        <w:rPr>
          <w:rFonts w:ascii="Arial" w:hAnsi="Arial" w:cs="Arial"/>
          <w:b/>
          <w:sz w:val="24"/>
          <w:szCs w:val="24"/>
          <w:u w:val="single"/>
        </w:rPr>
        <w:t>Redirigir</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momentáneamente</w:t>
      </w:r>
      <w:proofErr w:type="spellEnd"/>
      <w:r w:rsidRPr="00901BC0">
        <w:rPr>
          <w:rFonts w:ascii="Arial" w:hAnsi="Arial" w:cs="Arial"/>
          <w:b/>
          <w:sz w:val="24"/>
          <w:szCs w:val="24"/>
          <w:u w:val="single"/>
        </w:rPr>
        <w:t xml:space="preserve"> </w:t>
      </w:r>
      <w:r w:rsidRPr="00901BC0">
        <w:rPr>
          <w:rFonts w:ascii="Arial" w:hAnsi="Arial" w:cs="Arial"/>
          <w:b/>
          <w:spacing w:val="-3"/>
          <w:sz w:val="24"/>
          <w:szCs w:val="24"/>
          <w:u w:val="single"/>
        </w:rPr>
        <w:t xml:space="preserve">al </w:t>
      </w:r>
      <w:proofErr w:type="spellStart"/>
      <w:r w:rsidRPr="00901BC0">
        <w:rPr>
          <w:rFonts w:ascii="Arial" w:hAnsi="Arial" w:cs="Arial"/>
          <w:b/>
          <w:spacing w:val="-3"/>
          <w:sz w:val="24"/>
          <w:szCs w:val="24"/>
          <w:u w:val="single"/>
        </w:rPr>
        <w:t>estudiante</w:t>
      </w:r>
      <w:proofErr w:type="spellEnd"/>
      <w:r w:rsidRPr="00901BC0">
        <w:rPr>
          <w:rFonts w:ascii="Arial" w:hAnsi="Arial" w:cs="Arial"/>
          <w:b/>
          <w:spacing w:val="-3"/>
          <w:sz w:val="24"/>
          <w:szCs w:val="24"/>
          <w:u w:val="single"/>
        </w:rPr>
        <w:t xml:space="preserve"> </w:t>
      </w:r>
      <w:proofErr w:type="spellStart"/>
      <w:r w:rsidRPr="00901BC0">
        <w:rPr>
          <w:rFonts w:ascii="Arial" w:hAnsi="Arial" w:cs="Arial"/>
          <w:b/>
          <w:sz w:val="24"/>
          <w:szCs w:val="24"/>
          <w:u w:val="single"/>
        </w:rPr>
        <w:t>hacia</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otro</w:t>
      </w:r>
      <w:proofErr w:type="spellEnd"/>
      <w:r w:rsidRPr="00901BC0">
        <w:rPr>
          <w:rFonts w:ascii="Arial" w:hAnsi="Arial" w:cs="Arial"/>
          <w:b/>
          <w:sz w:val="24"/>
          <w:szCs w:val="24"/>
          <w:u w:val="single"/>
        </w:rPr>
        <w:t xml:space="preserve"> </w:t>
      </w:r>
      <w:proofErr w:type="spellStart"/>
      <w:r w:rsidRPr="00901BC0">
        <w:rPr>
          <w:rFonts w:ascii="Arial" w:hAnsi="Arial" w:cs="Arial"/>
          <w:b/>
          <w:spacing w:val="-3"/>
          <w:sz w:val="24"/>
          <w:szCs w:val="24"/>
          <w:u w:val="single"/>
        </w:rPr>
        <w:t>foco</w:t>
      </w:r>
      <w:proofErr w:type="spellEnd"/>
      <w:r w:rsidRPr="00901BC0">
        <w:rPr>
          <w:rFonts w:ascii="Arial" w:hAnsi="Arial" w:cs="Arial"/>
          <w:b/>
          <w:spacing w:val="-3"/>
          <w:sz w:val="24"/>
          <w:szCs w:val="24"/>
          <w:u w:val="single"/>
        </w:rPr>
        <w:t xml:space="preserve"> </w:t>
      </w:r>
      <w:r w:rsidRPr="00901BC0">
        <w:rPr>
          <w:rFonts w:ascii="Arial" w:hAnsi="Arial" w:cs="Arial"/>
          <w:b/>
          <w:sz w:val="24"/>
          <w:szCs w:val="24"/>
          <w:u w:val="single"/>
        </w:rPr>
        <w:t xml:space="preserve">de </w:t>
      </w:r>
      <w:proofErr w:type="spellStart"/>
      <w:r w:rsidRPr="00901BC0">
        <w:rPr>
          <w:rFonts w:ascii="Arial" w:hAnsi="Arial" w:cs="Arial"/>
          <w:b/>
          <w:sz w:val="24"/>
          <w:szCs w:val="24"/>
          <w:u w:val="single"/>
        </w:rPr>
        <w:t>atención</w:t>
      </w:r>
      <w:proofErr w:type="spellEnd"/>
      <w:r w:rsidRPr="00901BC0">
        <w:rPr>
          <w:rFonts w:ascii="Arial" w:hAnsi="Arial" w:cs="Arial"/>
          <w:b/>
          <w:sz w:val="24"/>
          <w:szCs w:val="24"/>
        </w:rPr>
        <w:t xml:space="preserve"> </w:t>
      </w:r>
      <w:r w:rsidRPr="00901BC0">
        <w:rPr>
          <w:rFonts w:ascii="Arial" w:hAnsi="Arial" w:cs="Arial"/>
          <w:spacing w:val="5"/>
          <w:sz w:val="24"/>
          <w:szCs w:val="24"/>
        </w:rPr>
        <w:t xml:space="preserve">con </w:t>
      </w:r>
      <w:proofErr w:type="spellStart"/>
      <w:r w:rsidRPr="00901BC0">
        <w:rPr>
          <w:rFonts w:ascii="Arial" w:hAnsi="Arial" w:cs="Arial"/>
          <w:sz w:val="24"/>
          <w:szCs w:val="24"/>
        </w:rPr>
        <w:t>alguna</w:t>
      </w:r>
      <w:proofErr w:type="spellEnd"/>
      <w:r w:rsidRPr="00901BC0">
        <w:rPr>
          <w:rFonts w:ascii="Arial" w:hAnsi="Arial" w:cs="Arial"/>
          <w:sz w:val="24"/>
          <w:szCs w:val="24"/>
        </w:rPr>
        <w:t xml:space="preserve"> </w:t>
      </w:r>
      <w:proofErr w:type="spellStart"/>
      <w:r w:rsidRPr="00901BC0">
        <w:rPr>
          <w:rFonts w:ascii="Arial" w:hAnsi="Arial" w:cs="Arial"/>
          <w:sz w:val="24"/>
          <w:szCs w:val="24"/>
        </w:rPr>
        <w:t>actividad</w:t>
      </w:r>
      <w:proofErr w:type="spellEnd"/>
      <w:r w:rsidRPr="00901BC0">
        <w:rPr>
          <w:rFonts w:ascii="Arial" w:hAnsi="Arial" w:cs="Arial"/>
          <w:sz w:val="24"/>
          <w:szCs w:val="24"/>
        </w:rPr>
        <w:t xml:space="preserve"> que </w:t>
      </w:r>
      <w:proofErr w:type="spellStart"/>
      <w:r w:rsidRPr="00901BC0">
        <w:rPr>
          <w:rFonts w:ascii="Arial" w:hAnsi="Arial" w:cs="Arial"/>
          <w:sz w:val="24"/>
          <w:szCs w:val="24"/>
        </w:rPr>
        <w:t>esté</w:t>
      </w:r>
      <w:proofErr w:type="spellEnd"/>
      <w:r w:rsidRPr="00901BC0">
        <w:rPr>
          <w:rFonts w:ascii="Arial" w:hAnsi="Arial" w:cs="Arial"/>
          <w:sz w:val="24"/>
          <w:szCs w:val="24"/>
        </w:rPr>
        <w:t xml:space="preserve"> a mano</w:t>
      </w:r>
      <w:r>
        <w:rPr>
          <w:rStyle w:val="Refdenotaalpie"/>
          <w:rFonts w:ascii="Arial" w:hAnsi="Arial" w:cs="Arial"/>
          <w:sz w:val="24"/>
          <w:szCs w:val="24"/>
        </w:rPr>
        <w:footnoteReference w:id="13"/>
      </w:r>
      <w:r w:rsidRPr="00901BC0">
        <w:rPr>
          <w:rFonts w:ascii="Arial" w:hAnsi="Arial" w:cs="Arial"/>
          <w:sz w:val="24"/>
          <w:szCs w:val="24"/>
        </w:rPr>
        <w:t xml:space="preserve">, </w:t>
      </w:r>
      <w:proofErr w:type="spellStart"/>
      <w:r w:rsidRPr="00901BC0">
        <w:rPr>
          <w:rFonts w:ascii="Arial" w:hAnsi="Arial" w:cs="Arial"/>
          <w:spacing w:val="6"/>
          <w:sz w:val="24"/>
          <w:szCs w:val="24"/>
        </w:rPr>
        <w:t>por</w:t>
      </w:r>
      <w:proofErr w:type="spellEnd"/>
      <w:r w:rsidRPr="00901BC0">
        <w:rPr>
          <w:rFonts w:ascii="Arial" w:hAnsi="Arial" w:cs="Arial"/>
          <w:spacing w:val="6"/>
          <w:sz w:val="24"/>
          <w:szCs w:val="24"/>
        </w:rPr>
        <w:t xml:space="preserve"> </w:t>
      </w:r>
      <w:proofErr w:type="spellStart"/>
      <w:r w:rsidRPr="00901BC0">
        <w:rPr>
          <w:rFonts w:ascii="Arial" w:hAnsi="Arial" w:cs="Arial"/>
          <w:spacing w:val="3"/>
          <w:sz w:val="24"/>
          <w:szCs w:val="24"/>
        </w:rPr>
        <w:t>ejemplo</w:t>
      </w:r>
      <w:proofErr w:type="spellEnd"/>
      <w:r w:rsidRPr="00901BC0">
        <w:rPr>
          <w:rFonts w:ascii="Arial" w:hAnsi="Arial" w:cs="Arial"/>
          <w:spacing w:val="3"/>
          <w:sz w:val="24"/>
          <w:szCs w:val="24"/>
        </w:rPr>
        <w:t xml:space="preserve">, </w:t>
      </w:r>
      <w:proofErr w:type="spellStart"/>
      <w:r w:rsidRPr="00901BC0">
        <w:rPr>
          <w:rFonts w:ascii="Arial" w:hAnsi="Arial" w:cs="Arial"/>
          <w:spacing w:val="3"/>
          <w:sz w:val="24"/>
          <w:szCs w:val="24"/>
        </w:rPr>
        <w:t>pedirle</w:t>
      </w:r>
      <w:proofErr w:type="spellEnd"/>
      <w:r w:rsidRPr="00901BC0">
        <w:rPr>
          <w:rFonts w:ascii="Arial" w:hAnsi="Arial" w:cs="Arial"/>
          <w:spacing w:val="3"/>
          <w:sz w:val="24"/>
          <w:szCs w:val="24"/>
        </w:rPr>
        <w:t xml:space="preserve"> </w:t>
      </w:r>
      <w:r w:rsidRPr="00901BC0">
        <w:rPr>
          <w:rFonts w:ascii="Arial" w:hAnsi="Arial" w:cs="Arial"/>
          <w:sz w:val="24"/>
          <w:szCs w:val="24"/>
        </w:rPr>
        <w:t xml:space="preserve">que </w:t>
      </w:r>
      <w:proofErr w:type="spellStart"/>
      <w:r w:rsidRPr="00901BC0">
        <w:rPr>
          <w:rFonts w:ascii="Arial" w:hAnsi="Arial" w:cs="Arial"/>
          <w:sz w:val="24"/>
          <w:szCs w:val="24"/>
        </w:rPr>
        <w:t>ayude</w:t>
      </w:r>
      <w:proofErr w:type="spellEnd"/>
      <w:r w:rsidRPr="00901BC0">
        <w:rPr>
          <w:rFonts w:ascii="Arial" w:hAnsi="Arial" w:cs="Arial"/>
          <w:sz w:val="24"/>
          <w:szCs w:val="24"/>
        </w:rPr>
        <w:t xml:space="preserve"> a </w:t>
      </w:r>
      <w:proofErr w:type="spellStart"/>
      <w:r w:rsidRPr="00901BC0">
        <w:rPr>
          <w:rFonts w:ascii="Arial" w:hAnsi="Arial" w:cs="Arial"/>
          <w:sz w:val="24"/>
          <w:szCs w:val="24"/>
        </w:rPr>
        <w:t>distribuir</w:t>
      </w:r>
      <w:proofErr w:type="spellEnd"/>
      <w:r w:rsidRPr="00901BC0">
        <w:rPr>
          <w:rFonts w:ascii="Arial" w:hAnsi="Arial" w:cs="Arial"/>
          <w:sz w:val="24"/>
          <w:szCs w:val="24"/>
        </w:rPr>
        <w:t xml:space="preserve"> </w:t>
      </w:r>
      <w:proofErr w:type="spellStart"/>
      <w:r w:rsidRPr="00901BC0">
        <w:rPr>
          <w:rFonts w:ascii="Arial" w:hAnsi="Arial" w:cs="Arial"/>
          <w:sz w:val="24"/>
          <w:szCs w:val="24"/>
        </w:rPr>
        <w:t>materiales</w:t>
      </w:r>
      <w:proofErr w:type="spellEnd"/>
      <w:r w:rsidRPr="00901BC0">
        <w:rPr>
          <w:rFonts w:ascii="Arial" w:hAnsi="Arial" w:cs="Arial"/>
          <w:sz w:val="24"/>
          <w:szCs w:val="24"/>
        </w:rPr>
        <w:t xml:space="preserve"> u </w:t>
      </w:r>
      <w:proofErr w:type="spellStart"/>
      <w:r w:rsidRPr="00901BC0">
        <w:rPr>
          <w:rFonts w:ascii="Arial" w:hAnsi="Arial" w:cs="Arial"/>
          <w:sz w:val="24"/>
          <w:szCs w:val="24"/>
        </w:rPr>
        <w:t>otros</w:t>
      </w:r>
      <w:proofErr w:type="spellEnd"/>
      <w:r w:rsidRPr="00901BC0">
        <w:rPr>
          <w:rFonts w:ascii="Arial" w:hAnsi="Arial" w:cs="Arial"/>
          <w:sz w:val="24"/>
          <w:szCs w:val="24"/>
        </w:rPr>
        <w:t xml:space="preserve"> </w:t>
      </w:r>
      <w:proofErr w:type="spellStart"/>
      <w:r w:rsidRPr="00901BC0">
        <w:rPr>
          <w:rFonts w:ascii="Arial" w:hAnsi="Arial" w:cs="Arial"/>
          <w:spacing w:val="5"/>
          <w:sz w:val="24"/>
          <w:szCs w:val="24"/>
        </w:rPr>
        <w:t>apoyos</w:t>
      </w:r>
      <w:proofErr w:type="spellEnd"/>
      <w:r w:rsidRPr="00901BC0">
        <w:rPr>
          <w:rFonts w:ascii="Arial" w:hAnsi="Arial" w:cs="Arial"/>
          <w:spacing w:val="-2"/>
          <w:sz w:val="24"/>
          <w:szCs w:val="24"/>
        </w:rPr>
        <w:t xml:space="preserve"> </w:t>
      </w:r>
      <w:proofErr w:type="spellStart"/>
      <w:r w:rsidRPr="00901BC0">
        <w:rPr>
          <w:rFonts w:ascii="Arial" w:hAnsi="Arial" w:cs="Arial"/>
          <w:spacing w:val="6"/>
          <w:sz w:val="24"/>
          <w:szCs w:val="24"/>
        </w:rPr>
        <w:t>pedagógicos</w:t>
      </w:r>
      <w:proofErr w:type="spellEnd"/>
      <w:r w:rsidRPr="00901BC0">
        <w:rPr>
          <w:rFonts w:ascii="Arial" w:hAnsi="Arial" w:cs="Arial"/>
          <w:spacing w:val="6"/>
          <w:sz w:val="24"/>
          <w:szCs w:val="24"/>
        </w:rPr>
        <w:t>.</w:t>
      </w:r>
    </w:p>
    <w:p w14:paraId="62A4B8BC" w14:textId="77777777" w:rsidR="00893C50" w:rsidRPr="00901BC0" w:rsidRDefault="00893C50" w:rsidP="00893C50">
      <w:pPr>
        <w:pStyle w:val="Textoindependiente"/>
        <w:spacing w:before="2" w:line="360" w:lineRule="auto"/>
        <w:ind w:right="49"/>
        <w:jc w:val="both"/>
        <w:rPr>
          <w:rFonts w:ascii="Arial" w:hAnsi="Arial" w:cs="Arial"/>
        </w:rPr>
      </w:pPr>
    </w:p>
    <w:p w14:paraId="644FF6DC" w14:textId="77777777" w:rsidR="00893C50" w:rsidRPr="00901BC0" w:rsidRDefault="00893C50" w:rsidP="00893C50">
      <w:pPr>
        <w:pStyle w:val="Prrafodelista"/>
        <w:widowControl w:val="0"/>
        <w:numPr>
          <w:ilvl w:val="0"/>
          <w:numId w:val="45"/>
        </w:numPr>
        <w:tabs>
          <w:tab w:val="left" w:pos="1233"/>
        </w:tabs>
        <w:autoSpaceDE w:val="0"/>
        <w:autoSpaceDN w:val="0"/>
        <w:spacing w:after="0" w:line="360" w:lineRule="auto"/>
        <w:ind w:right="49"/>
        <w:contextualSpacing w:val="0"/>
        <w:jc w:val="both"/>
        <w:rPr>
          <w:rFonts w:ascii="Arial" w:hAnsi="Arial" w:cs="Arial"/>
          <w:sz w:val="24"/>
          <w:szCs w:val="24"/>
        </w:rPr>
      </w:pPr>
      <w:proofErr w:type="spellStart"/>
      <w:r w:rsidRPr="00901BC0">
        <w:rPr>
          <w:rFonts w:ascii="Arial" w:hAnsi="Arial" w:cs="Arial"/>
          <w:b/>
          <w:sz w:val="24"/>
          <w:szCs w:val="24"/>
          <w:u w:val="single"/>
        </w:rPr>
        <w:t>Cambiar</w:t>
      </w:r>
      <w:proofErr w:type="spellEnd"/>
      <w:r w:rsidRPr="00901BC0">
        <w:rPr>
          <w:rFonts w:ascii="Arial" w:hAnsi="Arial" w:cs="Arial"/>
          <w:b/>
          <w:sz w:val="24"/>
          <w:szCs w:val="24"/>
          <w:u w:val="single"/>
        </w:rPr>
        <w:t xml:space="preserve"> </w:t>
      </w:r>
      <w:r w:rsidRPr="00901BC0">
        <w:rPr>
          <w:rFonts w:ascii="Arial" w:hAnsi="Arial" w:cs="Arial"/>
          <w:b/>
          <w:spacing w:val="2"/>
          <w:sz w:val="24"/>
          <w:szCs w:val="24"/>
          <w:u w:val="single"/>
        </w:rPr>
        <w:t xml:space="preserve">la </w:t>
      </w:r>
      <w:proofErr w:type="spellStart"/>
      <w:r w:rsidRPr="00901BC0">
        <w:rPr>
          <w:rFonts w:ascii="Arial" w:hAnsi="Arial" w:cs="Arial"/>
          <w:b/>
          <w:sz w:val="24"/>
          <w:szCs w:val="24"/>
          <w:u w:val="single"/>
        </w:rPr>
        <w:t>actividad</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cuando</w:t>
      </w:r>
      <w:proofErr w:type="spellEnd"/>
      <w:r w:rsidRPr="00901BC0">
        <w:rPr>
          <w:rFonts w:ascii="Arial" w:hAnsi="Arial" w:cs="Arial"/>
          <w:b/>
          <w:sz w:val="24"/>
          <w:szCs w:val="24"/>
          <w:u w:val="single"/>
        </w:rPr>
        <w:t xml:space="preserve"> </w:t>
      </w:r>
      <w:r w:rsidRPr="00901BC0">
        <w:rPr>
          <w:rFonts w:ascii="Arial" w:hAnsi="Arial" w:cs="Arial"/>
          <w:b/>
          <w:spacing w:val="-4"/>
          <w:sz w:val="24"/>
          <w:szCs w:val="24"/>
          <w:u w:val="single"/>
        </w:rPr>
        <w:t xml:space="preserve">sea </w:t>
      </w:r>
      <w:proofErr w:type="spellStart"/>
      <w:r w:rsidRPr="00901BC0">
        <w:rPr>
          <w:rFonts w:ascii="Arial" w:hAnsi="Arial" w:cs="Arial"/>
          <w:b/>
          <w:sz w:val="24"/>
          <w:szCs w:val="24"/>
          <w:u w:val="single"/>
        </w:rPr>
        <w:t>posible</w:t>
      </w:r>
      <w:proofErr w:type="spellEnd"/>
      <w:r w:rsidRPr="00901BC0">
        <w:rPr>
          <w:rFonts w:ascii="Arial" w:hAnsi="Arial" w:cs="Arial"/>
          <w:sz w:val="24"/>
          <w:szCs w:val="24"/>
        </w:rPr>
        <w:t xml:space="preserve">, la forma o </w:t>
      </w:r>
      <w:proofErr w:type="spellStart"/>
      <w:r w:rsidRPr="00901BC0">
        <w:rPr>
          <w:rFonts w:ascii="Arial" w:hAnsi="Arial" w:cs="Arial"/>
          <w:spacing w:val="3"/>
          <w:sz w:val="24"/>
          <w:szCs w:val="24"/>
        </w:rPr>
        <w:t>los</w:t>
      </w:r>
      <w:proofErr w:type="spellEnd"/>
      <w:r w:rsidRPr="00901BC0">
        <w:rPr>
          <w:rFonts w:ascii="Arial" w:hAnsi="Arial" w:cs="Arial"/>
          <w:spacing w:val="3"/>
          <w:sz w:val="24"/>
          <w:szCs w:val="24"/>
        </w:rPr>
        <w:t xml:space="preserve"> </w:t>
      </w:r>
      <w:proofErr w:type="spellStart"/>
      <w:r w:rsidRPr="00901BC0">
        <w:rPr>
          <w:rFonts w:ascii="Arial" w:hAnsi="Arial" w:cs="Arial"/>
          <w:sz w:val="24"/>
          <w:szCs w:val="24"/>
        </w:rPr>
        <w:t>materiales</w:t>
      </w:r>
      <w:proofErr w:type="spellEnd"/>
      <w:r w:rsidRPr="00901BC0">
        <w:rPr>
          <w:rFonts w:ascii="Arial" w:hAnsi="Arial" w:cs="Arial"/>
          <w:sz w:val="24"/>
          <w:szCs w:val="24"/>
        </w:rPr>
        <w:t xml:space="preserve">, a </w:t>
      </w:r>
      <w:proofErr w:type="spellStart"/>
      <w:r w:rsidRPr="00901BC0">
        <w:rPr>
          <w:rFonts w:ascii="Arial" w:hAnsi="Arial" w:cs="Arial"/>
          <w:sz w:val="24"/>
          <w:szCs w:val="24"/>
        </w:rPr>
        <w:t>través</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de </w:t>
      </w:r>
      <w:proofErr w:type="spellStart"/>
      <w:r w:rsidRPr="00901BC0">
        <w:rPr>
          <w:rFonts w:ascii="Arial" w:hAnsi="Arial" w:cs="Arial"/>
          <w:spacing w:val="3"/>
          <w:sz w:val="24"/>
          <w:szCs w:val="24"/>
        </w:rPr>
        <w:t>los</w:t>
      </w:r>
      <w:proofErr w:type="spellEnd"/>
      <w:r w:rsidRPr="00901BC0">
        <w:rPr>
          <w:rFonts w:ascii="Arial" w:hAnsi="Arial" w:cs="Arial"/>
          <w:spacing w:val="3"/>
          <w:sz w:val="24"/>
          <w:szCs w:val="24"/>
        </w:rPr>
        <w:t xml:space="preserve"> </w:t>
      </w:r>
      <w:r w:rsidRPr="00901BC0">
        <w:rPr>
          <w:rFonts w:ascii="Arial" w:hAnsi="Arial" w:cs="Arial"/>
          <w:sz w:val="24"/>
          <w:szCs w:val="24"/>
        </w:rPr>
        <w:t xml:space="preserve">que </w:t>
      </w:r>
      <w:r w:rsidRPr="00901BC0">
        <w:rPr>
          <w:rFonts w:ascii="Arial" w:hAnsi="Arial" w:cs="Arial"/>
          <w:spacing w:val="3"/>
          <w:sz w:val="24"/>
          <w:szCs w:val="24"/>
        </w:rPr>
        <w:t xml:space="preserve">se </w:t>
      </w:r>
      <w:proofErr w:type="spellStart"/>
      <w:r w:rsidRPr="00901BC0">
        <w:rPr>
          <w:rFonts w:ascii="Arial" w:hAnsi="Arial" w:cs="Arial"/>
          <w:sz w:val="24"/>
          <w:szCs w:val="24"/>
        </w:rPr>
        <w:t>está</w:t>
      </w:r>
      <w:proofErr w:type="spellEnd"/>
      <w:r w:rsidRPr="00901BC0">
        <w:rPr>
          <w:rFonts w:ascii="Arial" w:hAnsi="Arial" w:cs="Arial"/>
          <w:sz w:val="24"/>
          <w:szCs w:val="24"/>
        </w:rPr>
        <w:t xml:space="preserve"> </w:t>
      </w:r>
      <w:proofErr w:type="spellStart"/>
      <w:r w:rsidRPr="00901BC0">
        <w:rPr>
          <w:rFonts w:ascii="Arial" w:hAnsi="Arial" w:cs="Arial"/>
          <w:spacing w:val="2"/>
          <w:sz w:val="24"/>
          <w:szCs w:val="24"/>
        </w:rPr>
        <w:t>llevando</w:t>
      </w:r>
      <w:proofErr w:type="spellEnd"/>
      <w:r w:rsidRPr="00901BC0">
        <w:rPr>
          <w:rFonts w:ascii="Arial" w:hAnsi="Arial" w:cs="Arial"/>
          <w:spacing w:val="2"/>
          <w:sz w:val="24"/>
          <w:szCs w:val="24"/>
        </w:rPr>
        <w:t xml:space="preserve"> </w:t>
      </w:r>
      <w:r w:rsidRPr="00901BC0">
        <w:rPr>
          <w:rFonts w:ascii="Arial" w:hAnsi="Arial" w:cs="Arial"/>
          <w:sz w:val="24"/>
          <w:szCs w:val="24"/>
        </w:rPr>
        <w:t xml:space="preserve">a </w:t>
      </w:r>
      <w:proofErr w:type="spellStart"/>
      <w:r w:rsidRPr="00901BC0">
        <w:rPr>
          <w:rFonts w:ascii="Arial" w:hAnsi="Arial" w:cs="Arial"/>
          <w:spacing w:val="2"/>
          <w:sz w:val="24"/>
          <w:szCs w:val="24"/>
        </w:rPr>
        <w:t>cabo</w:t>
      </w:r>
      <w:proofErr w:type="spellEnd"/>
      <w:r w:rsidRPr="00901BC0">
        <w:rPr>
          <w:rFonts w:ascii="Arial" w:hAnsi="Arial" w:cs="Arial"/>
          <w:spacing w:val="2"/>
          <w:sz w:val="24"/>
          <w:szCs w:val="24"/>
        </w:rPr>
        <w:t xml:space="preserve"> </w:t>
      </w:r>
      <w:r w:rsidRPr="00901BC0">
        <w:rPr>
          <w:rFonts w:ascii="Arial" w:hAnsi="Arial" w:cs="Arial"/>
          <w:sz w:val="24"/>
          <w:szCs w:val="24"/>
        </w:rPr>
        <w:t xml:space="preserve">la </w:t>
      </w:r>
      <w:proofErr w:type="spellStart"/>
      <w:r w:rsidRPr="00901BC0">
        <w:rPr>
          <w:rFonts w:ascii="Arial" w:hAnsi="Arial" w:cs="Arial"/>
          <w:sz w:val="24"/>
          <w:szCs w:val="24"/>
        </w:rPr>
        <w:t>actividad</w:t>
      </w:r>
      <w:proofErr w:type="spellEnd"/>
      <w:r w:rsidRPr="00901BC0">
        <w:rPr>
          <w:rFonts w:ascii="Arial" w:hAnsi="Arial" w:cs="Arial"/>
          <w:sz w:val="24"/>
          <w:szCs w:val="24"/>
        </w:rPr>
        <w:t xml:space="preserve">; </w:t>
      </w:r>
      <w:proofErr w:type="spellStart"/>
      <w:r w:rsidRPr="00901BC0">
        <w:rPr>
          <w:rFonts w:ascii="Arial" w:hAnsi="Arial" w:cs="Arial"/>
          <w:spacing w:val="6"/>
          <w:sz w:val="24"/>
          <w:szCs w:val="24"/>
        </w:rPr>
        <w:t>por</w:t>
      </w:r>
      <w:proofErr w:type="spellEnd"/>
      <w:r w:rsidRPr="00901BC0">
        <w:rPr>
          <w:rFonts w:ascii="Arial" w:hAnsi="Arial" w:cs="Arial"/>
          <w:spacing w:val="6"/>
          <w:sz w:val="24"/>
          <w:szCs w:val="24"/>
        </w:rPr>
        <w:t xml:space="preserve"> </w:t>
      </w:r>
      <w:proofErr w:type="spellStart"/>
      <w:r w:rsidRPr="00901BC0">
        <w:rPr>
          <w:rFonts w:ascii="Arial" w:hAnsi="Arial" w:cs="Arial"/>
          <w:spacing w:val="5"/>
          <w:sz w:val="24"/>
          <w:szCs w:val="24"/>
        </w:rPr>
        <w:t>ejemplo</w:t>
      </w:r>
      <w:proofErr w:type="spellEnd"/>
      <w:r w:rsidRPr="00901BC0">
        <w:rPr>
          <w:rFonts w:ascii="Arial" w:hAnsi="Arial" w:cs="Arial"/>
          <w:spacing w:val="5"/>
          <w:sz w:val="24"/>
          <w:szCs w:val="24"/>
        </w:rPr>
        <w:t xml:space="preserve">, </w:t>
      </w:r>
      <w:proofErr w:type="spellStart"/>
      <w:r w:rsidRPr="00901BC0">
        <w:rPr>
          <w:rFonts w:ascii="Arial" w:hAnsi="Arial" w:cs="Arial"/>
          <w:sz w:val="24"/>
          <w:szCs w:val="24"/>
        </w:rPr>
        <w:t>cuando</w:t>
      </w:r>
      <w:proofErr w:type="spellEnd"/>
      <w:r w:rsidRPr="00901BC0">
        <w:rPr>
          <w:rFonts w:ascii="Arial" w:hAnsi="Arial" w:cs="Arial"/>
          <w:sz w:val="24"/>
          <w:szCs w:val="24"/>
        </w:rPr>
        <w:t xml:space="preserve"> </w:t>
      </w:r>
      <w:proofErr w:type="spellStart"/>
      <w:r w:rsidRPr="00901BC0">
        <w:rPr>
          <w:rFonts w:ascii="Arial" w:hAnsi="Arial" w:cs="Arial"/>
          <w:sz w:val="24"/>
          <w:szCs w:val="24"/>
        </w:rPr>
        <w:t>reacciona</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con </w:t>
      </w:r>
      <w:proofErr w:type="spellStart"/>
      <w:r w:rsidRPr="00901BC0">
        <w:rPr>
          <w:rFonts w:ascii="Arial" w:hAnsi="Arial" w:cs="Arial"/>
          <w:sz w:val="24"/>
          <w:szCs w:val="24"/>
        </w:rPr>
        <w:t>frustración</w:t>
      </w:r>
      <w:proofErr w:type="spellEnd"/>
      <w:r w:rsidRPr="00901BC0">
        <w:rPr>
          <w:rFonts w:ascii="Arial" w:hAnsi="Arial" w:cs="Arial"/>
          <w:sz w:val="24"/>
          <w:szCs w:val="24"/>
        </w:rPr>
        <w:t xml:space="preserve"> </w:t>
      </w:r>
      <w:proofErr w:type="spellStart"/>
      <w:r w:rsidRPr="00901BC0">
        <w:rPr>
          <w:rFonts w:ascii="Arial" w:hAnsi="Arial" w:cs="Arial"/>
          <w:spacing w:val="5"/>
          <w:sz w:val="24"/>
          <w:szCs w:val="24"/>
        </w:rPr>
        <w:t>en</w:t>
      </w:r>
      <w:proofErr w:type="spellEnd"/>
      <w:r w:rsidRPr="00901BC0">
        <w:rPr>
          <w:rFonts w:ascii="Arial" w:hAnsi="Arial" w:cs="Arial"/>
          <w:spacing w:val="5"/>
          <w:sz w:val="24"/>
          <w:szCs w:val="24"/>
        </w:rPr>
        <w:t xml:space="preserve"> </w:t>
      </w:r>
      <w:proofErr w:type="spellStart"/>
      <w:r w:rsidRPr="00901BC0">
        <w:rPr>
          <w:rFonts w:ascii="Arial" w:hAnsi="Arial" w:cs="Arial"/>
          <w:sz w:val="24"/>
          <w:szCs w:val="24"/>
        </w:rPr>
        <w:t>alguna</w:t>
      </w:r>
      <w:proofErr w:type="spellEnd"/>
      <w:r w:rsidRPr="00901BC0">
        <w:rPr>
          <w:rFonts w:ascii="Arial" w:hAnsi="Arial" w:cs="Arial"/>
          <w:sz w:val="24"/>
          <w:szCs w:val="24"/>
        </w:rPr>
        <w:t xml:space="preserve"> </w:t>
      </w:r>
      <w:proofErr w:type="spellStart"/>
      <w:r w:rsidRPr="00901BC0">
        <w:rPr>
          <w:rFonts w:ascii="Arial" w:hAnsi="Arial" w:cs="Arial"/>
          <w:sz w:val="24"/>
          <w:szCs w:val="24"/>
        </w:rPr>
        <w:t>actividad</w:t>
      </w:r>
      <w:proofErr w:type="spellEnd"/>
      <w:r w:rsidRPr="00901BC0">
        <w:rPr>
          <w:rFonts w:ascii="Arial" w:hAnsi="Arial" w:cs="Arial"/>
          <w:sz w:val="24"/>
          <w:szCs w:val="24"/>
        </w:rPr>
        <w:t xml:space="preserve"> </w:t>
      </w:r>
      <w:proofErr w:type="spellStart"/>
      <w:r w:rsidRPr="00901BC0">
        <w:rPr>
          <w:rFonts w:ascii="Arial" w:hAnsi="Arial" w:cs="Arial"/>
          <w:spacing w:val="-4"/>
          <w:sz w:val="24"/>
          <w:szCs w:val="24"/>
        </w:rPr>
        <w:t>artística</w:t>
      </w:r>
      <w:proofErr w:type="spellEnd"/>
      <w:r w:rsidRPr="00901BC0">
        <w:rPr>
          <w:rFonts w:ascii="Arial" w:hAnsi="Arial" w:cs="Arial"/>
          <w:spacing w:val="-4"/>
          <w:sz w:val="24"/>
          <w:szCs w:val="24"/>
        </w:rPr>
        <w:t xml:space="preserve"> </w:t>
      </w:r>
      <w:r w:rsidRPr="00901BC0">
        <w:rPr>
          <w:rFonts w:ascii="Arial" w:hAnsi="Arial" w:cs="Arial"/>
          <w:spacing w:val="5"/>
          <w:sz w:val="24"/>
          <w:szCs w:val="24"/>
        </w:rPr>
        <w:t xml:space="preserve">con </w:t>
      </w:r>
      <w:proofErr w:type="spellStart"/>
      <w:r w:rsidRPr="00901BC0">
        <w:rPr>
          <w:rFonts w:ascii="Arial" w:hAnsi="Arial" w:cs="Arial"/>
          <w:sz w:val="24"/>
          <w:szCs w:val="24"/>
        </w:rPr>
        <w:t>témpera</w:t>
      </w:r>
      <w:proofErr w:type="spellEnd"/>
      <w:r w:rsidRPr="00901BC0">
        <w:rPr>
          <w:rFonts w:ascii="Arial" w:hAnsi="Arial" w:cs="Arial"/>
          <w:sz w:val="24"/>
          <w:szCs w:val="24"/>
        </w:rPr>
        <w:t xml:space="preserve">, </w:t>
      </w:r>
      <w:proofErr w:type="spellStart"/>
      <w:r w:rsidRPr="00901BC0">
        <w:rPr>
          <w:rFonts w:ascii="Arial" w:hAnsi="Arial" w:cs="Arial"/>
          <w:sz w:val="24"/>
          <w:szCs w:val="24"/>
        </w:rPr>
        <w:t>permitir</w:t>
      </w:r>
      <w:proofErr w:type="spellEnd"/>
      <w:r w:rsidRPr="00901BC0">
        <w:rPr>
          <w:rFonts w:ascii="Arial" w:hAnsi="Arial" w:cs="Arial"/>
          <w:sz w:val="24"/>
          <w:szCs w:val="24"/>
        </w:rPr>
        <w:t xml:space="preserve"> que </w:t>
      </w:r>
      <w:proofErr w:type="spellStart"/>
      <w:r w:rsidRPr="00901BC0">
        <w:rPr>
          <w:rFonts w:ascii="Arial" w:hAnsi="Arial" w:cs="Arial"/>
          <w:sz w:val="24"/>
          <w:szCs w:val="24"/>
        </w:rPr>
        <w:t>utilice</w:t>
      </w:r>
      <w:proofErr w:type="spellEnd"/>
      <w:r w:rsidRPr="00901BC0">
        <w:rPr>
          <w:rFonts w:ascii="Arial" w:hAnsi="Arial" w:cs="Arial"/>
          <w:sz w:val="24"/>
          <w:szCs w:val="24"/>
        </w:rPr>
        <w:t xml:space="preserve"> </w:t>
      </w:r>
      <w:proofErr w:type="spellStart"/>
      <w:r w:rsidRPr="00901BC0">
        <w:rPr>
          <w:rFonts w:ascii="Arial" w:hAnsi="Arial" w:cs="Arial"/>
          <w:sz w:val="24"/>
          <w:szCs w:val="24"/>
        </w:rPr>
        <w:t>otros</w:t>
      </w:r>
      <w:proofErr w:type="spellEnd"/>
      <w:r w:rsidRPr="00901BC0">
        <w:rPr>
          <w:rFonts w:ascii="Arial" w:hAnsi="Arial" w:cs="Arial"/>
          <w:sz w:val="24"/>
          <w:szCs w:val="24"/>
        </w:rPr>
        <w:t xml:space="preserve"> </w:t>
      </w:r>
      <w:proofErr w:type="spellStart"/>
      <w:r w:rsidRPr="00901BC0">
        <w:rPr>
          <w:rFonts w:ascii="Arial" w:hAnsi="Arial" w:cs="Arial"/>
          <w:sz w:val="24"/>
          <w:szCs w:val="24"/>
        </w:rPr>
        <w:t>materiales</w:t>
      </w:r>
      <w:proofErr w:type="spellEnd"/>
      <w:r w:rsidRPr="00901BC0">
        <w:rPr>
          <w:rFonts w:ascii="Arial" w:hAnsi="Arial" w:cs="Arial"/>
          <w:sz w:val="24"/>
          <w:szCs w:val="24"/>
        </w:rPr>
        <w:t xml:space="preserve"> para </w:t>
      </w:r>
      <w:proofErr w:type="spellStart"/>
      <w:r w:rsidRPr="00901BC0">
        <w:rPr>
          <w:rFonts w:ascii="Arial" w:hAnsi="Arial" w:cs="Arial"/>
          <w:sz w:val="24"/>
          <w:szCs w:val="24"/>
        </w:rPr>
        <w:t>lograr</w:t>
      </w:r>
      <w:proofErr w:type="spellEnd"/>
      <w:r w:rsidRPr="00901BC0">
        <w:rPr>
          <w:rFonts w:ascii="Arial" w:hAnsi="Arial" w:cs="Arial"/>
          <w:sz w:val="24"/>
          <w:szCs w:val="24"/>
        </w:rPr>
        <w:t xml:space="preserve"> </w:t>
      </w:r>
      <w:proofErr w:type="spellStart"/>
      <w:r w:rsidRPr="00901BC0">
        <w:rPr>
          <w:rFonts w:ascii="Arial" w:hAnsi="Arial" w:cs="Arial"/>
          <w:spacing w:val="5"/>
          <w:sz w:val="24"/>
          <w:szCs w:val="24"/>
        </w:rPr>
        <w:t>el</w:t>
      </w:r>
      <w:proofErr w:type="spellEnd"/>
      <w:r w:rsidRPr="00901BC0">
        <w:rPr>
          <w:rFonts w:ascii="Arial" w:hAnsi="Arial" w:cs="Arial"/>
          <w:spacing w:val="5"/>
          <w:sz w:val="24"/>
          <w:szCs w:val="24"/>
        </w:rPr>
        <w:t xml:space="preserve"> </w:t>
      </w:r>
      <w:proofErr w:type="spellStart"/>
      <w:r w:rsidRPr="00901BC0">
        <w:rPr>
          <w:rFonts w:ascii="Arial" w:hAnsi="Arial" w:cs="Arial"/>
          <w:sz w:val="24"/>
          <w:szCs w:val="24"/>
        </w:rPr>
        <w:t>mismo</w:t>
      </w:r>
      <w:proofErr w:type="spellEnd"/>
      <w:r w:rsidRPr="00901BC0">
        <w:rPr>
          <w:rFonts w:ascii="Arial" w:hAnsi="Arial" w:cs="Arial"/>
          <w:spacing w:val="30"/>
          <w:sz w:val="24"/>
          <w:szCs w:val="24"/>
        </w:rPr>
        <w:t xml:space="preserve"> </w:t>
      </w:r>
      <w:proofErr w:type="spellStart"/>
      <w:r w:rsidRPr="00901BC0">
        <w:rPr>
          <w:rFonts w:ascii="Arial" w:hAnsi="Arial" w:cs="Arial"/>
          <w:spacing w:val="4"/>
          <w:sz w:val="24"/>
          <w:szCs w:val="24"/>
        </w:rPr>
        <w:t>objetivo</w:t>
      </w:r>
      <w:proofErr w:type="spellEnd"/>
      <w:r w:rsidRPr="00901BC0">
        <w:rPr>
          <w:rFonts w:ascii="Arial" w:hAnsi="Arial" w:cs="Arial"/>
          <w:spacing w:val="4"/>
          <w:sz w:val="24"/>
          <w:szCs w:val="24"/>
        </w:rPr>
        <w:t>.</w:t>
      </w:r>
    </w:p>
    <w:p w14:paraId="6ABE4BB5" w14:textId="77777777" w:rsidR="00893C50" w:rsidRPr="00901BC0" w:rsidRDefault="00893C50" w:rsidP="00893C50">
      <w:pPr>
        <w:pStyle w:val="Textoindependiente"/>
        <w:spacing w:line="360" w:lineRule="auto"/>
        <w:ind w:right="49"/>
        <w:jc w:val="both"/>
        <w:rPr>
          <w:rFonts w:ascii="Arial" w:hAnsi="Arial" w:cs="Arial"/>
        </w:rPr>
      </w:pPr>
    </w:p>
    <w:p w14:paraId="216B4D46" w14:textId="77777777" w:rsidR="00893C50" w:rsidRPr="00901BC0" w:rsidRDefault="00893C50" w:rsidP="00893C50">
      <w:pPr>
        <w:pStyle w:val="Prrafodelista"/>
        <w:widowControl w:val="0"/>
        <w:numPr>
          <w:ilvl w:val="0"/>
          <w:numId w:val="45"/>
        </w:numPr>
        <w:tabs>
          <w:tab w:val="left" w:pos="1233"/>
        </w:tabs>
        <w:autoSpaceDE w:val="0"/>
        <w:autoSpaceDN w:val="0"/>
        <w:spacing w:after="0" w:line="360" w:lineRule="auto"/>
        <w:ind w:right="49"/>
        <w:contextualSpacing w:val="0"/>
        <w:jc w:val="both"/>
        <w:rPr>
          <w:rFonts w:ascii="Arial" w:hAnsi="Arial" w:cs="Arial"/>
          <w:sz w:val="24"/>
          <w:szCs w:val="24"/>
        </w:rPr>
      </w:pPr>
      <w:proofErr w:type="spellStart"/>
      <w:r w:rsidRPr="00901BC0">
        <w:rPr>
          <w:rFonts w:ascii="Arial" w:hAnsi="Arial" w:cs="Arial"/>
          <w:b/>
          <w:sz w:val="24"/>
          <w:szCs w:val="24"/>
          <w:u w:val="single"/>
        </w:rPr>
        <w:t>Facilitar</w:t>
      </w:r>
      <w:proofErr w:type="spellEnd"/>
      <w:r w:rsidRPr="00901BC0">
        <w:rPr>
          <w:rFonts w:ascii="Arial" w:hAnsi="Arial" w:cs="Arial"/>
          <w:b/>
          <w:sz w:val="24"/>
          <w:szCs w:val="24"/>
          <w:u w:val="single"/>
        </w:rPr>
        <w:t xml:space="preserve"> </w:t>
      </w:r>
      <w:r w:rsidRPr="00901BC0">
        <w:rPr>
          <w:rFonts w:ascii="Arial" w:hAnsi="Arial" w:cs="Arial"/>
          <w:b/>
          <w:spacing w:val="2"/>
          <w:sz w:val="24"/>
          <w:szCs w:val="24"/>
          <w:u w:val="single"/>
        </w:rPr>
        <w:t xml:space="preserve">la </w:t>
      </w:r>
      <w:proofErr w:type="spellStart"/>
      <w:r w:rsidRPr="00901BC0">
        <w:rPr>
          <w:rFonts w:ascii="Arial" w:hAnsi="Arial" w:cs="Arial"/>
          <w:b/>
          <w:sz w:val="24"/>
          <w:szCs w:val="24"/>
          <w:u w:val="single"/>
        </w:rPr>
        <w:t>comunicación</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ayudando</w:t>
      </w:r>
      <w:proofErr w:type="spellEnd"/>
      <w:r w:rsidRPr="00901BC0">
        <w:rPr>
          <w:rFonts w:ascii="Arial" w:hAnsi="Arial" w:cs="Arial"/>
          <w:b/>
          <w:sz w:val="24"/>
          <w:szCs w:val="24"/>
        </w:rPr>
        <w:t xml:space="preserve"> a que </w:t>
      </w:r>
      <w:r w:rsidRPr="00901BC0">
        <w:rPr>
          <w:rFonts w:ascii="Arial" w:hAnsi="Arial" w:cs="Arial"/>
          <w:b/>
          <w:spacing w:val="-3"/>
          <w:sz w:val="24"/>
          <w:szCs w:val="24"/>
        </w:rPr>
        <w:t xml:space="preserve">se </w:t>
      </w:r>
      <w:proofErr w:type="spellStart"/>
      <w:r w:rsidRPr="00901BC0">
        <w:rPr>
          <w:rFonts w:ascii="Arial" w:hAnsi="Arial" w:cs="Arial"/>
          <w:b/>
          <w:spacing w:val="-6"/>
          <w:sz w:val="24"/>
          <w:szCs w:val="24"/>
        </w:rPr>
        <w:t>exprese</w:t>
      </w:r>
      <w:proofErr w:type="spellEnd"/>
      <w:r w:rsidRPr="00901BC0">
        <w:rPr>
          <w:rFonts w:ascii="Arial" w:hAnsi="Arial" w:cs="Arial"/>
          <w:b/>
          <w:spacing w:val="-6"/>
          <w:sz w:val="24"/>
          <w:szCs w:val="24"/>
        </w:rPr>
        <w:t xml:space="preserve"> </w:t>
      </w:r>
      <w:r w:rsidRPr="00901BC0">
        <w:rPr>
          <w:rFonts w:ascii="Arial" w:hAnsi="Arial" w:cs="Arial"/>
          <w:b/>
          <w:sz w:val="24"/>
          <w:szCs w:val="24"/>
        </w:rPr>
        <w:t xml:space="preserve">de </w:t>
      </w:r>
      <w:proofErr w:type="spellStart"/>
      <w:r w:rsidRPr="00901BC0">
        <w:rPr>
          <w:rFonts w:ascii="Arial" w:hAnsi="Arial" w:cs="Arial"/>
          <w:b/>
          <w:sz w:val="24"/>
          <w:szCs w:val="24"/>
        </w:rPr>
        <w:t>una</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manera</w:t>
      </w:r>
      <w:proofErr w:type="spellEnd"/>
      <w:r w:rsidRPr="00901BC0">
        <w:rPr>
          <w:rFonts w:ascii="Arial" w:hAnsi="Arial" w:cs="Arial"/>
          <w:b/>
          <w:sz w:val="24"/>
          <w:szCs w:val="24"/>
        </w:rPr>
        <w:t xml:space="preserve"> </w:t>
      </w:r>
      <w:proofErr w:type="spellStart"/>
      <w:r w:rsidRPr="00901BC0">
        <w:rPr>
          <w:rFonts w:ascii="Arial" w:hAnsi="Arial" w:cs="Arial"/>
          <w:b/>
          <w:spacing w:val="-3"/>
          <w:sz w:val="24"/>
          <w:szCs w:val="24"/>
        </w:rPr>
        <w:lastRenderedPageBreak/>
        <w:t>diferente</w:t>
      </w:r>
      <w:proofErr w:type="spellEnd"/>
      <w:r w:rsidRPr="00901BC0">
        <w:rPr>
          <w:rFonts w:ascii="Arial" w:hAnsi="Arial" w:cs="Arial"/>
          <w:b/>
          <w:spacing w:val="-3"/>
          <w:sz w:val="24"/>
          <w:szCs w:val="24"/>
        </w:rPr>
        <w:t xml:space="preserve"> </w:t>
      </w:r>
      <w:r w:rsidRPr="00901BC0">
        <w:rPr>
          <w:rFonts w:ascii="Arial" w:hAnsi="Arial" w:cs="Arial"/>
          <w:b/>
          <w:sz w:val="24"/>
          <w:szCs w:val="24"/>
        </w:rPr>
        <w:t xml:space="preserve">a </w:t>
      </w:r>
      <w:r w:rsidRPr="00901BC0">
        <w:rPr>
          <w:rFonts w:ascii="Arial" w:hAnsi="Arial" w:cs="Arial"/>
          <w:b/>
          <w:spacing w:val="2"/>
          <w:sz w:val="24"/>
          <w:szCs w:val="24"/>
        </w:rPr>
        <w:t xml:space="preserve">la </w:t>
      </w:r>
      <w:proofErr w:type="spellStart"/>
      <w:r w:rsidRPr="00901BC0">
        <w:rPr>
          <w:rFonts w:ascii="Arial" w:hAnsi="Arial" w:cs="Arial"/>
          <w:b/>
          <w:sz w:val="24"/>
          <w:szCs w:val="24"/>
        </w:rPr>
        <w:t>desregulación</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emocional</w:t>
      </w:r>
      <w:proofErr w:type="spellEnd"/>
      <w:r w:rsidRPr="00901BC0">
        <w:rPr>
          <w:rFonts w:ascii="Arial" w:hAnsi="Arial" w:cs="Arial"/>
          <w:b/>
          <w:sz w:val="24"/>
          <w:szCs w:val="24"/>
        </w:rPr>
        <w:t xml:space="preserve"> y </w:t>
      </w:r>
      <w:proofErr w:type="spellStart"/>
      <w:r w:rsidRPr="00901BC0">
        <w:rPr>
          <w:rFonts w:ascii="Arial" w:hAnsi="Arial" w:cs="Arial"/>
          <w:b/>
          <w:sz w:val="24"/>
          <w:szCs w:val="24"/>
        </w:rPr>
        <w:t>conductual</w:t>
      </w:r>
      <w:proofErr w:type="spellEnd"/>
      <w:r w:rsidRPr="00901BC0">
        <w:rPr>
          <w:rFonts w:ascii="Arial" w:hAnsi="Arial" w:cs="Arial"/>
          <w:b/>
          <w:sz w:val="24"/>
          <w:szCs w:val="24"/>
        </w:rPr>
        <w:t xml:space="preserve">: </w:t>
      </w:r>
      <w:r w:rsidRPr="00901BC0">
        <w:rPr>
          <w:rFonts w:ascii="Arial" w:hAnsi="Arial" w:cs="Arial"/>
          <w:spacing w:val="-5"/>
          <w:sz w:val="24"/>
          <w:szCs w:val="24"/>
        </w:rPr>
        <w:t xml:space="preserve">Dar </w:t>
      </w:r>
      <w:proofErr w:type="spellStart"/>
      <w:r w:rsidRPr="00901BC0">
        <w:rPr>
          <w:rFonts w:ascii="Arial" w:hAnsi="Arial" w:cs="Arial"/>
          <w:sz w:val="24"/>
          <w:szCs w:val="24"/>
        </w:rPr>
        <w:t>tiempo</w:t>
      </w:r>
      <w:proofErr w:type="spellEnd"/>
      <w:r w:rsidRPr="00901BC0">
        <w:rPr>
          <w:rFonts w:ascii="Arial" w:hAnsi="Arial" w:cs="Arial"/>
          <w:sz w:val="24"/>
          <w:szCs w:val="24"/>
        </w:rPr>
        <w:t xml:space="preserve"> </w:t>
      </w:r>
      <w:r w:rsidRPr="00901BC0">
        <w:rPr>
          <w:rFonts w:ascii="Arial" w:hAnsi="Arial" w:cs="Arial"/>
          <w:spacing w:val="-3"/>
          <w:sz w:val="24"/>
          <w:szCs w:val="24"/>
        </w:rPr>
        <w:t xml:space="preserve">al </w:t>
      </w:r>
      <w:proofErr w:type="spellStart"/>
      <w:r w:rsidRPr="00901BC0">
        <w:rPr>
          <w:rFonts w:ascii="Arial" w:hAnsi="Arial" w:cs="Arial"/>
          <w:sz w:val="24"/>
          <w:szCs w:val="24"/>
        </w:rPr>
        <w:t>estudiante</w:t>
      </w:r>
      <w:proofErr w:type="spellEnd"/>
      <w:r w:rsidRPr="00901BC0">
        <w:rPr>
          <w:rFonts w:ascii="Arial" w:hAnsi="Arial" w:cs="Arial"/>
          <w:sz w:val="24"/>
          <w:szCs w:val="24"/>
        </w:rPr>
        <w:t xml:space="preserve"> para </w:t>
      </w:r>
      <w:proofErr w:type="spellStart"/>
      <w:r w:rsidRPr="00901BC0">
        <w:rPr>
          <w:rFonts w:ascii="Arial" w:hAnsi="Arial" w:cs="Arial"/>
          <w:spacing w:val="3"/>
          <w:sz w:val="24"/>
          <w:szCs w:val="24"/>
        </w:rPr>
        <w:t>expresar</w:t>
      </w:r>
      <w:proofErr w:type="spellEnd"/>
      <w:r w:rsidRPr="00901BC0">
        <w:rPr>
          <w:rFonts w:ascii="Arial" w:hAnsi="Arial" w:cs="Arial"/>
          <w:spacing w:val="3"/>
          <w:sz w:val="24"/>
          <w:szCs w:val="24"/>
        </w:rPr>
        <w:t xml:space="preserve"> </w:t>
      </w:r>
      <w:r w:rsidRPr="00901BC0">
        <w:rPr>
          <w:rFonts w:ascii="Arial" w:hAnsi="Arial" w:cs="Arial"/>
          <w:sz w:val="24"/>
          <w:szCs w:val="24"/>
        </w:rPr>
        <w:t xml:space="preserve">lo que le </w:t>
      </w:r>
      <w:proofErr w:type="spellStart"/>
      <w:r w:rsidRPr="00901BC0">
        <w:rPr>
          <w:rFonts w:ascii="Arial" w:hAnsi="Arial" w:cs="Arial"/>
          <w:spacing w:val="6"/>
          <w:sz w:val="24"/>
          <w:szCs w:val="24"/>
        </w:rPr>
        <w:t>sucede</w:t>
      </w:r>
      <w:proofErr w:type="spellEnd"/>
      <w:r w:rsidRPr="00901BC0">
        <w:rPr>
          <w:rFonts w:ascii="Arial" w:hAnsi="Arial" w:cs="Arial"/>
          <w:spacing w:val="6"/>
          <w:sz w:val="24"/>
          <w:szCs w:val="24"/>
        </w:rPr>
        <w:t xml:space="preserve">. </w:t>
      </w:r>
      <w:r w:rsidRPr="00901BC0">
        <w:rPr>
          <w:rFonts w:ascii="Arial" w:hAnsi="Arial" w:cs="Arial"/>
          <w:sz w:val="24"/>
          <w:szCs w:val="24"/>
        </w:rPr>
        <w:t xml:space="preserve">Si </w:t>
      </w:r>
      <w:proofErr w:type="spellStart"/>
      <w:r w:rsidRPr="00901BC0">
        <w:rPr>
          <w:rFonts w:ascii="Arial" w:hAnsi="Arial" w:cs="Arial"/>
          <w:spacing w:val="5"/>
          <w:sz w:val="24"/>
          <w:szCs w:val="24"/>
        </w:rPr>
        <w:t>el</w:t>
      </w:r>
      <w:proofErr w:type="spellEnd"/>
      <w:r w:rsidRPr="00901BC0">
        <w:rPr>
          <w:rFonts w:ascii="Arial" w:hAnsi="Arial" w:cs="Arial"/>
          <w:spacing w:val="5"/>
          <w:sz w:val="24"/>
          <w:szCs w:val="24"/>
        </w:rPr>
        <w:t xml:space="preserve"> </w:t>
      </w:r>
      <w:proofErr w:type="spellStart"/>
      <w:r w:rsidRPr="00901BC0">
        <w:rPr>
          <w:rFonts w:ascii="Arial" w:hAnsi="Arial" w:cs="Arial"/>
          <w:sz w:val="24"/>
          <w:szCs w:val="24"/>
        </w:rPr>
        <w:t>estudiante</w:t>
      </w:r>
      <w:proofErr w:type="spellEnd"/>
      <w:r w:rsidRPr="00901BC0">
        <w:rPr>
          <w:rFonts w:ascii="Arial" w:hAnsi="Arial" w:cs="Arial"/>
          <w:sz w:val="24"/>
          <w:szCs w:val="24"/>
        </w:rPr>
        <w:t xml:space="preserve"> </w:t>
      </w:r>
      <w:proofErr w:type="spellStart"/>
      <w:r w:rsidRPr="00901BC0">
        <w:rPr>
          <w:rFonts w:ascii="Arial" w:hAnsi="Arial" w:cs="Arial"/>
          <w:sz w:val="24"/>
          <w:szCs w:val="24"/>
        </w:rPr>
        <w:t>quiere</w:t>
      </w:r>
      <w:proofErr w:type="spellEnd"/>
      <w:r w:rsidRPr="00901BC0">
        <w:rPr>
          <w:rFonts w:ascii="Arial" w:hAnsi="Arial" w:cs="Arial"/>
          <w:sz w:val="24"/>
          <w:szCs w:val="24"/>
        </w:rPr>
        <w:t xml:space="preserve"> </w:t>
      </w:r>
      <w:proofErr w:type="spellStart"/>
      <w:r w:rsidRPr="00901BC0">
        <w:rPr>
          <w:rFonts w:ascii="Arial" w:hAnsi="Arial" w:cs="Arial"/>
          <w:spacing w:val="2"/>
          <w:sz w:val="24"/>
          <w:szCs w:val="24"/>
        </w:rPr>
        <w:t>expresarse</w:t>
      </w:r>
      <w:proofErr w:type="spellEnd"/>
      <w:r w:rsidRPr="00901BC0">
        <w:rPr>
          <w:rFonts w:ascii="Arial" w:hAnsi="Arial" w:cs="Arial"/>
          <w:spacing w:val="2"/>
          <w:sz w:val="24"/>
          <w:szCs w:val="24"/>
        </w:rPr>
        <w:t xml:space="preserve">, </w:t>
      </w:r>
      <w:proofErr w:type="spellStart"/>
      <w:r w:rsidRPr="00901BC0">
        <w:rPr>
          <w:rFonts w:ascii="Arial" w:hAnsi="Arial" w:cs="Arial"/>
          <w:sz w:val="24"/>
          <w:szCs w:val="24"/>
        </w:rPr>
        <w:t>pero</w:t>
      </w:r>
      <w:proofErr w:type="spellEnd"/>
      <w:r w:rsidRPr="00901BC0">
        <w:rPr>
          <w:rFonts w:ascii="Arial" w:hAnsi="Arial" w:cs="Arial"/>
          <w:sz w:val="24"/>
          <w:szCs w:val="24"/>
        </w:rPr>
        <w:t xml:space="preserve"> </w:t>
      </w:r>
      <w:r w:rsidRPr="00901BC0">
        <w:rPr>
          <w:rFonts w:ascii="Arial" w:hAnsi="Arial" w:cs="Arial"/>
          <w:spacing w:val="-3"/>
          <w:sz w:val="24"/>
          <w:szCs w:val="24"/>
        </w:rPr>
        <w:t xml:space="preserve">no </w:t>
      </w:r>
      <w:r w:rsidRPr="00901BC0">
        <w:rPr>
          <w:rFonts w:ascii="Arial" w:hAnsi="Arial" w:cs="Arial"/>
          <w:spacing w:val="5"/>
          <w:sz w:val="24"/>
          <w:szCs w:val="24"/>
        </w:rPr>
        <w:t xml:space="preserve">es </w:t>
      </w:r>
      <w:proofErr w:type="spellStart"/>
      <w:r w:rsidRPr="00901BC0">
        <w:rPr>
          <w:rFonts w:ascii="Arial" w:hAnsi="Arial" w:cs="Arial"/>
          <w:sz w:val="24"/>
          <w:szCs w:val="24"/>
        </w:rPr>
        <w:t>capaz</w:t>
      </w:r>
      <w:proofErr w:type="spellEnd"/>
      <w:r w:rsidRPr="00901BC0">
        <w:rPr>
          <w:rFonts w:ascii="Arial" w:hAnsi="Arial" w:cs="Arial"/>
          <w:sz w:val="24"/>
          <w:szCs w:val="24"/>
        </w:rPr>
        <w:t xml:space="preserve"> </w:t>
      </w:r>
      <w:r w:rsidRPr="00901BC0">
        <w:rPr>
          <w:rFonts w:ascii="Arial" w:hAnsi="Arial" w:cs="Arial"/>
          <w:spacing w:val="-3"/>
          <w:sz w:val="24"/>
          <w:szCs w:val="24"/>
        </w:rPr>
        <w:t xml:space="preserve">de </w:t>
      </w:r>
      <w:proofErr w:type="spellStart"/>
      <w:r w:rsidRPr="00901BC0">
        <w:rPr>
          <w:rFonts w:ascii="Arial" w:hAnsi="Arial" w:cs="Arial"/>
          <w:sz w:val="24"/>
          <w:szCs w:val="24"/>
        </w:rPr>
        <w:t>hacerlo</w:t>
      </w:r>
      <w:proofErr w:type="spellEnd"/>
      <w:r w:rsidRPr="00901BC0">
        <w:rPr>
          <w:rFonts w:ascii="Arial" w:hAnsi="Arial" w:cs="Arial"/>
          <w:sz w:val="24"/>
          <w:szCs w:val="24"/>
        </w:rPr>
        <w:t xml:space="preserve"> </w:t>
      </w:r>
      <w:proofErr w:type="spellStart"/>
      <w:r w:rsidRPr="00901BC0">
        <w:rPr>
          <w:rFonts w:ascii="Arial" w:hAnsi="Arial" w:cs="Arial"/>
          <w:sz w:val="24"/>
          <w:szCs w:val="24"/>
        </w:rPr>
        <w:t>verbalmente</w:t>
      </w:r>
      <w:proofErr w:type="spellEnd"/>
      <w:r w:rsidRPr="00901BC0">
        <w:rPr>
          <w:rFonts w:ascii="Arial" w:hAnsi="Arial" w:cs="Arial"/>
          <w:sz w:val="24"/>
          <w:szCs w:val="24"/>
        </w:rPr>
        <w:t xml:space="preserve">, </w:t>
      </w:r>
      <w:r w:rsidRPr="00901BC0">
        <w:rPr>
          <w:rFonts w:ascii="Arial" w:hAnsi="Arial" w:cs="Arial"/>
          <w:spacing w:val="3"/>
          <w:sz w:val="24"/>
          <w:szCs w:val="24"/>
        </w:rPr>
        <w:t xml:space="preserve">se </w:t>
      </w:r>
      <w:r w:rsidRPr="00901BC0">
        <w:rPr>
          <w:rFonts w:ascii="Arial" w:hAnsi="Arial" w:cs="Arial"/>
          <w:sz w:val="24"/>
          <w:szCs w:val="24"/>
        </w:rPr>
        <w:t xml:space="preserve">le </w:t>
      </w:r>
      <w:proofErr w:type="spellStart"/>
      <w:r w:rsidRPr="00901BC0">
        <w:rPr>
          <w:rFonts w:ascii="Arial" w:hAnsi="Arial" w:cs="Arial"/>
          <w:spacing w:val="5"/>
          <w:sz w:val="24"/>
          <w:szCs w:val="24"/>
        </w:rPr>
        <w:t>puede</w:t>
      </w:r>
      <w:proofErr w:type="spellEnd"/>
      <w:r w:rsidRPr="00901BC0">
        <w:rPr>
          <w:rFonts w:ascii="Arial" w:hAnsi="Arial" w:cs="Arial"/>
          <w:spacing w:val="5"/>
          <w:sz w:val="24"/>
          <w:szCs w:val="24"/>
        </w:rPr>
        <w:t xml:space="preserve"> </w:t>
      </w:r>
      <w:proofErr w:type="spellStart"/>
      <w:r w:rsidRPr="00901BC0">
        <w:rPr>
          <w:rFonts w:ascii="Arial" w:hAnsi="Arial" w:cs="Arial"/>
          <w:sz w:val="24"/>
          <w:szCs w:val="24"/>
        </w:rPr>
        <w:t>entregar</w:t>
      </w:r>
      <w:proofErr w:type="spellEnd"/>
      <w:r w:rsidRPr="00901BC0">
        <w:rPr>
          <w:rFonts w:ascii="Arial" w:hAnsi="Arial" w:cs="Arial"/>
          <w:sz w:val="24"/>
          <w:szCs w:val="24"/>
        </w:rPr>
        <w:t xml:space="preserve"> la </w:t>
      </w:r>
      <w:proofErr w:type="spellStart"/>
      <w:r w:rsidRPr="00901BC0">
        <w:rPr>
          <w:rFonts w:ascii="Arial" w:hAnsi="Arial" w:cs="Arial"/>
          <w:spacing w:val="6"/>
          <w:sz w:val="24"/>
          <w:szCs w:val="24"/>
        </w:rPr>
        <w:t>opción</w:t>
      </w:r>
      <w:proofErr w:type="spellEnd"/>
      <w:r w:rsidRPr="00901BC0">
        <w:rPr>
          <w:rFonts w:ascii="Arial" w:hAnsi="Arial" w:cs="Arial"/>
          <w:spacing w:val="6"/>
          <w:sz w:val="24"/>
          <w:szCs w:val="24"/>
        </w:rPr>
        <w:t xml:space="preserve"> </w:t>
      </w:r>
      <w:r w:rsidRPr="00901BC0">
        <w:rPr>
          <w:rFonts w:ascii="Arial" w:hAnsi="Arial" w:cs="Arial"/>
          <w:spacing w:val="5"/>
          <w:sz w:val="24"/>
          <w:szCs w:val="24"/>
        </w:rPr>
        <w:t xml:space="preserve">de </w:t>
      </w:r>
      <w:proofErr w:type="spellStart"/>
      <w:r w:rsidRPr="00901BC0">
        <w:rPr>
          <w:rFonts w:ascii="Arial" w:hAnsi="Arial" w:cs="Arial"/>
          <w:sz w:val="24"/>
          <w:szCs w:val="24"/>
        </w:rPr>
        <w:t>dibujar</w:t>
      </w:r>
      <w:proofErr w:type="spellEnd"/>
      <w:r w:rsidRPr="00901BC0">
        <w:rPr>
          <w:rFonts w:ascii="Arial" w:hAnsi="Arial" w:cs="Arial"/>
          <w:sz w:val="24"/>
          <w:szCs w:val="24"/>
        </w:rPr>
        <w:t xml:space="preserve"> o </w:t>
      </w:r>
      <w:proofErr w:type="spellStart"/>
      <w:r w:rsidRPr="00901BC0">
        <w:rPr>
          <w:rFonts w:ascii="Arial" w:hAnsi="Arial" w:cs="Arial"/>
          <w:spacing w:val="3"/>
          <w:sz w:val="24"/>
          <w:szCs w:val="24"/>
        </w:rPr>
        <w:t>escribir</w:t>
      </w:r>
      <w:proofErr w:type="spellEnd"/>
      <w:r w:rsidRPr="00901BC0">
        <w:rPr>
          <w:rFonts w:ascii="Arial" w:hAnsi="Arial" w:cs="Arial"/>
          <w:spacing w:val="36"/>
          <w:sz w:val="24"/>
          <w:szCs w:val="24"/>
        </w:rPr>
        <w:t xml:space="preserve"> </w:t>
      </w:r>
      <w:r w:rsidRPr="00901BC0">
        <w:rPr>
          <w:rFonts w:ascii="Arial" w:hAnsi="Arial" w:cs="Arial"/>
          <w:sz w:val="24"/>
          <w:szCs w:val="24"/>
        </w:rPr>
        <w:t xml:space="preserve">lo que le </w:t>
      </w:r>
      <w:proofErr w:type="spellStart"/>
      <w:r w:rsidRPr="00901BC0">
        <w:rPr>
          <w:rFonts w:ascii="Arial" w:hAnsi="Arial" w:cs="Arial"/>
          <w:spacing w:val="4"/>
          <w:sz w:val="24"/>
          <w:szCs w:val="24"/>
        </w:rPr>
        <w:t>sucede</w:t>
      </w:r>
      <w:proofErr w:type="spellEnd"/>
      <w:r w:rsidRPr="00901BC0">
        <w:rPr>
          <w:rFonts w:ascii="Arial" w:hAnsi="Arial" w:cs="Arial"/>
          <w:spacing w:val="4"/>
          <w:sz w:val="24"/>
          <w:szCs w:val="24"/>
        </w:rPr>
        <w:t xml:space="preserve"> </w:t>
      </w:r>
      <w:r w:rsidRPr="00901BC0">
        <w:rPr>
          <w:rFonts w:ascii="Arial" w:hAnsi="Arial" w:cs="Arial"/>
          <w:sz w:val="24"/>
          <w:szCs w:val="24"/>
        </w:rPr>
        <w:t xml:space="preserve">o </w:t>
      </w:r>
      <w:proofErr w:type="spellStart"/>
      <w:r w:rsidRPr="00901BC0">
        <w:rPr>
          <w:rFonts w:ascii="Arial" w:hAnsi="Arial" w:cs="Arial"/>
          <w:sz w:val="24"/>
          <w:szCs w:val="24"/>
        </w:rPr>
        <w:t>siente</w:t>
      </w:r>
      <w:proofErr w:type="spellEnd"/>
      <w:r w:rsidRPr="00901BC0">
        <w:rPr>
          <w:rFonts w:ascii="Arial" w:hAnsi="Arial" w:cs="Arial"/>
          <w:sz w:val="24"/>
          <w:szCs w:val="24"/>
        </w:rPr>
        <w:t>.</w:t>
      </w:r>
    </w:p>
    <w:p w14:paraId="2C804D33" w14:textId="77777777" w:rsidR="00893C50" w:rsidRPr="00901BC0" w:rsidRDefault="00893C50" w:rsidP="00893C50">
      <w:pPr>
        <w:pStyle w:val="Textoindependiente"/>
        <w:spacing w:before="11" w:line="360" w:lineRule="auto"/>
        <w:ind w:right="49"/>
        <w:jc w:val="both"/>
        <w:rPr>
          <w:rFonts w:ascii="Arial" w:hAnsi="Arial" w:cs="Arial"/>
        </w:rPr>
      </w:pPr>
    </w:p>
    <w:p w14:paraId="511E5E0A" w14:textId="77777777" w:rsidR="00893C50" w:rsidRPr="00901BC0" w:rsidRDefault="00893C50" w:rsidP="00893C50">
      <w:pPr>
        <w:pStyle w:val="Prrafodelista"/>
        <w:widowControl w:val="0"/>
        <w:numPr>
          <w:ilvl w:val="0"/>
          <w:numId w:val="45"/>
        </w:numPr>
        <w:tabs>
          <w:tab w:val="left" w:pos="1233"/>
        </w:tabs>
        <w:autoSpaceDE w:val="0"/>
        <w:autoSpaceDN w:val="0"/>
        <w:spacing w:after="0" w:line="360" w:lineRule="auto"/>
        <w:ind w:right="49"/>
        <w:contextualSpacing w:val="0"/>
        <w:jc w:val="both"/>
        <w:rPr>
          <w:rFonts w:ascii="Arial" w:hAnsi="Arial" w:cs="Arial"/>
          <w:sz w:val="24"/>
          <w:szCs w:val="24"/>
        </w:rPr>
      </w:pPr>
      <w:proofErr w:type="spellStart"/>
      <w:r w:rsidRPr="00901BC0">
        <w:rPr>
          <w:rFonts w:ascii="Arial" w:hAnsi="Arial" w:cs="Arial"/>
          <w:b/>
          <w:spacing w:val="-3"/>
          <w:sz w:val="24"/>
          <w:szCs w:val="24"/>
        </w:rPr>
        <w:t>Otorgar</w:t>
      </w:r>
      <w:proofErr w:type="spellEnd"/>
      <w:r w:rsidRPr="00901BC0">
        <w:rPr>
          <w:rFonts w:ascii="Arial" w:hAnsi="Arial" w:cs="Arial"/>
          <w:b/>
          <w:spacing w:val="-3"/>
          <w:sz w:val="24"/>
          <w:szCs w:val="24"/>
        </w:rPr>
        <w:t xml:space="preserve"> </w:t>
      </w:r>
      <w:r w:rsidRPr="00901BC0">
        <w:rPr>
          <w:rFonts w:ascii="Arial" w:hAnsi="Arial" w:cs="Arial"/>
          <w:b/>
          <w:sz w:val="24"/>
          <w:szCs w:val="24"/>
        </w:rPr>
        <w:t xml:space="preserve">a </w:t>
      </w:r>
      <w:proofErr w:type="spellStart"/>
      <w:r w:rsidRPr="00901BC0">
        <w:rPr>
          <w:rFonts w:ascii="Arial" w:hAnsi="Arial" w:cs="Arial"/>
          <w:b/>
          <w:sz w:val="24"/>
          <w:szCs w:val="24"/>
        </w:rPr>
        <w:t>algunos</w:t>
      </w:r>
      <w:proofErr w:type="spellEnd"/>
      <w:r w:rsidRPr="00901BC0">
        <w:rPr>
          <w:rFonts w:ascii="Arial" w:hAnsi="Arial" w:cs="Arial"/>
          <w:b/>
          <w:sz w:val="24"/>
          <w:szCs w:val="24"/>
        </w:rPr>
        <w:t xml:space="preserve"> </w:t>
      </w:r>
      <w:proofErr w:type="spellStart"/>
      <w:r w:rsidRPr="00901BC0">
        <w:rPr>
          <w:rFonts w:ascii="Arial" w:hAnsi="Arial" w:cs="Arial"/>
          <w:b/>
          <w:spacing w:val="-3"/>
          <w:sz w:val="24"/>
          <w:szCs w:val="24"/>
        </w:rPr>
        <w:t>estudiantes</w:t>
      </w:r>
      <w:proofErr w:type="spellEnd"/>
      <w:r w:rsidRPr="00901BC0">
        <w:rPr>
          <w:rFonts w:ascii="Arial" w:hAnsi="Arial" w:cs="Arial"/>
          <w:b/>
          <w:spacing w:val="-3"/>
          <w:sz w:val="24"/>
          <w:szCs w:val="24"/>
        </w:rPr>
        <w:t xml:space="preserve"> </w:t>
      </w:r>
      <w:r w:rsidRPr="00901BC0">
        <w:rPr>
          <w:rFonts w:ascii="Arial" w:hAnsi="Arial" w:cs="Arial"/>
          <w:b/>
          <w:sz w:val="24"/>
          <w:szCs w:val="24"/>
        </w:rPr>
        <w:t xml:space="preserve">para </w:t>
      </w:r>
      <w:proofErr w:type="spellStart"/>
      <w:r w:rsidRPr="00901BC0">
        <w:rPr>
          <w:rFonts w:ascii="Arial" w:hAnsi="Arial" w:cs="Arial"/>
          <w:b/>
          <w:sz w:val="24"/>
          <w:szCs w:val="24"/>
        </w:rPr>
        <w:t>los</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cuales</w:t>
      </w:r>
      <w:proofErr w:type="spellEnd"/>
      <w:r w:rsidRPr="00901BC0">
        <w:rPr>
          <w:rFonts w:ascii="Arial" w:hAnsi="Arial" w:cs="Arial"/>
          <w:b/>
          <w:sz w:val="24"/>
          <w:szCs w:val="24"/>
        </w:rPr>
        <w:t xml:space="preserve"> </w:t>
      </w:r>
      <w:proofErr w:type="spellStart"/>
      <w:r w:rsidRPr="00901BC0">
        <w:rPr>
          <w:rFonts w:ascii="Arial" w:hAnsi="Arial" w:cs="Arial"/>
          <w:b/>
          <w:spacing w:val="-6"/>
          <w:sz w:val="24"/>
          <w:szCs w:val="24"/>
        </w:rPr>
        <w:t>existe</w:t>
      </w:r>
      <w:proofErr w:type="spellEnd"/>
      <w:r w:rsidRPr="00901BC0">
        <w:rPr>
          <w:rFonts w:ascii="Arial" w:hAnsi="Arial" w:cs="Arial"/>
          <w:b/>
          <w:spacing w:val="-6"/>
          <w:sz w:val="24"/>
          <w:szCs w:val="24"/>
        </w:rPr>
        <w:t xml:space="preserve"> </w:t>
      </w:r>
      <w:proofErr w:type="spellStart"/>
      <w:r w:rsidRPr="00901BC0">
        <w:rPr>
          <w:rFonts w:ascii="Arial" w:hAnsi="Arial" w:cs="Arial"/>
          <w:b/>
          <w:sz w:val="24"/>
          <w:szCs w:val="24"/>
        </w:rPr>
        <w:t>información</w:t>
      </w:r>
      <w:proofErr w:type="spellEnd"/>
      <w:r w:rsidRPr="00901BC0">
        <w:rPr>
          <w:rFonts w:ascii="Arial" w:hAnsi="Arial" w:cs="Arial"/>
          <w:b/>
          <w:sz w:val="24"/>
          <w:szCs w:val="24"/>
        </w:rPr>
        <w:t xml:space="preserve"> previa de </w:t>
      </w:r>
      <w:proofErr w:type="spellStart"/>
      <w:r w:rsidRPr="00901BC0">
        <w:rPr>
          <w:rFonts w:ascii="Arial" w:hAnsi="Arial" w:cs="Arial"/>
          <w:b/>
          <w:sz w:val="24"/>
          <w:szCs w:val="24"/>
        </w:rPr>
        <w:t>riesgo</w:t>
      </w:r>
      <w:proofErr w:type="spellEnd"/>
      <w:r w:rsidRPr="00901BC0">
        <w:rPr>
          <w:rFonts w:ascii="Arial" w:hAnsi="Arial" w:cs="Arial"/>
          <w:b/>
          <w:sz w:val="24"/>
          <w:szCs w:val="24"/>
        </w:rPr>
        <w:t xml:space="preserve"> de </w:t>
      </w:r>
      <w:proofErr w:type="spellStart"/>
      <w:r w:rsidRPr="00901BC0">
        <w:rPr>
          <w:rFonts w:ascii="Arial" w:hAnsi="Arial" w:cs="Arial"/>
          <w:b/>
          <w:sz w:val="24"/>
          <w:szCs w:val="24"/>
        </w:rPr>
        <w:t>desregulación</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emocional</w:t>
      </w:r>
      <w:proofErr w:type="spellEnd"/>
      <w:r w:rsidRPr="00901BC0">
        <w:rPr>
          <w:rFonts w:ascii="Arial" w:hAnsi="Arial" w:cs="Arial"/>
          <w:b/>
          <w:sz w:val="24"/>
          <w:szCs w:val="24"/>
        </w:rPr>
        <w:t xml:space="preserve"> y </w:t>
      </w:r>
      <w:proofErr w:type="spellStart"/>
      <w:r w:rsidRPr="00901BC0">
        <w:rPr>
          <w:rFonts w:ascii="Arial" w:hAnsi="Arial" w:cs="Arial"/>
          <w:b/>
          <w:spacing w:val="-3"/>
          <w:sz w:val="24"/>
          <w:szCs w:val="24"/>
        </w:rPr>
        <w:t>conductual</w:t>
      </w:r>
      <w:proofErr w:type="spellEnd"/>
      <w:r w:rsidRPr="00901BC0">
        <w:rPr>
          <w:rFonts w:ascii="Arial" w:hAnsi="Arial" w:cs="Arial"/>
          <w:b/>
          <w:spacing w:val="-3"/>
          <w:sz w:val="24"/>
          <w:szCs w:val="24"/>
        </w:rPr>
        <w:t xml:space="preserve"> -</w:t>
      </w:r>
      <w:proofErr w:type="spellStart"/>
      <w:r w:rsidRPr="00901BC0">
        <w:rPr>
          <w:rFonts w:ascii="Arial" w:hAnsi="Arial" w:cs="Arial"/>
          <w:b/>
          <w:spacing w:val="-3"/>
          <w:sz w:val="24"/>
          <w:szCs w:val="24"/>
        </w:rPr>
        <w:t>cuando</w:t>
      </w:r>
      <w:proofErr w:type="spellEnd"/>
      <w:r w:rsidRPr="00901BC0">
        <w:rPr>
          <w:rFonts w:ascii="Arial" w:hAnsi="Arial" w:cs="Arial"/>
          <w:b/>
          <w:spacing w:val="-3"/>
          <w:sz w:val="24"/>
          <w:szCs w:val="24"/>
        </w:rPr>
        <w:t xml:space="preserve"> </w:t>
      </w:r>
      <w:r w:rsidRPr="00901BC0">
        <w:rPr>
          <w:rFonts w:ascii="Arial" w:hAnsi="Arial" w:cs="Arial"/>
          <w:b/>
          <w:spacing w:val="-4"/>
          <w:sz w:val="24"/>
          <w:szCs w:val="24"/>
        </w:rPr>
        <w:t xml:space="preserve">sea </w:t>
      </w:r>
      <w:proofErr w:type="spellStart"/>
      <w:r w:rsidRPr="00901BC0">
        <w:rPr>
          <w:rFonts w:ascii="Arial" w:hAnsi="Arial" w:cs="Arial"/>
          <w:b/>
          <w:sz w:val="24"/>
          <w:szCs w:val="24"/>
        </w:rPr>
        <w:t>pertinente</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tiempos</w:t>
      </w:r>
      <w:proofErr w:type="spellEnd"/>
      <w:r w:rsidRPr="00901BC0">
        <w:rPr>
          <w:rFonts w:ascii="Arial" w:hAnsi="Arial" w:cs="Arial"/>
          <w:b/>
          <w:sz w:val="24"/>
          <w:szCs w:val="24"/>
        </w:rPr>
        <w:t xml:space="preserve"> de </w:t>
      </w:r>
      <w:proofErr w:type="spellStart"/>
      <w:r w:rsidRPr="00901BC0">
        <w:rPr>
          <w:rFonts w:ascii="Arial" w:hAnsi="Arial" w:cs="Arial"/>
          <w:b/>
          <w:spacing w:val="-4"/>
          <w:sz w:val="24"/>
          <w:szCs w:val="24"/>
        </w:rPr>
        <w:t>descanso</w:t>
      </w:r>
      <w:proofErr w:type="spellEnd"/>
      <w:r w:rsidRPr="00901BC0">
        <w:rPr>
          <w:rFonts w:ascii="Arial" w:hAnsi="Arial" w:cs="Arial"/>
          <w:b/>
          <w:spacing w:val="-4"/>
          <w:sz w:val="24"/>
          <w:szCs w:val="24"/>
        </w:rPr>
        <w:t xml:space="preserve"> </w:t>
      </w:r>
      <w:proofErr w:type="spellStart"/>
      <w:r w:rsidRPr="00901BC0">
        <w:rPr>
          <w:rFonts w:ascii="Arial" w:hAnsi="Arial" w:cs="Arial"/>
          <w:spacing w:val="5"/>
          <w:sz w:val="24"/>
          <w:szCs w:val="24"/>
        </w:rPr>
        <w:t>en</w:t>
      </w:r>
      <w:proofErr w:type="spellEnd"/>
      <w:r w:rsidRPr="00901BC0">
        <w:rPr>
          <w:rFonts w:ascii="Arial" w:hAnsi="Arial" w:cs="Arial"/>
          <w:spacing w:val="5"/>
          <w:sz w:val="24"/>
          <w:szCs w:val="24"/>
        </w:rPr>
        <w:t xml:space="preserve"> </w:t>
      </w:r>
      <w:r w:rsidRPr="00901BC0">
        <w:rPr>
          <w:rFonts w:ascii="Arial" w:hAnsi="Arial" w:cs="Arial"/>
          <w:sz w:val="24"/>
          <w:szCs w:val="24"/>
        </w:rPr>
        <w:t xml:space="preserve">que </w:t>
      </w:r>
      <w:proofErr w:type="spellStart"/>
      <w:r w:rsidRPr="00901BC0">
        <w:rPr>
          <w:rFonts w:ascii="Arial" w:hAnsi="Arial" w:cs="Arial"/>
          <w:spacing w:val="2"/>
          <w:sz w:val="24"/>
          <w:szCs w:val="24"/>
        </w:rPr>
        <w:t>puedan</w:t>
      </w:r>
      <w:proofErr w:type="spellEnd"/>
      <w:r w:rsidRPr="00901BC0">
        <w:rPr>
          <w:rFonts w:ascii="Arial" w:hAnsi="Arial" w:cs="Arial"/>
          <w:spacing w:val="2"/>
          <w:sz w:val="24"/>
          <w:szCs w:val="24"/>
        </w:rPr>
        <w:t xml:space="preserve">, </w:t>
      </w:r>
      <w:proofErr w:type="spellStart"/>
      <w:r w:rsidRPr="00901BC0">
        <w:rPr>
          <w:rFonts w:ascii="Arial" w:hAnsi="Arial" w:cs="Arial"/>
          <w:spacing w:val="6"/>
          <w:sz w:val="24"/>
          <w:szCs w:val="24"/>
        </w:rPr>
        <w:t>por</w:t>
      </w:r>
      <w:proofErr w:type="spellEnd"/>
      <w:r w:rsidRPr="00901BC0">
        <w:rPr>
          <w:rFonts w:ascii="Arial" w:hAnsi="Arial" w:cs="Arial"/>
          <w:spacing w:val="6"/>
          <w:sz w:val="24"/>
          <w:szCs w:val="24"/>
        </w:rPr>
        <w:t xml:space="preserve"> </w:t>
      </w:r>
      <w:proofErr w:type="spellStart"/>
      <w:r w:rsidRPr="00901BC0">
        <w:rPr>
          <w:rFonts w:ascii="Arial" w:hAnsi="Arial" w:cs="Arial"/>
          <w:spacing w:val="5"/>
          <w:sz w:val="24"/>
          <w:szCs w:val="24"/>
        </w:rPr>
        <w:t>ejemplo</w:t>
      </w:r>
      <w:proofErr w:type="spellEnd"/>
      <w:r w:rsidRPr="00901BC0">
        <w:rPr>
          <w:rFonts w:ascii="Arial" w:hAnsi="Arial" w:cs="Arial"/>
          <w:spacing w:val="5"/>
          <w:sz w:val="24"/>
          <w:szCs w:val="24"/>
        </w:rPr>
        <w:t xml:space="preserve">, </w:t>
      </w:r>
      <w:proofErr w:type="spellStart"/>
      <w:r w:rsidRPr="00901BC0">
        <w:rPr>
          <w:rFonts w:ascii="Arial" w:hAnsi="Arial" w:cs="Arial"/>
          <w:sz w:val="24"/>
          <w:szCs w:val="24"/>
        </w:rPr>
        <w:t>ir</w:t>
      </w:r>
      <w:proofErr w:type="spellEnd"/>
      <w:r w:rsidRPr="00901BC0">
        <w:rPr>
          <w:rFonts w:ascii="Arial" w:hAnsi="Arial" w:cs="Arial"/>
          <w:sz w:val="24"/>
          <w:szCs w:val="24"/>
        </w:rPr>
        <w:t xml:space="preserve"> </w:t>
      </w:r>
      <w:r w:rsidRPr="00901BC0">
        <w:rPr>
          <w:rFonts w:ascii="Arial" w:hAnsi="Arial" w:cs="Arial"/>
          <w:spacing w:val="-3"/>
          <w:sz w:val="24"/>
          <w:szCs w:val="24"/>
        </w:rPr>
        <w:t xml:space="preserve">al </w:t>
      </w:r>
      <w:proofErr w:type="spellStart"/>
      <w:r w:rsidRPr="00901BC0">
        <w:rPr>
          <w:rFonts w:ascii="Arial" w:hAnsi="Arial" w:cs="Arial"/>
          <w:sz w:val="24"/>
          <w:szCs w:val="24"/>
        </w:rPr>
        <w:t>baño</w:t>
      </w:r>
      <w:proofErr w:type="spellEnd"/>
      <w:r w:rsidRPr="00901BC0">
        <w:rPr>
          <w:rFonts w:ascii="Arial" w:hAnsi="Arial" w:cs="Arial"/>
          <w:sz w:val="24"/>
          <w:szCs w:val="24"/>
        </w:rPr>
        <w:t xml:space="preserve"> o </w:t>
      </w:r>
      <w:proofErr w:type="spellStart"/>
      <w:r w:rsidRPr="00901BC0">
        <w:rPr>
          <w:rFonts w:ascii="Arial" w:hAnsi="Arial" w:cs="Arial"/>
          <w:sz w:val="24"/>
          <w:szCs w:val="24"/>
        </w:rPr>
        <w:t>salir</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de </w:t>
      </w:r>
      <w:r w:rsidRPr="00901BC0">
        <w:rPr>
          <w:rFonts w:ascii="Arial" w:hAnsi="Arial" w:cs="Arial"/>
          <w:sz w:val="24"/>
          <w:szCs w:val="24"/>
        </w:rPr>
        <w:t xml:space="preserve">la sala. </w:t>
      </w:r>
      <w:proofErr w:type="spellStart"/>
      <w:r w:rsidRPr="00901BC0">
        <w:rPr>
          <w:rFonts w:ascii="Arial" w:hAnsi="Arial" w:cs="Arial"/>
          <w:sz w:val="24"/>
          <w:szCs w:val="24"/>
        </w:rPr>
        <w:t>Estas</w:t>
      </w:r>
      <w:proofErr w:type="spellEnd"/>
      <w:r w:rsidRPr="00901BC0">
        <w:rPr>
          <w:rFonts w:ascii="Arial" w:hAnsi="Arial" w:cs="Arial"/>
          <w:sz w:val="24"/>
          <w:szCs w:val="24"/>
        </w:rPr>
        <w:t xml:space="preserve"> </w:t>
      </w:r>
      <w:proofErr w:type="spellStart"/>
      <w:r w:rsidRPr="00901BC0">
        <w:rPr>
          <w:rFonts w:ascii="Arial" w:hAnsi="Arial" w:cs="Arial"/>
          <w:sz w:val="24"/>
          <w:szCs w:val="24"/>
        </w:rPr>
        <w:t>pausas</w:t>
      </w:r>
      <w:proofErr w:type="spellEnd"/>
      <w:r w:rsidRPr="00901BC0">
        <w:rPr>
          <w:rFonts w:ascii="Arial" w:hAnsi="Arial" w:cs="Arial"/>
          <w:sz w:val="24"/>
          <w:szCs w:val="24"/>
        </w:rPr>
        <w:t xml:space="preserve">, </w:t>
      </w:r>
      <w:proofErr w:type="spellStart"/>
      <w:r w:rsidRPr="00901BC0">
        <w:rPr>
          <w:rFonts w:ascii="Arial" w:hAnsi="Arial" w:cs="Arial"/>
          <w:spacing w:val="-6"/>
          <w:sz w:val="24"/>
          <w:szCs w:val="24"/>
        </w:rPr>
        <w:t>tras</w:t>
      </w:r>
      <w:proofErr w:type="spellEnd"/>
      <w:r w:rsidRPr="00901BC0">
        <w:rPr>
          <w:rFonts w:ascii="Arial" w:hAnsi="Arial" w:cs="Arial"/>
          <w:spacing w:val="-6"/>
          <w:sz w:val="24"/>
          <w:szCs w:val="24"/>
        </w:rPr>
        <w:t xml:space="preserve"> </w:t>
      </w:r>
      <w:r w:rsidRPr="00901BC0">
        <w:rPr>
          <w:rFonts w:ascii="Arial" w:hAnsi="Arial" w:cs="Arial"/>
          <w:sz w:val="24"/>
          <w:szCs w:val="24"/>
        </w:rPr>
        <w:t xml:space="preserve">las </w:t>
      </w:r>
      <w:proofErr w:type="spellStart"/>
      <w:r w:rsidRPr="00901BC0">
        <w:rPr>
          <w:rFonts w:ascii="Arial" w:hAnsi="Arial" w:cs="Arial"/>
          <w:sz w:val="24"/>
          <w:szCs w:val="24"/>
        </w:rPr>
        <w:t>cuales</w:t>
      </w:r>
      <w:proofErr w:type="spellEnd"/>
      <w:r w:rsidRPr="00901BC0">
        <w:rPr>
          <w:rFonts w:ascii="Arial" w:hAnsi="Arial" w:cs="Arial"/>
          <w:sz w:val="24"/>
          <w:szCs w:val="24"/>
        </w:rPr>
        <w:t xml:space="preserve"> </w:t>
      </w:r>
      <w:proofErr w:type="spellStart"/>
      <w:r w:rsidRPr="00901BC0">
        <w:rPr>
          <w:rFonts w:ascii="Arial" w:hAnsi="Arial" w:cs="Arial"/>
          <w:spacing w:val="7"/>
          <w:sz w:val="24"/>
          <w:szCs w:val="24"/>
        </w:rPr>
        <w:t>debe</w:t>
      </w:r>
      <w:proofErr w:type="spellEnd"/>
      <w:r w:rsidRPr="00901BC0">
        <w:rPr>
          <w:rFonts w:ascii="Arial" w:hAnsi="Arial" w:cs="Arial"/>
          <w:spacing w:val="7"/>
          <w:sz w:val="24"/>
          <w:szCs w:val="24"/>
        </w:rPr>
        <w:t xml:space="preserve"> </w:t>
      </w:r>
      <w:proofErr w:type="spellStart"/>
      <w:r w:rsidRPr="00901BC0">
        <w:rPr>
          <w:rFonts w:ascii="Arial" w:hAnsi="Arial" w:cs="Arial"/>
          <w:spacing w:val="5"/>
          <w:sz w:val="24"/>
          <w:szCs w:val="24"/>
        </w:rPr>
        <w:t>volver</w:t>
      </w:r>
      <w:proofErr w:type="spellEnd"/>
      <w:r w:rsidRPr="00901BC0">
        <w:rPr>
          <w:rFonts w:ascii="Arial" w:hAnsi="Arial" w:cs="Arial"/>
          <w:spacing w:val="5"/>
          <w:sz w:val="24"/>
          <w:szCs w:val="24"/>
        </w:rPr>
        <w:t xml:space="preserve"> </w:t>
      </w:r>
      <w:r w:rsidRPr="00901BC0">
        <w:rPr>
          <w:rFonts w:ascii="Arial" w:hAnsi="Arial" w:cs="Arial"/>
          <w:sz w:val="24"/>
          <w:szCs w:val="24"/>
        </w:rPr>
        <w:t xml:space="preserve">a </w:t>
      </w:r>
      <w:proofErr w:type="spellStart"/>
      <w:r w:rsidRPr="00901BC0">
        <w:rPr>
          <w:rFonts w:ascii="Arial" w:hAnsi="Arial" w:cs="Arial"/>
          <w:sz w:val="24"/>
          <w:szCs w:val="24"/>
        </w:rPr>
        <w:t>finalizar</w:t>
      </w:r>
      <w:proofErr w:type="spellEnd"/>
      <w:r w:rsidRPr="00901BC0">
        <w:rPr>
          <w:rFonts w:ascii="Arial" w:hAnsi="Arial" w:cs="Arial"/>
          <w:sz w:val="24"/>
          <w:szCs w:val="24"/>
        </w:rPr>
        <w:t xml:space="preserve"> la </w:t>
      </w:r>
      <w:proofErr w:type="spellStart"/>
      <w:r w:rsidRPr="00901BC0">
        <w:rPr>
          <w:rFonts w:ascii="Arial" w:hAnsi="Arial" w:cs="Arial"/>
          <w:sz w:val="24"/>
          <w:szCs w:val="24"/>
        </w:rPr>
        <w:t>actividad</w:t>
      </w:r>
      <w:proofErr w:type="spellEnd"/>
      <w:r w:rsidRPr="00901BC0">
        <w:rPr>
          <w:rFonts w:ascii="Arial" w:hAnsi="Arial" w:cs="Arial"/>
          <w:sz w:val="24"/>
          <w:szCs w:val="24"/>
        </w:rPr>
        <w:t xml:space="preserve"> que </w:t>
      </w:r>
      <w:proofErr w:type="spellStart"/>
      <w:r w:rsidRPr="00901BC0">
        <w:rPr>
          <w:rFonts w:ascii="Arial" w:hAnsi="Arial" w:cs="Arial"/>
          <w:sz w:val="24"/>
          <w:szCs w:val="24"/>
        </w:rPr>
        <w:t>corresponda</w:t>
      </w:r>
      <w:proofErr w:type="spellEnd"/>
      <w:r w:rsidRPr="00901BC0">
        <w:rPr>
          <w:rFonts w:ascii="Arial" w:hAnsi="Arial" w:cs="Arial"/>
          <w:sz w:val="24"/>
          <w:szCs w:val="24"/>
        </w:rPr>
        <w:t xml:space="preserve">, </w:t>
      </w:r>
      <w:proofErr w:type="spellStart"/>
      <w:r w:rsidRPr="00901BC0">
        <w:rPr>
          <w:rFonts w:ascii="Arial" w:hAnsi="Arial" w:cs="Arial"/>
          <w:sz w:val="24"/>
          <w:szCs w:val="24"/>
        </w:rPr>
        <w:t>deben</w:t>
      </w:r>
      <w:proofErr w:type="spellEnd"/>
      <w:r w:rsidRPr="00901BC0">
        <w:rPr>
          <w:rFonts w:ascii="Arial" w:hAnsi="Arial" w:cs="Arial"/>
          <w:sz w:val="24"/>
          <w:szCs w:val="24"/>
        </w:rPr>
        <w:t xml:space="preserve"> </w:t>
      </w:r>
      <w:proofErr w:type="spellStart"/>
      <w:r w:rsidRPr="00901BC0">
        <w:rPr>
          <w:rFonts w:ascii="Arial" w:hAnsi="Arial" w:cs="Arial"/>
          <w:sz w:val="24"/>
          <w:szCs w:val="24"/>
        </w:rPr>
        <w:t>estar</w:t>
      </w:r>
      <w:proofErr w:type="spellEnd"/>
      <w:r w:rsidRPr="00901BC0">
        <w:rPr>
          <w:rFonts w:ascii="Arial" w:hAnsi="Arial" w:cs="Arial"/>
          <w:sz w:val="24"/>
          <w:szCs w:val="24"/>
        </w:rPr>
        <w:t xml:space="preserve"> </w:t>
      </w:r>
      <w:proofErr w:type="spellStart"/>
      <w:r w:rsidRPr="00901BC0">
        <w:rPr>
          <w:rFonts w:ascii="Arial" w:hAnsi="Arial" w:cs="Arial"/>
          <w:sz w:val="24"/>
          <w:szCs w:val="24"/>
        </w:rPr>
        <w:t>previamente</w:t>
      </w:r>
      <w:proofErr w:type="spellEnd"/>
      <w:r w:rsidRPr="00901BC0">
        <w:rPr>
          <w:rFonts w:ascii="Arial" w:hAnsi="Arial" w:cs="Arial"/>
          <w:sz w:val="24"/>
          <w:szCs w:val="24"/>
        </w:rPr>
        <w:t xml:space="preserve"> </w:t>
      </w:r>
      <w:proofErr w:type="spellStart"/>
      <w:r w:rsidRPr="00901BC0">
        <w:rPr>
          <w:rFonts w:ascii="Arial" w:hAnsi="Arial" w:cs="Arial"/>
          <w:sz w:val="24"/>
          <w:szCs w:val="24"/>
        </w:rPr>
        <w:t>establecidas</w:t>
      </w:r>
      <w:proofErr w:type="spellEnd"/>
      <w:r w:rsidRPr="00901BC0">
        <w:rPr>
          <w:rFonts w:ascii="Arial" w:hAnsi="Arial" w:cs="Arial"/>
          <w:sz w:val="24"/>
          <w:szCs w:val="24"/>
        </w:rPr>
        <w:t xml:space="preserve"> y </w:t>
      </w:r>
      <w:proofErr w:type="spellStart"/>
      <w:r w:rsidRPr="00901BC0">
        <w:rPr>
          <w:rFonts w:ascii="Arial" w:hAnsi="Arial" w:cs="Arial"/>
          <w:sz w:val="24"/>
          <w:szCs w:val="24"/>
        </w:rPr>
        <w:t>acordadas</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con </w:t>
      </w:r>
      <w:proofErr w:type="spellStart"/>
      <w:r w:rsidRPr="00901BC0">
        <w:rPr>
          <w:rFonts w:ascii="Arial" w:hAnsi="Arial" w:cs="Arial"/>
          <w:spacing w:val="2"/>
          <w:sz w:val="24"/>
          <w:szCs w:val="24"/>
        </w:rPr>
        <w:t>cada</w:t>
      </w:r>
      <w:proofErr w:type="spellEnd"/>
      <w:r w:rsidRPr="00901BC0">
        <w:rPr>
          <w:rFonts w:ascii="Arial" w:hAnsi="Arial" w:cs="Arial"/>
          <w:spacing w:val="2"/>
          <w:sz w:val="24"/>
          <w:szCs w:val="24"/>
        </w:rPr>
        <w:t xml:space="preserve"> </w:t>
      </w:r>
      <w:r w:rsidRPr="00901BC0">
        <w:rPr>
          <w:rFonts w:ascii="Arial" w:hAnsi="Arial" w:cs="Arial"/>
          <w:spacing w:val="-4"/>
          <w:sz w:val="24"/>
          <w:szCs w:val="24"/>
        </w:rPr>
        <w:t xml:space="preserve">NNAJ </w:t>
      </w:r>
      <w:r w:rsidRPr="00901BC0">
        <w:rPr>
          <w:rFonts w:ascii="Arial" w:hAnsi="Arial" w:cs="Arial"/>
          <w:sz w:val="24"/>
          <w:szCs w:val="24"/>
        </w:rPr>
        <w:t xml:space="preserve">y </w:t>
      </w:r>
      <w:proofErr w:type="spellStart"/>
      <w:r w:rsidRPr="00901BC0">
        <w:rPr>
          <w:rFonts w:ascii="Arial" w:hAnsi="Arial" w:cs="Arial"/>
          <w:spacing w:val="3"/>
          <w:sz w:val="24"/>
          <w:szCs w:val="24"/>
        </w:rPr>
        <w:t>su</w:t>
      </w:r>
      <w:proofErr w:type="spellEnd"/>
      <w:r w:rsidRPr="00901BC0">
        <w:rPr>
          <w:rFonts w:ascii="Arial" w:hAnsi="Arial" w:cs="Arial"/>
          <w:spacing w:val="3"/>
          <w:sz w:val="24"/>
          <w:szCs w:val="24"/>
        </w:rPr>
        <w:t xml:space="preserve"> </w:t>
      </w:r>
      <w:r w:rsidRPr="00901BC0">
        <w:rPr>
          <w:rFonts w:ascii="Arial" w:hAnsi="Arial" w:cs="Arial"/>
          <w:spacing w:val="-3"/>
          <w:sz w:val="24"/>
          <w:szCs w:val="24"/>
        </w:rPr>
        <w:t xml:space="preserve">familia. </w:t>
      </w:r>
      <w:r w:rsidRPr="00901BC0">
        <w:rPr>
          <w:rFonts w:ascii="Arial" w:hAnsi="Arial" w:cs="Arial"/>
          <w:sz w:val="24"/>
          <w:szCs w:val="24"/>
        </w:rPr>
        <w:t xml:space="preserve">Es </w:t>
      </w:r>
      <w:proofErr w:type="spellStart"/>
      <w:r w:rsidRPr="00901BC0">
        <w:rPr>
          <w:rFonts w:ascii="Arial" w:hAnsi="Arial" w:cs="Arial"/>
          <w:sz w:val="24"/>
          <w:szCs w:val="24"/>
        </w:rPr>
        <w:t>importante</w:t>
      </w:r>
      <w:proofErr w:type="spellEnd"/>
      <w:r w:rsidRPr="00901BC0">
        <w:rPr>
          <w:rFonts w:ascii="Arial" w:hAnsi="Arial" w:cs="Arial"/>
          <w:sz w:val="24"/>
          <w:szCs w:val="24"/>
        </w:rPr>
        <w:t xml:space="preserve"> que </w:t>
      </w:r>
      <w:proofErr w:type="spellStart"/>
      <w:r w:rsidRPr="00901BC0">
        <w:rPr>
          <w:rFonts w:ascii="Arial" w:hAnsi="Arial" w:cs="Arial"/>
          <w:spacing w:val="3"/>
          <w:sz w:val="24"/>
          <w:szCs w:val="24"/>
        </w:rPr>
        <w:t>los</w:t>
      </w:r>
      <w:proofErr w:type="spellEnd"/>
      <w:r w:rsidRPr="00901BC0">
        <w:rPr>
          <w:rFonts w:ascii="Arial" w:hAnsi="Arial" w:cs="Arial"/>
          <w:spacing w:val="3"/>
          <w:sz w:val="24"/>
          <w:szCs w:val="24"/>
        </w:rPr>
        <w:t xml:space="preserve"> </w:t>
      </w:r>
      <w:proofErr w:type="spellStart"/>
      <w:r w:rsidRPr="00901BC0">
        <w:rPr>
          <w:rFonts w:ascii="Arial" w:hAnsi="Arial" w:cs="Arial"/>
          <w:sz w:val="24"/>
          <w:szCs w:val="24"/>
        </w:rPr>
        <w:t>adultos</w:t>
      </w:r>
      <w:proofErr w:type="spellEnd"/>
      <w:r w:rsidRPr="00901BC0">
        <w:rPr>
          <w:rFonts w:ascii="Arial" w:hAnsi="Arial" w:cs="Arial"/>
          <w:sz w:val="24"/>
          <w:szCs w:val="24"/>
        </w:rPr>
        <w:t xml:space="preserve"> que </w:t>
      </w:r>
      <w:proofErr w:type="spellStart"/>
      <w:r w:rsidRPr="00901BC0">
        <w:rPr>
          <w:rFonts w:ascii="Arial" w:hAnsi="Arial" w:cs="Arial"/>
          <w:sz w:val="24"/>
          <w:szCs w:val="24"/>
        </w:rPr>
        <w:t>participen</w:t>
      </w:r>
      <w:proofErr w:type="spellEnd"/>
      <w:r w:rsidRPr="00901BC0">
        <w:rPr>
          <w:rFonts w:ascii="Arial" w:hAnsi="Arial" w:cs="Arial"/>
          <w:sz w:val="24"/>
          <w:szCs w:val="24"/>
        </w:rPr>
        <w:t xml:space="preserve"> </w:t>
      </w:r>
      <w:proofErr w:type="spellStart"/>
      <w:r w:rsidRPr="00901BC0">
        <w:rPr>
          <w:rFonts w:ascii="Arial" w:hAnsi="Arial" w:cs="Arial"/>
          <w:spacing w:val="5"/>
          <w:sz w:val="24"/>
          <w:szCs w:val="24"/>
        </w:rPr>
        <w:t>en</w:t>
      </w:r>
      <w:proofErr w:type="spellEnd"/>
      <w:r w:rsidRPr="00901BC0">
        <w:rPr>
          <w:rFonts w:ascii="Arial" w:hAnsi="Arial" w:cs="Arial"/>
          <w:spacing w:val="5"/>
          <w:sz w:val="24"/>
          <w:szCs w:val="24"/>
        </w:rPr>
        <w:t xml:space="preserve"> </w:t>
      </w:r>
      <w:proofErr w:type="spellStart"/>
      <w:r w:rsidRPr="00901BC0">
        <w:rPr>
          <w:rFonts w:ascii="Arial" w:hAnsi="Arial" w:cs="Arial"/>
          <w:spacing w:val="2"/>
          <w:sz w:val="24"/>
          <w:szCs w:val="24"/>
        </w:rPr>
        <w:t>cada</w:t>
      </w:r>
      <w:proofErr w:type="spellEnd"/>
      <w:r w:rsidRPr="00901BC0">
        <w:rPr>
          <w:rFonts w:ascii="Arial" w:hAnsi="Arial" w:cs="Arial"/>
          <w:spacing w:val="2"/>
          <w:sz w:val="24"/>
          <w:szCs w:val="24"/>
        </w:rPr>
        <w:t xml:space="preserve"> </w:t>
      </w:r>
      <w:proofErr w:type="spellStart"/>
      <w:r w:rsidRPr="00901BC0">
        <w:rPr>
          <w:rFonts w:ascii="Arial" w:hAnsi="Arial" w:cs="Arial"/>
          <w:spacing w:val="3"/>
          <w:sz w:val="24"/>
          <w:szCs w:val="24"/>
        </w:rPr>
        <w:t>caso</w:t>
      </w:r>
      <w:proofErr w:type="spellEnd"/>
      <w:r w:rsidRPr="00901BC0">
        <w:rPr>
          <w:rFonts w:ascii="Arial" w:hAnsi="Arial" w:cs="Arial"/>
          <w:spacing w:val="3"/>
          <w:sz w:val="24"/>
          <w:szCs w:val="24"/>
        </w:rPr>
        <w:t xml:space="preserve">, </w:t>
      </w:r>
      <w:proofErr w:type="spellStart"/>
      <w:r w:rsidRPr="00901BC0">
        <w:rPr>
          <w:rFonts w:ascii="Arial" w:hAnsi="Arial" w:cs="Arial"/>
          <w:spacing w:val="4"/>
          <w:sz w:val="24"/>
          <w:szCs w:val="24"/>
        </w:rPr>
        <w:t>como</w:t>
      </w:r>
      <w:proofErr w:type="spellEnd"/>
      <w:r w:rsidRPr="00901BC0">
        <w:rPr>
          <w:rFonts w:ascii="Arial" w:hAnsi="Arial" w:cs="Arial"/>
          <w:spacing w:val="4"/>
          <w:sz w:val="24"/>
          <w:szCs w:val="24"/>
        </w:rPr>
        <w:t xml:space="preserve"> </w:t>
      </w:r>
      <w:proofErr w:type="spellStart"/>
      <w:r w:rsidRPr="00901BC0">
        <w:rPr>
          <w:rFonts w:ascii="Arial" w:hAnsi="Arial" w:cs="Arial"/>
          <w:spacing w:val="3"/>
          <w:sz w:val="24"/>
          <w:szCs w:val="24"/>
        </w:rPr>
        <w:t>profesores</w:t>
      </w:r>
      <w:proofErr w:type="spellEnd"/>
      <w:r w:rsidRPr="00901BC0">
        <w:rPr>
          <w:rFonts w:ascii="Arial" w:hAnsi="Arial" w:cs="Arial"/>
          <w:spacing w:val="3"/>
          <w:sz w:val="24"/>
          <w:szCs w:val="24"/>
        </w:rPr>
        <w:t xml:space="preserve"> </w:t>
      </w:r>
      <w:r w:rsidRPr="00901BC0">
        <w:rPr>
          <w:rFonts w:ascii="Arial" w:hAnsi="Arial" w:cs="Arial"/>
          <w:spacing w:val="5"/>
          <w:sz w:val="24"/>
          <w:szCs w:val="24"/>
        </w:rPr>
        <w:t xml:space="preserve">de </w:t>
      </w:r>
      <w:proofErr w:type="spellStart"/>
      <w:r w:rsidRPr="00901BC0">
        <w:rPr>
          <w:rFonts w:ascii="Arial" w:hAnsi="Arial" w:cs="Arial"/>
          <w:spacing w:val="-3"/>
          <w:sz w:val="24"/>
          <w:szCs w:val="24"/>
        </w:rPr>
        <w:t>asignatura</w:t>
      </w:r>
      <w:proofErr w:type="spellEnd"/>
      <w:r w:rsidRPr="00901BC0">
        <w:rPr>
          <w:rFonts w:ascii="Arial" w:hAnsi="Arial" w:cs="Arial"/>
          <w:spacing w:val="-3"/>
          <w:sz w:val="24"/>
          <w:szCs w:val="24"/>
        </w:rPr>
        <w:t xml:space="preserve">, </w:t>
      </w:r>
      <w:proofErr w:type="spellStart"/>
      <w:r w:rsidRPr="00901BC0">
        <w:rPr>
          <w:rFonts w:ascii="Arial" w:hAnsi="Arial" w:cs="Arial"/>
          <w:spacing w:val="3"/>
          <w:sz w:val="24"/>
          <w:szCs w:val="24"/>
        </w:rPr>
        <w:t>inspectores</w:t>
      </w:r>
      <w:proofErr w:type="spellEnd"/>
      <w:r w:rsidRPr="00901BC0">
        <w:rPr>
          <w:rFonts w:ascii="Arial" w:hAnsi="Arial" w:cs="Arial"/>
          <w:spacing w:val="3"/>
          <w:sz w:val="24"/>
          <w:szCs w:val="24"/>
        </w:rPr>
        <w:t xml:space="preserve">, </w:t>
      </w:r>
      <w:proofErr w:type="spellStart"/>
      <w:r w:rsidRPr="00901BC0">
        <w:rPr>
          <w:rFonts w:ascii="Arial" w:hAnsi="Arial" w:cs="Arial"/>
          <w:sz w:val="24"/>
          <w:szCs w:val="24"/>
        </w:rPr>
        <w:t>encargados</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de </w:t>
      </w:r>
      <w:proofErr w:type="spellStart"/>
      <w:r w:rsidRPr="00901BC0">
        <w:rPr>
          <w:rFonts w:ascii="Arial" w:hAnsi="Arial" w:cs="Arial"/>
          <w:sz w:val="24"/>
          <w:szCs w:val="24"/>
        </w:rPr>
        <w:t>convivencia</w:t>
      </w:r>
      <w:proofErr w:type="spellEnd"/>
      <w:r w:rsidRPr="00901BC0">
        <w:rPr>
          <w:rFonts w:ascii="Arial" w:hAnsi="Arial" w:cs="Arial"/>
          <w:sz w:val="24"/>
          <w:szCs w:val="24"/>
        </w:rPr>
        <w:t xml:space="preserve"> escolar, </w:t>
      </w:r>
      <w:r w:rsidRPr="00901BC0">
        <w:rPr>
          <w:rFonts w:ascii="Arial" w:hAnsi="Arial" w:cs="Arial"/>
          <w:spacing w:val="2"/>
          <w:sz w:val="24"/>
          <w:szCs w:val="24"/>
        </w:rPr>
        <w:t xml:space="preserve">etc., </w:t>
      </w:r>
      <w:proofErr w:type="spellStart"/>
      <w:r w:rsidRPr="00901BC0">
        <w:rPr>
          <w:rFonts w:ascii="Arial" w:hAnsi="Arial" w:cs="Arial"/>
          <w:spacing w:val="3"/>
          <w:sz w:val="24"/>
          <w:szCs w:val="24"/>
        </w:rPr>
        <w:t>estén</w:t>
      </w:r>
      <w:proofErr w:type="spellEnd"/>
      <w:r w:rsidRPr="00901BC0">
        <w:rPr>
          <w:rFonts w:ascii="Arial" w:hAnsi="Arial" w:cs="Arial"/>
          <w:spacing w:val="3"/>
          <w:sz w:val="24"/>
          <w:szCs w:val="24"/>
        </w:rPr>
        <w:t xml:space="preserve"> </w:t>
      </w:r>
      <w:proofErr w:type="spellStart"/>
      <w:r w:rsidRPr="00901BC0">
        <w:rPr>
          <w:rFonts w:ascii="Arial" w:hAnsi="Arial" w:cs="Arial"/>
          <w:sz w:val="24"/>
          <w:szCs w:val="24"/>
        </w:rPr>
        <w:t>informados</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de </w:t>
      </w:r>
      <w:r w:rsidRPr="00901BC0">
        <w:rPr>
          <w:rFonts w:ascii="Arial" w:hAnsi="Arial" w:cs="Arial"/>
          <w:sz w:val="24"/>
          <w:szCs w:val="24"/>
        </w:rPr>
        <w:t>la</w:t>
      </w:r>
      <w:r w:rsidRPr="00901BC0">
        <w:rPr>
          <w:rFonts w:ascii="Arial" w:hAnsi="Arial" w:cs="Arial"/>
          <w:spacing w:val="-27"/>
          <w:sz w:val="24"/>
          <w:szCs w:val="24"/>
        </w:rPr>
        <w:t xml:space="preserve"> </w:t>
      </w:r>
      <w:proofErr w:type="spellStart"/>
      <w:r w:rsidRPr="00901BC0">
        <w:rPr>
          <w:rFonts w:ascii="Arial" w:hAnsi="Arial" w:cs="Arial"/>
          <w:sz w:val="24"/>
          <w:szCs w:val="24"/>
        </w:rPr>
        <w:t>situación</w:t>
      </w:r>
      <w:proofErr w:type="spellEnd"/>
      <w:r w:rsidRPr="00901BC0">
        <w:rPr>
          <w:rFonts w:ascii="Arial" w:hAnsi="Arial" w:cs="Arial"/>
          <w:sz w:val="24"/>
          <w:szCs w:val="24"/>
        </w:rPr>
        <w:t>.</w:t>
      </w:r>
    </w:p>
    <w:p w14:paraId="150A8E89" w14:textId="77777777" w:rsidR="00893C50" w:rsidRPr="00901BC0" w:rsidRDefault="00893C50" w:rsidP="00893C50">
      <w:pPr>
        <w:pStyle w:val="Textoindependiente"/>
        <w:spacing w:line="360" w:lineRule="auto"/>
        <w:ind w:right="49"/>
        <w:jc w:val="both"/>
        <w:rPr>
          <w:rFonts w:ascii="Arial" w:hAnsi="Arial" w:cs="Arial"/>
        </w:rPr>
      </w:pPr>
    </w:p>
    <w:p w14:paraId="510ADCA2" w14:textId="77777777" w:rsidR="00893C50" w:rsidRPr="00901BC0" w:rsidRDefault="00893C50" w:rsidP="00893C50">
      <w:pPr>
        <w:pStyle w:val="Prrafodelista"/>
        <w:widowControl w:val="0"/>
        <w:numPr>
          <w:ilvl w:val="0"/>
          <w:numId w:val="45"/>
        </w:numPr>
        <w:tabs>
          <w:tab w:val="left" w:pos="1233"/>
        </w:tabs>
        <w:autoSpaceDE w:val="0"/>
        <w:autoSpaceDN w:val="0"/>
        <w:spacing w:before="13" w:after="0" w:line="360" w:lineRule="auto"/>
        <w:ind w:right="49"/>
        <w:contextualSpacing w:val="0"/>
        <w:jc w:val="both"/>
        <w:rPr>
          <w:rFonts w:ascii="Arial" w:hAnsi="Arial" w:cs="Arial"/>
          <w:sz w:val="24"/>
          <w:szCs w:val="24"/>
        </w:rPr>
      </w:pPr>
      <w:proofErr w:type="spellStart"/>
      <w:r w:rsidRPr="00D00E11">
        <w:rPr>
          <w:rFonts w:ascii="Arial" w:hAnsi="Arial" w:cs="Arial"/>
          <w:bCs/>
          <w:sz w:val="24"/>
          <w:szCs w:val="24"/>
          <w:u w:val="single"/>
        </w:rPr>
        <w:t>Utilizar</w:t>
      </w:r>
      <w:proofErr w:type="spellEnd"/>
      <w:r w:rsidRPr="00D00E11">
        <w:rPr>
          <w:rFonts w:ascii="Arial" w:hAnsi="Arial" w:cs="Arial"/>
          <w:bCs/>
          <w:sz w:val="24"/>
          <w:szCs w:val="24"/>
          <w:u w:val="single"/>
        </w:rPr>
        <w:t xml:space="preserve"> </w:t>
      </w:r>
      <w:proofErr w:type="spellStart"/>
      <w:r w:rsidRPr="00D00E11">
        <w:rPr>
          <w:rFonts w:ascii="Arial" w:hAnsi="Arial" w:cs="Arial"/>
          <w:bCs/>
          <w:sz w:val="24"/>
          <w:szCs w:val="24"/>
          <w:u w:val="single"/>
        </w:rPr>
        <w:t>refuerzo</w:t>
      </w:r>
      <w:proofErr w:type="spellEnd"/>
      <w:r w:rsidRPr="00D00E11">
        <w:rPr>
          <w:rFonts w:ascii="Arial" w:hAnsi="Arial" w:cs="Arial"/>
          <w:bCs/>
          <w:sz w:val="24"/>
          <w:szCs w:val="24"/>
          <w:u w:val="single"/>
        </w:rPr>
        <w:t xml:space="preserve"> </w:t>
      </w:r>
      <w:proofErr w:type="spellStart"/>
      <w:r w:rsidRPr="00D00E11">
        <w:rPr>
          <w:rFonts w:ascii="Arial" w:hAnsi="Arial" w:cs="Arial"/>
          <w:bCs/>
          <w:sz w:val="24"/>
          <w:szCs w:val="24"/>
          <w:u w:val="single"/>
        </w:rPr>
        <w:t>conductual</w:t>
      </w:r>
      <w:proofErr w:type="spellEnd"/>
      <w:r w:rsidRPr="00D00E11">
        <w:rPr>
          <w:rFonts w:ascii="Arial" w:hAnsi="Arial" w:cs="Arial"/>
          <w:bCs/>
          <w:sz w:val="24"/>
          <w:szCs w:val="24"/>
          <w:u w:val="single"/>
        </w:rPr>
        <w:t xml:space="preserve"> </w:t>
      </w:r>
      <w:proofErr w:type="spellStart"/>
      <w:r w:rsidRPr="00D00E11">
        <w:rPr>
          <w:rFonts w:ascii="Arial" w:hAnsi="Arial" w:cs="Arial"/>
          <w:bCs/>
          <w:sz w:val="24"/>
          <w:szCs w:val="24"/>
          <w:u w:val="single"/>
        </w:rPr>
        <w:t>positivo</w:t>
      </w:r>
      <w:proofErr w:type="spellEnd"/>
      <w:r w:rsidRPr="00D00E11">
        <w:rPr>
          <w:rFonts w:ascii="Arial" w:hAnsi="Arial" w:cs="Arial"/>
          <w:bCs/>
          <w:sz w:val="24"/>
          <w:szCs w:val="24"/>
          <w:u w:val="single"/>
        </w:rPr>
        <w:t xml:space="preserve"> </w:t>
      </w:r>
      <w:proofErr w:type="spellStart"/>
      <w:r w:rsidRPr="00D00E11">
        <w:rPr>
          <w:rFonts w:ascii="Arial" w:hAnsi="Arial" w:cs="Arial"/>
          <w:bCs/>
          <w:sz w:val="24"/>
          <w:szCs w:val="24"/>
          <w:u w:val="single"/>
        </w:rPr>
        <w:t>frente</w:t>
      </w:r>
      <w:proofErr w:type="spellEnd"/>
      <w:r w:rsidRPr="00D00E11">
        <w:rPr>
          <w:rFonts w:ascii="Arial" w:hAnsi="Arial" w:cs="Arial"/>
          <w:bCs/>
          <w:sz w:val="24"/>
          <w:szCs w:val="24"/>
          <w:u w:val="single"/>
        </w:rPr>
        <w:t xml:space="preserve"> a </w:t>
      </w:r>
      <w:proofErr w:type="spellStart"/>
      <w:r w:rsidRPr="00D00E11">
        <w:rPr>
          <w:rFonts w:ascii="Arial" w:hAnsi="Arial" w:cs="Arial"/>
          <w:bCs/>
          <w:sz w:val="24"/>
          <w:szCs w:val="24"/>
          <w:u w:val="single"/>
        </w:rPr>
        <w:t>conductas</w:t>
      </w:r>
      <w:proofErr w:type="spellEnd"/>
      <w:r w:rsidRPr="00D00E11">
        <w:rPr>
          <w:rFonts w:ascii="Arial" w:hAnsi="Arial" w:cs="Arial"/>
          <w:bCs/>
          <w:sz w:val="24"/>
          <w:szCs w:val="24"/>
          <w:u w:val="single"/>
        </w:rPr>
        <w:t xml:space="preserve"> </w:t>
      </w:r>
      <w:proofErr w:type="spellStart"/>
      <w:r w:rsidRPr="00D00E11">
        <w:rPr>
          <w:rFonts w:ascii="Arial" w:hAnsi="Arial" w:cs="Arial"/>
          <w:bCs/>
          <w:sz w:val="24"/>
          <w:szCs w:val="24"/>
          <w:u w:val="single"/>
        </w:rPr>
        <w:t>aprendidas</w:t>
      </w:r>
      <w:proofErr w:type="spellEnd"/>
      <w:r w:rsidRPr="00D00E11">
        <w:rPr>
          <w:rFonts w:ascii="Arial" w:hAnsi="Arial" w:cs="Arial"/>
          <w:bCs/>
          <w:sz w:val="24"/>
          <w:szCs w:val="24"/>
          <w:u w:val="single"/>
        </w:rPr>
        <w:t xml:space="preserve"> con </w:t>
      </w:r>
      <w:proofErr w:type="spellStart"/>
      <w:r w:rsidRPr="00D00E11">
        <w:rPr>
          <w:rFonts w:ascii="Arial" w:hAnsi="Arial" w:cs="Arial"/>
          <w:bCs/>
          <w:sz w:val="24"/>
          <w:szCs w:val="24"/>
          <w:u w:val="single"/>
        </w:rPr>
        <w:t>apoyos</w:t>
      </w:r>
      <w:proofErr w:type="spellEnd"/>
      <w:r w:rsidRPr="00D00E11">
        <w:rPr>
          <w:rFonts w:ascii="Arial" w:hAnsi="Arial" w:cs="Arial"/>
          <w:bCs/>
          <w:sz w:val="24"/>
          <w:szCs w:val="24"/>
          <w:u w:val="single"/>
        </w:rPr>
        <w:t xml:space="preserve"> </w:t>
      </w:r>
      <w:proofErr w:type="spellStart"/>
      <w:r w:rsidRPr="00D00E11">
        <w:rPr>
          <w:rFonts w:ascii="Arial" w:hAnsi="Arial" w:cs="Arial"/>
          <w:bCs/>
          <w:sz w:val="24"/>
          <w:szCs w:val="24"/>
          <w:u w:val="single"/>
        </w:rPr>
        <w:t>iniciales</w:t>
      </w:r>
      <w:proofErr w:type="spellEnd"/>
      <w:r w:rsidRPr="00D00E11">
        <w:rPr>
          <w:rFonts w:ascii="Arial" w:hAnsi="Arial" w:cs="Arial"/>
          <w:bCs/>
          <w:sz w:val="24"/>
          <w:szCs w:val="24"/>
          <w:u w:val="single"/>
        </w:rPr>
        <w:t xml:space="preserve">, que son </w:t>
      </w:r>
      <w:proofErr w:type="spellStart"/>
      <w:r w:rsidRPr="00D00E11">
        <w:rPr>
          <w:rFonts w:ascii="Arial" w:hAnsi="Arial" w:cs="Arial"/>
          <w:bCs/>
          <w:sz w:val="24"/>
          <w:szCs w:val="24"/>
          <w:u w:val="single"/>
        </w:rPr>
        <w:t>adaptativas</w:t>
      </w:r>
      <w:proofErr w:type="spellEnd"/>
      <w:r w:rsidRPr="00D00E11">
        <w:rPr>
          <w:rFonts w:ascii="Arial" w:hAnsi="Arial" w:cs="Arial"/>
          <w:bCs/>
          <w:sz w:val="24"/>
          <w:szCs w:val="24"/>
          <w:u w:val="single"/>
        </w:rPr>
        <w:t xml:space="preserve"> y </w:t>
      </w:r>
      <w:proofErr w:type="spellStart"/>
      <w:r w:rsidRPr="00D00E11">
        <w:rPr>
          <w:rFonts w:ascii="Arial" w:hAnsi="Arial" w:cs="Arial"/>
          <w:bCs/>
          <w:sz w:val="24"/>
          <w:szCs w:val="24"/>
          <w:u w:val="single"/>
        </w:rPr>
        <w:t>alternativas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como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por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ejemplo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sobre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cosas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favoritas</w:t>
      </w:r>
      <w:proofErr w:type="spellEnd"/>
      <w:r w:rsidRPr="00D00E11">
        <w:rPr>
          <w:rFonts w:ascii="Arial" w:hAnsi="Arial" w:cs="Arial"/>
          <w:bCs/>
          <w:sz w:val="24"/>
          <w:szCs w:val="24"/>
        </w:rPr>
        <w:t xml:space="preserve">, hobbies, </w:t>
      </w:r>
      <w:proofErr w:type="spellStart"/>
      <w:r w:rsidRPr="00D00E11">
        <w:rPr>
          <w:rFonts w:ascii="Arial" w:hAnsi="Arial" w:cs="Arial"/>
          <w:bCs/>
          <w:sz w:val="24"/>
          <w:szCs w:val="24"/>
        </w:rPr>
        <w:t>objeto</w:t>
      </w:r>
      <w:proofErr w:type="spellEnd"/>
      <w:r w:rsidRPr="00D00E11">
        <w:rPr>
          <w:rFonts w:ascii="Arial" w:hAnsi="Arial" w:cs="Arial"/>
          <w:bCs/>
          <w:sz w:val="24"/>
          <w:szCs w:val="24"/>
        </w:rPr>
        <w:t xml:space="preserve"> de </w:t>
      </w:r>
      <w:proofErr w:type="spellStart"/>
      <w:r w:rsidRPr="00D00E11">
        <w:rPr>
          <w:rFonts w:ascii="Arial" w:hAnsi="Arial" w:cs="Arial"/>
          <w:bCs/>
          <w:sz w:val="24"/>
          <w:szCs w:val="24"/>
        </w:rPr>
        <w:t>apego</w:t>
      </w:r>
      <w:proofErr w:type="spellEnd"/>
      <w:r w:rsidRPr="00D00E11">
        <w:rPr>
          <w:rFonts w:ascii="Arial" w:hAnsi="Arial" w:cs="Arial"/>
          <w:bCs/>
          <w:sz w:val="24"/>
          <w:szCs w:val="24"/>
        </w:rPr>
        <w:t xml:space="preserve">; para </w:t>
      </w:r>
      <w:proofErr w:type="spellStart"/>
      <w:r w:rsidRPr="00D00E11">
        <w:rPr>
          <w:rFonts w:ascii="Arial" w:hAnsi="Arial" w:cs="Arial"/>
          <w:bCs/>
          <w:sz w:val="24"/>
          <w:szCs w:val="24"/>
        </w:rPr>
        <w:t>ello</w:t>
      </w:r>
      <w:proofErr w:type="spellEnd"/>
      <w:r w:rsidRPr="00D00E11">
        <w:rPr>
          <w:rFonts w:ascii="Arial" w:hAnsi="Arial" w:cs="Arial"/>
          <w:bCs/>
          <w:sz w:val="24"/>
          <w:szCs w:val="24"/>
        </w:rPr>
        <w:t xml:space="preserve"> es </w:t>
      </w:r>
      <w:proofErr w:type="spellStart"/>
      <w:r w:rsidRPr="00D00E11">
        <w:rPr>
          <w:rFonts w:ascii="Arial" w:hAnsi="Arial" w:cs="Arial"/>
          <w:bCs/>
          <w:sz w:val="24"/>
          <w:szCs w:val="24"/>
        </w:rPr>
        <w:t>deseable</w:t>
      </w:r>
      <w:proofErr w:type="spellEnd"/>
      <w:r w:rsidRPr="00D00E11">
        <w:rPr>
          <w:rFonts w:ascii="Arial" w:hAnsi="Arial" w:cs="Arial"/>
          <w:bCs/>
          <w:sz w:val="24"/>
          <w:szCs w:val="24"/>
        </w:rPr>
        <w:t xml:space="preserve"> que </w:t>
      </w:r>
      <w:proofErr w:type="spellStart"/>
      <w:r w:rsidRPr="00D00E11">
        <w:rPr>
          <w:rFonts w:ascii="Arial" w:hAnsi="Arial" w:cs="Arial"/>
          <w:bCs/>
          <w:sz w:val="24"/>
          <w:szCs w:val="24"/>
        </w:rPr>
        <w:t>los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profesionales</w:t>
      </w:r>
      <w:proofErr w:type="spellEnd"/>
      <w:r w:rsidRPr="00D00E11">
        <w:rPr>
          <w:rFonts w:ascii="Arial" w:hAnsi="Arial" w:cs="Arial"/>
          <w:bCs/>
          <w:sz w:val="24"/>
          <w:szCs w:val="24"/>
        </w:rPr>
        <w:t xml:space="preserve"> que </w:t>
      </w:r>
      <w:proofErr w:type="spellStart"/>
      <w:r w:rsidRPr="00D00E11">
        <w:rPr>
          <w:rFonts w:ascii="Arial" w:hAnsi="Arial" w:cs="Arial"/>
          <w:bCs/>
          <w:sz w:val="24"/>
          <w:szCs w:val="24"/>
        </w:rPr>
        <w:t>planifiquen</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los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apoyos</w:t>
      </w:r>
      <w:proofErr w:type="spellEnd"/>
      <w:r w:rsidRPr="00D00E11">
        <w:rPr>
          <w:rFonts w:ascii="Arial" w:hAnsi="Arial" w:cs="Arial"/>
          <w:bCs/>
          <w:sz w:val="24"/>
          <w:szCs w:val="24"/>
        </w:rPr>
        <w:t xml:space="preserve"> y </w:t>
      </w:r>
      <w:proofErr w:type="spellStart"/>
      <w:r w:rsidRPr="00D00E11">
        <w:rPr>
          <w:rFonts w:ascii="Arial" w:hAnsi="Arial" w:cs="Arial"/>
          <w:bCs/>
          <w:sz w:val="24"/>
          <w:szCs w:val="24"/>
        </w:rPr>
        <w:t>refuerzos</w:t>
      </w:r>
      <w:proofErr w:type="spellEnd"/>
      <w:r w:rsidRPr="00D00E11">
        <w:rPr>
          <w:rFonts w:ascii="Arial" w:hAnsi="Arial" w:cs="Arial"/>
          <w:bCs/>
          <w:sz w:val="24"/>
          <w:szCs w:val="24"/>
        </w:rPr>
        <w:t xml:space="preserve"> también </w:t>
      </w:r>
      <w:proofErr w:type="spellStart"/>
      <w:r w:rsidRPr="00D00E11">
        <w:rPr>
          <w:rFonts w:ascii="Arial" w:hAnsi="Arial" w:cs="Arial"/>
          <w:bCs/>
          <w:sz w:val="24"/>
          <w:szCs w:val="24"/>
        </w:rPr>
        <w:t>participen</w:t>
      </w:r>
      <w:proofErr w:type="spellEnd"/>
      <w:r w:rsidRPr="00D00E11">
        <w:rPr>
          <w:rFonts w:ascii="Arial" w:hAnsi="Arial" w:cs="Arial"/>
          <w:bCs/>
          <w:sz w:val="24"/>
          <w:szCs w:val="24"/>
        </w:rPr>
        <w:t xml:space="preserve"> con </w:t>
      </w:r>
      <w:proofErr w:type="spellStart"/>
      <w:r w:rsidRPr="00D00E11">
        <w:rPr>
          <w:rFonts w:ascii="Arial" w:hAnsi="Arial" w:cs="Arial"/>
          <w:bCs/>
          <w:sz w:val="24"/>
          <w:szCs w:val="24"/>
        </w:rPr>
        <w:t>el</w:t>
      </w:r>
      <w:proofErr w:type="spellEnd"/>
      <w:r w:rsidRPr="00D00E11">
        <w:rPr>
          <w:rFonts w:ascii="Arial" w:hAnsi="Arial" w:cs="Arial"/>
          <w:bCs/>
          <w:sz w:val="24"/>
          <w:szCs w:val="24"/>
        </w:rPr>
        <w:t xml:space="preserve">/la </w:t>
      </w:r>
      <w:proofErr w:type="spellStart"/>
      <w:r w:rsidRPr="00D00E11">
        <w:rPr>
          <w:rFonts w:ascii="Arial" w:hAnsi="Arial" w:cs="Arial"/>
          <w:bCs/>
          <w:sz w:val="24"/>
          <w:szCs w:val="24"/>
        </w:rPr>
        <w:t>estudiante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en</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espacios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distintos</w:t>
      </w:r>
      <w:proofErr w:type="spellEnd"/>
      <w:r w:rsidRPr="00D00E11">
        <w:rPr>
          <w:rFonts w:ascii="Arial" w:hAnsi="Arial" w:cs="Arial"/>
          <w:bCs/>
          <w:sz w:val="24"/>
          <w:szCs w:val="24"/>
        </w:rPr>
        <w:t xml:space="preserve"> a </w:t>
      </w:r>
      <w:proofErr w:type="spellStart"/>
      <w:r w:rsidRPr="00D00E11">
        <w:rPr>
          <w:rFonts w:ascii="Arial" w:hAnsi="Arial" w:cs="Arial"/>
          <w:bCs/>
          <w:sz w:val="24"/>
          <w:szCs w:val="24"/>
        </w:rPr>
        <w:t>los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académicos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donde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puedan</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hacer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cosas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en</w:t>
      </w:r>
      <w:proofErr w:type="spellEnd"/>
      <w:r w:rsidRPr="00D00E11">
        <w:rPr>
          <w:rFonts w:ascii="Arial" w:hAnsi="Arial" w:cs="Arial"/>
          <w:bCs/>
          <w:sz w:val="24"/>
          <w:szCs w:val="24"/>
        </w:rPr>
        <w:t xml:space="preserve"> conjunto, </w:t>
      </w:r>
      <w:proofErr w:type="spellStart"/>
      <w:r w:rsidRPr="00D00E11">
        <w:rPr>
          <w:rFonts w:ascii="Arial" w:hAnsi="Arial" w:cs="Arial"/>
          <w:bCs/>
          <w:sz w:val="24"/>
          <w:szCs w:val="24"/>
        </w:rPr>
        <w:t>compartir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entretenerse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conversar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jugar</w:t>
      </w:r>
      <w:proofErr w:type="spellEnd"/>
      <w:r w:rsidRPr="00D00E11">
        <w:rPr>
          <w:rFonts w:ascii="Arial" w:hAnsi="Arial" w:cs="Arial"/>
          <w:bCs/>
          <w:sz w:val="24"/>
          <w:szCs w:val="24"/>
        </w:rPr>
        <w:t xml:space="preserve">. En </w:t>
      </w:r>
      <w:proofErr w:type="spellStart"/>
      <w:r w:rsidRPr="00D00E11">
        <w:rPr>
          <w:rFonts w:ascii="Arial" w:hAnsi="Arial" w:cs="Arial"/>
          <w:bCs/>
          <w:sz w:val="24"/>
          <w:szCs w:val="24"/>
        </w:rPr>
        <w:t>el</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caso</w:t>
      </w:r>
      <w:proofErr w:type="spellEnd"/>
      <w:r w:rsidRPr="00D00E11">
        <w:rPr>
          <w:rFonts w:ascii="Arial" w:hAnsi="Arial" w:cs="Arial"/>
          <w:bCs/>
          <w:sz w:val="24"/>
          <w:szCs w:val="24"/>
        </w:rPr>
        <w:t xml:space="preserve"> de NNAJ sin </w:t>
      </w:r>
      <w:proofErr w:type="spellStart"/>
      <w:r w:rsidRPr="00D00E11">
        <w:rPr>
          <w:rFonts w:ascii="Arial" w:hAnsi="Arial" w:cs="Arial"/>
          <w:bCs/>
          <w:sz w:val="24"/>
          <w:szCs w:val="24"/>
        </w:rPr>
        <w:t>lenguaje</w:t>
      </w:r>
      <w:proofErr w:type="spellEnd"/>
      <w:r w:rsidRPr="00D00E11">
        <w:rPr>
          <w:rFonts w:ascii="Arial" w:hAnsi="Arial" w:cs="Arial"/>
          <w:bCs/>
          <w:sz w:val="24"/>
          <w:szCs w:val="24"/>
        </w:rPr>
        <w:t xml:space="preserve"> oral, para </w:t>
      </w:r>
      <w:proofErr w:type="spellStart"/>
      <w:r w:rsidRPr="00D00E11">
        <w:rPr>
          <w:rFonts w:ascii="Arial" w:hAnsi="Arial" w:cs="Arial"/>
          <w:bCs/>
          <w:sz w:val="24"/>
          <w:szCs w:val="24"/>
        </w:rPr>
        <w:t>identificar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reforzadores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será</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deseable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según</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el</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caso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utilizar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pictogramas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gestos</w:t>
      </w:r>
      <w:proofErr w:type="spellEnd"/>
      <w:r w:rsidRPr="00D00E11">
        <w:rPr>
          <w:rFonts w:ascii="Arial" w:hAnsi="Arial" w:cs="Arial"/>
          <w:bCs/>
          <w:sz w:val="24"/>
          <w:szCs w:val="24"/>
        </w:rPr>
        <w:t xml:space="preserve">, lengua de </w:t>
      </w:r>
      <w:proofErr w:type="spellStart"/>
      <w:r w:rsidRPr="00D00E11">
        <w:rPr>
          <w:rFonts w:ascii="Arial" w:hAnsi="Arial" w:cs="Arial"/>
          <w:bCs/>
          <w:sz w:val="24"/>
          <w:szCs w:val="24"/>
        </w:rPr>
        <w:t>señas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chilena</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preguntar</w:t>
      </w:r>
      <w:proofErr w:type="spellEnd"/>
      <w:r w:rsidRPr="00D00E11">
        <w:rPr>
          <w:rFonts w:ascii="Arial" w:hAnsi="Arial" w:cs="Arial"/>
          <w:bCs/>
          <w:sz w:val="24"/>
          <w:szCs w:val="24"/>
        </w:rPr>
        <w:t xml:space="preserve"> a personas </w:t>
      </w:r>
      <w:proofErr w:type="spellStart"/>
      <w:r w:rsidRPr="00D00E11">
        <w:rPr>
          <w:rFonts w:ascii="Arial" w:hAnsi="Arial" w:cs="Arial"/>
          <w:bCs/>
          <w:sz w:val="24"/>
          <w:szCs w:val="24"/>
        </w:rPr>
        <w:t>cercanas</w:t>
      </w:r>
      <w:proofErr w:type="spellEnd"/>
      <w:r w:rsidRPr="00D00E11">
        <w:rPr>
          <w:rFonts w:ascii="Arial" w:hAnsi="Arial" w:cs="Arial"/>
          <w:bCs/>
          <w:sz w:val="24"/>
          <w:szCs w:val="24"/>
        </w:rPr>
        <w:t xml:space="preserve"> de </w:t>
      </w:r>
      <w:proofErr w:type="spellStart"/>
      <w:r w:rsidRPr="00D00E11">
        <w:rPr>
          <w:rFonts w:ascii="Arial" w:hAnsi="Arial" w:cs="Arial"/>
          <w:bCs/>
          <w:sz w:val="24"/>
          <w:szCs w:val="24"/>
        </w:rPr>
        <w:t>su</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entorno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valoradas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positivamente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por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el</w:t>
      </w:r>
      <w:proofErr w:type="spellEnd"/>
      <w:r w:rsidRPr="00D00E11">
        <w:rPr>
          <w:rFonts w:ascii="Arial" w:hAnsi="Arial" w:cs="Arial"/>
          <w:bCs/>
          <w:sz w:val="24"/>
          <w:szCs w:val="24"/>
        </w:rPr>
        <w:t xml:space="preserve">/la </w:t>
      </w:r>
      <w:proofErr w:type="spellStart"/>
      <w:r w:rsidRPr="00D00E11">
        <w:rPr>
          <w:rFonts w:ascii="Arial" w:hAnsi="Arial" w:cs="Arial"/>
          <w:bCs/>
          <w:sz w:val="24"/>
          <w:szCs w:val="24"/>
        </w:rPr>
        <w:t>estudiante</w:t>
      </w:r>
      <w:proofErr w:type="spellEnd"/>
      <w:r w:rsidRPr="00D00E11">
        <w:rPr>
          <w:rFonts w:ascii="Arial" w:hAnsi="Arial" w:cs="Arial"/>
          <w:bCs/>
          <w:sz w:val="24"/>
          <w:szCs w:val="24"/>
        </w:rPr>
        <w:t xml:space="preserve">, entre </w:t>
      </w:r>
      <w:proofErr w:type="spellStart"/>
      <w:r w:rsidRPr="00D00E11">
        <w:rPr>
          <w:rFonts w:ascii="Arial" w:hAnsi="Arial" w:cs="Arial"/>
          <w:bCs/>
          <w:sz w:val="24"/>
          <w:szCs w:val="24"/>
        </w:rPr>
        <w:t>otras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alternativas</w:t>
      </w:r>
      <w:proofErr w:type="spellEnd"/>
      <w:r w:rsidRPr="00D00E11">
        <w:rPr>
          <w:rFonts w:ascii="Arial" w:hAnsi="Arial" w:cs="Arial"/>
          <w:bCs/>
          <w:sz w:val="24"/>
          <w:szCs w:val="24"/>
        </w:rPr>
        <w:t xml:space="preserve">. Es </w:t>
      </w:r>
      <w:proofErr w:type="spellStart"/>
      <w:r w:rsidRPr="00D00E11">
        <w:rPr>
          <w:rFonts w:ascii="Arial" w:hAnsi="Arial" w:cs="Arial"/>
          <w:bCs/>
          <w:sz w:val="24"/>
          <w:szCs w:val="24"/>
        </w:rPr>
        <w:t>necesario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reforzar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inmediatamente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después</w:t>
      </w:r>
      <w:proofErr w:type="spellEnd"/>
      <w:r w:rsidRPr="00D00E11">
        <w:rPr>
          <w:rFonts w:ascii="Arial" w:hAnsi="Arial" w:cs="Arial"/>
          <w:bCs/>
          <w:sz w:val="24"/>
          <w:szCs w:val="24"/>
        </w:rPr>
        <w:t xml:space="preserve"> de </w:t>
      </w:r>
      <w:proofErr w:type="spellStart"/>
      <w:r w:rsidRPr="00D00E11">
        <w:rPr>
          <w:rFonts w:ascii="Arial" w:hAnsi="Arial" w:cs="Arial"/>
          <w:bCs/>
          <w:sz w:val="24"/>
          <w:szCs w:val="24"/>
        </w:rPr>
        <w:t>ocurrida</w:t>
      </w:r>
      <w:proofErr w:type="spellEnd"/>
      <w:r w:rsidRPr="00D00E11">
        <w:rPr>
          <w:rFonts w:ascii="Arial" w:hAnsi="Arial" w:cs="Arial"/>
          <w:bCs/>
          <w:sz w:val="24"/>
          <w:szCs w:val="24"/>
        </w:rPr>
        <w:t xml:space="preserve"> la </w:t>
      </w:r>
      <w:proofErr w:type="spellStart"/>
      <w:r w:rsidRPr="00D00E11">
        <w:rPr>
          <w:rFonts w:ascii="Arial" w:hAnsi="Arial" w:cs="Arial"/>
          <w:bCs/>
          <w:sz w:val="24"/>
          <w:szCs w:val="24"/>
        </w:rPr>
        <w:t>conducta</w:t>
      </w:r>
      <w:proofErr w:type="spellEnd"/>
      <w:r w:rsidRPr="00D00E11">
        <w:rPr>
          <w:rFonts w:ascii="Arial" w:hAnsi="Arial" w:cs="Arial"/>
          <w:bCs/>
          <w:sz w:val="24"/>
          <w:szCs w:val="24"/>
        </w:rPr>
        <w:t xml:space="preserve">, de lo </w:t>
      </w:r>
      <w:proofErr w:type="spellStart"/>
      <w:r w:rsidRPr="00D00E11">
        <w:rPr>
          <w:rFonts w:ascii="Arial" w:hAnsi="Arial" w:cs="Arial"/>
          <w:bCs/>
          <w:sz w:val="24"/>
          <w:szCs w:val="24"/>
        </w:rPr>
        <w:t>contrario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podría</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estarse</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reforzando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otra</w:t>
      </w:r>
      <w:proofErr w:type="spellEnd"/>
      <w:r w:rsidRPr="00D00E11">
        <w:rPr>
          <w:rFonts w:ascii="Arial" w:hAnsi="Arial" w:cs="Arial"/>
          <w:bCs/>
          <w:sz w:val="24"/>
          <w:szCs w:val="24"/>
        </w:rPr>
        <w:t xml:space="preserve">; también, </w:t>
      </w:r>
      <w:proofErr w:type="spellStart"/>
      <w:r w:rsidRPr="00D00E11">
        <w:rPr>
          <w:rFonts w:ascii="Arial" w:hAnsi="Arial" w:cs="Arial"/>
          <w:bCs/>
          <w:sz w:val="24"/>
          <w:szCs w:val="24"/>
        </w:rPr>
        <w:t>dicha</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conducta</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debe</w:t>
      </w:r>
      <w:proofErr w:type="spellEnd"/>
      <w:r w:rsidRPr="00D00E11">
        <w:rPr>
          <w:rFonts w:ascii="Arial" w:hAnsi="Arial" w:cs="Arial"/>
          <w:bCs/>
          <w:sz w:val="24"/>
          <w:szCs w:val="24"/>
        </w:rPr>
        <w:t xml:space="preserve"> ser </w:t>
      </w:r>
      <w:proofErr w:type="spellStart"/>
      <w:r w:rsidRPr="00D00E11">
        <w:rPr>
          <w:rFonts w:ascii="Arial" w:hAnsi="Arial" w:cs="Arial"/>
          <w:bCs/>
          <w:sz w:val="24"/>
          <w:szCs w:val="24"/>
        </w:rPr>
        <w:t>reforzada</w:t>
      </w:r>
      <w:proofErr w:type="spellEnd"/>
      <w:r w:rsidRPr="00D00E11">
        <w:rPr>
          <w:rFonts w:ascii="Arial" w:hAnsi="Arial" w:cs="Arial"/>
          <w:bCs/>
          <w:sz w:val="24"/>
          <w:szCs w:val="24"/>
        </w:rPr>
        <w:t xml:space="preserve"> de </w:t>
      </w:r>
      <w:proofErr w:type="spellStart"/>
      <w:r w:rsidRPr="00D00E11">
        <w:rPr>
          <w:rFonts w:ascii="Arial" w:hAnsi="Arial" w:cs="Arial"/>
          <w:bCs/>
          <w:sz w:val="24"/>
          <w:szCs w:val="24"/>
        </w:rPr>
        <w:t>manera</w:t>
      </w:r>
      <w:proofErr w:type="spellEnd"/>
      <w:r w:rsidRPr="00D00E11">
        <w:rPr>
          <w:rFonts w:ascii="Arial" w:hAnsi="Arial" w:cs="Arial"/>
          <w:bCs/>
          <w:sz w:val="24"/>
          <w:szCs w:val="24"/>
        </w:rPr>
        <w:t xml:space="preserve"> similar </w:t>
      </w:r>
      <w:proofErr w:type="spellStart"/>
      <w:r w:rsidRPr="00D00E11">
        <w:rPr>
          <w:rFonts w:ascii="Arial" w:hAnsi="Arial" w:cs="Arial"/>
          <w:bCs/>
          <w:sz w:val="24"/>
          <w:szCs w:val="24"/>
        </w:rPr>
        <w:t>por</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todas</w:t>
      </w:r>
      <w:proofErr w:type="spellEnd"/>
      <w:r w:rsidRPr="00D00E11">
        <w:rPr>
          <w:rFonts w:ascii="Arial" w:hAnsi="Arial" w:cs="Arial"/>
          <w:bCs/>
          <w:sz w:val="24"/>
          <w:szCs w:val="24"/>
        </w:rPr>
        <w:t xml:space="preserve"> las personas </w:t>
      </w:r>
      <w:proofErr w:type="spellStart"/>
      <w:r w:rsidRPr="00D00E11">
        <w:rPr>
          <w:rFonts w:ascii="Arial" w:hAnsi="Arial" w:cs="Arial"/>
          <w:bCs/>
          <w:sz w:val="24"/>
          <w:szCs w:val="24"/>
        </w:rPr>
        <w:t>adultas</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ya</w:t>
      </w:r>
      <w:proofErr w:type="spellEnd"/>
      <w:r w:rsidRPr="00D00E11">
        <w:rPr>
          <w:rFonts w:ascii="Arial" w:hAnsi="Arial" w:cs="Arial"/>
          <w:bCs/>
          <w:sz w:val="24"/>
          <w:szCs w:val="24"/>
        </w:rPr>
        <w:t xml:space="preserve"> que no </w:t>
      </w:r>
      <w:proofErr w:type="spellStart"/>
      <w:r w:rsidRPr="00D00E11">
        <w:rPr>
          <w:rFonts w:ascii="Arial" w:hAnsi="Arial" w:cs="Arial"/>
          <w:bCs/>
          <w:sz w:val="24"/>
          <w:szCs w:val="24"/>
        </w:rPr>
        <w:t>servirá</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si</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cada</w:t>
      </w:r>
      <w:proofErr w:type="spellEnd"/>
      <w:r w:rsidRPr="00D00E11">
        <w:rPr>
          <w:rFonts w:ascii="Arial" w:hAnsi="Arial" w:cs="Arial"/>
          <w:bCs/>
          <w:sz w:val="24"/>
          <w:szCs w:val="24"/>
        </w:rPr>
        <w:t xml:space="preserve"> uno </w:t>
      </w:r>
      <w:proofErr w:type="spellStart"/>
      <w:r w:rsidRPr="00D00E11">
        <w:rPr>
          <w:rFonts w:ascii="Arial" w:hAnsi="Arial" w:cs="Arial"/>
          <w:bCs/>
          <w:sz w:val="24"/>
          <w:szCs w:val="24"/>
        </w:rPr>
        <w:t>aplica</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el</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refuerzo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como</w:t>
      </w:r>
      <w:proofErr w:type="spellEnd"/>
      <w:r w:rsidRPr="00D00E11">
        <w:rPr>
          <w:rFonts w:ascii="Arial" w:hAnsi="Arial" w:cs="Arial"/>
          <w:bCs/>
          <w:sz w:val="24"/>
          <w:szCs w:val="24"/>
        </w:rPr>
        <w:t xml:space="preserve"> </w:t>
      </w:r>
      <w:proofErr w:type="spellStart"/>
      <w:r w:rsidRPr="00D00E11">
        <w:rPr>
          <w:rFonts w:ascii="Arial" w:hAnsi="Arial" w:cs="Arial"/>
          <w:bCs/>
          <w:sz w:val="24"/>
          <w:szCs w:val="24"/>
        </w:rPr>
        <w:t>quiere</w:t>
      </w:r>
      <w:proofErr w:type="spellEnd"/>
      <w:r w:rsidRPr="00D00E11">
        <w:rPr>
          <w:rFonts w:ascii="Arial" w:hAnsi="Arial" w:cs="Arial"/>
          <w:bCs/>
          <w:sz w:val="24"/>
          <w:szCs w:val="24"/>
        </w:rPr>
        <w:t xml:space="preserve"> o un día </w:t>
      </w:r>
      <w:proofErr w:type="spellStart"/>
      <w:r w:rsidRPr="00D00E11">
        <w:rPr>
          <w:rFonts w:ascii="Arial" w:hAnsi="Arial" w:cs="Arial"/>
          <w:bCs/>
          <w:sz w:val="24"/>
          <w:szCs w:val="24"/>
        </w:rPr>
        <w:t>sí</w:t>
      </w:r>
      <w:proofErr w:type="spellEnd"/>
      <w:r w:rsidRPr="00D00E11">
        <w:rPr>
          <w:rFonts w:ascii="Arial" w:hAnsi="Arial" w:cs="Arial"/>
          <w:bCs/>
          <w:sz w:val="24"/>
          <w:szCs w:val="24"/>
        </w:rPr>
        <w:t xml:space="preserve"> y </w:t>
      </w:r>
      <w:proofErr w:type="spellStart"/>
      <w:r w:rsidRPr="00D00E11">
        <w:rPr>
          <w:rFonts w:ascii="Arial" w:hAnsi="Arial" w:cs="Arial"/>
          <w:bCs/>
          <w:sz w:val="24"/>
          <w:szCs w:val="24"/>
        </w:rPr>
        <w:t>otro</w:t>
      </w:r>
      <w:proofErr w:type="spellEnd"/>
      <w:r w:rsidRPr="00D00E11">
        <w:rPr>
          <w:rFonts w:ascii="Arial" w:hAnsi="Arial" w:cs="Arial"/>
          <w:bCs/>
          <w:sz w:val="24"/>
          <w:szCs w:val="24"/>
        </w:rPr>
        <w:t xml:space="preserve"> no.</w:t>
      </w:r>
      <w:r w:rsidRPr="00D00E11">
        <w:rPr>
          <w:rFonts w:ascii="Arial" w:hAnsi="Arial" w:cs="Arial"/>
          <w:bCs/>
          <w:spacing w:val="2"/>
          <w:sz w:val="24"/>
          <w:szCs w:val="24"/>
        </w:rPr>
        <w:t xml:space="preserve"> </w:t>
      </w:r>
    </w:p>
    <w:p w14:paraId="28BF1BE7" w14:textId="77777777" w:rsidR="00893C50" w:rsidRPr="0086050B" w:rsidRDefault="00893C50" w:rsidP="00893C50">
      <w:pPr>
        <w:pStyle w:val="Prrafodelista"/>
        <w:widowControl w:val="0"/>
        <w:numPr>
          <w:ilvl w:val="0"/>
          <w:numId w:val="45"/>
        </w:numPr>
        <w:tabs>
          <w:tab w:val="left" w:pos="1233"/>
        </w:tabs>
        <w:autoSpaceDE w:val="0"/>
        <w:autoSpaceDN w:val="0"/>
        <w:spacing w:after="0" w:line="360" w:lineRule="auto"/>
        <w:ind w:right="49"/>
        <w:contextualSpacing w:val="0"/>
        <w:jc w:val="both"/>
        <w:rPr>
          <w:rFonts w:ascii="Arial" w:hAnsi="Arial" w:cs="Arial"/>
          <w:sz w:val="24"/>
          <w:szCs w:val="24"/>
        </w:rPr>
      </w:pPr>
      <w:r w:rsidRPr="0086050B">
        <w:rPr>
          <w:rFonts w:ascii="Arial" w:hAnsi="Arial" w:cs="Arial"/>
          <w:b/>
          <w:spacing w:val="5"/>
          <w:sz w:val="24"/>
          <w:szCs w:val="24"/>
          <w:u w:val="single"/>
        </w:rPr>
        <w:t xml:space="preserve"> </w:t>
      </w:r>
      <w:proofErr w:type="spellStart"/>
      <w:r w:rsidRPr="0086050B">
        <w:rPr>
          <w:rFonts w:ascii="Arial" w:hAnsi="Arial" w:cs="Arial"/>
          <w:b/>
          <w:sz w:val="24"/>
          <w:szCs w:val="24"/>
          <w:u w:val="single"/>
        </w:rPr>
        <w:t>Enseñar</w:t>
      </w:r>
      <w:proofErr w:type="spellEnd"/>
      <w:r w:rsidRPr="0086050B">
        <w:rPr>
          <w:rFonts w:ascii="Arial" w:hAnsi="Arial" w:cs="Arial"/>
          <w:b/>
          <w:sz w:val="24"/>
          <w:szCs w:val="24"/>
          <w:u w:val="single"/>
        </w:rPr>
        <w:t xml:space="preserve"> </w:t>
      </w:r>
      <w:proofErr w:type="spellStart"/>
      <w:r w:rsidRPr="0086050B">
        <w:rPr>
          <w:rFonts w:ascii="Arial" w:hAnsi="Arial" w:cs="Arial"/>
          <w:b/>
          <w:spacing w:val="-4"/>
          <w:sz w:val="24"/>
          <w:szCs w:val="24"/>
          <w:u w:val="single"/>
        </w:rPr>
        <w:t>estrategias</w:t>
      </w:r>
      <w:proofErr w:type="spellEnd"/>
      <w:r w:rsidRPr="0086050B">
        <w:rPr>
          <w:rFonts w:ascii="Arial" w:hAnsi="Arial" w:cs="Arial"/>
          <w:b/>
          <w:spacing w:val="-4"/>
          <w:sz w:val="24"/>
          <w:szCs w:val="24"/>
          <w:u w:val="single"/>
        </w:rPr>
        <w:t xml:space="preserve"> </w:t>
      </w:r>
      <w:r w:rsidRPr="0086050B">
        <w:rPr>
          <w:rFonts w:ascii="Arial" w:hAnsi="Arial" w:cs="Arial"/>
          <w:b/>
          <w:sz w:val="24"/>
          <w:szCs w:val="24"/>
          <w:u w:val="single"/>
        </w:rPr>
        <w:t xml:space="preserve">de </w:t>
      </w:r>
      <w:proofErr w:type="spellStart"/>
      <w:r w:rsidRPr="0086050B">
        <w:rPr>
          <w:rFonts w:ascii="Arial" w:hAnsi="Arial" w:cs="Arial"/>
          <w:b/>
          <w:sz w:val="24"/>
          <w:szCs w:val="24"/>
          <w:u w:val="single"/>
        </w:rPr>
        <w:t>autorregulación</w:t>
      </w:r>
      <w:proofErr w:type="spellEnd"/>
      <w:r w:rsidRPr="0086050B">
        <w:rPr>
          <w:rFonts w:ascii="Arial" w:hAnsi="Arial" w:cs="Arial"/>
          <w:sz w:val="24"/>
          <w:szCs w:val="24"/>
        </w:rPr>
        <w:t xml:space="preserve"> </w:t>
      </w:r>
      <w:r w:rsidRPr="0086050B">
        <w:rPr>
          <w:rFonts w:ascii="Arial" w:hAnsi="Arial" w:cs="Arial"/>
          <w:b/>
          <w:bCs/>
          <w:sz w:val="24"/>
          <w:szCs w:val="24"/>
          <w:u w:val="single"/>
        </w:rPr>
        <w:t>(</w:t>
      </w:r>
      <w:proofErr w:type="spellStart"/>
      <w:r w:rsidRPr="0086050B">
        <w:rPr>
          <w:rFonts w:ascii="Arial" w:hAnsi="Arial" w:cs="Arial"/>
          <w:b/>
          <w:bCs/>
          <w:sz w:val="24"/>
          <w:szCs w:val="24"/>
          <w:u w:val="single"/>
        </w:rPr>
        <w:t>emocional</w:t>
      </w:r>
      <w:proofErr w:type="spellEnd"/>
      <w:r w:rsidRPr="0086050B">
        <w:rPr>
          <w:rFonts w:ascii="Arial" w:hAnsi="Arial" w:cs="Arial"/>
          <w:b/>
          <w:bCs/>
          <w:sz w:val="24"/>
          <w:szCs w:val="24"/>
          <w:u w:val="single"/>
        </w:rPr>
        <w:t xml:space="preserve">, </w:t>
      </w:r>
      <w:proofErr w:type="spellStart"/>
      <w:r w:rsidRPr="0086050B">
        <w:rPr>
          <w:rFonts w:ascii="Arial" w:hAnsi="Arial" w:cs="Arial"/>
          <w:b/>
          <w:bCs/>
          <w:sz w:val="24"/>
          <w:szCs w:val="24"/>
          <w:u w:val="single"/>
        </w:rPr>
        <w:t>cognitiva</w:t>
      </w:r>
      <w:proofErr w:type="spellEnd"/>
      <w:r w:rsidRPr="0086050B">
        <w:rPr>
          <w:rFonts w:ascii="Arial" w:hAnsi="Arial" w:cs="Arial"/>
          <w:b/>
          <w:bCs/>
          <w:sz w:val="24"/>
          <w:szCs w:val="24"/>
          <w:u w:val="single"/>
        </w:rPr>
        <w:t xml:space="preserve">, </w:t>
      </w:r>
      <w:proofErr w:type="spellStart"/>
      <w:r w:rsidRPr="0086050B">
        <w:rPr>
          <w:rFonts w:ascii="Arial" w:hAnsi="Arial" w:cs="Arial"/>
          <w:b/>
          <w:bCs/>
          <w:sz w:val="24"/>
          <w:szCs w:val="24"/>
          <w:u w:val="single"/>
        </w:rPr>
        <w:lastRenderedPageBreak/>
        <w:t>conductual</w:t>
      </w:r>
      <w:proofErr w:type="spellEnd"/>
      <w:r w:rsidRPr="0086050B">
        <w:rPr>
          <w:rFonts w:ascii="Arial" w:hAnsi="Arial" w:cs="Arial"/>
          <w:b/>
          <w:bCs/>
          <w:sz w:val="24"/>
          <w:szCs w:val="24"/>
          <w:u w:val="single"/>
        </w:rPr>
        <w:t>):</w:t>
      </w:r>
      <w:r w:rsidRPr="0086050B">
        <w:rPr>
          <w:rFonts w:ascii="Arial" w:hAnsi="Arial" w:cs="Arial"/>
          <w:sz w:val="24"/>
          <w:szCs w:val="24"/>
        </w:rPr>
        <w:t xml:space="preserve">  </w:t>
      </w:r>
      <w:proofErr w:type="spellStart"/>
      <w:r w:rsidRPr="0086050B">
        <w:rPr>
          <w:rFonts w:ascii="Arial" w:hAnsi="Arial" w:cs="Arial"/>
          <w:sz w:val="24"/>
          <w:szCs w:val="24"/>
        </w:rPr>
        <w:t>tal</w:t>
      </w:r>
      <w:proofErr w:type="spellEnd"/>
      <w:r w:rsidRPr="0086050B">
        <w:rPr>
          <w:rFonts w:ascii="Arial" w:hAnsi="Arial" w:cs="Arial"/>
          <w:sz w:val="24"/>
          <w:szCs w:val="24"/>
        </w:rPr>
        <w:t xml:space="preserve"> </w:t>
      </w:r>
      <w:proofErr w:type="spellStart"/>
      <w:r w:rsidRPr="0086050B">
        <w:rPr>
          <w:rFonts w:ascii="Arial" w:hAnsi="Arial" w:cs="Arial"/>
          <w:sz w:val="24"/>
          <w:szCs w:val="24"/>
        </w:rPr>
        <w:t>como</w:t>
      </w:r>
      <w:proofErr w:type="spellEnd"/>
      <w:r w:rsidRPr="0086050B">
        <w:rPr>
          <w:rFonts w:ascii="Arial" w:hAnsi="Arial" w:cs="Arial"/>
          <w:sz w:val="24"/>
          <w:szCs w:val="24"/>
        </w:rPr>
        <w:t xml:space="preserve"> </w:t>
      </w:r>
      <w:proofErr w:type="spellStart"/>
      <w:r w:rsidRPr="0086050B">
        <w:rPr>
          <w:rFonts w:ascii="Arial" w:hAnsi="Arial" w:cs="Arial"/>
          <w:sz w:val="24"/>
          <w:szCs w:val="24"/>
        </w:rPr>
        <w:t>ayudarlos</w:t>
      </w:r>
      <w:proofErr w:type="spellEnd"/>
      <w:r w:rsidRPr="0086050B">
        <w:rPr>
          <w:rFonts w:ascii="Arial" w:hAnsi="Arial" w:cs="Arial"/>
          <w:sz w:val="24"/>
          <w:szCs w:val="24"/>
        </w:rPr>
        <w:t xml:space="preserve"> </w:t>
      </w:r>
      <w:proofErr w:type="gramStart"/>
      <w:r w:rsidRPr="0086050B">
        <w:rPr>
          <w:rFonts w:ascii="Arial" w:hAnsi="Arial" w:cs="Arial"/>
          <w:sz w:val="24"/>
          <w:szCs w:val="24"/>
        </w:rPr>
        <w:t>a</w:t>
      </w:r>
      <w:proofErr w:type="gramEnd"/>
      <w:r w:rsidRPr="0086050B">
        <w:rPr>
          <w:rFonts w:ascii="Arial" w:hAnsi="Arial" w:cs="Arial"/>
          <w:sz w:val="24"/>
          <w:szCs w:val="24"/>
        </w:rPr>
        <w:t xml:space="preserve"> </w:t>
      </w:r>
      <w:proofErr w:type="spellStart"/>
      <w:r w:rsidRPr="0086050B">
        <w:rPr>
          <w:rFonts w:ascii="Arial" w:hAnsi="Arial" w:cs="Arial"/>
          <w:sz w:val="24"/>
          <w:szCs w:val="24"/>
        </w:rPr>
        <w:t>identificar</w:t>
      </w:r>
      <w:proofErr w:type="spellEnd"/>
      <w:r w:rsidRPr="0086050B">
        <w:rPr>
          <w:rFonts w:ascii="Arial" w:hAnsi="Arial" w:cs="Arial"/>
          <w:sz w:val="24"/>
          <w:szCs w:val="24"/>
        </w:rPr>
        <w:t xml:space="preserve"> </w:t>
      </w:r>
      <w:proofErr w:type="spellStart"/>
      <w:r w:rsidRPr="0086050B">
        <w:rPr>
          <w:rFonts w:ascii="Arial" w:hAnsi="Arial" w:cs="Arial"/>
          <w:sz w:val="24"/>
          <w:szCs w:val="24"/>
        </w:rPr>
        <w:t>los</w:t>
      </w:r>
      <w:proofErr w:type="spellEnd"/>
      <w:r w:rsidRPr="0086050B">
        <w:rPr>
          <w:rFonts w:ascii="Arial" w:hAnsi="Arial" w:cs="Arial"/>
          <w:sz w:val="24"/>
          <w:szCs w:val="24"/>
        </w:rPr>
        <w:t xml:space="preserve"> </w:t>
      </w:r>
      <w:proofErr w:type="spellStart"/>
      <w:r w:rsidRPr="0086050B">
        <w:rPr>
          <w:rFonts w:ascii="Arial" w:hAnsi="Arial" w:cs="Arial"/>
          <w:sz w:val="24"/>
          <w:szCs w:val="24"/>
        </w:rPr>
        <w:t>primeros</w:t>
      </w:r>
      <w:proofErr w:type="spellEnd"/>
      <w:r w:rsidRPr="0086050B">
        <w:rPr>
          <w:rFonts w:ascii="Arial" w:hAnsi="Arial" w:cs="Arial"/>
          <w:sz w:val="24"/>
          <w:szCs w:val="24"/>
        </w:rPr>
        <w:t xml:space="preserve"> </w:t>
      </w:r>
      <w:proofErr w:type="spellStart"/>
      <w:r w:rsidRPr="0086050B">
        <w:rPr>
          <w:rFonts w:ascii="Arial" w:hAnsi="Arial" w:cs="Arial"/>
          <w:sz w:val="24"/>
          <w:szCs w:val="24"/>
        </w:rPr>
        <w:t>signos</w:t>
      </w:r>
      <w:proofErr w:type="spellEnd"/>
      <w:r w:rsidRPr="0086050B">
        <w:rPr>
          <w:rFonts w:ascii="Arial" w:hAnsi="Arial" w:cs="Arial"/>
          <w:sz w:val="24"/>
          <w:szCs w:val="24"/>
        </w:rPr>
        <w:t xml:space="preserve"> de </w:t>
      </w:r>
      <w:proofErr w:type="spellStart"/>
      <w:r w:rsidRPr="0086050B">
        <w:rPr>
          <w:rFonts w:ascii="Arial" w:hAnsi="Arial" w:cs="Arial"/>
          <w:sz w:val="24"/>
          <w:szCs w:val="24"/>
        </w:rPr>
        <w:t>ansiedad</w:t>
      </w:r>
      <w:proofErr w:type="spellEnd"/>
      <w:r w:rsidRPr="0086050B">
        <w:rPr>
          <w:rFonts w:ascii="Arial" w:hAnsi="Arial" w:cs="Arial"/>
          <w:sz w:val="24"/>
          <w:szCs w:val="24"/>
        </w:rPr>
        <w:t xml:space="preserve"> u </w:t>
      </w:r>
      <w:proofErr w:type="spellStart"/>
      <w:r w:rsidRPr="0086050B">
        <w:rPr>
          <w:rFonts w:ascii="Arial" w:hAnsi="Arial" w:cs="Arial"/>
          <w:sz w:val="24"/>
          <w:szCs w:val="24"/>
        </w:rPr>
        <w:t>otros</w:t>
      </w:r>
      <w:proofErr w:type="spellEnd"/>
      <w:r w:rsidRPr="0086050B">
        <w:rPr>
          <w:rFonts w:ascii="Arial" w:hAnsi="Arial" w:cs="Arial"/>
          <w:sz w:val="24"/>
          <w:szCs w:val="24"/>
        </w:rPr>
        <w:t xml:space="preserve"> </w:t>
      </w:r>
      <w:proofErr w:type="spellStart"/>
      <w:r w:rsidRPr="0086050B">
        <w:rPr>
          <w:rFonts w:ascii="Arial" w:hAnsi="Arial" w:cs="Arial"/>
          <w:sz w:val="24"/>
          <w:szCs w:val="24"/>
        </w:rPr>
        <w:t>estados</w:t>
      </w:r>
      <w:proofErr w:type="spellEnd"/>
      <w:r w:rsidRPr="0086050B">
        <w:rPr>
          <w:rFonts w:ascii="Arial" w:hAnsi="Arial" w:cs="Arial"/>
          <w:sz w:val="24"/>
          <w:szCs w:val="24"/>
        </w:rPr>
        <w:t xml:space="preserve"> </w:t>
      </w:r>
      <w:proofErr w:type="spellStart"/>
      <w:r w:rsidRPr="0086050B">
        <w:rPr>
          <w:rFonts w:ascii="Arial" w:hAnsi="Arial" w:cs="Arial"/>
          <w:sz w:val="24"/>
          <w:szCs w:val="24"/>
        </w:rPr>
        <w:t>emocionales</w:t>
      </w:r>
      <w:proofErr w:type="spellEnd"/>
      <w:r w:rsidRPr="0086050B">
        <w:rPr>
          <w:rFonts w:ascii="Arial" w:hAnsi="Arial" w:cs="Arial"/>
          <w:sz w:val="24"/>
          <w:szCs w:val="24"/>
        </w:rPr>
        <w:t xml:space="preserve"> y </w:t>
      </w:r>
      <w:proofErr w:type="spellStart"/>
      <w:r w:rsidRPr="0086050B">
        <w:rPr>
          <w:rFonts w:ascii="Arial" w:hAnsi="Arial" w:cs="Arial"/>
          <w:sz w:val="24"/>
          <w:szCs w:val="24"/>
        </w:rPr>
        <w:t>cómo</w:t>
      </w:r>
      <w:proofErr w:type="spellEnd"/>
      <w:r w:rsidRPr="0086050B">
        <w:rPr>
          <w:rFonts w:ascii="Arial" w:hAnsi="Arial" w:cs="Arial"/>
          <w:sz w:val="24"/>
          <w:szCs w:val="24"/>
        </w:rPr>
        <w:t xml:space="preserve"> </w:t>
      </w:r>
      <w:proofErr w:type="spellStart"/>
      <w:r w:rsidRPr="0086050B">
        <w:rPr>
          <w:rFonts w:ascii="Arial" w:hAnsi="Arial" w:cs="Arial"/>
          <w:sz w:val="24"/>
          <w:szCs w:val="24"/>
        </w:rPr>
        <w:t>abordarlos</w:t>
      </w:r>
      <w:proofErr w:type="spellEnd"/>
      <w:r w:rsidRPr="0086050B">
        <w:rPr>
          <w:rFonts w:ascii="Arial" w:hAnsi="Arial" w:cs="Arial"/>
          <w:sz w:val="24"/>
          <w:szCs w:val="24"/>
        </w:rPr>
        <w:t xml:space="preserve"> </w:t>
      </w:r>
      <w:proofErr w:type="spellStart"/>
      <w:r w:rsidRPr="0086050B">
        <w:rPr>
          <w:rFonts w:ascii="Arial" w:hAnsi="Arial" w:cs="Arial"/>
          <w:sz w:val="24"/>
          <w:szCs w:val="24"/>
        </w:rPr>
        <w:t>mediante</w:t>
      </w:r>
      <w:proofErr w:type="spellEnd"/>
      <w:r w:rsidRPr="0086050B">
        <w:rPr>
          <w:rFonts w:ascii="Arial" w:hAnsi="Arial" w:cs="Arial"/>
          <w:sz w:val="24"/>
          <w:szCs w:val="24"/>
        </w:rPr>
        <w:t xml:space="preserve"> </w:t>
      </w:r>
      <w:proofErr w:type="spellStart"/>
      <w:r w:rsidRPr="0086050B">
        <w:rPr>
          <w:rFonts w:ascii="Arial" w:hAnsi="Arial" w:cs="Arial"/>
          <w:sz w:val="24"/>
          <w:szCs w:val="24"/>
        </w:rPr>
        <w:t>objetos</w:t>
      </w:r>
      <w:proofErr w:type="spellEnd"/>
      <w:r w:rsidRPr="0086050B">
        <w:rPr>
          <w:rFonts w:ascii="Arial" w:hAnsi="Arial" w:cs="Arial"/>
          <w:sz w:val="24"/>
          <w:szCs w:val="24"/>
        </w:rPr>
        <w:t xml:space="preserve"> o </w:t>
      </w:r>
      <w:proofErr w:type="spellStart"/>
      <w:r w:rsidRPr="0086050B">
        <w:rPr>
          <w:rFonts w:ascii="Arial" w:hAnsi="Arial" w:cs="Arial"/>
          <w:sz w:val="24"/>
          <w:szCs w:val="24"/>
        </w:rPr>
        <w:t>situaciones</w:t>
      </w:r>
      <w:proofErr w:type="spellEnd"/>
      <w:r w:rsidRPr="0086050B">
        <w:rPr>
          <w:rFonts w:ascii="Arial" w:hAnsi="Arial" w:cs="Arial"/>
          <w:sz w:val="24"/>
          <w:szCs w:val="24"/>
        </w:rPr>
        <w:t xml:space="preserve"> que les </w:t>
      </w:r>
      <w:proofErr w:type="spellStart"/>
      <w:r w:rsidRPr="0086050B">
        <w:rPr>
          <w:rFonts w:ascii="Arial" w:hAnsi="Arial" w:cs="Arial"/>
          <w:sz w:val="24"/>
          <w:szCs w:val="24"/>
        </w:rPr>
        <w:t>agraden</w:t>
      </w:r>
      <w:proofErr w:type="spellEnd"/>
      <w:r w:rsidRPr="0086050B">
        <w:rPr>
          <w:rFonts w:ascii="Arial" w:hAnsi="Arial" w:cs="Arial"/>
          <w:sz w:val="24"/>
          <w:szCs w:val="24"/>
        </w:rPr>
        <w:t xml:space="preserve"> y </w:t>
      </w:r>
      <w:proofErr w:type="spellStart"/>
      <w:r w:rsidRPr="0086050B">
        <w:rPr>
          <w:rFonts w:ascii="Arial" w:hAnsi="Arial" w:cs="Arial"/>
          <w:sz w:val="24"/>
          <w:szCs w:val="24"/>
        </w:rPr>
        <w:t>relajen</w:t>
      </w:r>
      <w:proofErr w:type="spellEnd"/>
      <w:r w:rsidRPr="0086050B">
        <w:rPr>
          <w:rFonts w:ascii="Arial" w:hAnsi="Arial" w:cs="Arial"/>
          <w:sz w:val="24"/>
          <w:szCs w:val="24"/>
        </w:rPr>
        <w:t xml:space="preserve"> (no que les </w:t>
      </w:r>
      <w:proofErr w:type="spellStart"/>
      <w:r w:rsidRPr="0086050B">
        <w:rPr>
          <w:rFonts w:ascii="Arial" w:hAnsi="Arial" w:cs="Arial"/>
          <w:sz w:val="24"/>
          <w:szCs w:val="24"/>
        </w:rPr>
        <w:t>exciten</w:t>
      </w:r>
      <w:proofErr w:type="spellEnd"/>
      <w:r w:rsidRPr="0086050B">
        <w:rPr>
          <w:rFonts w:ascii="Arial" w:hAnsi="Arial" w:cs="Arial"/>
          <w:sz w:val="24"/>
          <w:szCs w:val="24"/>
        </w:rPr>
        <w:t xml:space="preserve"> y/o </w:t>
      </w:r>
      <w:proofErr w:type="spellStart"/>
      <w:r w:rsidRPr="0086050B">
        <w:rPr>
          <w:rFonts w:ascii="Arial" w:hAnsi="Arial" w:cs="Arial"/>
          <w:sz w:val="24"/>
          <w:szCs w:val="24"/>
        </w:rPr>
        <w:t>diviertan</w:t>
      </w:r>
      <w:proofErr w:type="spellEnd"/>
      <w:r w:rsidRPr="0086050B">
        <w:rPr>
          <w:rFonts w:ascii="Arial" w:hAnsi="Arial" w:cs="Arial"/>
          <w:sz w:val="24"/>
          <w:szCs w:val="24"/>
        </w:rPr>
        <w:t xml:space="preserve">), </w:t>
      </w:r>
      <w:proofErr w:type="spellStart"/>
      <w:r w:rsidRPr="0086050B">
        <w:rPr>
          <w:rFonts w:ascii="Arial" w:hAnsi="Arial" w:cs="Arial"/>
          <w:sz w:val="24"/>
          <w:szCs w:val="24"/>
        </w:rPr>
        <w:t>mediante</w:t>
      </w:r>
      <w:proofErr w:type="spellEnd"/>
      <w:r w:rsidRPr="0086050B">
        <w:rPr>
          <w:rFonts w:ascii="Arial" w:hAnsi="Arial" w:cs="Arial"/>
          <w:sz w:val="24"/>
          <w:szCs w:val="24"/>
        </w:rPr>
        <w:t xml:space="preserve"> </w:t>
      </w:r>
      <w:proofErr w:type="spellStart"/>
      <w:r w:rsidRPr="0086050B">
        <w:rPr>
          <w:rFonts w:ascii="Arial" w:hAnsi="Arial" w:cs="Arial"/>
          <w:sz w:val="24"/>
          <w:szCs w:val="24"/>
        </w:rPr>
        <w:t>ejercicios</w:t>
      </w:r>
      <w:proofErr w:type="spellEnd"/>
      <w:r w:rsidRPr="0086050B">
        <w:rPr>
          <w:rFonts w:ascii="Arial" w:hAnsi="Arial" w:cs="Arial"/>
          <w:sz w:val="24"/>
          <w:szCs w:val="24"/>
        </w:rPr>
        <w:t xml:space="preserve"> de </w:t>
      </w:r>
      <w:proofErr w:type="spellStart"/>
      <w:r w:rsidRPr="0086050B">
        <w:rPr>
          <w:rFonts w:ascii="Arial" w:hAnsi="Arial" w:cs="Arial"/>
          <w:sz w:val="24"/>
          <w:szCs w:val="24"/>
        </w:rPr>
        <w:t>relajación</w:t>
      </w:r>
      <w:proofErr w:type="spellEnd"/>
      <w:r w:rsidRPr="0086050B">
        <w:rPr>
          <w:rFonts w:ascii="Arial" w:hAnsi="Arial" w:cs="Arial"/>
          <w:sz w:val="24"/>
          <w:szCs w:val="24"/>
        </w:rPr>
        <w:t xml:space="preserve">, </w:t>
      </w:r>
      <w:proofErr w:type="spellStart"/>
      <w:r w:rsidRPr="0086050B">
        <w:rPr>
          <w:rFonts w:ascii="Arial" w:hAnsi="Arial" w:cs="Arial"/>
          <w:sz w:val="24"/>
          <w:szCs w:val="24"/>
        </w:rPr>
        <w:t>respiración</w:t>
      </w:r>
      <w:proofErr w:type="spellEnd"/>
      <w:r w:rsidRPr="0086050B">
        <w:rPr>
          <w:rFonts w:ascii="Arial" w:hAnsi="Arial" w:cs="Arial"/>
          <w:sz w:val="24"/>
          <w:szCs w:val="24"/>
        </w:rPr>
        <w:t xml:space="preserve"> o </w:t>
      </w:r>
      <w:proofErr w:type="spellStart"/>
      <w:r w:rsidRPr="0086050B">
        <w:rPr>
          <w:rFonts w:ascii="Arial" w:hAnsi="Arial" w:cs="Arial"/>
          <w:sz w:val="24"/>
          <w:szCs w:val="24"/>
        </w:rPr>
        <w:t>estrategias</w:t>
      </w:r>
      <w:proofErr w:type="spellEnd"/>
      <w:r w:rsidRPr="0086050B">
        <w:rPr>
          <w:rFonts w:ascii="Arial" w:hAnsi="Arial" w:cs="Arial"/>
          <w:sz w:val="24"/>
          <w:szCs w:val="24"/>
        </w:rPr>
        <w:t xml:space="preserve"> de </w:t>
      </w:r>
      <w:proofErr w:type="spellStart"/>
      <w:r w:rsidRPr="0086050B">
        <w:rPr>
          <w:rFonts w:ascii="Arial" w:hAnsi="Arial" w:cs="Arial"/>
          <w:sz w:val="24"/>
          <w:szCs w:val="24"/>
        </w:rPr>
        <w:t>carácter</w:t>
      </w:r>
      <w:proofErr w:type="spellEnd"/>
      <w:r w:rsidRPr="0086050B">
        <w:rPr>
          <w:rFonts w:ascii="Arial" w:hAnsi="Arial" w:cs="Arial"/>
          <w:sz w:val="24"/>
          <w:szCs w:val="24"/>
        </w:rPr>
        <w:t xml:space="preserve"> </w:t>
      </w:r>
      <w:proofErr w:type="spellStart"/>
      <w:r w:rsidRPr="0086050B">
        <w:rPr>
          <w:rFonts w:ascii="Arial" w:hAnsi="Arial" w:cs="Arial"/>
          <w:sz w:val="24"/>
          <w:szCs w:val="24"/>
        </w:rPr>
        <w:t>sensoriomotor</w:t>
      </w:r>
      <w:proofErr w:type="spellEnd"/>
      <w:r w:rsidRPr="0086050B">
        <w:rPr>
          <w:rFonts w:ascii="Arial" w:hAnsi="Arial" w:cs="Arial"/>
          <w:sz w:val="24"/>
          <w:szCs w:val="24"/>
        </w:rPr>
        <w:t xml:space="preserve"> </w:t>
      </w:r>
      <w:proofErr w:type="spellStart"/>
      <w:r w:rsidRPr="0086050B">
        <w:rPr>
          <w:rFonts w:ascii="Arial" w:hAnsi="Arial" w:cs="Arial"/>
          <w:sz w:val="24"/>
          <w:szCs w:val="24"/>
        </w:rPr>
        <w:t>como</w:t>
      </w:r>
      <w:proofErr w:type="spellEnd"/>
      <w:r w:rsidRPr="0086050B">
        <w:rPr>
          <w:rFonts w:ascii="Arial" w:hAnsi="Arial" w:cs="Arial"/>
          <w:sz w:val="24"/>
          <w:szCs w:val="24"/>
        </w:rPr>
        <w:t xml:space="preserve"> </w:t>
      </w:r>
      <w:proofErr w:type="spellStart"/>
      <w:r w:rsidRPr="0086050B">
        <w:rPr>
          <w:rFonts w:ascii="Arial" w:hAnsi="Arial" w:cs="Arial"/>
          <w:sz w:val="24"/>
          <w:szCs w:val="24"/>
        </w:rPr>
        <w:t>pintar</w:t>
      </w:r>
      <w:proofErr w:type="spellEnd"/>
      <w:r w:rsidRPr="0086050B">
        <w:rPr>
          <w:rFonts w:ascii="Arial" w:hAnsi="Arial" w:cs="Arial"/>
          <w:sz w:val="24"/>
          <w:szCs w:val="24"/>
        </w:rPr>
        <w:t xml:space="preserve">, </w:t>
      </w:r>
      <w:proofErr w:type="spellStart"/>
      <w:r w:rsidRPr="0086050B">
        <w:rPr>
          <w:rFonts w:ascii="Arial" w:hAnsi="Arial" w:cs="Arial"/>
          <w:sz w:val="24"/>
          <w:szCs w:val="24"/>
        </w:rPr>
        <w:t>escuchar</w:t>
      </w:r>
      <w:proofErr w:type="spellEnd"/>
      <w:r w:rsidRPr="0086050B">
        <w:rPr>
          <w:rFonts w:ascii="Arial" w:hAnsi="Arial" w:cs="Arial"/>
          <w:sz w:val="24"/>
          <w:szCs w:val="24"/>
        </w:rPr>
        <w:t xml:space="preserve"> </w:t>
      </w:r>
      <w:proofErr w:type="spellStart"/>
      <w:r w:rsidRPr="0086050B">
        <w:rPr>
          <w:rFonts w:ascii="Arial" w:hAnsi="Arial" w:cs="Arial"/>
          <w:sz w:val="24"/>
          <w:szCs w:val="24"/>
        </w:rPr>
        <w:t>música</w:t>
      </w:r>
      <w:proofErr w:type="spellEnd"/>
      <w:r w:rsidRPr="0086050B">
        <w:rPr>
          <w:rFonts w:ascii="Arial" w:hAnsi="Arial" w:cs="Arial"/>
          <w:sz w:val="24"/>
          <w:szCs w:val="24"/>
        </w:rPr>
        <w:t xml:space="preserve">, </w:t>
      </w:r>
      <w:proofErr w:type="spellStart"/>
      <w:r w:rsidRPr="0086050B">
        <w:rPr>
          <w:rFonts w:ascii="Arial" w:hAnsi="Arial" w:cs="Arial"/>
          <w:sz w:val="24"/>
          <w:szCs w:val="24"/>
        </w:rPr>
        <w:t>pasear</w:t>
      </w:r>
      <w:proofErr w:type="spellEnd"/>
      <w:r w:rsidRPr="0086050B">
        <w:rPr>
          <w:rFonts w:ascii="Arial" w:hAnsi="Arial" w:cs="Arial"/>
          <w:sz w:val="24"/>
          <w:szCs w:val="24"/>
        </w:rPr>
        <w:t xml:space="preserve">, </w:t>
      </w:r>
      <w:proofErr w:type="spellStart"/>
      <w:r w:rsidRPr="0086050B">
        <w:rPr>
          <w:rFonts w:ascii="Arial" w:hAnsi="Arial" w:cs="Arial"/>
          <w:sz w:val="24"/>
          <w:szCs w:val="24"/>
        </w:rPr>
        <w:t>saltar</w:t>
      </w:r>
      <w:proofErr w:type="spellEnd"/>
      <w:r w:rsidRPr="0086050B">
        <w:rPr>
          <w:rFonts w:ascii="Arial" w:hAnsi="Arial" w:cs="Arial"/>
          <w:sz w:val="24"/>
          <w:szCs w:val="24"/>
        </w:rPr>
        <w:t xml:space="preserve"> etc. </w:t>
      </w:r>
      <w:proofErr w:type="spellStart"/>
      <w:r w:rsidRPr="0086050B">
        <w:rPr>
          <w:rFonts w:ascii="Arial" w:hAnsi="Arial" w:cs="Arial"/>
          <w:sz w:val="24"/>
          <w:szCs w:val="24"/>
        </w:rPr>
        <w:t>Cuando</w:t>
      </w:r>
      <w:proofErr w:type="spellEnd"/>
      <w:r w:rsidRPr="0086050B">
        <w:rPr>
          <w:rFonts w:ascii="Arial" w:hAnsi="Arial" w:cs="Arial"/>
          <w:sz w:val="24"/>
          <w:szCs w:val="24"/>
        </w:rPr>
        <w:t xml:space="preserve"> es </w:t>
      </w:r>
      <w:proofErr w:type="spellStart"/>
      <w:r w:rsidRPr="0086050B">
        <w:rPr>
          <w:rFonts w:ascii="Arial" w:hAnsi="Arial" w:cs="Arial"/>
          <w:sz w:val="24"/>
          <w:szCs w:val="24"/>
        </w:rPr>
        <w:t>el</w:t>
      </w:r>
      <w:proofErr w:type="spellEnd"/>
      <w:r w:rsidRPr="0086050B">
        <w:rPr>
          <w:rFonts w:ascii="Arial" w:hAnsi="Arial" w:cs="Arial"/>
          <w:sz w:val="24"/>
          <w:szCs w:val="24"/>
        </w:rPr>
        <w:t xml:space="preserve"> </w:t>
      </w:r>
      <w:proofErr w:type="spellStart"/>
      <w:r w:rsidRPr="0086050B">
        <w:rPr>
          <w:rFonts w:ascii="Arial" w:hAnsi="Arial" w:cs="Arial"/>
          <w:sz w:val="24"/>
          <w:szCs w:val="24"/>
        </w:rPr>
        <w:t>pensamiento</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que genera </w:t>
      </w:r>
      <w:proofErr w:type="spellStart"/>
      <w:r w:rsidRPr="0086050B">
        <w:rPr>
          <w:rFonts w:ascii="Arial" w:hAnsi="Arial" w:cs="Arial"/>
          <w:sz w:val="24"/>
          <w:szCs w:val="24"/>
        </w:rPr>
        <w:t>ansiedad</w:t>
      </w:r>
      <w:proofErr w:type="spellEnd"/>
      <w:r w:rsidRPr="0086050B">
        <w:rPr>
          <w:rFonts w:ascii="Arial" w:hAnsi="Arial" w:cs="Arial"/>
          <w:sz w:val="24"/>
          <w:szCs w:val="24"/>
        </w:rPr>
        <w:t xml:space="preserve">, se </w:t>
      </w:r>
      <w:proofErr w:type="spellStart"/>
      <w:r w:rsidRPr="0086050B">
        <w:rPr>
          <w:rFonts w:ascii="Arial" w:hAnsi="Arial" w:cs="Arial"/>
          <w:sz w:val="24"/>
          <w:szCs w:val="24"/>
        </w:rPr>
        <w:t>puede</w:t>
      </w:r>
      <w:proofErr w:type="spellEnd"/>
      <w:r w:rsidRPr="0086050B">
        <w:rPr>
          <w:rFonts w:ascii="Arial" w:hAnsi="Arial" w:cs="Arial"/>
          <w:sz w:val="24"/>
          <w:szCs w:val="24"/>
        </w:rPr>
        <w:t xml:space="preserve"> </w:t>
      </w:r>
      <w:proofErr w:type="spellStart"/>
      <w:r w:rsidRPr="0086050B">
        <w:rPr>
          <w:rFonts w:ascii="Arial" w:hAnsi="Arial" w:cs="Arial"/>
          <w:sz w:val="24"/>
          <w:szCs w:val="24"/>
        </w:rPr>
        <w:t>enseñar</w:t>
      </w:r>
      <w:proofErr w:type="spellEnd"/>
      <w:r w:rsidRPr="0086050B">
        <w:rPr>
          <w:rFonts w:ascii="Arial" w:hAnsi="Arial" w:cs="Arial"/>
          <w:sz w:val="24"/>
          <w:szCs w:val="24"/>
        </w:rPr>
        <w:t xml:space="preserve"> a </w:t>
      </w:r>
      <w:proofErr w:type="spellStart"/>
      <w:r w:rsidRPr="0086050B">
        <w:rPr>
          <w:rFonts w:ascii="Arial" w:hAnsi="Arial" w:cs="Arial"/>
          <w:sz w:val="24"/>
          <w:szCs w:val="24"/>
        </w:rPr>
        <w:t>modificar</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w:t>
      </w:r>
      <w:proofErr w:type="spellStart"/>
      <w:r w:rsidRPr="0086050B">
        <w:rPr>
          <w:rFonts w:ascii="Arial" w:hAnsi="Arial" w:cs="Arial"/>
          <w:sz w:val="24"/>
          <w:szCs w:val="24"/>
        </w:rPr>
        <w:t>pensamiento</w:t>
      </w:r>
      <w:proofErr w:type="spellEnd"/>
      <w:r w:rsidRPr="0086050B">
        <w:rPr>
          <w:rFonts w:ascii="Arial" w:hAnsi="Arial" w:cs="Arial"/>
          <w:sz w:val="24"/>
          <w:szCs w:val="24"/>
        </w:rPr>
        <w:t xml:space="preserve"> </w:t>
      </w:r>
      <w:proofErr w:type="spellStart"/>
      <w:r w:rsidRPr="0086050B">
        <w:rPr>
          <w:rFonts w:ascii="Arial" w:hAnsi="Arial" w:cs="Arial"/>
          <w:sz w:val="24"/>
          <w:szCs w:val="24"/>
        </w:rPr>
        <w:t>negativo</w:t>
      </w:r>
      <w:proofErr w:type="spellEnd"/>
      <w:r w:rsidRPr="0086050B">
        <w:rPr>
          <w:rFonts w:ascii="Arial" w:hAnsi="Arial" w:cs="Arial"/>
          <w:sz w:val="24"/>
          <w:szCs w:val="24"/>
        </w:rPr>
        <w:t xml:space="preserve"> a </w:t>
      </w:r>
      <w:proofErr w:type="spellStart"/>
      <w:r w:rsidRPr="0086050B">
        <w:rPr>
          <w:rFonts w:ascii="Arial" w:hAnsi="Arial" w:cs="Arial"/>
          <w:sz w:val="24"/>
          <w:szCs w:val="24"/>
        </w:rPr>
        <w:t>través</w:t>
      </w:r>
      <w:proofErr w:type="spellEnd"/>
      <w:r w:rsidRPr="0086050B">
        <w:rPr>
          <w:rFonts w:ascii="Arial" w:hAnsi="Arial" w:cs="Arial"/>
          <w:sz w:val="24"/>
          <w:szCs w:val="24"/>
        </w:rPr>
        <w:t xml:space="preserve"> de </w:t>
      </w:r>
      <w:proofErr w:type="spellStart"/>
      <w:r w:rsidRPr="0086050B">
        <w:rPr>
          <w:rFonts w:ascii="Arial" w:hAnsi="Arial" w:cs="Arial"/>
          <w:sz w:val="24"/>
          <w:szCs w:val="24"/>
        </w:rPr>
        <w:t>imágenes</w:t>
      </w:r>
      <w:proofErr w:type="spellEnd"/>
      <w:r w:rsidRPr="0086050B">
        <w:rPr>
          <w:rFonts w:ascii="Arial" w:hAnsi="Arial" w:cs="Arial"/>
          <w:sz w:val="24"/>
          <w:szCs w:val="24"/>
        </w:rPr>
        <w:t xml:space="preserve"> de </w:t>
      </w:r>
      <w:proofErr w:type="spellStart"/>
      <w:r w:rsidRPr="0086050B">
        <w:rPr>
          <w:rFonts w:ascii="Arial" w:hAnsi="Arial" w:cs="Arial"/>
          <w:sz w:val="24"/>
          <w:szCs w:val="24"/>
        </w:rPr>
        <w:t>momentos</w:t>
      </w:r>
      <w:proofErr w:type="spellEnd"/>
      <w:r w:rsidRPr="0086050B">
        <w:rPr>
          <w:rFonts w:ascii="Arial" w:hAnsi="Arial" w:cs="Arial"/>
          <w:sz w:val="24"/>
          <w:szCs w:val="24"/>
        </w:rPr>
        <w:t xml:space="preserve"> </w:t>
      </w:r>
      <w:proofErr w:type="spellStart"/>
      <w:r w:rsidRPr="0086050B">
        <w:rPr>
          <w:rFonts w:ascii="Arial" w:hAnsi="Arial" w:cs="Arial"/>
          <w:sz w:val="24"/>
          <w:szCs w:val="24"/>
        </w:rPr>
        <w:t>en</w:t>
      </w:r>
      <w:proofErr w:type="spellEnd"/>
      <w:r w:rsidRPr="0086050B">
        <w:rPr>
          <w:rFonts w:ascii="Arial" w:hAnsi="Arial" w:cs="Arial"/>
          <w:sz w:val="24"/>
          <w:szCs w:val="24"/>
        </w:rPr>
        <w:t xml:space="preserve"> que se ha </w:t>
      </w:r>
      <w:proofErr w:type="spellStart"/>
      <w:r w:rsidRPr="0086050B">
        <w:rPr>
          <w:rFonts w:ascii="Arial" w:hAnsi="Arial" w:cs="Arial"/>
          <w:sz w:val="24"/>
          <w:szCs w:val="24"/>
        </w:rPr>
        <w:t>sentido</w:t>
      </w:r>
      <w:proofErr w:type="spellEnd"/>
      <w:r w:rsidRPr="0086050B">
        <w:rPr>
          <w:rFonts w:ascii="Arial" w:hAnsi="Arial" w:cs="Arial"/>
          <w:sz w:val="24"/>
          <w:szCs w:val="24"/>
        </w:rPr>
        <w:t xml:space="preserve"> bien o </w:t>
      </w:r>
      <w:proofErr w:type="spellStart"/>
      <w:r w:rsidRPr="0086050B">
        <w:rPr>
          <w:rFonts w:ascii="Arial" w:hAnsi="Arial" w:cs="Arial"/>
          <w:sz w:val="24"/>
          <w:szCs w:val="24"/>
        </w:rPr>
        <w:t>feliz</w:t>
      </w:r>
      <w:proofErr w:type="spellEnd"/>
      <w:r w:rsidRPr="0086050B">
        <w:rPr>
          <w:rFonts w:ascii="Arial" w:hAnsi="Arial" w:cs="Arial"/>
          <w:sz w:val="24"/>
          <w:szCs w:val="24"/>
        </w:rPr>
        <w:t xml:space="preserve">; o </w:t>
      </w:r>
      <w:proofErr w:type="spellStart"/>
      <w:r w:rsidRPr="0086050B">
        <w:rPr>
          <w:rFonts w:ascii="Arial" w:hAnsi="Arial" w:cs="Arial"/>
          <w:sz w:val="24"/>
          <w:szCs w:val="24"/>
        </w:rPr>
        <w:t>favoreciendo</w:t>
      </w:r>
      <w:proofErr w:type="spellEnd"/>
      <w:r w:rsidRPr="0086050B">
        <w:rPr>
          <w:rFonts w:ascii="Arial" w:hAnsi="Arial" w:cs="Arial"/>
          <w:sz w:val="24"/>
          <w:szCs w:val="24"/>
        </w:rPr>
        <w:t xml:space="preserve"> </w:t>
      </w:r>
      <w:proofErr w:type="spellStart"/>
      <w:r w:rsidRPr="0086050B">
        <w:rPr>
          <w:rFonts w:ascii="Arial" w:hAnsi="Arial" w:cs="Arial"/>
          <w:sz w:val="24"/>
          <w:szCs w:val="24"/>
        </w:rPr>
        <w:t>su</w:t>
      </w:r>
      <w:proofErr w:type="spellEnd"/>
      <w:r w:rsidRPr="0086050B">
        <w:rPr>
          <w:rFonts w:ascii="Arial" w:hAnsi="Arial" w:cs="Arial"/>
          <w:sz w:val="24"/>
          <w:szCs w:val="24"/>
        </w:rPr>
        <w:t xml:space="preserve"> </w:t>
      </w:r>
      <w:proofErr w:type="spellStart"/>
      <w:r w:rsidRPr="0086050B">
        <w:rPr>
          <w:rFonts w:ascii="Arial" w:hAnsi="Arial" w:cs="Arial"/>
          <w:sz w:val="24"/>
          <w:szCs w:val="24"/>
        </w:rPr>
        <w:t>autorregulación</w:t>
      </w:r>
      <w:proofErr w:type="spellEnd"/>
      <w:r w:rsidRPr="0086050B">
        <w:rPr>
          <w:rFonts w:ascii="Arial" w:hAnsi="Arial" w:cs="Arial"/>
          <w:sz w:val="24"/>
          <w:szCs w:val="24"/>
        </w:rPr>
        <w:t xml:space="preserve"> </w:t>
      </w:r>
      <w:proofErr w:type="spellStart"/>
      <w:r w:rsidRPr="0086050B">
        <w:rPr>
          <w:rFonts w:ascii="Arial" w:hAnsi="Arial" w:cs="Arial"/>
          <w:sz w:val="24"/>
          <w:szCs w:val="24"/>
        </w:rPr>
        <w:t>conductual</w:t>
      </w:r>
      <w:proofErr w:type="spellEnd"/>
      <w:r w:rsidRPr="0086050B">
        <w:rPr>
          <w:rFonts w:ascii="Arial" w:hAnsi="Arial" w:cs="Arial"/>
          <w:sz w:val="24"/>
          <w:szCs w:val="24"/>
        </w:rPr>
        <w:t xml:space="preserve">, </w:t>
      </w:r>
      <w:proofErr w:type="spellStart"/>
      <w:r w:rsidRPr="0086050B">
        <w:rPr>
          <w:rFonts w:ascii="Arial" w:hAnsi="Arial" w:cs="Arial"/>
          <w:sz w:val="24"/>
          <w:szCs w:val="24"/>
        </w:rPr>
        <w:t>apoyando</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control de </w:t>
      </w:r>
      <w:proofErr w:type="spellStart"/>
      <w:r w:rsidRPr="0086050B">
        <w:rPr>
          <w:rFonts w:ascii="Arial" w:hAnsi="Arial" w:cs="Arial"/>
          <w:sz w:val="24"/>
          <w:szCs w:val="24"/>
        </w:rPr>
        <w:t>los</w:t>
      </w:r>
      <w:proofErr w:type="spellEnd"/>
      <w:r w:rsidRPr="0086050B">
        <w:rPr>
          <w:rFonts w:ascii="Arial" w:hAnsi="Arial" w:cs="Arial"/>
          <w:sz w:val="24"/>
          <w:szCs w:val="24"/>
        </w:rPr>
        <w:t xml:space="preserve"> </w:t>
      </w:r>
      <w:proofErr w:type="spellStart"/>
      <w:r w:rsidRPr="0086050B">
        <w:rPr>
          <w:rFonts w:ascii="Arial" w:hAnsi="Arial" w:cs="Arial"/>
          <w:sz w:val="24"/>
          <w:szCs w:val="24"/>
        </w:rPr>
        <w:t>impulsos</w:t>
      </w:r>
      <w:proofErr w:type="spellEnd"/>
      <w:r w:rsidRPr="0086050B">
        <w:rPr>
          <w:rFonts w:ascii="Arial" w:hAnsi="Arial" w:cs="Arial"/>
          <w:sz w:val="24"/>
          <w:szCs w:val="24"/>
        </w:rPr>
        <w:t xml:space="preserve"> y la </w:t>
      </w:r>
      <w:proofErr w:type="spellStart"/>
      <w:r w:rsidRPr="0086050B">
        <w:rPr>
          <w:rFonts w:ascii="Arial" w:hAnsi="Arial" w:cs="Arial"/>
          <w:sz w:val="24"/>
          <w:szCs w:val="24"/>
        </w:rPr>
        <w:t>demora</w:t>
      </w:r>
      <w:proofErr w:type="spellEnd"/>
      <w:r w:rsidRPr="0086050B">
        <w:rPr>
          <w:rFonts w:ascii="Arial" w:hAnsi="Arial" w:cs="Arial"/>
          <w:sz w:val="24"/>
          <w:szCs w:val="24"/>
        </w:rPr>
        <w:t xml:space="preserve"> de la </w:t>
      </w:r>
      <w:proofErr w:type="spellStart"/>
      <w:r w:rsidRPr="0086050B">
        <w:rPr>
          <w:rFonts w:ascii="Arial" w:hAnsi="Arial" w:cs="Arial"/>
          <w:sz w:val="24"/>
          <w:szCs w:val="24"/>
        </w:rPr>
        <w:t>gratificación</w:t>
      </w:r>
      <w:proofErr w:type="spellEnd"/>
      <w:r w:rsidRPr="0086050B">
        <w:rPr>
          <w:rFonts w:ascii="Arial" w:hAnsi="Arial" w:cs="Arial"/>
          <w:sz w:val="24"/>
          <w:szCs w:val="24"/>
        </w:rPr>
        <w:t xml:space="preserve">, entre </w:t>
      </w:r>
      <w:proofErr w:type="spellStart"/>
      <w:r w:rsidRPr="0086050B">
        <w:rPr>
          <w:rFonts w:ascii="Arial" w:hAnsi="Arial" w:cs="Arial"/>
          <w:sz w:val="24"/>
          <w:szCs w:val="24"/>
        </w:rPr>
        <w:t>otras</w:t>
      </w:r>
      <w:proofErr w:type="spellEnd"/>
      <w:r w:rsidRPr="0086050B">
        <w:rPr>
          <w:rFonts w:ascii="Arial" w:hAnsi="Arial" w:cs="Arial"/>
          <w:sz w:val="24"/>
          <w:szCs w:val="24"/>
        </w:rPr>
        <w:t xml:space="preserve"> </w:t>
      </w:r>
      <w:proofErr w:type="spellStart"/>
      <w:r w:rsidRPr="0086050B">
        <w:rPr>
          <w:rFonts w:ascii="Arial" w:hAnsi="Arial" w:cs="Arial"/>
          <w:sz w:val="24"/>
          <w:szCs w:val="24"/>
        </w:rPr>
        <w:t>posibilidades</w:t>
      </w:r>
      <w:proofErr w:type="spellEnd"/>
      <w:r w:rsidRPr="0086050B">
        <w:rPr>
          <w:rFonts w:ascii="Arial" w:hAnsi="Arial" w:cs="Arial"/>
          <w:sz w:val="24"/>
          <w:szCs w:val="24"/>
        </w:rPr>
        <w:t>.</w:t>
      </w:r>
    </w:p>
    <w:p w14:paraId="469E39B8" w14:textId="77777777" w:rsidR="00893C50" w:rsidRPr="0086050B" w:rsidRDefault="00893C50" w:rsidP="00893C50">
      <w:pPr>
        <w:pStyle w:val="Prrafodelista"/>
        <w:widowControl w:val="0"/>
        <w:numPr>
          <w:ilvl w:val="0"/>
          <w:numId w:val="45"/>
        </w:numPr>
        <w:tabs>
          <w:tab w:val="left" w:pos="1233"/>
        </w:tabs>
        <w:autoSpaceDE w:val="0"/>
        <w:autoSpaceDN w:val="0"/>
        <w:spacing w:before="6" w:after="0" w:line="360" w:lineRule="auto"/>
        <w:ind w:right="49"/>
        <w:contextualSpacing w:val="0"/>
        <w:jc w:val="both"/>
        <w:rPr>
          <w:rFonts w:ascii="Arial" w:hAnsi="Arial" w:cs="Arial"/>
        </w:rPr>
      </w:pPr>
      <w:proofErr w:type="spellStart"/>
      <w:r w:rsidRPr="0086050B">
        <w:rPr>
          <w:rFonts w:ascii="Arial" w:hAnsi="Arial" w:cs="Arial"/>
          <w:b/>
          <w:spacing w:val="-3"/>
          <w:sz w:val="24"/>
          <w:szCs w:val="24"/>
          <w:u w:val="single"/>
        </w:rPr>
        <w:t>Diseñar</w:t>
      </w:r>
      <w:proofErr w:type="spellEnd"/>
      <w:r w:rsidRPr="0086050B">
        <w:rPr>
          <w:rFonts w:ascii="Arial" w:hAnsi="Arial" w:cs="Arial"/>
          <w:b/>
          <w:spacing w:val="-3"/>
          <w:sz w:val="24"/>
          <w:szCs w:val="24"/>
          <w:u w:val="single"/>
        </w:rPr>
        <w:t xml:space="preserve"> </w:t>
      </w:r>
      <w:r w:rsidRPr="0086050B">
        <w:rPr>
          <w:rFonts w:ascii="Arial" w:hAnsi="Arial" w:cs="Arial"/>
          <w:b/>
          <w:sz w:val="24"/>
          <w:szCs w:val="24"/>
          <w:u w:val="single"/>
        </w:rPr>
        <w:t xml:space="preserve">con </w:t>
      </w:r>
      <w:proofErr w:type="spellStart"/>
      <w:r w:rsidRPr="0086050B">
        <w:rPr>
          <w:rFonts w:ascii="Arial" w:hAnsi="Arial" w:cs="Arial"/>
          <w:b/>
          <w:sz w:val="24"/>
          <w:szCs w:val="24"/>
          <w:u w:val="single"/>
        </w:rPr>
        <w:t>anterioridad</w:t>
      </w:r>
      <w:proofErr w:type="spellEnd"/>
      <w:r w:rsidRPr="0086050B">
        <w:rPr>
          <w:rFonts w:ascii="Arial" w:hAnsi="Arial" w:cs="Arial"/>
          <w:b/>
          <w:sz w:val="24"/>
          <w:szCs w:val="24"/>
          <w:u w:val="single"/>
        </w:rPr>
        <w:t xml:space="preserve"> </w:t>
      </w:r>
      <w:proofErr w:type="spellStart"/>
      <w:r w:rsidRPr="0086050B">
        <w:rPr>
          <w:rFonts w:ascii="Arial" w:hAnsi="Arial" w:cs="Arial"/>
          <w:b/>
          <w:sz w:val="24"/>
          <w:szCs w:val="24"/>
          <w:u w:val="single"/>
        </w:rPr>
        <w:t>reglas</w:t>
      </w:r>
      <w:proofErr w:type="spellEnd"/>
      <w:r w:rsidRPr="0086050B">
        <w:rPr>
          <w:rFonts w:ascii="Arial" w:hAnsi="Arial" w:cs="Arial"/>
          <w:b/>
          <w:sz w:val="24"/>
          <w:szCs w:val="24"/>
          <w:u w:val="single"/>
        </w:rPr>
        <w:t xml:space="preserve"> de aula</w:t>
      </w:r>
      <w:r w:rsidRPr="0086050B">
        <w:rPr>
          <w:rFonts w:ascii="Arial" w:hAnsi="Arial" w:cs="Arial"/>
          <w:sz w:val="24"/>
          <w:szCs w:val="24"/>
        </w:rPr>
        <w:t xml:space="preserve">: </w:t>
      </w:r>
      <w:proofErr w:type="spellStart"/>
      <w:r w:rsidRPr="0086050B">
        <w:rPr>
          <w:rFonts w:ascii="Arial" w:hAnsi="Arial" w:cs="Arial"/>
          <w:sz w:val="24"/>
          <w:szCs w:val="24"/>
        </w:rPr>
        <w:t>así</w:t>
      </w:r>
      <w:proofErr w:type="spellEnd"/>
      <w:r w:rsidRPr="0086050B">
        <w:rPr>
          <w:rFonts w:ascii="Arial" w:hAnsi="Arial" w:cs="Arial"/>
          <w:sz w:val="24"/>
          <w:szCs w:val="24"/>
        </w:rPr>
        <w:t xml:space="preserve"> </w:t>
      </w:r>
      <w:proofErr w:type="spellStart"/>
      <w:r w:rsidRPr="0086050B">
        <w:rPr>
          <w:rFonts w:ascii="Arial" w:hAnsi="Arial" w:cs="Arial"/>
          <w:sz w:val="24"/>
          <w:szCs w:val="24"/>
        </w:rPr>
        <w:t>cuando</w:t>
      </w:r>
      <w:proofErr w:type="spellEnd"/>
      <w:r w:rsidRPr="0086050B">
        <w:rPr>
          <w:rFonts w:ascii="Arial" w:hAnsi="Arial" w:cs="Arial"/>
          <w:sz w:val="24"/>
          <w:szCs w:val="24"/>
        </w:rPr>
        <w:t xml:space="preserve"> </w:t>
      </w:r>
      <w:proofErr w:type="spellStart"/>
      <w:r w:rsidRPr="0086050B">
        <w:rPr>
          <w:rFonts w:ascii="Arial" w:hAnsi="Arial" w:cs="Arial"/>
          <w:sz w:val="24"/>
          <w:szCs w:val="24"/>
        </w:rPr>
        <w:t>cualquier</w:t>
      </w:r>
      <w:proofErr w:type="spellEnd"/>
      <w:r w:rsidRPr="0086050B">
        <w:rPr>
          <w:rFonts w:ascii="Arial" w:hAnsi="Arial" w:cs="Arial"/>
          <w:sz w:val="24"/>
          <w:szCs w:val="24"/>
        </w:rPr>
        <w:t xml:space="preserve"> NNAJ </w:t>
      </w:r>
      <w:proofErr w:type="spellStart"/>
      <w:r w:rsidRPr="0086050B">
        <w:rPr>
          <w:rFonts w:ascii="Arial" w:hAnsi="Arial" w:cs="Arial"/>
          <w:sz w:val="24"/>
          <w:szCs w:val="24"/>
        </w:rPr>
        <w:t>durante</w:t>
      </w:r>
      <w:proofErr w:type="spellEnd"/>
      <w:r w:rsidRPr="0086050B">
        <w:rPr>
          <w:rFonts w:ascii="Arial" w:hAnsi="Arial" w:cs="Arial"/>
          <w:sz w:val="24"/>
          <w:szCs w:val="24"/>
        </w:rPr>
        <w:t xml:space="preserve"> la </w:t>
      </w:r>
      <w:proofErr w:type="spellStart"/>
      <w:r w:rsidRPr="0086050B">
        <w:rPr>
          <w:rFonts w:ascii="Arial" w:hAnsi="Arial" w:cs="Arial"/>
          <w:sz w:val="24"/>
          <w:szCs w:val="24"/>
        </w:rPr>
        <w:t>clase</w:t>
      </w:r>
      <w:proofErr w:type="spellEnd"/>
      <w:r w:rsidRPr="0086050B">
        <w:rPr>
          <w:rFonts w:ascii="Arial" w:hAnsi="Arial" w:cs="Arial"/>
          <w:sz w:val="24"/>
          <w:szCs w:val="24"/>
        </w:rPr>
        <w:t xml:space="preserve"> </w:t>
      </w:r>
      <w:proofErr w:type="spellStart"/>
      <w:r w:rsidRPr="0086050B">
        <w:rPr>
          <w:rFonts w:ascii="Arial" w:hAnsi="Arial" w:cs="Arial"/>
          <w:sz w:val="24"/>
          <w:szCs w:val="24"/>
        </w:rPr>
        <w:t>sienta</w:t>
      </w:r>
      <w:proofErr w:type="spellEnd"/>
      <w:r w:rsidRPr="0086050B">
        <w:rPr>
          <w:rFonts w:ascii="Arial" w:hAnsi="Arial" w:cs="Arial"/>
          <w:sz w:val="24"/>
          <w:szCs w:val="24"/>
        </w:rPr>
        <w:t xml:space="preserve"> </w:t>
      </w:r>
      <w:proofErr w:type="spellStart"/>
      <w:r w:rsidRPr="0086050B">
        <w:rPr>
          <w:rFonts w:ascii="Arial" w:hAnsi="Arial" w:cs="Arial"/>
          <w:sz w:val="24"/>
          <w:szCs w:val="24"/>
        </w:rPr>
        <w:t>incomodidad</w:t>
      </w:r>
      <w:proofErr w:type="spellEnd"/>
      <w:r w:rsidRPr="0086050B">
        <w:rPr>
          <w:rFonts w:ascii="Arial" w:hAnsi="Arial" w:cs="Arial"/>
          <w:sz w:val="24"/>
          <w:szCs w:val="24"/>
        </w:rPr>
        <w:t xml:space="preserve">, </w:t>
      </w:r>
      <w:proofErr w:type="spellStart"/>
      <w:r w:rsidRPr="0086050B">
        <w:rPr>
          <w:rFonts w:ascii="Arial" w:hAnsi="Arial" w:cs="Arial"/>
          <w:sz w:val="24"/>
          <w:szCs w:val="24"/>
        </w:rPr>
        <w:t>frustración</w:t>
      </w:r>
      <w:proofErr w:type="spellEnd"/>
      <w:r w:rsidRPr="0086050B">
        <w:rPr>
          <w:rFonts w:ascii="Arial" w:hAnsi="Arial" w:cs="Arial"/>
          <w:sz w:val="24"/>
          <w:szCs w:val="24"/>
        </w:rPr>
        <w:t xml:space="preserve">, </w:t>
      </w:r>
      <w:proofErr w:type="spellStart"/>
      <w:r w:rsidRPr="0086050B">
        <w:rPr>
          <w:rFonts w:ascii="Arial" w:hAnsi="Arial" w:cs="Arial"/>
          <w:sz w:val="24"/>
          <w:szCs w:val="24"/>
        </w:rPr>
        <w:t>angustia</w:t>
      </w:r>
      <w:proofErr w:type="spellEnd"/>
      <w:r w:rsidRPr="0086050B">
        <w:rPr>
          <w:rFonts w:ascii="Arial" w:hAnsi="Arial" w:cs="Arial"/>
          <w:sz w:val="24"/>
          <w:szCs w:val="24"/>
        </w:rPr>
        <w:t xml:space="preserve">, </w:t>
      </w:r>
      <w:proofErr w:type="spellStart"/>
      <w:r w:rsidRPr="0086050B">
        <w:rPr>
          <w:rFonts w:ascii="Arial" w:hAnsi="Arial" w:cs="Arial"/>
          <w:sz w:val="24"/>
          <w:szCs w:val="24"/>
        </w:rPr>
        <w:t>adecuando</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w:t>
      </w:r>
      <w:proofErr w:type="spellStart"/>
      <w:r w:rsidRPr="0086050B">
        <w:rPr>
          <w:rFonts w:ascii="Arial" w:hAnsi="Arial" w:cs="Arial"/>
          <w:sz w:val="24"/>
          <w:szCs w:val="24"/>
        </w:rPr>
        <w:t>lenguaje</w:t>
      </w:r>
      <w:proofErr w:type="spellEnd"/>
      <w:r w:rsidRPr="0086050B">
        <w:rPr>
          <w:rFonts w:ascii="Arial" w:hAnsi="Arial" w:cs="Arial"/>
          <w:sz w:val="24"/>
          <w:szCs w:val="24"/>
        </w:rPr>
        <w:t xml:space="preserve"> a la </w:t>
      </w:r>
      <w:proofErr w:type="spellStart"/>
      <w:r w:rsidRPr="0086050B">
        <w:rPr>
          <w:rFonts w:ascii="Arial" w:hAnsi="Arial" w:cs="Arial"/>
          <w:sz w:val="24"/>
          <w:szCs w:val="24"/>
        </w:rPr>
        <w:t>edad</w:t>
      </w:r>
      <w:proofErr w:type="spellEnd"/>
      <w:r w:rsidRPr="0086050B">
        <w:rPr>
          <w:rFonts w:ascii="Arial" w:hAnsi="Arial" w:cs="Arial"/>
          <w:sz w:val="24"/>
          <w:szCs w:val="24"/>
        </w:rPr>
        <w:t xml:space="preserve"> y </w:t>
      </w:r>
      <w:proofErr w:type="spellStart"/>
      <w:r w:rsidRPr="0086050B">
        <w:rPr>
          <w:rFonts w:ascii="Arial" w:hAnsi="Arial" w:cs="Arial"/>
          <w:sz w:val="24"/>
          <w:szCs w:val="24"/>
        </w:rPr>
        <w:t>utilizando</w:t>
      </w:r>
      <w:proofErr w:type="spellEnd"/>
      <w:r w:rsidRPr="0086050B">
        <w:rPr>
          <w:rFonts w:ascii="Arial" w:hAnsi="Arial" w:cs="Arial"/>
          <w:sz w:val="24"/>
          <w:szCs w:val="24"/>
        </w:rPr>
        <w:t xml:space="preserve">, </w:t>
      </w:r>
      <w:proofErr w:type="spellStart"/>
      <w:r w:rsidRPr="0086050B">
        <w:rPr>
          <w:rFonts w:ascii="Arial" w:hAnsi="Arial" w:cs="Arial"/>
          <w:sz w:val="24"/>
          <w:szCs w:val="24"/>
        </w:rPr>
        <w:t>si</w:t>
      </w:r>
      <w:proofErr w:type="spellEnd"/>
      <w:r w:rsidRPr="0086050B">
        <w:rPr>
          <w:rFonts w:ascii="Arial" w:hAnsi="Arial" w:cs="Arial"/>
          <w:sz w:val="24"/>
          <w:szCs w:val="24"/>
        </w:rPr>
        <w:t xml:space="preserve"> se </w:t>
      </w:r>
      <w:proofErr w:type="spellStart"/>
      <w:r w:rsidRPr="0086050B">
        <w:rPr>
          <w:rFonts w:ascii="Arial" w:hAnsi="Arial" w:cs="Arial"/>
          <w:sz w:val="24"/>
          <w:szCs w:val="24"/>
        </w:rPr>
        <w:t>requiere</w:t>
      </w:r>
      <w:proofErr w:type="spellEnd"/>
      <w:r w:rsidRPr="0086050B">
        <w:rPr>
          <w:rFonts w:ascii="Arial" w:hAnsi="Arial" w:cs="Arial"/>
          <w:sz w:val="24"/>
          <w:szCs w:val="24"/>
        </w:rPr>
        <w:t xml:space="preserve">, </w:t>
      </w:r>
      <w:proofErr w:type="spellStart"/>
      <w:r w:rsidRPr="0086050B">
        <w:rPr>
          <w:rFonts w:ascii="Arial" w:hAnsi="Arial" w:cs="Arial"/>
          <w:sz w:val="24"/>
          <w:szCs w:val="24"/>
        </w:rPr>
        <w:t>apoyos</w:t>
      </w:r>
      <w:proofErr w:type="spellEnd"/>
      <w:r w:rsidRPr="0086050B">
        <w:rPr>
          <w:rFonts w:ascii="Arial" w:hAnsi="Arial" w:cs="Arial"/>
          <w:sz w:val="24"/>
          <w:szCs w:val="24"/>
        </w:rPr>
        <w:t xml:space="preserve"> </w:t>
      </w:r>
      <w:proofErr w:type="spellStart"/>
      <w:r w:rsidRPr="0086050B">
        <w:rPr>
          <w:rFonts w:ascii="Arial" w:hAnsi="Arial" w:cs="Arial"/>
          <w:sz w:val="24"/>
          <w:szCs w:val="24"/>
        </w:rPr>
        <w:t>visuales</w:t>
      </w:r>
      <w:proofErr w:type="spellEnd"/>
      <w:r w:rsidRPr="0086050B">
        <w:rPr>
          <w:rFonts w:ascii="Arial" w:hAnsi="Arial" w:cs="Arial"/>
          <w:sz w:val="24"/>
          <w:szCs w:val="24"/>
        </w:rPr>
        <w:t xml:space="preserve"> u </w:t>
      </w:r>
      <w:proofErr w:type="spellStart"/>
      <w:r w:rsidRPr="0086050B">
        <w:rPr>
          <w:rFonts w:ascii="Arial" w:hAnsi="Arial" w:cs="Arial"/>
          <w:sz w:val="24"/>
          <w:szCs w:val="24"/>
        </w:rPr>
        <w:t>otros</w:t>
      </w:r>
      <w:proofErr w:type="spellEnd"/>
      <w:r w:rsidRPr="0086050B">
        <w:rPr>
          <w:rFonts w:ascii="Arial" w:hAnsi="Arial" w:cs="Arial"/>
          <w:sz w:val="24"/>
          <w:szCs w:val="24"/>
        </w:rPr>
        <w:t xml:space="preserve"> </w:t>
      </w:r>
      <w:proofErr w:type="spellStart"/>
      <w:r w:rsidRPr="0086050B">
        <w:rPr>
          <w:rFonts w:ascii="Arial" w:hAnsi="Arial" w:cs="Arial"/>
          <w:sz w:val="24"/>
          <w:szCs w:val="24"/>
        </w:rPr>
        <w:t>pertinentes</w:t>
      </w:r>
      <w:proofErr w:type="spellEnd"/>
      <w:r w:rsidRPr="0086050B">
        <w:rPr>
          <w:rFonts w:ascii="Arial" w:hAnsi="Arial" w:cs="Arial"/>
          <w:sz w:val="24"/>
          <w:szCs w:val="24"/>
        </w:rPr>
        <w:t xml:space="preserve"> </w:t>
      </w:r>
      <w:proofErr w:type="spellStart"/>
      <w:r w:rsidRPr="0086050B">
        <w:rPr>
          <w:rFonts w:ascii="Arial" w:hAnsi="Arial" w:cs="Arial"/>
          <w:sz w:val="24"/>
          <w:szCs w:val="24"/>
        </w:rPr>
        <w:t>adaptados</w:t>
      </w:r>
      <w:proofErr w:type="spellEnd"/>
      <w:r w:rsidRPr="0086050B">
        <w:rPr>
          <w:rFonts w:ascii="Arial" w:hAnsi="Arial" w:cs="Arial"/>
          <w:sz w:val="24"/>
          <w:szCs w:val="24"/>
        </w:rPr>
        <w:t xml:space="preserve"> a la </w:t>
      </w:r>
      <w:proofErr w:type="spellStart"/>
      <w:r w:rsidRPr="0086050B">
        <w:rPr>
          <w:rFonts w:ascii="Arial" w:hAnsi="Arial" w:cs="Arial"/>
          <w:sz w:val="24"/>
          <w:szCs w:val="24"/>
        </w:rPr>
        <w:t>diversidad</w:t>
      </w:r>
      <w:proofErr w:type="spellEnd"/>
      <w:r w:rsidRPr="0086050B">
        <w:rPr>
          <w:rFonts w:ascii="Arial" w:hAnsi="Arial" w:cs="Arial"/>
          <w:sz w:val="24"/>
          <w:szCs w:val="24"/>
        </w:rPr>
        <w:t xml:space="preserve"> del </w:t>
      </w:r>
      <w:proofErr w:type="spellStart"/>
      <w:r w:rsidRPr="0086050B">
        <w:rPr>
          <w:rFonts w:ascii="Arial" w:hAnsi="Arial" w:cs="Arial"/>
          <w:sz w:val="24"/>
          <w:szCs w:val="24"/>
        </w:rPr>
        <w:t>curso</w:t>
      </w:r>
      <w:proofErr w:type="spellEnd"/>
      <w:r w:rsidRPr="0086050B">
        <w:rPr>
          <w:rFonts w:ascii="Arial" w:hAnsi="Arial" w:cs="Arial"/>
          <w:sz w:val="24"/>
          <w:szCs w:val="24"/>
        </w:rPr>
        <w:t xml:space="preserve">. </w:t>
      </w:r>
      <w:proofErr w:type="spellStart"/>
      <w:r w:rsidRPr="0086050B">
        <w:rPr>
          <w:rFonts w:ascii="Arial" w:hAnsi="Arial" w:cs="Arial"/>
          <w:sz w:val="24"/>
          <w:szCs w:val="24"/>
        </w:rPr>
        <w:t>Estipular</w:t>
      </w:r>
      <w:proofErr w:type="spellEnd"/>
      <w:r w:rsidRPr="0086050B">
        <w:rPr>
          <w:rFonts w:ascii="Arial" w:hAnsi="Arial" w:cs="Arial"/>
          <w:sz w:val="24"/>
          <w:szCs w:val="24"/>
        </w:rPr>
        <w:t xml:space="preserve"> </w:t>
      </w:r>
      <w:proofErr w:type="spellStart"/>
      <w:r w:rsidRPr="0086050B">
        <w:rPr>
          <w:rFonts w:ascii="Arial" w:hAnsi="Arial" w:cs="Arial"/>
          <w:sz w:val="24"/>
          <w:szCs w:val="24"/>
        </w:rPr>
        <w:t>previamente</w:t>
      </w:r>
      <w:proofErr w:type="spellEnd"/>
      <w:r w:rsidRPr="0086050B">
        <w:rPr>
          <w:rFonts w:ascii="Arial" w:hAnsi="Arial" w:cs="Arial"/>
          <w:sz w:val="24"/>
          <w:szCs w:val="24"/>
        </w:rPr>
        <w:t xml:space="preserve"> </w:t>
      </w:r>
      <w:proofErr w:type="spellStart"/>
      <w:r w:rsidRPr="0086050B">
        <w:rPr>
          <w:rFonts w:ascii="Arial" w:hAnsi="Arial" w:cs="Arial"/>
          <w:sz w:val="24"/>
          <w:szCs w:val="24"/>
        </w:rPr>
        <w:t>cómo</w:t>
      </w:r>
      <w:proofErr w:type="spellEnd"/>
      <w:r w:rsidRPr="0086050B">
        <w:rPr>
          <w:rFonts w:ascii="Arial" w:hAnsi="Arial" w:cs="Arial"/>
          <w:sz w:val="24"/>
          <w:szCs w:val="24"/>
        </w:rPr>
        <w:t xml:space="preserve"> </w:t>
      </w:r>
      <w:proofErr w:type="spellStart"/>
      <w:r w:rsidRPr="0086050B">
        <w:rPr>
          <w:rFonts w:ascii="Arial" w:hAnsi="Arial" w:cs="Arial"/>
          <w:sz w:val="24"/>
          <w:szCs w:val="24"/>
        </w:rPr>
        <w:t>hará</w:t>
      </w:r>
      <w:proofErr w:type="spellEnd"/>
      <w:r w:rsidRPr="0086050B">
        <w:rPr>
          <w:rFonts w:ascii="Arial" w:hAnsi="Arial" w:cs="Arial"/>
          <w:sz w:val="24"/>
          <w:szCs w:val="24"/>
        </w:rPr>
        <w:t xml:space="preserve"> saber de </w:t>
      </w:r>
      <w:proofErr w:type="spellStart"/>
      <w:r w:rsidRPr="0086050B">
        <w:rPr>
          <w:rFonts w:ascii="Arial" w:hAnsi="Arial" w:cs="Arial"/>
          <w:sz w:val="24"/>
          <w:szCs w:val="24"/>
        </w:rPr>
        <w:t>esto</w:t>
      </w:r>
      <w:proofErr w:type="spellEnd"/>
      <w:r w:rsidRPr="0086050B">
        <w:rPr>
          <w:rFonts w:ascii="Arial" w:hAnsi="Arial" w:cs="Arial"/>
          <w:sz w:val="24"/>
          <w:szCs w:val="24"/>
        </w:rPr>
        <w:t xml:space="preserve"> a </w:t>
      </w:r>
      <w:proofErr w:type="spellStart"/>
      <w:r w:rsidRPr="0086050B">
        <w:rPr>
          <w:rFonts w:ascii="Arial" w:hAnsi="Arial" w:cs="Arial"/>
          <w:sz w:val="24"/>
          <w:szCs w:val="24"/>
        </w:rPr>
        <w:t>su</w:t>
      </w:r>
      <w:proofErr w:type="spellEnd"/>
      <w:r w:rsidRPr="0086050B">
        <w:rPr>
          <w:rFonts w:ascii="Arial" w:hAnsi="Arial" w:cs="Arial"/>
          <w:sz w:val="24"/>
          <w:szCs w:val="24"/>
        </w:rPr>
        <w:t xml:space="preserve"> </w:t>
      </w:r>
      <w:proofErr w:type="spellStart"/>
      <w:r w:rsidRPr="0086050B">
        <w:rPr>
          <w:rFonts w:ascii="Arial" w:hAnsi="Arial" w:cs="Arial"/>
          <w:sz w:val="24"/>
          <w:szCs w:val="24"/>
        </w:rPr>
        <w:t>docente</w:t>
      </w:r>
      <w:proofErr w:type="spellEnd"/>
      <w:r w:rsidRPr="0086050B">
        <w:rPr>
          <w:rFonts w:ascii="Arial" w:hAnsi="Arial" w:cs="Arial"/>
          <w:sz w:val="24"/>
          <w:szCs w:val="24"/>
        </w:rPr>
        <w:t xml:space="preserve"> y </w:t>
      </w:r>
      <w:proofErr w:type="spellStart"/>
      <w:r w:rsidRPr="0086050B">
        <w:rPr>
          <w:rFonts w:ascii="Arial" w:hAnsi="Arial" w:cs="Arial"/>
          <w:sz w:val="24"/>
          <w:szCs w:val="24"/>
        </w:rPr>
        <w:t>profesionales</w:t>
      </w:r>
      <w:proofErr w:type="spellEnd"/>
      <w:r w:rsidRPr="0086050B">
        <w:rPr>
          <w:rFonts w:ascii="Arial" w:hAnsi="Arial" w:cs="Arial"/>
          <w:sz w:val="24"/>
          <w:szCs w:val="24"/>
        </w:rPr>
        <w:t xml:space="preserve"> de </w:t>
      </w:r>
      <w:proofErr w:type="spellStart"/>
      <w:r w:rsidRPr="0086050B">
        <w:rPr>
          <w:rFonts w:ascii="Arial" w:hAnsi="Arial" w:cs="Arial"/>
          <w:sz w:val="24"/>
          <w:szCs w:val="24"/>
        </w:rPr>
        <w:t>apoyo</w:t>
      </w:r>
      <w:proofErr w:type="spellEnd"/>
      <w:r w:rsidRPr="0086050B">
        <w:rPr>
          <w:rFonts w:ascii="Arial" w:hAnsi="Arial" w:cs="Arial"/>
          <w:sz w:val="24"/>
          <w:szCs w:val="24"/>
        </w:rPr>
        <w:t xml:space="preserve"> </w:t>
      </w:r>
      <w:proofErr w:type="spellStart"/>
      <w:r w:rsidRPr="0086050B">
        <w:rPr>
          <w:rFonts w:ascii="Arial" w:hAnsi="Arial" w:cs="Arial"/>
          <w:sz w:val="24"/>
          <w:szCs w:val="24"/>
        </w:rPr>
        <w:t>en</w:t>
      </w:r>
      <w:proofErr w:type="spellEnd"/>
      <w:r w:rsidRPr="0086050B">
        <w:rPr>
          <w:rFonts w:ascii="Arial" w:hAnsi="Arial" w:cs="Arial"/>
          <w:sz w:val="24"/>
          <w:szCs w:val="24"/>
        </w:rPr>
        <w:t xml:space="preserve"> aula. </w:t>
      </w:r>
      <w:proofErr w:type="spellStart"/>
      <w:r w:rsidRPr="0086050B">
        <w:rPr>
          <w:rFonts w:ascii="Arial" w:hAnsi="Arial" w:cs="Arial"/>
          <w:sz w:val="24"/>
          <w:szCs w:val="24"/>
        </w:rPr>
        <w:t>Ejemplo</w:t>
      </w:r>
      <w:proofErr w:type="spellEnd"/>
      <w:r w:rsidRPr="0086050B">
        <w:rPr>
          <w:rFonts w:ascii="Arial" w:hAnsi="Arial" w:cs="Arial"/>
          <w:sz w:val="24"/>
          <w:szCs w:val="24"/>
        </w:rPr>
        <w:t xml:space="preserve">: usar </w:t>
      </w:r>
      <w:proofErr w:type="spellStart"/>
      <w:r w:rsidRPr="0086050B">
        <w:rPr>
          <w:rFonts w:ascii="Arial" w:hAnsi="Arial" w:cs="Arial"/>
          <w:sz w:val="24"/>
          <w:szCs w:val="24"/>
        </w:rPr>
        <w:t>tarjetas</w:t>
      </w:r>
      <w:proofErr w:type="spellEnd"/>
      <w:r w:rsidRPr="0086050B">
        <w:rPr>
          <w:rFonts w:ascii="Arial" w:hAnsi="Arial" w:cs="Arial"/>
          <w:sz w:val="24"/>
          <w:szCs w:val="24"/>
        </w:rPr>
        <w:t xml:space="preserve"> de </w:t>
      </w:r>
      <w:proofErr w:type="spellStart"/>
      <w:r w:rsidRPr="0086050B">
        <w:rPr>
          <w:rFonts w:ascii="Arial" w:hAnsi="Arial" w:cs="Arial"/>
          <w:sz w:val="24"/>
          <w:szCs w:val="24"/>
        </w:rPr>
        <w:t>alerta</w:t>
      </w:r>
      <w:proofErr w:type="spellEnd"/>
      <w:r w:rsidRPr="0086050B">
        <w:rPr>
          <w:rFonts w:ascii="Arial" w:hAnsi="Arial" w:cs="Arial"/>
          <w:sz w:val="24"/>
          <w:szCs w:val="24"/>
        </w:rPr>
        <w:t xml:space="preserve"> </w:t>
      </w:r>
      <w:proofErr w:type="spellStart"/>
      <w:r w:rsidRPr="0086050B">
        <w:rPr>
          <w:rFonts w:ascii="Arial" w:hAnsi="Arial" w:cs="Arial"/>
          <w:sz w:val="24"/>
          <w:szCs w:val="24"/>
        </w:rPr>
        <w:t>disponibles</w:t>
      </w:r>
      <w:proofErr w:type="spellEnd"/>
      <w:r w:rsidRPr="0086050B">
        <w:rPr>
          <w:rFonts w:ascii="Arial" w:hAnsi="Arial" w:cs="Arial"/>
          <w:sz w:val="24"/>
          <w:szCs w:val="24"/>
        </w:rPr>
        <w:t xml:space="preserve"> o </w:t>
      </w:r>
      <w:proofErr w:type="spellStart"/>
      <w:r w:rsidRPr="0086050B">
        <w:rPr>
          <w:rFonts w:ascii="Arial" w:hAnsi="Arial" w:cs="Arial"/>
          <w:sz w:val="24"/>
          <w:szCs w:val="24"/>
        </w:rPr>
        <w:t>una</w:t>
      </w:r>
      <w:proofErr w:type="spellEnd"/>
      <w:r w:rsidRPr="0086050B">
        <w:rPr>
          <w:rFonts w:ascii="Arial" w:hAnsi="Arial" w:cs="Arial"/>
          <w:sz w:val="24"/>
          <w:szCs w:val="24"/>
        </w:rPr>
        <w:t xml:space="preserve"> </w:t>
      </w:r>
      <w:proofErr w:type="spellStart"/>
      <w:r w:rsidRPr="0086050B">
        <w:rPr>
          <w:rFonts w:ascii="Arial" w:hAnsi="Arial" w:cs="Arial"/>
          <w:sz w:val="24"/>
          <w:szCs w:val="24"/>
        </w:rPr>
        <w:t>seña</w:t>
      </w:r>
      <w:proofErr w:type="spellEnd"/>
      <w:r w:rsidRPr="0086050B">
        <w:rPr>
          <w:rFonts w:ascii="Arial" w:hAnsi="Arial" w:cs="Arial"/>
          <w:sz w:val="24"/>
          <w:szCs w:val="24"/>
        </w:rPr>
        <w:t xml:space="preserve"> </w:t>
      </w:r>
      <w:proofErr w:type="spellStart"/>
      <w:r w:rsidRPr="0086050B">
        <w:rPr>
          <w:rFonts w:ascii="Arial" w:hAnsi="Arial" w:cs="Arial"/>
          <w:sz w:val="24"/>
          <w:szCs w:val="24"/>
        </w:rPr>
        <w:t>previamente</w:t>
      </w:r>
      <w:proofErr w:type="spellEnd"/>
      <w:r w:rsidRPr="0086050B">
        <w:rPr>
          <w:rFonts w:ascii="Arial" w:hAnsi="Arial" w:cs="Arial"/>
          <w:sz w:val="24"/>
          <w:szCs w:val="24"/>
        </w:rPr>
        <w:t xml:space="preserve"> </w:t>
      </w:r>
      <w:proofErr w:type="spellStart"/>
      <w:r w:rsidRPr="0086050B">
        <w:rPr>
          <w:rFonts w:ascii="Arial" w:hAnsi="Arial" w:cs="Arial"/>
          <w:sz w:val="24"/>
          <w:szCs w:val="24"/>
        </w:rPr>
        <w:t>consensuada</w:t>
      </w:r>
      <w:proofErr w:type="spellEnd"/>
      <w:r w:rsidRPr="0086050B">
        <w:rPr>
          <w:rFonts w:ascii="Arial" w:hAnsi="Arial" w:cs="Arial"/>
          <w:sz w:val="24"/>
          <w:szCs w:val="24"/>
        </w:rPr>
        <w:t xml:space="preserve">, que </w:t>
      </w:r>
      <w:proofErr w:type="spellStart"/>
      <w:r w:rsidRPr="0086050B">
        <w:rPr>
          <w:rFonts w:ascii="Arial" w:hAnsi="Arial" w:cs="Arial"/>
          <w:sz w:val="24"/>
          <w:szCs w:val="24"/>
        </w:rPr>
        <w:t>pueda</w:t>
      </w:r>
      <w:proofErr w:type="spellEnd"/>
      <w:r w:rsidRPr="0086050B">
        <w:rPr>
          <w:rFonts w:ascii="Arial" w:hAnsi="Arial" w:cs="Arial"/>
          <w:sz w:val="24"/>
          <w:szCs w:val="24"/>
        </w:rPr>
        <w:t xml:space="preserve"> </w:t>
      </w:r>
      <w:proofErr w:type="spellStart"/>
      <w:r w:rsidRPr="0086050B">
        <w:rPr>
          <w:rFonts w:ascii="Arial" w:hAnsi="Arial" w:cs="Arial"/>
          <w:sz w:val="24"/>
          <w:szCs w:val="24"/>
        </w:rPr>
        <w:t>mostrar</w:t>
      </w:r>
      <w:proofErr w:type="spellEnd"/>
      <w:r w:rsidRPr="0086050B">
        <w:rPr>
          <w:rFonts w:ascii="Arial" w:hAnsi="Arial" w:cs="Arial"/>
          <w:sz w:val="24"/>
          <w:szCs w:val="24"/>
        </w:rPr>
        <w:t xml:space="preserve"> a </w:t>
      </w:r>
      <w:proofErr w:type="spellStart"/>
      <w:r w:rsidRPr="0086050B">
        <w:rPr>
          <w:rFonts w:ascii="Arial" w:hAnsi="Arial" w:cs="Arial"/>
          <w:sz w:val="24"/>
          <w:szCs w:val="24"/>
        </w:rPr>
        <w:t>su</w:t>
      </w:r>
      <w:proofErr w:type="spellEnd"/>
      <w:r w:rsidRPr="0086050B">
        <w:rPr>
          <w:rFonts w:ascii="Arial" w:hAnsi="Arial" w:cs="Arial"/>
          <w:sz w:val="24"/>
          <w:szCs w:val="24"/>
        </w:rPr>
        <w:t xml:space="preserve"> </w:t>
      </w:r>
      <w:proofErr w:type="spellStart"/>
      <w:r w:rsidRPr="0086050B">
        <w:rPr>
          <w:rFonts w:ascii="Arial" w:hAnsi="Arial" w:cs="Arial"/>
          <w:sz w:val="24"/>
          <w:szCs w:val="24"/>
        </w:rPr>
        <w:t>docente</w:t>
      </w:r>
      <w:proofErr w:type="spellEnd"/>
      <w:r w:rsidRPr="0086050B">
        <w:rPr>
          <w:rFonts w:ascii="Arial" w:hAnsi="Arial" w:cs="Arial"/>
          <w:sz w:val="24"/>
          <w:szCs w:val="24"/>
        </w:rPr>
        <w:t xml:space="preserve">, para que se </w:t>
      </w:r>
      <w:proofErr w:type="spellStart"/>
      <w:r w:rsidRPr="0086050B">
        <w:rPr>
          <w:rFonts w:ascii="Arial" w:hAnsi="Arial" w:cs="Arial"/>
          <w:sz w:val="24"/>
          <w:szCs w:val="24"/>
        </w:rPr>
        <w:t>inicie</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w:t>
      </w:r>
      <w:proofErr w:type="spellStart"/>
      <w:r w:rsidRPr="0086050B">
        <w:rPr>
          <w:rFonts w:ascii="Arial" w:hAnsi="Arial" w:cs="Arial"/>
          <w:sz w:val="24"/>
          <w:szCs w:val="24"/>
        </w:rPr>
        <w:t>accionar</w:t>
      </w:r>
      <w:proofErr w:type="spellEnd"/>
      <w:r w:rsidRPr="0086050B">
        <w:rPr>
          <w:rFonts w:ascii="Arial" w:hAnsi="Arial" w:cs="Arial"/>
          <w:sz w:val="24"/>
          <w:szCs w:val="24"/>
        </w:rPr>
        <w:t xml:space="preserve"> </w:t>
      </w:r>
      <w:proofErr w:type="spellStart"/>
      <w:r w:rsidRPr="0086050B">
        <w:rPr>
          <w:rFonts w:ascii="Arial" w:hAnsi="Arial" w:cs="Arial"/>
          <w:sz w:val="24"/>
          <w:szCs w:val="24"/>
        </w:rPr>
        <w:t>conforme</w:t>
      </w:r>
      <w:proofErr w:type="spellEnd"/>
      <w:r w:rsidRPr="0086050B">
        <w:rPr>
          <w:rFonts w:ascii="Arial" w:hAnsi="Arial" w:cs="Arial"/>
          <w:sz w:val="24"/>
          <w:szCs w:val="24"/>
        </w:rPr>
        <w:t xml:space="preserve"> </w:t>
      </w:r>
      <w:proofErr w:type="gramStart"/>
      <w:r w:rsidRPr="0086050B">
        <w:rPr>
          <w:rFonts w:ascii="Arial" w:hAnsi="Arial" w:cs="Arial"/>
          <w:sz w:val="24"/>
          <w:szCs w:val="24"/>
        </w:rPr>
        <w:t>a</w:t>
      </w:r>
      <w:proofErr w:type="gramEnd"/>
      <w:r w:rsidRPr="0086050B">
        <w:rPr>
          <w:rFonts w:ascii="Arial" w:hAnsi="Arial" w:cs="Arial"/>
          <w:sz w:val="24"/>
          <w:szCs w:val="24"/>
        </w:rPr>
        <w:t xml:space="preserve"> </w:t>
      </w:r>
      <w:proofErr w:type="spellStart"/>
      <w:r w:rsidRPr="0086050B">
        <w:rPr>
          <w:rFonts w:ascii="Arial" w:hAnsi="Arial" w:cs="Arial"/>
          <w:sz w:val="24"/>
          <w:szCs w:val="24"/>
        </w:rPr>
        <w:t>este</w:t>
      </w:r>
      <w:proofErr w:type="spellEnd"/>
      <w:r w:rsidRPr="0086050B">
        <w:rPr>
          <w:rFonts w:ascii="Arial" w:hAnsi="Arial" w:cs="Arial"/>
          <w:sz w:val="24"/>
          <w:szCs w:val="24"/>
        </w:rPr>
        <w:t xml:space="preserve"> </w:t>
      </w:r>
      <w:proofErr w:type="spellStart"/>
      <w:r w:rsidRPr="0086050B">
        <w:rPr>
          <w:rFonts w:ascii="Arial" w:hAnsi="Arial" w:cs="Arial"/>
          <w:sz w:val="24"/>
          <w:szCs w:val="24"/>
        </w:rPr>
        <w:t>protocolo</w:t>
      </w:r>
      <w:proofErr w:type="spellEnd"/>
      <w:r w:rsidRPr="0086050B">
        <w:rPr>
          <w:rFonts w:ascii="Arial" w:hAnsi="Arial" w:cs="Arial"/>
          <w:sz w:val="24"/>
          <w:szCs w:val="24"/>
        </w:rPr>
        <w:t xml:space="preserve"> </w:t>
      </w:r>
      <w:proofErr w:type="spellStart"/>
      <w:r w:rsidRPr="0086050B">
        <w:rPr>
          <w:rFonts w:ascii="Arial" w:hAnsi="Arial" w:cs="Arial"/>
          <w:sz w:val="24"/>
          <w:szCs w:val="24"/>
        </w:rPr>
        <w:t>en</w:t>
      </w:r>
      <w:proofErr w:type="spellEnd"/>
      <w:r w:rsidRPr="0086050B">
        <w:rPr>
          <w:rFonts w:ascii="Arial" w:hAnsi="Arial" w:cs="Arial"/>
          <w:sz w:val="24"/>
          <w:szCs w:val="24"/>
        </w:rPr>
        <w:t xml:space="preserve"> lo que </w:t>
      </w:r>
      <w:proofErr w:type="spellStart"/>
      <w:r w:rsidRPr="0086050B">
        <w:rPr>
          <w:rFonts w:ascii="Arial" w:hAnsi="Arial" w:cs="Arial"/>
          <w:sz w:val="24"/>
          <w:szCs w:val="24"/>
        </w:rPr>
        <w:t>respecta</w:t>
      </w:r>
      <w:proofErr w:type="spellEnd"/>
      <w:r w:rsidRPr="0086050B">
        <w:rPr>
          <w:rFonts w:ascii="Arial" w:hAnsi="Arial" w:cs="Arial"/>
          <w:sz w:val="24"/>
          <w:szCs w:val="24"/>
        </w:rPr>
        <w:t xml:space="preserve"> a la </w:t>
      </w:r>
      <w:proofErr w:type="spellStart"/>
      <w:r w:rsidRPr="0086050B">
        <w:rPr>
          <w:rFonts w:ascii="Arial" w:hAnsi="Arial" w:cs="Arial"/>
          <w:sz w:val="24"/>
          <w:szCs w:val="24"/>
        </w:rPr>
        <w:t>etapa</w:t>
      </w:r>
      <w:proofErr w:type="spellEnd"/>
      <w:r w:rsidRPr="0086050B">
        <w:rPr>
          <w:rFonts w:ascii="Arial" w:hAnsi="Arial" w:cs="Arial"/>
          <w:sz w:val="24"/>
          <w:szCs w:val="24"/>
        </w:rPr>
        <w:t xml:space="preserve"> </w:t>
      </w:r>
      <w:proofErr w:type="spellStart"/>
      <w:r w:rsidRPr="0086050B">
        <w:rPr>
          <w:rFonts w:ascii="Arial" w:hAnsi="Arial" w:cs="Arial"/>
          <w:sz w:val="24"/>
          <w:szCs w:val="24"/>
        </w:rPr>
        <w:t>inicial</w:t>
      </w:r>
      <w:proofErr w:type="spellEnd"/>
      <w:r w:rsidRPr="0086050B">
        <w:rPr>
          <w:rFonts w:ascii="Arial" w:hAnsi="Arial" w:cs="Arial"/>
          <w:sz w:val="24"/>
          <w:szCs w:val="24"/>
        </w:rPr>
        <w:t xml:space="preserve">. Para </w:t>
      </w:r>
      <w:proofErr w:type="spellStart"/>
      <w:r w:rsidRPr="0086050B">
        <w:rPr>
          <w:rFonts w:ascii="Arial" w:hAnsi="Arial" w:cs="Arial"/>
          <w:sz w:val="24"/>
          <w:szCs w:val="24"/>
        </w:rPr>
        <w:t>casos</w:t>
      </w:r>
      <w:proofErr w:type="spellEnd"/>
      <w:r w:rsidRPr="0086050B">
        <w:rPr>
          <w:rFonts w:ascii="Arial" w:hAnsi="Arial" w:cs="Arial"/>
          <w:sz w:val="24"/>
          <w:szCs w:val="24"/>
        </w:rPr>
        <w:t xml:space="preserve"> </w:t>
      </w:r>
      <w:proofErr w:type="spellStart"/>
      <w:r w:rsidRPr="0086050B">
        <w:rPr>
          <w:rFonts w:ascii="Arial" w:hAnsi="Arial" w:cs="Arial"/>
          <w:sz w:val="24"/>
          <w:szCs w:val="24"/>
        </w:rPr>
        <w:t>específicos</w:t>
      </w:r>
      <w:proofErr w:type="spellEnd"/>
      <w:r w:rsidRPr="0086050B">
        <w:rPr>
          <w:rFonts w:ascii="Arial" w:hAnsi="Arial" w:cs="Arial"/>
          <w:sz w:val="24"/>
          <w:szCs w:val="24"/>
        </w:rPr>
        <w:t xml:space="preserve">, </w:t>
      </w:r>
      <w:proofErr w:type="spellStart"/>
      <w:r w:rsidRPr="0086050B">
        <w:rPr>
          <w:rFonts w:ascii="Arial" w:hAnsi="Arial" w:cs="Arial"/>
          <w:sz w:val="24"/>
          <w:szCs w:val="24"/>
        </w:rPr>
        <w:t>por</w:t>
      </w:r>
      <w:proofErr w:type="spellEnd"/>
      <w:r w:rsidRPr="0086050B">
        <w:rPr>
          <w:rFonts w:ascii="Arial" w:hAnsi="Arial" w:cs="Arial"/>
          <w:sz w:val="24"/>
          <w:szCs w:val="24"/>
        </w:rPr>
        <w:t xml:space="preserve"> </w:t>
      </w:r>
      <w:proofErr w:type="spellStart"/>
      <w:r w:rsidRPr="0086050B">
        <w:rPr>
          <w:rFonts w:ascii="Arial" w:hAnsi="Arial" w:cs="Arial"/>
          <w:sz w:val="24"/>
          <w:szCs w:val="24"/>
        </w:rPr>
        <w:t>ejemplo</w:t>
      </w:r>
      <w:proofErr w:type="spellEnd"/>
      <w:r w:rsidRPr="0086050B">
        <w:rPr>
          <w:rFonts w:ascii="Arial" w:hAnsi="Arial" w:cs="Arial"/>
          <w:sz w:val="24"/>
          <w:szCs w:val="24"/>
        </w:rPr>
        <w:t xml:space="preserve">, </w:t>
      </w:r>
      <w:proofErr w:type="spellStart"/>
      <w:r w:rsidRPr="0086050B">
        <w:rPr>
          <w:rFonts w:ascii="Arial" w:hAnsi="Arial" w:cs="Arial"/>
          <w:sz w:val="24"/>
          <w:szCs w:val="24"/>
        </w:rPr>
        <w:t>estudiantes</w:t>
      </w:r>
      <w:proofErr w:type="spellEnd"/>
      <w:r w:rsidRPr="0086050B">
        <w:rPr>
          <w:rFonts w:ascii="Arial" w:hAnsi="Arial" w:cs="Arial"/>
          <w:sz w:val="24"/>
          <w:szCs w:val="24"/>
        </w:rPr>
        <w:t xml:space="preserve"> </w:t>
      </w:r>
      <w:proofErr w:type="spellStart"/>
      <w:r w:rsidRPr="0086050B">
        <w:rPr>
          <w:rFonts w:ascii="Arial" w:hAnsi="Arial" w:cs="Arial"/>
          <w:sz w:val="24"/>
          <w:szCs w:val="24"/>
        </w:rPr>
        <w:t>en</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w:t>
      </w:r>
      <w:proofErr w:type="spellStart"/>
      <w:r w:rsidRPr="0086050B">
        <w:rPr>
          <w:rFonts w:ascii="Arial" w:hAnsi="Arial" w:cs="Arial"/>
          <w:sz w:val="24"/>
          <w:szCs w:val="24"/>
        </w:rPr>
        <w:t>espectro</w:t>
      </w:r>
      <w:proofErr w:type="spellEnd"/>
      <w:r w:rsidRPr="0086050B">
        <w:rPr>
          <w:rFonts w:ascii="Arial" w:hAnsi="Arial" w:cs="Arial"/>
          <w:sz w:val="24"/>
          <w:szCs w:val="24"/>
        </w:rPr>
        <w:t xml:space="preserve"> </w:t>
      </w:r>
      <w:proofErr w:type="spellStart"/>
      <w:r w:rsidRPr="0086050B">
        <w:rPr>
          <w:rFonts w:ascii="Arial" w:hAnsi="Arial" w:cs="Arial"/>
          <w:sz w:val="24"/>
          <w:szCs w:val="24"/>
        </w:rPr>
        <w:t>autista</w:t>
      </w:r>
      <w:proofErr w:type="spellEnd"/>
      <w:r w:rsidRPr="0086050B">
        <w:rPr>
          <w:rFonts w:ascii="Arial" w:hAnsi="Arial" w:cs="Arial"/>
          <w:sz w:val="24"/>
          <w:szCs w:val="24"/>
        </w:rPr>
        <w:t xml:space="preserve">, </w:t>
      </w:r>
      <w:proofErr w:type="spellStart"/>
      <w:r w:rsidRPr="0086050B">
        <w:rPr>
          <w:rFonts w:ascii="Arial" w:hAnsi="Arial" w:cs="Arial"/>
          <w:sz w:val="24"/>
          <w:szCs w:val="24"/>
        </w:rPr>
        <w:t>sería</w:t>
      </w:r>
      <w:proofErr w:type="spellEnd"/>
      <w:r w:rsidRPr="0086050B">
        <w:rPr>
          <w:rFonts w:ascii="Arial" w:hAnsi="Arial" w:cs="Arial"/>
          <w:sz w:val="24"/>
          <w:szCs w:val="24"/>
        </w:rPr>
        <w:t xml:space="preserve"> </w:t>
      </w:r>
      <w:proofErr w:type="spellStart"/>
      <w:r w:rsidRPr="0086050B">
        <w:rPr>
          <w:rFonts w:ascii="Arial" w:hAnsi="Arial" w:cs="Arial"/>
          <w:sz w:val="24"/>
          <w:szCs w:val="24"/>
        </w:rPr>
        <w:t>deseable</w:t>
      </w:r>
      <w:proofErr w:type="spellEnd"/>
      <w:r w:rsidRPr="0086050B">
        <w:rPr>
          <w:rFonts w:ascii="Arial" w:hAnsi="Arial" w:cs="Arial"/>
          <w:sz w:val="24"/>
          <w:szCs w:val="24"/>
        </w:rPr>
        <w:t xml:space="preserve">, </w:t>
      </w:r>
      <w:proofErr w:type="spellStart"/>
      <w:r w:rsidRPr="0086050B">
        <w:rPr>
          <w:rFonts w:ascii="Arial" w:hAnsi="Arial" w:cs="Arial"/>
          <w:sz w:val="24"/>
          <w:szCs w:val="24"/>
        </w:rPr>
        <w:t>además</w:t>
      </w:r>
      <w:proofErr w:type="spellEnd"/>
      <w:r w:rsidRPr="0086050B">
        <w:rPr>
          <w:rFonts w:ascii="Arial" w:hAnsi="Arial" w:cs="Arial"/>
          <w:sz w:val="24"/>
          <w:szCs w:val="24"/>
        </w:rPr>
        <w:t xml:space="preserve">, </w:t>
      </w:r>
      <w:proofErr w:type="spellStart"/>
      <w:r w:rsidRPr="0086050B">
        <w:rPr>
          <w:rFonts w:ascii="Arial" w:hAnsi="Arial" w:cs="Arial"/>
          <w:sz w:val="24"/>
          <w:szCs w:val="24"/>
        </w:rPr>
        <w:t>establecer</w:t>
      </w:r>
      <w:proofErr w:type="spellEnd"/>
      <w:r w:rsidRPr="0086050B">
        <w:rPr>
          <w:rFonts w:ascii="Arial" w:hAnsi="Arial" w:cs="Arial"/>
          <w:sz w:val="24"/>
          <w:szCs w:val="24"/>
        </w:rPr>
        <w:t xml:space="preserve"> con </w:t>
      </w:r>
      <w:proofErr w:type="spellStart"/>
      <w:r w:rsidRPr="0086050B">
        <w:rPr>
          <w:rFonts w:ascii="Arial" w:hAnsi="Arial" w:cs="Arial"/>
          <w:sz w:val="24"/>
          <w:szCs w:val="24"/>
        </w:rPr>
        <w:t>anterioridad</w:t>
      </w:r>
      <w:proofErr w:type="spellEnd"/>
      <w:r w:rsidRPr="0086050B">
        <w:rPr>
          <w:rFonts w:ascii="Arial" w:hAnsi="Arial" w:cs="Arial"/>
          <w:sz w:val="24"/>
          <w:szCs w:val="24"/>
        </w:rPr>
        <w:t xml:space="preserve"> </w:t>
      </w:r>
      <w:proofErr w:type="spellStart"/>
      <w:r w:rsidRPr="0086050B">
        <w:rPr>
          <w:rFonts w:ascii="Arial" w:hAnsi="Arial" w:cs="Arial"/>
          <w:sz w:val="24"/>
          <w:szCs w:val="24"/>
        </w:rPr>
        <w:t>contratos</w:t>
      </w:r>
      <w:proofErr w:type="spellEnd"/>
      <w:r w:rsidRPr="0086050B">
        <w:rPr>
          <w:rFonts w:ascii="Arial" w:hAnsi="Arial" w:cs="Arial"/>
          <w:sz w:val="24"/>
          <w:szCs w:val="24"/>
        </w:rPr>
        <w:t xml:space="preserve"> de </w:t>
      </w:r>
      <w:proofErr w:type="spellStart"/>
      <w:r w:rsidRPr="0086050B">
        <w:rPr>
          <w:rFonts w:ascii="Arial" w:hAnsi="Arial" w:cs="Arial"/>
          <w:sz w:val="24"/>
          <w:szCs w:val="24"/>
        </w:rPr>
        <w:t>contingencia</w:t>
      </w:r>
      <w:proofErr w:type="spellEnd"/>
      <w:r w:rsidRPr="0086050B">
        <w:rPr>
          <w:rFonts w:ascii="Arial" w:hAnsi="Arial" w:cs="Arial"/>
          <w:sz w:val="24"/>
          <w:szCs w:val="24"/>
        </w:rPr>
        <w:t xml:space="preserve">, </w:t>
      </w:r>
      <w:proofErr w:type="spellStart"/>
      <w:r w:rsidRPr="0086050B">
        <w:rPr>
          <w:rFonts w:ascii="Arial" w:hAnsi="Arial" w:cs="Arial"/>
          <w:sz w:val="24"/>
          <w:szCs w:val="24"/>
        </w:rPr>
        <w:t>en</w:t>
      </w:r>
      <w:proofErr w:type="spellEnd"/>
      <w:r w:rsidRPr="0086050B">
        <w:rPr>
          <w:rFonts w:ascii="Arial" w:hAnsi="Arial" w:cs="Arial"/>
          <w:sz w:val="24"/>
          <w:szCs w:val="24"/>
        </w:rPr>
        <w:t xml:space="preserve"> </w:t>
      </w:r>
      <w:proofErr w:type="spellStart"/>
      <w:r w:rsidRPr="0086050B">
        <w:rPr>
          <w:rFonts w:ascii="Arial" w:hAnsi="Arial" w:cs="Arial"/>
          <w:sz w:val="24"/>
          <w:szCs w:val="24"/>
        </w:rPr>
        <w:t>los</w:t>
      </w:r>
      <w:proofErr w:type="spellEnd"/>
      <w:r w:rsidRPr="0086050B">
        <w:rPr>
          <w:rFonts w:ascii="Arial" w:hAnsi="Arial" w:cs="Arial"/>
          <w:sz w:val="24"/>
          <w:szCs w:val="24"/>
        </w:rPr>
        <w:t xml:space="preserve"> </w:t>
      </w:r>
      <w:proofErr w:type="spellStart"/>
      <w:r w:rsidRPr="0086050B">
        <w:rPr>
          <w:rFonts w:ascii="Arial" w:hAnsi="Arial" w:cs="Arial"/>
          <w:sz w:val="24"/>
          <w:szCs w:val="24"/>
        </w:rPr>
        <w:t>cuales</w:t>
      </w:r>
      <w:proofErr w:type="spellEnd"/>
      <w:r w:rsidRPr="0086050B">
        <w:rPr>
          <w:rFonts w:ascii="Arial" w:hAnsi="Arial" w:cs="Arial"/>
          <w:sz w:val="24"/>
          <w:szCs w:val="24"/>
        </w:rPr>
        <w:t xml:space="preserve"> </w:t>
      </w:r>
      <w:proofErr w:type="spellStart"/>
      <w:r w:rsidRPr="0086050B">
        <w:rPr>
          <w:rFonts w:ascii="Arial" w:hAnsi="Arial" w:cs="Arial"/>
          <w:sz w:val="24"/>
          <w:szCs w:val="24"/>
        </w:rPr>
        <w:t>esté</w:t>
      </w:r>
      <w:proofErr w:type="spellEnd"/>
      <w:r w:rsidRPr="0086050B">
        <w:rPr>
          <w:rFonts w:ascii="Arial" w:hAnsi="Arial" w:cs="Arial"/>
          <w:sz w:val="24"/>
          <w:szCs w:val="24"/>
        </w:rPr>
        <w:t xml:space="preserve"> </w:t>
      </w:r>
      <w:proofErr w:type="spellStart"/>
      <w:r w:rsidRPr="0086050B">
        <w:rPr>
          <w:rFonts w:ascii="Arial" w:hAnsi="Arial" w:cs="Arial"/>
          <w:sz w:val="24"/>
          <w:szCs w:val="24"/>
        </w:rPr>
        <w:t>escrito</w:t>
      </w:r>
      <w:proofErr w:type="spellEnd"/>
      <w:r w:rsidRPr="0086050B">
        <w:rPr>
          <w:rFonts w:ascii="Arial" w:hAnsi="Arial" w:cs="Arial"/>
          <w:sz w:val="24"/>
          <w:szCs w:val="24"/>
        </w:rPr>
        <w:t xml:space="preserve"> </w:t>
      </w:r>
      <w:proofErr w:type="spellStart"/>
      <w:r w:rsidRPr="0086050B">
        <w:rPr>
          <w:rFonts w:ascii="Arial" w:hAnsi="Arial" w:cs="Arial"/>
          <w:sz w:val="24"/>
          <w:szCs w:val="24"/>
        </w:rPr>
        <w:t>cómo</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NNAJ </w:t>
      </w:r>
      <w:proofErr w:type="spellStart"/>
      <w:r w:rsidRPr="0086050B">
        <w:rPr>
          <w:rFonts w:ascii="Arial" w:hAnsi="Arial" w:cs="Arial"/>
          <w:sz w:val="24"/>
          <w:szCs w:val="24"/>
        </w:rPr>
        <w:t>hará</w:t>
      </w:r>
      <w:proofErr w:type="spellEnd"/>
      <w:r w:rsidRPr="0086050B">
        <w:rPr>
          <w:rFonts w:ascii="Arial" w:hAnsi="Arial" w:cs="Arial"/>
          <w:sz w:val="24"/>
          <w:szCs w:val="24"/>
        </w:rPr>
        <w:t xml:space="preserve"> saber </w:t>
      </w:r>
      <w:proofErr w:type="spellStart"/>
      <w:r w:rsidRPr="0086050B">
        <w:rPr>
          <w:rFonts w:ascii="Arial" w:hAnsi="Arial" w:cs="Arial"/>
          <w:sz w:val="24"/>
          <w:szCs w:val="24"/>
        </w:rPr>
        <w:t>esto</w:t>
      </w:r>
      <w:proofErr w:type="spellEnd"/>
      <w:r w:rsidRPr="0086050B">
        <w:rPr>
          <w:rFonts w:ascii="Arial" w:hAnsi="Arial" w:cs="Arial"/>
          <w:sz w:val="24"/>
          <w:szCs w:val="24"/>
        </w:rPr>
        <w:t xml:space="preserve">, a </w:t>
      </w:r>
      <w:proofErr w:type="spellStart"/>
      <w:r w:rsidRPr="0086050B">
        <w:rPr>
          <w:rFonts w:ascii="Arial" w:hAnsi="Arial" w:cs="Arial"/>
          <w:sz w:val="24"/>
          <w:szCs w:val="24"/>
        </w:rPr>
        <w:t>quién</w:t>
      </w:r>
      <w:proofErr w:type="spellEnd"/>
      <w:r w:rsidRPr="0086050B">
        <w:rPr>
          <w:rFonts w:ascii="Arial" w:hAnsi="Arial" w:cs="Arial"/>
          <w:sz w:val="24"/>
          <w:szCs w:val="24"/>
        </w:rPr>
        <w:t xml:space="preserve"> y </w:t>
      </w:r>
      <w:proofErr w:type="spellStart"/>
      <w:r w:rsidRPr="0086050B">
        <w:rPr>
          <w:rFonts w:ascii="Arial" w:hAnsi="Arial" w:cs="Arial"/>
          <w:sz w:val="24"/>
          <w:szCs w:val="24"/>
        </w:rPr>
        <w:t>cuál</w:t>
      </w:r>
      <w:proofErr w:type="spellEnd"/>
      <w:r w:rsidRPr="0086050B">
        <w:rPr>
          <w:rFonts w:ascii="Arial" w:hAnsi="Arial" w:cs="Arial"/>
          <w:sz w:val="24"/>
          <w:szCs w:val="24"/>
        </w:rPr>
        <w:t xml:space="preserve"> </w:t>
      </w:r>
      <w:proofErr w:type="spellStart"/>
      <w:r w:rsidRPr="0086050B">
        <w:rPr>
          <w:rFonts w:ascii="Arial" w:hAnsi="Arial" w:cs="Arial"/>
          <w:sz w:val="24"/>
          <w:szCs w:val="24"/>
        </w:rPr>
        <w:t>será</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w:t>
      </w:r>
      <w:proofErr w:type="spellStart"/>
      <w:r w:rsidRPr="0086050B">
        <w:rPr>
          <w:rFonts w:ascii="Arial" w:hAnsi="Arial" w:cs="Arial"/>
          <w:sz w:val="24"/>
          <w:szCs w:val="24"/>
        </w:rPr>
        <w:t>marco</w:t>
      </w:r>
      <w:proofErr w:type="spellEnd"/>
      <w:r w:rsidRPr="0086050B">
        <w:rPr>
          <w:rFonts w:ascii="Arial" w:hAnsi="Arial" w:cs="Arial"/>
          <w:sz w:val="24"/>
          <w:szCs w:val="24"/>
        </w:rPr>
        <w:t xml:space="preserve"> de </w:t>
      </w:r>
      <w:proofErr w:type="spellStart"/>
      <w:r w:rsidRPr="0086050B">
        <w:rPr>
          <w:rFonts w:ascii="Arial" w:hAnsi="Arial" w:cs="Arial"/>
          <w:sz w:val="24"/>
          <w:szCs w:val="24"/>
        </w:rPr>
        <w:t>actuación</w:t>
      </w:r>
      <w:proofErr w:type="spellEnd"/>
      <w:r w:rsidRPr="0086050B">
        <w:rPr>
          <w:rFonts w:ascii="Arial" w:hAnsi="Arial" w:cs="Arial"/>
          <w:sz w:val="24"/>
          <w:szCs w:val="24"/>
        </w:rPr>
        <w:t xml:space="preserve"> de </w:t>
      </w:r>
      <w:proofErr w:type="spellStart"/>
      <w:r w:rsidRPr="0086050B">
        <w:rPr>
          <w:rFonts w:ascii="Arial" w:hAnsi="Arial" w:cs="Arial"/>
          <w:sz w:val="24"/>
          <w:szCs w:val="24"/>
        </w:rPr>
        <w:t>los</w:t>
      </w:r>
      <w:proofErr w:type="spellEnd"/>
      <w:r w:rsidRPr="0086050B">
        <w:rPr>
          <w:rFonts w:ascii="Arial" w:hAnsi="Arial" w:cs="Arial"/>
          <w:sz w:val="24"/>
          <w:szCs w:val="24"/>
        </w:rPr>
        <w:t xml:space="preserve"> </w:t>
      </w:r>
      <w:proofErr w:type="spellStart"/>
      <w:r w:rsidRPr="0086050B">
        <w:rPr>
          <w:rFonts w:ascii="Arial" w:hAnsi="Arial" w:cs="Arial"/>
          <w:sz w:val="24"/>
          <w:szCs w:val="24"/>
        </w:rPr>
        <w:t>profesionales</w:t>
      </w:r>
      <w:proofErr w:type="spellEnd"/>
      <w:r w:rsidRPr="0086050B">
        <w:rPr>
          <w:rFonts w:ascii="Arial" w:hAnsi="Arial" w:cs="Arial"/>
          <w:sz w:val="24"/>
          <w:szCs w:val="24"/>
        </w:rPr>
        <w:t xml:space="preserve"> del </w:t>
      </w:r>
      <w:proofErr w:type="spellStart"/>
      <w:r w:rsidRPr="0086050B">
        <w:rPr>
          <w:rFonts w:ascii="Arial" w:hAnsi="Arial" w:cs="Arial"/>
          <w:sz w:val="24"/>
          <w:szCs w:val="24"/>
        </w:rPr>
        <w:t>establecimiento</w:t>
      </w:r>
      <w:proofErr w:type="spellEnd"/>
      <w:r w:rsidRPr="0086050B">
        <w:rPr>
          <w:rFonts w:ascii="Arial" w:hAnsi="Arial" w:cs="Arial"/>
          <w:sz w:val="24"/>
          <w:szCs w:val="24"/>
        </w:rPr>
        <w:t xml:space="preserve"> y, </w:t>
      </w:r>
      <w:proofErr w:type="spellStart"/>
      <w:r w:rsidRPr="0086050B">
        <w:rPr>
          <w:rFonts w:ascii="Arial" w:hAnsi="Arial" w:cs="Arial"/>
          <w:sz w:val="24"/>
          <w:szCs w:val="24"/>
        </w:rPr>
        <w:t>apegarse</w:t>
      </w:r>
      <w:proofErr w:type="spellEnd"/>
      <w:r w:rsidRPr="0086050B">
        <w:rPr>
          <w:rFonts w:ascii="Arial" w:hAnsi="Arial" w:cs="Arial"/>
          <w:sz w:val="24"/>
          <w:szCs w:val="24"/>
        </w:rPr>
        <w:t xml:space="preserve"> </w:t>
      </w:r>
      <w:proofErr w:type="spellStart"/>
      <w:r w:rsidRPr="0086050B">
        <w:rPr>
          <w:rFonts w:ascii="Arial" w:hAnsi="Arial" w:cs="Arial"/>
          <w:sz w:val="24"/>
          <w:szCs w:val="24"/>
        </w:rPr>
        <w:t>en</w:t>
      </w:r>
      <w:proofErr w:type="spellEnd"/>
      <w:r w:rsidRPr="0086050B">
        <w:rPr>
          <w:rFonts w:ascii="Arial" w:hAnsi="Arial" w:cs="Arial"/>
          <w:sz w:val="24"/>
          <w:szCs w:val="24"/>
        </w:rPr>
        <w:t xml:space="preserve"> lo </w:t>
      </w:r>
      <w:proofErr w:type="spellStart"/>
      <w:r w:rsidRPr="0086050B">
        <w:rPr>
          <w:rFonts w:ascii="Arial" w:hAnsi="Arial" w:cs="Arial"/>
          <w:sz w:val="24"/>
          <w:szCs w:val="24"/>
        </w:rPr>
        <w:t>posible</w:t>
      </w:r>
      <w:proofErr w:type="spellEnd"/>
      <w:r w:rsidRPr="0086050B">
        <w:rPr>
          <w:rFonts w:ascii="Arial" w:hAnsi="Arial" w:cs="Arial"/>
          <w:sz w:val="24"/>
          <w:szCs w:val="24"/>
        </w:rPr>
        <w:t xml:space="preserve"> a </w:t>
      </w:r>
      <w:proofErr w:type="spellStart"/>
      <w:r w:rsidRPr="0086050B">
        <w:rPr>
          <w:rFonts w:ascii="Arial" w:hAnsi="Arial" w:cs="Arial"/>
          <w:sz w:val="24"/>
          <w:szCs w:val="24"/>
        </w:rPr>
        <w:t>dichas</w:t>
      </w:r>
      <w:proofErr w:type="spellEnd"/>
      <w:r w:rsidRPr="0086050B">
        <w:rPr>
          <w:rFonts w:ascii="Arial" w:hAnsi="Arial" w:cs="Arial"/>
          <w:sz w:val="24"/>
          <w:szCs w:val="24"/>
        </w:rPr>
        <w:t xml:space="preserve"> </w:t>
      </w:r>
      <w:proofErr w:type="spellStart"/>
      <w:r w:rsidRPr="0086050B">
        <w:rPr>
          <w:rFonts w:ascii="Arial" w:hAnsi="Arial" w:cs="Arial"/>
          <w:sz w:val="24"/>
          <w:szCs w:val="24"/>
        </w:rPr>
        <w:t>indicaciones</w:t>
      </w:r>
      <w:proofErr w:type="spellEnd"/>
      <w:r w:rsidRPr="0086050B">
        <w:rPr>
          <w:rFonts w:ascii="Arial" w:hAnsi="Arial" w:cs="Arial"/>
          <w:sz w:val="24"/>
          <w:szCs w:val="24"/>
        </w:rPr>
        <w:t xml:space="preserve">. </w:t>
      </w:r>
      <w:proofErr w:type="spellStart"/>
      <w:r w:rsidRPr="0086050B">
        <w:rPr>
          <w:rFonts w:ascii="Arial" w:hAnsi="Arial" w:cs="Arial"/>
          <w:sz w:val="24"/>
          <w:szCs w:val="24"/>
        </w:rPr>
        <w:t>Además</w:t>
      </w:r>
      <w:proofErr w:type="spellEnd"/>
      <w:r w:rsidRPr="0086050B">
        <w:rPr>
          <w:rFonts w:ascii="Arial" w:hAnsi="Arial" w:cs="Arial"/>
          <w:sz w:val="24"/>
          <w:szCs w:val="24"/>
        </w:rPr>
        <w:t xml:space="preserve">, se </w:t>
      </w:r>
      <w:proofErr w:type="spellStart"/>
      <w:r w:rsidRPr="0086050B">
        <w:rPr>
          <w:rFonts w:ascii="Arial" w:hAnsi="Arial" w:cs="Arial"/>
          <w:sz w:val="24"/>
          <w:szCs w:val="24"/>
        </w:rPr>
        <w:t>debe</w:t>
      </w:r>
      <w:proofErr w:type="spellEnd"/>
      <w:r w:rsidRPr="0086050B">
        <w:rPr>
          <w:rFonts w:ascii="Arial" w:hAnsi="Arial" w:cs="Arial"/>
          <w:sz w:val="24"/>
          <w:szCs w:val="24"/>
        </w:rPr>
        <w:t xml:space="preserve"> </w:t>
      </w:r>
      <w:proofErr w:type="spellStart"/>
      <w:r w:rsidRPr="0086050B">
        <w:rPr>
          <w:rFonts w:ascii="Arial" w:hAnsi="Arial" w:cs="Arial"/>
          <w:sz w:val="24"/>
          <w:szCs w:val="24"/>
        </w:rPr>
        <w:t>estar</w:t>
      </w:r>
      <w:proofErr w:type="spellEnd"/>
      <w:r w:rsidRPr="0086050B">
        <w:rPr>
          <w:rFonts w:ascii="Arial" w:hAnsi="Arial" w:cs="Arial"/>
          <w:sz w:val="24"/>
          <w:szCs w:val="24"/>
        </w:rPr>
        <w:t xml:space="preserve"> </w:t>
      </w:r>
      <w:proofErr w:type="spellStart"/>
      <w:r w:rsidRPr="0086050B">
        <w:rPr>
          <w:rFonts w:ascii="Arial" w:hAnsi="Arial" w:cs="Arial"/>
          <w:sz w:val="24"/>
          <w:szCs w:val="24"/>
        </w:rPr>
        <w:t>atento</w:t>
      </w:r>
      <w:proofErr w:type="spellEnd"/>
      <w:r w:rsidRPr="0086050B">
        <w:rPr>
          <w:rFonts w:ascii="Arial" w:hAnsi="Arial" w:cs="Arial"/>
          <w:sz w:val="24"/>
          <w:szCs w:val="24"/>
        </w:rPr>
        <w:t xml:space="preserve"> a </w:t>
      </w:r>
      <w:proofErr w:type="spellStart"/>
      <w:r w:rsidRPr="0086050B">
        <w:rPr>
          <w:rFonts w:ascii="Arial" w:hAnsi="Arial" w:cs="Arial"/>
          <w:sz w:val="24"/>
          <w:szCs w:val="24"/>
        </w:rPr>
        <w:t>necesidades</w:t>
      </w:r>
      <w:proofErr w:type="spellEnd"/>
      <w:r w:rsidRPr="0086050B">
        <w:rPr>
          <w:rFonts w:ascii="Arial" w:hAnsi="Arial" w:cs="Arial"/>
          <w:sz w:val="24"/>
          <w:szCs w:val="24"/>
        </w:rPr>
        <w:t xml:space="preserve"> de </w:t>
      </w:r>
      <w:proofErr w:type="spellStart"/>
      <w:r w:rsidRPr="0086050B">
        <w:rPr>
          <w:rFonts w:ascii="Arial" w:hAnsi="Arial" w:cs="Arial"/>
          <w:sz w:val="24"/>
          <w:szCs w:val="24"/>
        </w:rPr>
        <w:t>adaptación</w:t>
      </w:r>
      <w:proofErr w:type="spellEnd"/>
      <w:r w:rsidRPr="0086050B">
        <w:rPr>
          <w:rFonts w:ascii="Arial" w:hAnsi="Arial" w:cs="Arial"/>
          <w:sz w:val="24"/>
          <w:szCs w:val="24"/>
        </w:rPr>
        <w:t xml:space="preserve"> de las </w:t>
      </w:r>
      <w:proofErr w:type="spellStart"/>
      <w:r w:rsidRPr="0086050B">
        <w:rPr>
          <w:rFonts w:ascii="Arial" w:hAnsi="Arial" w:cs="Arial"/>
          <w:sz w:val="24"/>
          <w:szCs w:val="24"/>
        </w:rPr>
        <w:t>reglas</w:t>
      </w:r>
      <w:proofErr w:type="spellEnd"/>
      <w:r w:rsidRPr="0086050B">
        <w:rPr>
          <w:rFonts w:ascii="Arial" w:hAnsi="Arial" w:cs="Arial"/>
          <w:sz w:val="24"/>
          <w:szCs w:val="24"/>
        </w:rPr>
        <w:t xml:space="preserve"> </w:t>
      </w:r>
      <w:proofErr w:type="spellStart"/>
      <w:r w:rsidRPr="0086050B">
        <w:rPr>
          <w:rFonts w:ascii="Arial" w:hAnsi="Arial" w:cs="Arial"/>
          <w:sz w:val="24"/>
          <w:szCs w:val="24"/>
        </w:rPr>
        <w:t>generales</w:t>
      </w:r>
      <w:proofErr w:type="spellEnd"/>
      <w:r w:rsidRPr="0086050B">
        <w:rPr>
          <w:rFonts w:ascii="Arial" w:hAnsi="Arial" w:cs="Arial"/>
          <w:sz w:val="24"/>
          <w:szCs w:val="24"/>
        </w:rPr>
        <w:t xml:space="preserve"> del aula que </w:t>
      </w:r>
      <w:proofErr w:type="spellStart"/>
      <w:r w:rsidRPr="0086050B">
        <w:rPr>
          <w:rFonts w:ascii="Arial" w:hAnsi="Arial" w:cs="Arial"/>
          <w:sz w:val="24"/>
          <w:szCs w:val="24"/>
        </w:rPr>
        <w:t>contribuyan</w:t>
      </w:r>
      <w:proofErr w:type="spellEnd"/>
      <w:r w:rsidRPr="0086050B">
        <w:rPr>
          <w:rFonts w:ascii="Arial" w:hAnsi="Arial" w:cs="Arial"/>
          <w:sz w:val="24"/>
          <w:szCs w:val="24"/>
        </w:rPr>
        <w:t xml:space="preserve"> a </w:t>
      </w:r>
      <w:proofErr w:type="spellStart"/>
      <w:r w:rsidRPr="0086050B">
        <w:rPr>
          <w:rFonts w:ascii="Arial" w:hAnsi="Arial" w:cs="Arial"/>
          <w:sz w:val="24"/>
          <w:szCs w:val="24"/>
        </w:rPr>
        <w:t>una</w:t>
      </w:r>
      <w:proofErr w:type="spellEnd"/>
      <w:r w:rsidRPr="0086050B">
        <w:rPr>
          <w:rFonts w:ascii="Arial" w:hAnsi="Arial" w:cs="Arial"/>
          <w:sz w:val="24"/>
          <w:szCs w:val="24"/>
        </w:rPr>
        <w:t xml:space="preserve"> sana </w:t>
      </w:r>
      <w:proofErr w:type="spellStart"/>
      <w:r w:rsidRPr="0086050B">
        <w:rPr>
          <w:rFonts w:ascii="Arial" w:hAnsi="Arial" w:cs="Arial"/>
          <w:sz w:val="24"/>
          <w:szCs w:val="24"/>
        </w:rPr>
        <w:t>convivencia</w:t>
      </w:r>
      <w:proofErr w:type="spellEnd"/>
      <w:r w:rsidRPr="0086050B">
        <w:rPr>
          <w:rFonts w:ascii="Arial" w:hAnsi="Arial" w:cs="Arial"/>
          <w:sz w:val="24"/>
          <w:szCs w:val="24"/>
        </w:rPr>
        <w:t xml:space="preserve"> escolar. En </w:t>
      </w:r>
      <w:proofErr w:type="spellStart"/>
      <w:r w:rsidRPr="0086050B">
        <w:rPr>
          <w:rFonts w:ascii="Arial" w:hAnsi="Arial" w:cs="Arial"/>
          <w:sz w:val="24"/>
          <w:szCs w:val="24"/>
        </w:rPr>
        <w:t>algunos</w:t>
      </w:r>
      <w:proofErr w:type="spellEnd"/>
      <w:r w:rsidRPr="0086050B">
        <w:rPr>
          <w:rFonts w:ascii="Arial" w:hAnsi="Arial" w:cs="Arial"/>
          <w:sz w:val="24"/>
          <w:szCs w:val="24"/>
        </w:rPr>
        <w:t xml:space="preserve"> </w:t>
      </w:r>
      <w:proofErr w:type="spellStart"/>
      <w:r w:rsidRPr="0086050B">
        <w:rPr>
          <w:rFonts w:ascii="Arial" w:hAnsi="Arial" w:cs="Arial"/>
          <w:sz w:val="24"/>
          <w:szCs w:val="24"/>
        </w:rPr>
        <w:t>casos</w:t>
      </w:r>
      <w:proofErr w:type="spellEnd"/>
      <w:r w:rsidRPr="0086050B">
        <w:rPr>
          <w:rFonts w:ascii="Arial" w:hAnsi="Arial" w:cs="Arial"/>
          <w:sz w:val="24"/>
          <w:szCs w:val="24"/>
        </w:rPr>
        <w:t xml:space="preserve">, con </w:t>
      </w:r>
      <w:proofErr w:type="spellStart"/>
      <w:r w:rsidRPr="0086050B">
        <w:rPr>
          <w:rFonts w:ascii="Arial" w:hAnsi="Arial" w:cs="Arial"/>
          <w:sz w:val="24"/>
          <w:szCs w:val="24"/>
        </w:rPr>
        <w:t>ayuda</w:t>
      </w:r>
      <w:proofErr w:type="spellEnd"/>
      <w:r w:rsidRPr="0086050B">
        <w:rPr>
          <w:rFonts w:ascii="Arial" w:hAnsi="Arial" w:cs="Arial"/>
          <w:sz w:val="24"/>
          <w:szCs w:val="24"/>
        </w:rPr>
        <w:t xml:space="preserve"> de </w:t>
      </w:r>
      <w:proofErr w:type="spellStart"/>
      <w:r w:rsidRPr="0086050B">
        <w:rPr>
          <w:rFonts w:ascii="Arial" w:hAnsi="Arial" w:cs="Arial"/>
          <w:sz w:val="24"/>
          <w:szCs w:val="24"/>
        </w:rPr>
        <w:t>los</w:t>
      </w:r>
      <w:proofErr w:type="spellEnd"/>
      <w:r w:rsidRPr="0086050B">
        <w:rPr>
          <w:rFonts w:ascii="Arial" w:hAnsi="Arial" w:cs="Arial"/>
          <w:sz w:val="24"/>
          <w:szCs w:val="24"/>
        </w:rPr>
        <w:t xml:space="preserve"> </w:t>
      </w:r>
      <w:proofErr w:type="spellStart"/>
      <w:r w:rsidRPr="0086050B">
        <w:rPr>
          <w:rFonts w:ascii="Arial" w:hAnsi="Arial" w:cs="Arial"/>
          <w:sz w:val="24"/>
          <w:szCs w:val="24"/>
        </w:rPr>
        <w:t>estudiantes</w:t>
      </w:r>
      <w:proofErr w:type="spellEnd"/>
      <w:r w:rsidRPr="0086050B">
        <w:rPr>
          <w:rFonts w:ascii="Arial" w:hAnsi="Arial" w:cs="Arial"/>
          <w:sz w:val="24"/>
          <w:szCs w:val="24"/>
        </w:rPr>
        <w:t xml:space="preserve">, se </w:t>
      </w:r>
      <w:proofErr w:type="spellStart"/>
      <w:r w:rsidRPr="0086050B">
        <w:rPr>
          <w:rFonts w:ascii="Arial" w:hAnsi="Arial" w:cs="Arial"/>
          <w:sz w:val="24"/>
          <w:szCs w:val="24"/>
        </w:rPr>
        <w:t>pueden</w:t>
      </w:r>
      <w:proofErr w:type="spellEnd"/>
      <w:r w:rsidRPr="0086050B">
        <w:rPr>
          <w:rFonts w:ascii="Arial" w:hAnsi="Arial" w:cs="Arial"/>
          <w:sz w:val="24"/>
          <w:szCs w:val="24"/>
        </w:rPr>
        <w:t xml:space="preserve"> </w:t>
      </w:r>
      <w:proofErr w:type="spellStart"/>
      <w:r w:rsidRPr="0086050B">
        <w:rPr>
          <w:rFonts w:ascii="Arial" w:hAnsi="Arial" w:cs="Arial"/>
          <w:sz w:val="24"/>
          <w:szCs w:val="24"/>
        </w:rPr>
        <w:t>publicar</w:t>
      </w:r>
      <w:proofErr w:type="spellEnd"/>
      <w:r w:rsidRPr="0086050B">
        <w:rPr>
          <w:rFonts w:ascii="Arial" w:hAnsi="Arial" w:cs="Arial"/>
          <w:sz w:val="24"/>
          <w:szCs w:val="24"/>
        </w:rPr>
        <w:t xml:space="preserve"> </w:t>
      </w:r>
      <w:proofErr w:type="spellStart"/>
      <w:r w:rsidRPr="0086050B">
        <w:rPr>
          <w:rFonts w:ascii="Arial" w:hAnsi="Arial" w:cs="Arial"/>
          <w:sz w:val="24"/>
          <w:szCs w:val="24"/>
        </w:rPr>
        <w:t>en</w:t>
      </w:r>
      <w:proofErr w:type="spellEnd"/>
      <w:r w:rsidRPr="0086050B">
        <w:rPr>
          <w:rFonts w:ascii="Arial" w:hAnsi="Arial" w:cs="Arial"/>
          <w:sz w:val="24"/>
          <w:szCs w:val="24"/>
        </w:rPr>
        <w:t xml:space="preserve"> </w:t>
      </w:r>
      <w:proofErr w:type="spellStart"/>
      <w:r w:rsidRPr="0086050B">
        <w:rPr>
          <w:rFonts w:ascii="Arial" w:hAnsi="Arial" w:cs="Arial"/>
          <w:sz w:val="24"/>
          <w:szCs w:val="24"/>
        </w:rPr>
        <w:t>muros</w:t>
      </w:r>
      <w:proofErr w:type="spellEnd"/>
      <w:r w:rsidRPr="0086050B">
        <w:rPr>
          <w:rFonts w:ascii="Arial" w:hAnsi="Arial" w:cs="Arial"/>
          <w:sz w:val="24"/>
          <w:szCs w:val="24"/>
        </w:rPr>
        <w:t xml:space="preserve"> de la sala, con </w:t>
      </w:r>
      <w:proofErr w:type="spellStart"/>
      <w:r w:rsidRPr="0086050B">
        <w:rPr>
          <w:rFonts w:ascii="Arial" w:hAnsi="Arial" w:cs="Arial"/>
          <w:sz w:val="24"/>
          <w:szCs w:val="24"/>
        </w:rPr>
        <w:t>diseños</w:t>
      </w:r>
      <w:proofErr w:type="spellEnd"/>
      <w:r w:rsidRPr="0086050B">
        <w:rPr>
          <w:rFonts w:ascii="Arial" w:hAnsi="Arial" w:cs="Arial"/>
          <w:sz w:val="24"/>
          <w:szCs w:val="24"/>
        </w:rPr>
        <w:t xml:space="preserve"> </w:t>
      </w:r>
      <w:proofErr w:type="spellStart"/>
      <w:r w:rsidRPr="0086050B">
        <w:rPr>
          <w:rFonts w:ascii="Arial" w:hAnsi="Arial" w:cs="Arial"/>
          <w:sz w:val="24"/>
          <w:szCs w:val="24"/>
        </w:rPr>
        <w:t>creativos</w:t>
      </w:r>
      <w:proofErr w:type="spellEnd"/>
      <w:r w:rsidRPr="0086050B">
        <w:rPr>
          <w:rFonts w:ascii="Arial" w:hAnsi="Arial" w:cs="Arial"/>
          <w:sz w:val="24"/>
          <w:szCs w:val="24"/>
        </w:rPr>
        <w:t xml:space="preserve"> e </w:t>
      </w:r>
      <w:proofErr w:type="spellStart"/>
      <w:r w:rsidRPr="0086050B">
        <w:rPr>
          <w:rFonts w:ascii="Arial" w:hAnsi="Arial" w:cs="Arial"/>
          <w:sz w:val="24"/>
          <w:szCs w:val="24"/>
        </w:rPr>
        <w:t>inclusivos</w:t>
      </w:r>
      <w:proofErr w:type="spellEnd"/>
      <w:r w:rsidRPr="0086050B">
        <w:rPr>
          <w:rFonts w:ascii="Arial" w:hAnsi="Arial" w:cs="Arial"/>
          <w:sz w:val="24"/>
          <w:szCs w:val="24"/>
        </w:rPr>
        <w:t xml:space="preserve">, </w:t>
      </w:r>
      <w:proofErr w:type="spellStart"/>
      <w:r w:rsidRPr="0086050B">
        <w:rPr>
          <w:rFonts w:ascii="Arial" w:hAnsi="Arial" w:cs="Arial"/>
          <w:sz w:val="24"/>
          <w:szCs w:val="24"/>
        </w:rPr>
        <w:t>reglas</w:t>
      </w:r>
      <w:proofErr w:type="spellEnd"/>
      <w:r w:rsidRPr="0086050B">
        <w:rPr>
          <w:rFonts w:ascii="Arial" w:hAnsi="Arial" w:cs="Arial"/>
          <w:sz w:val="24"/>
          <w:szCs w:val="24"/>
        </w:rPr>
        <w:t xml:space="preserve"> </w:t>
      </w:r>
      <w:proofErr w:type="spellStart"/>
      <w:r w:rsidRPr="0086050B">
        <w:rPr>
          <w:rFonts w:ascii="Arial" w:hAnsi="Arial" w:cs="Arial"/>
          <w:sz w:val="24"/>
          <w:szCs w:val="24"/>
        </w:rPr>
        <w:t>generales</w:t>
      </w:r>
      <w:proofErr w:type="spellEnd"/>
      <w:r w:rsidRPr="0086050B">
        <w:rPr>
          <w:rFonts w:ascii="Arial" w:hAnsi="Arial" w:cs="Arial"/>
          <w:sz w:val="24"/>
          <w:szCs w:val="24"/>
        </w:rPr>
        <w:t xml:space="preserve"> </w:t>
      </w:r>
      <w:proofErr w:type="spellStart"/>
      <w:r w:rsidRPr="0086050B">
        <w:rPr>
          <w:rFonts w:ascii="Arial" w:hAnsi="Arial" w:cs="Arial"/>
          <w:sz w:val="24"/>
          <w:szCs w:val="24"/>
        </w:rPr>
        <w:t>consideradas</w:t>
      </w:r>
      <w:proofErr w:type="spellEnd"/>
      <w:r w:rsidRPr="0086050B">
        <w:rPr>
          <w:rFonts w:ascii="Arial" w:hAnsi="Arial" w:cs="Arial"/>
          <w:sz w:val="24"/>
          <w:szCs w:val="24"/>
        </w:rPr>
        <w:t xml:space="preserve"> </w:t>
      </w:r>
      <w:proofErr w:type="spellStart"/>
      <w:r w:rsidRPr="0086050B">
        <w:rPr>
          <w:rFonts w:ascii="Arial" w:hAnsi="Arial" w:cs="Arial"/>
          <w:sz w:val="24"/>
          <w:szCs w:val="24"/>
        </w:rPr>
        <w:t>por</w:t>
      </w:r>
      <w:proofErr w:type="spellEnd"/>
      <w:r w:rsidRPr="0086050B">
        <w:rPr>
          <w:rFonts w:ascii="Arial" w:hAnsi="Arial" w:cs="Arial"/>
          <w:sz w:val="24"/>
          <w:szCs w:val="24"/>
        </w:rPr>
        <w:t xml:space="preserve"> </w:t>
      </w:r>
      <w:proofErr w:type="spellStart"/>
      <w:r w:rsidRPr="0086050B">
        <w:rPr>
          <w:rFonts w:ascii="Arial" w:hAnsi="Arial" w:cs="Arial"/>
          <w:sz w:val="24"/>
          <w:szCs w:val="24"/>
        </w:rPr>
        <w:t>todo</w:t>
      </w:r>
      <w:proofErr w:type="spellEnd"/>
      <w:r w:rsidRPr="0086050B">
        <w:rPr>
          <w:rFonts w:ascii="Arial" w:hAnsi="Arial" w:cs="Arial"/>
          <w:sz w:val="24"/>
          <w:szCs w:val="24"/>
        </w:rPr>
        <w:t xml:space="preserve"> </w:t>
      </w:r>
      <w:proofErr w:type="spellStart"/>
      <w:r w:rsidRPr="0086050B">
        <w:rPr>
          <w:rFonts w:ascii="Arial" w:hAnsi="Arial" w:cs="Arial"/>
          <w:sz w:val="24"/>
          <w:szCs w:val="24"/>
        </w:rPr>
        <w:t>el</w:t>
      </w:r>
      <w:proofErr w:type="spellEnd"/>
      <w:r w:rsidRPr="0086050B">
        <w:rPr>
          <w:rFonts w:ascii="Arial" w:hAnsi="Arial" w:cs="Arial"/>
          <w:sz w:val="24"/>
          <w:szCs w:val="24"/>
        </w:rPr>
        <w:t xml:space="preserve"> </w:t>
      </w:r>
      <w:proofErr w:type="spellStart"/>
      <w:r w:rsidRPr="0086050B">
        <w:rPr>
          <w:rFonts w:ascii="Arial" w:hAnsi="Arial" w:cs="Arial"/>
          <w:sz w:val="24"/>
          <w:szCs w:val="24"/>
        </w:rPr>
        <w:t>curso</w:t>
      </w:r>
      <w:proofErr w:type="spellEnd"/>
      <w:r w:rsidRPr="0086050B">
        <w:rPr>
          <w:rFonts w:ascii="Arial" w:hAnsi="Arial" w:cs="Arial"/>
          <w:sz w:val="24"/>
          <w:szCs w:val="24"/>
        </w:rPr>
        <w:t xml:space="preserve"> </w:t>
      </w:r>
      <w:proofErr w:type="spellStart"/>
      <w:r w:rsidRPr="0086050B">
        <w:rPr>
          <w:rFonts w:ascii="Arial" w:hAnsi="Arial" w:cs="Arial"/>
          <w:sz w:val="24"/>
          <w:szCs w:val="24"/>
        </w:rPr>
        <w:t>como</w:t>
      </w:r>
      <w:proofErr w:type="spellEnd"/>
      <w:r w:rsidRPr="0086050B">
        <w:rPr>
          <w:rFonts w:ascii="Arial" w:hAnsi="Arial" w:cs="Arial"/>
          <w:sz w:val="24"/>
          <w:szCs w:val="24"/>
        </w:rPr>
        <w:t xml:space="preserve"> las </w:t>
      </w:r>
      <w:proofErr w:type="spellStart"/>
      <w:r w:rsidRPr="0086050B">
        <w:rPr>
          <w:rFonts w:ascii="Arial" w:hAnsi="Arial" w:cs="Arial"/>
          <w:sz w:val="24"/>
          <w:szCs w:val="24"/>
        </w:rPr>
        <w:t>más</w:t>
      </w:r>
      <w:proofErr w:type="spellEnd"/>
      <w:r w:rsidRPr="0086050B">
        <w:rPr>
          <w:rFonts w:ascii="Arial" w:hAnsi="Arial" w:cs="Arial"/>
          <w:sz w:val="24"/>
          <w:szCs w:val="24"/>
        </w:rPr>
        <w:t xml:space="preserve"> </w:t>
      </w:r>
      <w:proofErr w:type="spellStart"/>
      <w:r w:rsidRPr="0086050B">
        <w:rPr>
          <w:rFonts w:ascii="Arial" w:hAnsi="Arial" w:cs="Arial"/>
          <w:sz w:val="24"/>
          <w:szCs w:val="24"/>
        </w:rPr>
        <w:t>relevantes</w:t>
      </w:r>
      <w:proofErr w:type="spellEnd"/>
      <w:r w:rsidRPr="0086050B">
        <w:rPr>
          <w:rFonts w:ascii="Arial" w:hAnsi="Arial" w:cs="Arial"/>
          <w:sz w:val="24"/>
          <w:szCs w:val="24"/>
        </w:rPr>
        <w:t xml:space="preserve">, que </w:t>
      </w:r>
      <w:proofErr w:type="spellStart"/>
      <w:r w:rsidRPr="0086050B">
        <w:rPr>
          <w:rFonts w:ascii="Arial" w:hAnsi="Arial" w:cs="Arial"/>
          <w:sz w:val="24"/>
          <w:szCs w:val="24"/>
        </w:rPr>
        <w:t>permitan</w:t>
      </w:r>
      <w:proofErr w:type="spellEnd"/>
      <w:r w:rsidRPr="0086050B">
        <w:rPr>
          <w:rFonts w:ascii="Arial" w:hAnsi="Arial" w:cs="Arial"/>
          <w:sz w:val="24"/>
          <w:szCs w:val="24"/>
        </w:rPr>
        <w:t xml:space="preserve"> ser </w:t>
      </w:r>
      <w:proofErr w:type="spellStart"/>
      <w:r w:rsidRPr="0086050B">
        <w:rPr>
          <w:rFonts w:ascii="Arial" w:hAnsi="Arial" w:cs="Arial"/>
          <w:sz w:val="24"/>
          <w:szCs w:val="24"/>
        </w:rPr>
        <w:t>usadas</w:t>
      </w:r>
      <w:proofErr w:type="spellEnd"/>
      <w:r w:rsidRPr="0086050B">
        <w:rPr>
          <w:rFonts w:ascii="Arial" w:hAnsi="Arial" w:cs="Arial"/>
          <w:sz w:val="24"/>
          <w:szCs w:val="24"/>
        </w:rPr>
        <w:t xml:space="preserve"> </w:t>
      </w:r>
      <w:proofErr w:type="spellStart"/>
      <w:r w:rsidRPr="0086050B">
        <w:rPr>
          <w:rFonts w:ascii="Arial" w:hAnsi="Arial" w:cs="Arial"/>
          <w:sz w:val="24"/>
          <w:szCs w:val="24"/>
        </w:rPr>
        <w:t>como</w:t>
      </w:r>
      <w:proofErr w:type="spellEnd"/>
      <w:r w:rsidRPr="0086050B">
        <w:rPr>
          <w:rFonts w:ascii="Arial" w:hAnsi="Arial" w:cs="Arial"/>
          <w:sz w:val="24"/>
          <w:szCs w:val="24"/>
        </w:rPr>
        <w:t xml:space="preserve"> </w:t>
      </w:r>
      <w:proofErr w:type="spellStart"/>
      <w:r w:rsidRPr="0086050B">
        <w:rPr>
          <w:rFonts w:ascii="Arial" w:hAnsi="Arial" w:cs="Arial"/>
          <w:sz w:val="24"/>
          <w:szCs w:val="24"/>
        </w:rPr>
        <w:t>recordatorios</w:t>
      </w:r>
      <w:proofErr w:type="spellEnd"/>
      <w:r w:rsidRPr="0086050B">
        <w:rPr>
          <w:rFonts w:ascii="Arial" w:hAnsi="Arial" w:cs="Arial"/>
          <w:sz w:val="24"/>
          <w:szCs w:val="24"/>
        </w:rPr>
        <w:t xml:space="preserve"> de </w:t>
      </w:r>
      <w:proofErr w:type="spellStart"/>
      <w:r w:rsidRPr="0086050B">
        <w:rPr>
          <w:rFonts w:ascii="Arial" w:hAnsi="Arial" w:cs="Arial"/>
          <w:sz w:val="24"/>
          <w:szCs w:val="24"/>
        </w:rPr>
        <w:t>los</w:t>
      </w:r>
      <w:proofErr w:type="spellEnd"/>
      <w:r w:rsidRPr="0086050B">
        <w:rPr>
          <w:rFonts w:ascii="Arial" w:hAnsi="Arial" w:cs="Arial"/>
          <w:sz w:val="24"/>
          <w:szCs w:val="24"/>
        </w:rPr>
        <w:t xml:space="preserve"> </w:t>
      </w:r>
      <w:proofErr w:type="spellStart"/>
      <w:r w:rsidRPr="0086050B">
        <w:rPr>
          <w:rFonts w:ascii="Arial" w:hAnsi="Arial" w:cs="Arial"/>
          <w:sz w:val="24"/>
          <w:szCs w:val="24"/>
        </w:rPr>
        <w:t>comportamientos</w:t>
      </w:r>
      <w:proofErr w:type="spellEnd"/>
      <w:r w:rsidRPr="0086050B">
        <w:rPr>
          <w:rFonts w:ascii="Arial" w:hAnsi="Arial" w:cs="Arial"/>
          <w:sz w:val="24"/>
          <w:szCs w:val="24"/>
        </w:rPr>
        <w:t xml:space="preserve"> </w:t>
      </w:r>
      <w:proofErr w:type="spellStart"/>
      <w:r w:rsidRPr="0086050B">
        <w:rPr>
          <w:rFonts w:ascii="Arial" w:hAnsi="Arial" w:cs="Arial"/>
          <w:sz w:val="24"/>
          <w:szCs w:val="24"/>
        </w:rPr>
        <w:t>esperados</w:t>
      </w:r>
      <w:proofErr w:type="spellEnd"/>
      <w:r w:rsidRPr="0086050B">
        <w:rPr>
          <w:rFonts w:ascii="Arial" w:hAnsi="Arial" w:cs="Arial"/>
          <w:sz w:val="24"/>
          <w:szCs w:val="24"/>
        </w:rPr>
        <w:t>.</w:t>
      </w:r>
    </w:p>
    <w:p w14:paraId="0A93AA1D" w14:textId="77777777" w:rsidR="00893C50" w:rsidRPr="0086050B" w:rsidRDefault="00893C50" w:rsidP="00893C50">
      <w:pPr>
        <w:tabs>
          <w:tab w:val="left" w:pos="1233"/>
        </w:tabs>
        <w:spacing w:before="6" w:line="360" w:lineRule="auto"/>
        <w:ind w:right="49"/>
        <w:jc w:val="both"/>
        <w:rPr>
          <w:rFonts w:ascii="Arial" w:hAnsi="Arial" w:cs="Arial"/>
        </w:rPr>
      </w:pPr>
    </w:p>
    <w:p w14:paraId="5DF1BEE0" w14:textId="77777777" w:rsidR="00893C50" w:rsidRPr="00893C50" w:rsidRDefault="00893C50" w:rsidP="00893C50">
      <w:pPr>
        <w:pStyle w:val="Ttulo1"/>
        <w:keepNext w:val="0"/>
        <w:keepLines w:val="0"/>
        <w:widowControl w:val="0"/>
        <w:numPr>
          <w:ilvl w:val="0"/>
          <w:numId w:val="42"/>
        </w:numPr>
        <w:tabs>
          <w:tab w:val="left" w:pos="1232"/>
          <w:tab w:val="left" w:pos="1233"/>
        </w:tabs>
        <w:autoSpaceDE w:val="0"/>
        <w:autoSpaceDN w:val="0"/>
        <w:spacing w:before="0" w:line="360" w:lineRule="auto"/>
        <w:ind w:left="0" w:right="49" w:firstLine="0"/>
        <w:jc w:val="both"/>
        <w:rPr>
          <w:rFonts w:ascii="Arial" w:hAnsi="Arial" w:cs="Arial"/>
          <w:color w:val="auto"/>
          <w:sz w:val="24"/>
          <w:szCs w:val="24"/>
        </w:rPr>
      </w:pPr>
      <w:r w:rsidRPr="00893C50">
        <w:rPr>
          <w:rFonts w:ascii="Arial" w:hAnsi="Arial" w:cs="Arial"/>
          <w:color w:val="auto"/>
          <w:sz w:val="24"/>
          <w:szCs w:val="24"/>
        </w:rPr>
        <w:lastRenderedPageBreak/>
        <w:t xml:space="preserve">INTERVENCIÓN SEGÚN NIVEL </w:t>
      </w:r>
      <w:r w:rsidRPr="00893C50">
        <w:rPr>
          <w:rFonts w:ascii="Arial" w:hAnsi="Arial" w:cs="Arial"/>
          <w:color w:val="auto"/>
          <w:spacing w:val="-4"/>
          <w:sz w:val="24"/>
          <w:szCs w:val="24"/>
        </w:rPr>
        <w:t>DE</w:t>
      </w:r>
      <w:r w:rsidRPr="00893C50">
        <w:rPr>
          <w:rFonts w:ascii="Arial" w:hAnsi="Arial" w:cs="Arial"/>
          <w:color w:val="auto"/>
          <w:spacing w:val="23"/>
          <w:sz w:val="24"/>
          <w:szCs w:val="24"/>
        </w:rPr>
        <w:t xml:space="preserve"> </w:t>
      </w:r>
      <w:r w:rsidRPr="00893C50">
        <w:rPr>
          <w:rFonts w:ascii="Arial" w:hAnsi="Arial" w:cs="Arial"/>
          <w:color w:val="auto"/>
          <w:sz w:val="24"/>
          <w:szCs w:val="24"/>
        </w:rPr>
        <w:t>INTENSIDAD</w:t>
      </w:r>
    </w:p>
    <w:p w14:paraId="1E3474E3" w14:textId="77777777" w:rsidR="00893C50" w:rsidRPr="00901BC0" w:rsidRDefault="00893C50" w:rsidP="00893C50">
      <w:pPr>
        <w:pStyle w:val="Textoindependiente"/>
        <w:spacing w:before="5" w:line="360" w:lineRule="auto"/>
        <w:ind w:right="49"/>
        <w:jc w:val="both"/>
        <w:rPr>
          <w:rFonts w:ascii="Arial" w:hAnsi="Arial" w:cs="Arial"/>
          <w:b/>
        </w:rPr>
      </w:pPr>
    </w:p>
    <w:p w14:paraId="5D74F650" w14:textId="77777777" w:rsidR="00893C50" w:rsidRPr="00901BC0" w:rsidRDefault="00893C50" w:rsidP="00893C50">
      <w:pPr>
        <w:pStyle w:val="Textoindependiente"/>
        <w:spacing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algunos</w:t>
      </w:r>
      <w:proofErr w:type="spellEnd"/>
      <w:r w:rsidRPr="00901BC0">
        <w:rPr>
          <w:rFonts w:ascii="Arial" w:hAnsi="Arial" w:cs="Arial"/>
        </w:rPr>
        <w:t xml:space="preserve"> </w:t>
      </w:r>
      <w:proofErr w:type="spellStart"/>
      <w:r w:rsidRPr="00901BC0">
        <w:rPr>
          <w:rFonts w:ascii="Arial" w:hAnsi="Arial" w:cs="Arial"/>
        </w:rPr>
        <w:t>casos</w:t>
      </w:r>
      <w:proofErr w:type="spellEnd"/>
      <w:r w:rsidRPr="00901BC0">
        <w:rPr>
          <w:rFonts w:ascii="Arial" w:hAnsi="Arial" w:cs="Arial"/>
        </w:rPr>
        <w:t xml:space="preserve"> </w:t>
      </w:r>
      <w:proofErr w:type="spellStart"/>
      <w:r w:rsidRPr="00901BC0">
        <w:rPr>
          <w:rFonts w:ascii="Arial" w:hAnsi="Arial" w:cs="Arial"/>
        </w:rPr>
        <w:t>será</w:t>
      </w:r>
      <w:proofErr w:type="spellEnd"/>
      <w:r w:rsidRPr="00901BC0">
        <w:rPr>
          <w:rFonts w:ascii="Arial" w:hAnsi="Arial" w:cs="Arial"/>
        </w:rPr>
        <w:t xml:space="preserve"> </w:t>
      </w:r>
      <w:proofErr w:type="spellStart"/>
      <w:r w:rsidRPr="00901BC0">
        <w:rPr>
          <w:rFonts w:ascii="Arial" w:hAnsi="Arial" w:cs="Arial"/>
        </w:rPr>
        <w:t>posible</w:t>
      </w:r>
      <w:proofErr w:type="spellEnd"/>
      <w:r w:rsidRPr="00901BC0">
        <w:rPr>
          <w:rFonts w:ascii="Arial" w:hAnsi="Arial" w:cs="Arial"/>
        </w:rPr>
        <w:t xml:space="preserve"> </w:t>
      </w:r>
      <w:proofErr w:type="spellStart"/>
      <w:r w:rsidRPr="00901BC0">
        <w:rPr>
          <w:rFonts w:ascii="Arial" w:hAnsi="Arial" w:cs="Arial"/>
        </w:rPr>
        <w:t>identificar</w:t>
      </w:r>
      <w:proofErr w:type="spellEnd"/>
      <w:r w:rsidRPr="00901BC0">
        <w:rPr>
          <w:rFonts w:ascii="Arial" w:hAnsi="Arial" w:cs="Arial"/>
        </w:rPr>
        <w:t xml:space="preserve"> </w:t>
      </w:r>
      <w:proofErr w:type="spellStart"/>
      <w:r w:rsidRPr="00901BC0">
        <w:rPr>
          <w:rFonts w:ascii="Arial" w:hAnsi="Arial" w:cs="Arial"/>
        </w:rPr>
        <w:t>etapas</w:t>
      </w:r>
      <w:proofErr w:type="spellEnd"/>
      <w:r w:rsidRPr="00901BC0">
        <w:rPr>
          <w:rFonts w:ascii="Arial" w:hAnsi="Arial" w:cs="Arial"/>
        </w:rPr>
        <w:t xml:space="preserve"> de </w:t>
      </w:r>
      <w:proofErr w:type="spellStart"/>
      <w:r w:rsidRPr="00901BC0">
        <w:rPr>
          <w:rFonts w:ascii="Arial" w:hAnsi="Arial" w:cs="Arial"/>
        </w:rPr>
        <w:t>evolución</w:t>
      </w:r>
      <w:proofErr w:type="spellEnd"/>
      <w:r w:rsidRPr="00901BC0">
        <w:rPr>
          <w:rFonts w:ascii="Arial" w:hAnsi="Arial" w:cs="Arial"/>
        </w:rPr>
        <w:t xml:space="preserve"> de la </w:t>
      </w:r>
      <w:proofErr w:type="spellStart"/>
      <w:r w:rsidRPr="00901BC0">
        <w:rPr>
          <w:rFonts w:ascii="Arial" w:hAnsi="Arial" w:cs="Arial"/>
        </w:rPr>
        <w:t>desregulación</w:t>
      </w:r>
      <w:proofErr w:type="spellEnd"/>
      <w:r w:rsidRPr="00901BC0">
        <w:rPr>
          <w:rFonts w:ascii="Arial" w:hAnsi="Arial" w:cs="Arial"/>
        </w:rPr>
        <w:t xml:space="preserve"> </w:t>
      </w:r>
      <w:proofErr w:type="spellStart"/>
      <w:r w:rsidRPr="00901BC0">
        <w:rPr>
          <w:rFonts w:ascii="Arial" w:hAnsi="Arial" w:cs="Arial"/>
        </w:rPr>
        <w:t>emocional</w:t>
      </w:r>
      <w:proofErr w:type="spellEnd"/>
      <w:r w:rsidRPr="00901BC0">
        <w:rPr>
          <w:rFonts w:ascii="Arial" w:hAnsi="Arial" w:cs="Arial"/>
        </w:rPr>
        <w:t xml:space="preserve"> y </w:t>
      </w:r>
      <w:proofErr w:type="spellStart"/>
      <w:r w:rsidRPr="00901BC0">
        <w:rPr>
          <w:rFonts w:ascii="Arial" w:hAnsi="Arial" w:cs="Arial"/>
        </w:rPr>
        <w:t>conductual</w:t>
      </w:r>
      <w:proofErr w:type="spellEnd"/>
      <w:r w:rsidRPr="00901BC0">
        <w:rPr>
          <w:rFonts w:ascii="Arial" w:hAnsi="Arial" w:cs="Arial"/>
        </w:rPr>
        <w:t xml:space="preserve">, o </w:t>
      </w:r>
      <w:proofErr w:type="gramStart"/>
      <w:r w:rsidRPr="00901BC0">
        <w:rPr>
          <w:rFonts w:ascii="Arial" w:hAnsi="Arial" w:cs="Arial"/>
        </w:rPr>
        <w:t>solo</w:t>
      </w:r>
      <w:proofErr w:type="gramEnd"/>
      <w:r w:rsidRPr="00901BC0">
        <w:rPr>
          <w:rFonts w:ascii="Arial" w:hAnsi="Arial" w:cs="Arial"/>
        </w:rPr>
        <w:t xml:space="preserve"> la </w:t>
      </w:r>
      <w:proofErr w:type="spellStart"/>
      <w:r w:rsidRPr="00901BC0">
        <w:rPr>
          <w:rFonts w:ascii="Arial" w:hAnsi="Arial" w:cs="Arial"/>
        </w:rPr>
        <w:t>aparición</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diversos</w:t>
      </w:r>
      <w:proofErr w:type="spellEnd"/>
      <w:r w:rsidRPr="00901BC0">
        <w:rPr>
          <w:rFonts w:ascii="Arial" w:hAnsi="Arial" w:cs="Arial"/>
        </w:rPr>
        <w:t xml:space="preserve"> </w:t>
      </w:r>
      <w:proofErr w:type="spellStart"/>
      <w:r w:rsidRPr="00901BC0">
        <w:rPr>
          <w:rFonts w:ascii="Arial" w:hAnsi="Arial" w:cs="Arial"/>
        </w:rPr>
        <w:t>niveles</w:t>
      </w:r>
      <w:proofErr w:type="spellEnd"/>
      <w:r w:rsidRPr="00901BC0">
        <w:rPr>
          <w:rFonts w:ascii="Arial" w:hAnsi="Arial" w:cs="Arial"/>
        </w:rPr>
        <w:t xml:space="preserve"> de </w:t>
      </w:r>
      <w:proofErr w:type="spellStart"/>
      <w:r w:rsidRPr="00901BC0">
        <w:rPr>
          <w:rFonts w:ascii="Arial" w:hAnsi="Arial" w:cs="Arial"/>
        </w:rPr>
        <w:t>intensidad</w:t>
      </w:r>
      <w:proofErr w:type="spellEnd"/>
      <w:r w:rsidRPr="00901BC0">
        <w:rPr>
          <w:rFonts w:ascii="Arial" w:hAnsi="Arial" w:cs="Arial"/>
        </w:rPr>
        <w:t xml:space="preserve">. </w:t>
      </w:r>
      <w:r>
        <w:rPr>
          <w:rFonts w:ascii="Arial" w:hAnsi="Arial" w:cs="Arial"/>
        </w:rPr>
        <w:t xml:space="preserve">Es probable que </w:t>
      </w:r>
      <w:proofErr w:type="spellStart"/>
      <w:r>
        <w:rPr>
          <w:rFonts w:ascii="Arial" w:hAnsi="Arial" w:cs="Arial"/>
        </w:rPr>
        <w:t>exista</w:t>
      </w:r>
      <w:proofErr w:type="spellEnd"/>
      <w:r>
        <w:rPr>
          <w:rFonts w:ascii="Arial" w:hAnsi="Arial" w:cs="Arial"/>
        </w:rPr>
        <w:t xml:space="preserve"> un </w:t>
      </w:r>
      <w:proofErr w:type="spellStart"/>
      <w:r>
        <w:rPr>
          <w:rFonts w:ascii="Arial" w:hAnsi="Arial" w:cs="Arial"/>
        </w:rPr>
        <w:t>a</w:t>
      </w:r>
      <w:r w:rsidRPr="0086050B">
        <w:rPr>
          <w:rFonts w:ascii="Arial" w:hAnsi="Arial" w:cs="Arial"/>
        </w:rPr>
        <w:t>umento</w:t>
      </w:r>
      <w:proofErr w:type="spellEnd"/>
      <w:r w:rsidRPr="0086050B">
        <w:rPr>
          <w:rFonts w:ascii="Arial" w:hAnsi="Arial" w:cs="Arial"/>
        </w:rPr>
        <w:t xml:space="preserve"> de la </w:t>
      </w:r>
      <w:proofErr w:type="spellStart"/>
      <w:r w:rsidRPr="0086050B">
        <w:rPr>
          <w:rFonts w:ascii="Arial" w:hAnsi="Arial" w:cs="Arial"/>
        </w:rPr>
        <w:t>desregulación</w:t>
      </w:r>
      <w:proofErr w:type="spellEnd"/>
      <w:r w:rsidRPr="0086050B">
        <w:rPr>
          <w:rFonts w:ascii="Arial" w:hAnsi="Arial" w:cs="Arial"/>
        </w:rPr>
        <w:t xml:space="preserve"> </w:t>
      </w:r>
      <w:proofErr w:type="spellStart"/>
      <w:r w:rsidRPr="0086050B">
        <w:rPr>
          <w:rFonts w:ascii="Arial" w:hAnsi="Arial" w:cs="Arial"/>
        </w:rPr>
        <w:t>emocional</w:t>
      </w:r>
      <w:proofErr w:type="spellEnd"/>
      <w:r w:rsidRPr="0086050B">
        <w:rPr>
          <w:rFonts w:ascii="Arial" w:hAnsi="Arial" w:cs="Arial"/>
        </w:rPr>
        <w:t xml:space="preserve"> y </w:t>
      </w:r>
      <w:proofErr w:type="spellStart"/>
      <w:r w:rsidRPr="0086050B">
        <w:rPr>
          <w:rFonts w:ascii="Arial" w:hAnsi="Arial" w:cs="Arial"/>
        </w:rPr>
        <w:t>conductual</w:t>
      </w:r>
      <w:proofErr w:type="spellEnd"/>
      <w:r w:rsidRPr="0086050B">
        <w:rPr>
          <w:rFonts w:ascii="Arial" w:hAnsi="Arial" w:cs="Arial"/>
        </w:rPr>
        <w:t xml:space="preserve">, con </w:t>
      </w:r>
      <w:proofErr w:type="spellStart"/>
      <w:r w:rsidRPr="0086050B">
        <w:rPr>
          <w:rFonts w:ascii="Arial" w:hAnsi="Arial" w:cs="Arial"/>
        </w:rPr>
        <w:t>ausencia</w:t>
      </w:r>
      <w:proofErr w:type="spellEnd"/>
      <w:r w:rsidRPr="0086050B">
        <w:rPr>
          <w:rFonts w:ascii="Arial" w:hAnsi="Arial" w:cs="Arial"/>
        </w:rPr>
        <w:t xml:space="preserve"> de </w:t>
      </w:r>
      <w:proofErr w:type="spellStart"/>
      <w:r w:rsidRPr="0086050B">
        <w:rPr>
          <w:rFonts w:ascii="Arial" w:hAnsi="Arial" w:cs="Arial"/>
        </w:rPr>
        <w:t>autocontroles</w:t>
      </w:r>
      <w:proofErr w:type="spellEnd"/>
      <w:r>
        <w:rPr>
          <w:rFonts w:ascii="Arial" w:hAnsi="Arial" w:cs="Arial"/>
        </w:rPr>
        <w:t xml:space="preserve"> </w:t>
      </w:r>
      <w:proofErr w:type="spellStart"/>
      <w:r w:rsidRPr="0086050B">
        <w:rPr>
          <w:rFonts w:ascii="Arial" w:hAnsi="Arial" w:cs="Arial"/>
        </w:rPr>
        <w:t>inhibitorios</w:t>
      </w:r>
      <w:proofErr w:type="spellEnd"/>
      <w:r w:rsidRPr="0086050B">
        <w:rPr>
          <w:rFonts w:ascii="Arial" w:hAnsi="Arial" w:cs="Arial"/>
        </w:rPr>
        <w:t xml:space="preserve"> </w:t>
      </w:r>
      <w:proofErr w:type="spellStart"/>
      <w:r w:rsidRPr="0086050B">
        <w:rPr>
          <w:rFonts w:ascii="Arial" w:hAnsi="Arial" w:cs="Arial"/>
        </w:rPr>
        <w:t>cognitivos</w:t>
      </w:r>
      <w:proofErr w:type="spellEnd"/>
      <w:r w:rsidRPr="0086050B">
        <w:rPr>
          <w:rFonts w:ascii="Arial" w:hAnsi="Arial" w:cs="Arial"/>
        </w:rPr>
        <w:t xml:space="preserve"> y </w:t>
      </w:r>
      <w:proofErr w:type="spellStart"/>
      <w:r w:rsidRPr="0086050B">
        <w:rPr>
          <w:rFonts w:ascii="Arial" w:hAnsi="Arial" w:cs="Arial"/>
        </w:rPr>
        <w:t>riesgo</w:t>
      </w:r>
      <w:proofErr w:type="spellEnd"/>
      <w:r w:rsidRPr="0086050B">
        <w:rPr>
          <w:rFonts w:ascii="Arial" w:hAnsi="Arial" w:cs="Arial"/>
        </w:rPr>
        <w:t xml:space="preserve"> para </w:t>
      </w:r>
      <w:proofErr w:type="spellStart"/>
      <w:r w:rsidRPr="0086050B">
        <w:rPr>
          <w:rFonts w:ascii="Arial" w:hAnsi="Arial" w:cs="Arial"/>
        </w:rPr>
        <w:t>sí</w:t>
      </w:r>
      <w:proofErr w:type="spellEnd"/>
      <w:r w:rsidRPr="0086050B">
        <w:rPr>
          <w:rFonts w:ascii="Arial" w:hAnsi="Arial" w:cs="Arial"/>
        </w:rPr>
        <w:t xml:space="preserve"> </w:t>
      </w:r>
      <w:proofErr w:type="spellStart"/>
      <w:r w:rsidRPr="0086050B">
        <w:rPr>
          <w:rFonts w:ascii="Arial" w:hAnsi="Arial" w:cs="Arial"/>
        </w:rPr>
        <w:t>mismo</w:t>
      </w:r>
      <w:proofErr w:type="spellEnd"/>
      <w:r w:rsidRPr="0086050B">
        <w:rPr>
          <w:rFonts w:ascii="Arial" w:hAnsi="Arial" w:cs="Arial"/>
        </w:rPr>
        <w:t xml:space="preserve">/a o </w:t>
      </w:r>
      <w:proofErr w:type="spellStart"/>
      <w:r w:rsidRPr="0086050B">
        <w:rPr>
          <w:rFonts w:ascii="Arial" w:hAnsi="Arial" w:cs="Arial"/>
        </w:rPr>
        <w:t>terceros</w:t>
      </w:r>
      <w:proofErr w:type="spellEnd"/>
      <w:r>
        <w:rPr>
          <w:rFonts w:ascii="Arial" w:hAnsi="Arial" w:cs="Arial"/>
        </w:rPr>
        <w:t xml:space="preserve">. </w:t>
      </w:r>
      <w:r w:rsidRPr="0086050B">
        <w:rPr>
          <w:rFonts w:ascii="Arial" w:hAnsi="Arial" w:cs="Arial"/>
        </w:rPr>
        <w:t xml:space="preserve"> No </w:t>
      </w:r>
      <w:proofErr w:type="spellStart"/>
      <w:r w:rsidRPr="0086050B">
        <w:rPr>
          <w:rFonts w:ascii="Arial" w:hAnsi="Arial" w:cs="Arial"/>
        </w:rPr>
        <w:t>responde</w:t>
      </w:r>
      <w:proofErr w:type="spellEnd"/>
      <w:r w:rsidRPr="0086050B">
        <w:rPr>
          <w:rFonts w:ascii="Arial" w:hAnsi="Arial" w:cs="Arial"/>
        </w:rPr>
        <w:t xml:space="preserve"> a </w:t>
      </w:r>
      <w:proofErr w:type="spellStart"/>
      <w:r w:rsidRPr="0086050B">
        <w:rPr>
          <w:rFonts w:ascii="Arial" w:hAnsi="Arial" w:cs="Arial"/>
        </w:rPr>
        <w:t>comunicación</w:t>
      </w:r>
      <w:proofErr w:type="spellEnd"/>
      <w:r>
        <w:rPr>
          <w:rFonts w:ascii="Arial" w:hAnsi="Arial" w:cs="Arial"/>
        </w:rPr>
        <w:t xml:space="preserve"> </w:t>
      </w:r>
      <w:r w:rsidRPr="0086050B">
        <w:rPr>
          <w:rFonts w:ascii="Arial" w:hAnsi="Arial" w:cs="Arial"/>
        </w:rPr>
        <w:t xml:space="preserve">verbal </w:t>
      </w:r>
      <w:proofErr w:type="spellStart"/>
      <w:r w:rsidRPr="0086050B">
        <w:rPr>
          <w:rFonts w:ascii="Arial" w:hAnsi="Arial" w:cs="Arial"/>
        </w:rPr>
        <w:t>ni</w:t>
      </w:r>
      <w:proofErr w:type="spellEnd"/>
      <w:r w:rsidRPr="0086050B">
        <w:rPr>
          <w:rFonts w:ascii="Arial" w:hAnsi="Arial" w:cs="Arial"/>
        </w:rPr>
        <w:t xml:space="preserve"> a </w:t>
      </w:r>
      <w:proofErr w:type="spellStart"/>
      <w:r w:rsidRPr="0086050B">
        <w:rPr>
          <w:rFonts w:ascii="Arial" w:hAnsi="Arial" w:cs="Arial"/>
        </w:rPr>
        <w:t>mirada</w:t>
      </w:r>
      <w:proofErr w:type="spellEnd"/>
      <w:r w:rsidRPr="0086050B">
        <w:rPr>
          <w:rFonts w:ascii="Arial" w:hAnsi="Arial" w:cs="Arial"/>
        </w:rPr>
        <w:t xml:space="preserve"> o </w:t>
      </w:r>
      <w:proofErr w:type="spellStart"/>
      <w:r w:rsidRPr="0086050B">
        <w:rPr>
          <w:rFonts w:ascii="Arial" w:hAnsi="Arial" w:cs="Arial"/>
        </w:rPr>
        <w:t>intervenciones</w:t>
      </w:r>
      <w:proofErr w:type="spellEnd"/>
      <w:r w:rsidRPr="0086050B">
        <w:rPr>
          <w:rFonts w:ascii="Arial" w:hAnsi="Arial" w:cs="Arial"/>
        </w:rPr>
        <w:t xml:space="preserve"> de </w:t>
      </w:r>
      <w:proofErr w:type="spellStart"/>
      <w:r w:rsidRPr="0086050B">
        <w:rPr>
          <w:rFonts w:ascii="Arial" w:hAnsi="Arial" w:cs="Arial"/>
        </w:rPr>
        <w:t>terceros</w:t>
      </w:r>
      <w:proofErr w:type="spellEnd"/>
      <w:r w:rsidRPr="0086050B">
        <w:rPr>
          <w:rFonts w:ascii="Arial" w:hAnsi="Arial" w:cs="Arial"/>
        </w:rPr>
        <w:t xml:space="preserve">, al </w:t>
      </w:r>
      <w:proofErr w:type="spellStart"/>
      <w:r w:rsidRPr="0086050B">
        <w:rPr>
          <w:rFonts w:ascii="Arial" w:hAnsi="Arial" w:cs="Arial"/>
        </w:rPr>
        <w:t>tiempo</w:t>
      </w:r>
      <w:proofErr w:type="spellEnd"/>
      <w:r w:rsidRPr="0086050B">
        <w:rPr>
          <w:rFonts w:ascii="Arial" w:hAnsi="Arial" w:cs="Arial"/>
        </w:rPr>
        <w:t xml:space="preserve"> que </w:t>
      </w:r>
      <w:proofErr w:type="spellStart"/>
      <w:r w:rsidRPr="0086050B">
        <w:rPr>
          <w:rFonts w:ascii="Arial" w:hAnsi="Arial" w:cs="Arial"/>
        </w:rPr>
        <w:t>aumenta</w:t>
      </w:r>
      <w:proofErr w:type="spellEnd"/>
      <w:r w:rsidRPr="0086050B">
        <w:rPr>
          <w:rFonts w:ascii="Arial" w:hAnsi="Arial" w:cs="Arial"/>
        </w:rPr>
        <w:t xml:space="preserve"> la </w:t>
      </w:r>
      <w:proofErr w:type="spellStart"/>
      <w:r w:rsidRPr="0086050B">
        <w:rPr>
          <w:rFonts w:ascii="Arial" w:hAnsi="Arial" w:cs="Arial"/>
        </w:rPr>
        <w:t>agitación</w:t>
      </w:r>
      <w:proofErr w:type="spellEnd"/>
      <w:r w:rsidRPr="0086050B">
        <w:rPr>
          <w:rFonts w:ascii="Arial" w:hAnsi="Arial" w:cs="Arial"/>
        </w:rPr>
        <w:t xml:space="preserve"> </w:t>
      </w:r>
      <w:proofErr w:type="spellStart"/>
      <w:r w:rsidRPr="0086050B">
        <w:rPr>
          <w:rFonts w:ascii="Arial" w:hAnsi="Arial" w:cs="Arial"/>
        </w:rPr>
        <w:t>motora</w:t>
      </w:r>
      <w:proofErr w:type="spellEnd"/>
      <w:r>
        <w:rPr>
          <w:rFonts w:ascii="Arial" w:hAnsi="Arial" w:cs="Arial"/>
        </w:rPr>
        <w:t xml:space="preserve"> </w:t>
      </w:r>
      <w:r w:rsidRPr="0086050B">
        <w:rPr>
          <w:rFonts w:ascii="Arial" w:hAnsi="Arial" w:cs="Arial"/>
        </w:rPr>
        <w:t xml:space="preserve">sin </w:t>
      </w:r>
      <w:proofErr w:type="spellStart"/>
      <w:r w:rsidRPr="0086050B">
        <w:rPr>
          <w:rFonts w:ascii="Arial" w:hAnsi="Arial" w:cs="Arial"/>
        </w:rPr>
        <w:t>lograr</w:t>
      </w:r>
      <w:proofErr w:type="spellEnd"/>
      <w:r w:rsidRPr="0086050B">
        <w:rPr>
          <w:rFonts w:ascii="Arial" w:hAnsi="Arial" w:cs="Arial"/>
        </w:rPr>
        <w:t xml:space="preserve"> </w:t>
      </w:r>
      <w:proofErr w:type="spellStart"/>
      <w:r w:rsidRPr="0086050B">
        <w:rPr>
          <w:rFonts w:ascii="Arial" w:hAnsi="Arial" w:cs="Arial"/>
        </w:rPr>
        <w:t>conectar</w:t>
      </w:r>
      <w:proofErr w:type="spellEnd"/>
      <w:r w:rsidRPr="0086050B">
        <w:rPr>
          <w:rFonts w:ascii="Arial" w:hAnsi="Arial" w:cs="Arial"/>
        </w:rPr>
        <w:t xml:space="preserve"> con </w:t>
      </w:r>
      <w:proofErr w:type="spellStart"/>
      <w:r w:rsidRPr="0086050B">
        <w:rPr>
          <w:rFonts w:ascii="Arial" w:hAnsi="Arial" w:cs="Arial"/>
        </w:rPr>
        <w:t>su</w:t>
      </w:r>
      <w:proofErr w:type="spellEnd"/>
      <w:r w:rsidRPr="0086050B">
        <w:rPr>
          <w:rFonts w:ascii="Arial" w:hAnsi="Arial" w:cs="Arial"/>
        </w:rPr>
        <w:t xml:space="preserve"> </w:t>
      </w:r>
      <w:proofErr w:type="spellStart"/>
      <w:r w:rsidRPr="0086050B">
        <w:rPr>
          <w:rFonts w:ascii="Arial" w:hAnsi="Arial" w:cs="Arial"/>
        </w:rPr>
        <w:t>entorno</w:t>
      </w:r>
      <w:proofErr w:type="spellEnd"/>
      <w:r w:rsidRPr="0086050B">
        <w:rPr>
          <w:rFonts w:ascii="Arial" w:hAnsi="Arial" w:cs="Arial"/>
        </w:rPr>
        <w:t xml:space="preserve"> de </w:t>
      </w:r>
      <w:proofErr w:type="spellStart"/>
      <w:r w:rsidRPr="0086050B">
        <w:rPr>
          <w:rFonts w:ascii="Arial" w:hAnsi="Arial" w:cs="Arial"/>
        </w:rPr>
        <w:t>manera</w:t>
      </w:r>
      <w:proofErr w:type="spellEnd"/>
      <w:r w:rsidRPr="0086050B">
        <w:rPr>
          <w:rFonts w:ascii="Arial" w:hAnsi="Arial" w:cs="Arial"/>
        </w:rPr>
        <w:t xml:space="preserve"> </w:t>
      </w:r>
      <w:proofErr w:type="spellStart"/>
      <w:r w:rsidRPr="0086050B">
        <w:rPr>
          <w:rFonts w:ascii="Arial" w:hAnsi="Arial" w:cs="Arial"/>
        </w:rPr>
        <w:t>adecuada</w:t>
      </w:r>
      <w:proofErr w:type="spellEnd"/>
      <w:r w:rsidRPr="0086050B">
        <w:rPr>
          <w:rFonts w:ascii="Arial" w:hAnsi="Arial" w:cs="Arial"/>
        </w:rPr>
        <w:t xml:space="preserve">. Se </w:t>
      </w:r>
      <w:proofErr w:type="spellStart"/>
      <w:r w:rsidRPr="0086050B">
        <w:rPr>
          <w:rFonts w:ascii="Arial" w:hAnsi="Arial" w:cs="Arial"/>
        </w:rPr>
        <w:t>sugiere</w:t>
      </w:r>
      <w:proofErr w:type="spellEnd"/>
      <w:r w:rsidRPr="0086050B">
        <w:rPr>
          <w:rFonts w:ascii="Arial" w:hAnsi="Arial" w:cs="Arial"/>
        </w:rPr>
        <w:t xml:space="preserve"> “</w:t>
      </w:r>
      <w:proofErr w:type="spellStart"/>
      <w:r w:rsidRPr="0086050B">
        <w:rPr>
          <w:rFonts w:ascii="Arial" w:hAnsi="Arial" w:cs="Arial"/>
        </w:rPr>
        <w:t>acompañar</w:t>
      </w:r>
      <w:proofErr w:type="spellEnd"/>
      <w:r w:rsidRPr="0086050B">
        <w:rPr>
          <w:rFonts w:ascii="Arial" w:hAnsi="Arial" w:cs="Arial"/>
        </w:rPr>
        <w:t>” sin</w:t>
      </w:r>
      <w:r>
        <w:rPr>
          <w:rFonts w:ascii="Arial" w:hAnsi="Arial" w:cs="Arial"/>
        </w:rPr>
        <w:t xml:space="preserve"> </w:t>
      </w:r>
      <w:proofErr w:type="spellStart"/>
      <w:r w:rsidRPr="0086050B">
        <w:rPr>
          <w:rFonts w:ascii="Arial" w:hAnsi="Arial" w:cs="Arial"/>
        </w:rPr>
        <w:t>interferir</w:t>
      </w:r>
      <w:proofErr w:type="spellEnd"/>
      <w:r w:rsidRPr="0086050B">
        <w:rPr>
          <w:rFonts w:ascii="Arial" w:hAnsi="Arial" w:cs="Arial"/>
        </w:rPr>
        <w:t xml:space="preserve"> </w:t>
      </w:r>
      <w:proofErr w:type="spellStart"/>
      <w:r w:rsidRPr="0086050B">
        <w:rPr>
          <w:rFonts w:ascii="Arial" w:hAnsi="Arial" w:cs="Arial"/>
        </w:rPr>
        <w:t>en</w:t>
      </w:r>
      <w:proofErr w:type="spellEnd"/>
      <w:r w:rsidRPr="0086050B">
        <w:rPr>
          <w:rFonts w:ascii="Arial" w:hAnsi="Arial" w:cs="Arial"/>
        </w:rPr>
        <w:t xml:space="preserve"> </w:t>
      </w:r>
      <w:proofErr w:type="spellStart"/>
      <w:r w:rsidRPr="0086050B">
        <w:rPr>
          <w:rFonts w:ascii="Arial" w:hAnsi="Arial" w:cs="Arial"/>
        </w:rPr>
        <w:t>su</w:t>
      </w:r>
      <w:proofErr w:type="spellEnd"/>
      <w:r w:rsidRPr="0086050B">
        <w:rPr>
          <w:rFonts w:ascii="Arial" w:hAnsi="Arial" w:cs="Arial"/>
        </w:rPr>
        <w:t xml:space="preserve"> </w:t>
      </w:r>
      <w:proofErr w:type="spellStart"/>
      <w:r w:rsidRPr="0086050B">
        <w:rPr>
          <w:rFonts w:ascii="Arial" w:hAnsi="Arial" w:cs="Arial"/>
        </w:rPr>
        <w:t>proceso</w:t>
      </w:r>
      <w:proofErr w:type="spellEnd"/>
      <w:r w:rsidRPr="0086050B">
        <w:rPr>
          <w:rFonts w:ascii="Arial" w:hAnsi="Arial" w:cs="Arial"/>
        </w:rPr>
        <w:t xml:space="preserve"> de </w:t>
      </w:r>
      <w:proofErr w:type="spellStart"/>
      <w:r w:rsidRPr="0086050B">
        <w:rPr>
          <w:rFonts w:ascii="Arial" w:hAnsi="Arial" w:cs="Arial"/>
        </w:rPr>
        <w:t>manera</w:t>
      </w:r>
      <w:proofErr w:type="spellEnd"/>
      <w:r w:rsidRPr="0086050B">
        <w:rPr>
          <w:rFonts w:ascii="Arial" w:hAnsi="Arial" w:cs="Arial"/>
        </w:rPr>
        <w:t xml:space="preserve"> </w:t>
      </w:r>
      <w:proofErr w:type="spellStart"/>
      <w:r w:rsidRPr="0086050B">
        <w:rPr>
          <w:rFonts w:ascii="Arial" w:hAnsi="Arial" w:cs="Arial"/>
        </w:rPr>
        <w:t>invasiva</w:t>
      </w:r>
      <w:proofErr w:type="spellEnd"/>
      <w:r w:rsidRPr="0086050B">
        <w:rPr>
          <w:rFonts w:ascii="Arial" w:hAnsi="Arial" w:cs="Arial"/>
        </w:rPr>
        <w:t xml:space="preserve">, con </w:t>
      </w:r>
      <w:proofErr w:type="spellStart"/>
      <w:r w:rsidRPr="0086050B">
        <w:rPr>
          <w:rFonts w:ascii="Arial" w:hAnsi="Arial" w:cs="Arial"/>
        </w:rPr>
        <w:t>acciones</w:t>
      </w:r>
      <w:proofErr w:type="spellEnd"/>
      <w:r w:rsidRPr="0086050B">
        <w:rPr>
          <w:rFonts w:ascii="Arial" w:hAnsi="Arial" w:cs="Arial"/>
        </w:rPr>
        <w:t xml:space="preserve"> </w:t>
      </w:r>
      <w:proofErr w:type="spellStart"/>
      <w:r w:rsidRPr="0086050B">
        <w:rPr>
          <w:rFonts w:ascii="Arial" w:hAnsi="Arial" w:cs="Arial"/>
        </w:rPr>
        <w:t>como</w:t>
      </w:r>
      <w:proofErr w:type="spellEnd"/>
      <w:r w:rsidRPr="0086050B">
        <w:rPr>
          <w:rFonts w:ascii="Arial" w:hAnsi="Arial" w:cs="Arial"/>
        </w:rPr>
        <w:t xml:space="preserve"> </w:t>
      </w:r>
      <w:proofErr w:type="spellStart"/>
      <w:r w:rsidRPr="0086050B">
        <w:rPr>
          <w:rFonts w:ascii="Arial" w:hAnsi="Arial" w:cs="Arial"/>
        </w:rPr>
        <w:t>ofrecer</w:t>
      </w:r>
      <w:proofErr w:type="spellEnd"/>
      <w:r w:rsidRPr="0086050B">
        <w:rPr>
          <w:rFonts w:ascii="Arial" w:hAnsi="Arial" w:cs="Arial"/>
        </w:rPr>
        <w:t xml:space="preserve"> </w:t>
      </w:r>
      <w:proofErr w:type="spellStart"/>
      <w:r w:rsidRPr="0086050B">
        <w:rPr>
          <w:rFonts w:ascii="Arial" w:hAnsi="Arial" w:cs="Arial"/>
        </w:rPr>
        <w:t>soluciones</w:t>
      </w:r>
      <w:proofErr w:type="spellEnd"/>
      <w:r w:rsidRPr="0086050B">
        <w:rPr>
          <w:rFonts w:ascii="Arial" w:hAnsi="Arial" w:cs="Arial"/>
        </w:rPr>
        <w:t xml:space="preserve"> o</w:t>
      </w:r>
      <w:r>
        <w:rPr>
          <w:rFonts w:ascii="Arial" w:hAnsi="Arial" w:cs="Arial"/>
        </w:rPr>
        <w:t xml:space="preserve"> </w:t>
      </w:r>
      <w:proofErr w:type="spellStart"/>
      <w:r w:rsidRPr="0086050B">
        <w:rPr>
          <w:rFonts w:ascii="Arial" w:hAnsi="Arial" w:cs="Arial"/>
        </w:rPr>
        <w:t>pidiéndole</w:t>
      </w:r>
      <w:proofErr w:type="spellEnd"/>
      <w:r w:rsidRPr="0086050B">
        <w:rPr>
          <w:rFonts w:ascii="Arial" w:hAnsi="Arial" w:cs="Arial"/>
        </w:rPr>
        <w:t xml:space="preserve"> que </w:t>
      </w:r>
      <w:proofErr w:type="spellStart"/>
      <w:r w:rsidRPr="0086050B">
        <w:rPr>
          <w:rFonts w:ascii="Arial" w:hAnsi="Arial" w:cs="Arial"/>
        </w:rPr>
        <w:t>efectúe</w:t>
      </w:r>
      <w:proofErr w:type="spellEnd"/>
      <w:r w:rsidRPr="0086050B">
        <w:rPr>
          <w:rFonts w:ascii="Arial" w:hAnsi="Arial" w:cs="Arial"/>
        </w:rPr>
        <w:t xml:space="preserve"> </w:t>
      </w:r>
      <w:proofErr w:type="spellStart"/>
      <w:r w:rsidRPr="0086050B">
        <w:rPr>
          <w:rFonts w:ascii="Arial" w:hAnsi="Arial" w:cs="Arial"/>
        </w:rPr>
        <w:t>algún</w:t>
      </w:r>
      <w:proofErr w:type="spellEnd"/>
      <w:r w:rsidRPr="0086050B">
        <w:rPr>
          <w:rFonts w:ascii="Arial" w:hAnsi="Arial" w:cs="Arial"/>
        </w:rPr>
        <w:t xml:space="preserve"> </w:t>
      </w:r>
      <w:proofErr w:type="spellStart"/>
      <w:r w:rsidRPr="0086050B">
        <w:rPr>
          <w:rFonts w:ascii="Arial" w:hAnsi="Arial" w:cs="Arial"/>
        </w:rPr>
        <w:t>ejercicio</w:t>
      </w:r>
      <w:proofErr w:type="spellEnd"/>
      <w:r w:rsidRPr="0086050B">
        <w:rPr>
          <w:rFonts w:ascii="Arial" w:hAnsi="Arial" w:cs="Arial"/>
        </w:rPr>
        <w:t xml:space="preserve">, </w:t>
      </w:r>
      <w:proofErr w:type="spellStart"/>
      <w:r w:rsidRPr="0086050B">
        <w:rPr>
          <w:rFonts w:ascii="Arial" w:hAnsi="Arial" w:cs="Arial"/>
        </w:rPr>
        <w:t>pues</w:t>
      </w:r>
      <w:proofErr w:type="spellEnd"/>
      <w:r w:rsidRPr="0086050B">
        <w:rPr>
          <w:rFonts w:ascii="Arial" w:hAnsi="Arial" w:cs="Arial"/>
        </w:rPr>
        <w:t xml:space="preserve"> </w:t>
      </w:r>
      <w:proofErr w:type="spellStart"/>
      <w:r w:rsidRPr="0086050B">
        <w:rPr>
          <w:rFonts w:ascii="Arial" w:hAnsi="Arial" w:cs="Arial"/>
        </w:rPr>
        <w:t>durante</w:t>
      </w:r>
      <w:proofErr w:type="spellEnd"/>
      <w:r w:rsidRPr="0086050B">
        <w:rPr>
          <w:rFonts w:ascii="Arial" w:hAnsi="Arial" w:cs="Arial"/>
        </w:rPr>
        <w:t xml:space="preserve"> </w:t>
      </w:r>
      <w:proofErr w:type="spellStart"/>
      <w:r w:rsidRPr="0086050B">
        <w:rPr>
          <w:rFonts w:ascii="Arial" w:hAnsi="Arial" w:cs="Arial"/>
        </w:rPr>
        <w:t>esta</w:t>
      </w:r>
      <w:proofErr w:type="spellEnd"/>
      <w:r w:rsidRPr="0086050B">
        <w:rPr>
          <w:rFonts w:ascii="Arial" w:hAnsi="Arial" w:cs="Arial"/>
        </w:rPr>
        <w:t xml:space="preserve"> </w:t>
      </w:r>
      <w:proofErr w:type="spellStart"/>
      <w:r w:rsidRPr="0086050B">
        <w:rPr>
          <w:rFonts w:ascii="Arial" w:hAnsi="Arial" w:cs="Arial"/>
        </w:rPr>
        <w:t>etapa</w:t>
      </w:r>
      <w:proofErr w:type="spellEnd"/>
      <w:r w:rsidRPr="0086050B">
        <w:rPr>
          <w:rFonts w:ascii="Arial" w:hAnsi="Arial" w:cs="Arial"/>
        </w:rPr>
        <w:t xml:space="preserve"> de </w:t>
      </w:r>
      <w:proofErr w:type="spellStart"/>
      <w:r w:rsidRPr="0086050B">
        <w:rPr>
          <w:rFonts w:ascii="Arial" w:hAnsi="Arial" w:cs="Arial"/>
        </w:rPr>
        <w:t>desregulación</w:t>
      </w:r>
      <w:proofErr w:type="spellEnd"/>
      <w:r w:rsidRPr="0086050B">
        <w:rPr>
          <w:rFonts w:ascii="Arial" w:hAnsi="Arial" w:cs="Arial"/>
        </w:rPr>
        <w:t xml:space="preserve"> </w:t>
      </w:r>
      <w:proofErr w:type="spellStart"/>
      <w:r w:rsidRPr="0086050B">
        <w:rPr>
          <w:rFonts w:ascii="Arial" w:hAnsi="Arial" w:cs="Arial"/>
        </w:rPr>
        <w:t>el</w:t>
      </w:r>
      <w:proofErr w:type="spellEnd"/>
      <w:r w:rsidRPr="0086050B">
        <w:rPr>
          <w:rFonts w:ascii="Arial" w:hAnsi="Arial" w:cs="Arial"/>
        </w:rPr>
        <w:t xml:space="preserve"> NNAJ</w:t>
      </w:r>
      <w:r>
        <w:rPr>
          <w:rFonts w:ascii="Arial" w:hAnsi="Arial" w:cs="Arial"/>
        </w:rPr>
        <w:t xml:space="preserve"> </w:t>
      </w:r>
      <w:r w:rsidRPr="0086050B">
        <w:rPr>
          <w:rFonts w:ascii="Arial" w:hAnsi="Arial" w:cs="Arial"/>
        </w:rPr>
        <w:t xml:space="preserve">no </w:t>
      </w:r>
      <w:proofErr w:type="spellStart"/>
      <w:r w:rsidRPr="0086050B">
        <w:rPr>
          <w:rFonts w:ascii="Arial" w:hAnsi="Arial" w:cs="Arial"/>
        </w:rPr>
        <w:t>está</w:t>
      </w:r>
      <w:proofErr w:type="spellEnd"/>
      <w:r w:rsidRPr="0086050B">
        <w:rPr>
          <w:rFonts w:ascii="Arial" w:hAnsi="Arial" w:cs="Arial"/>
        </w:rPr>
        <w:t xml:space="preserve"> </w:t>
      </w:r>
      <w:proofErr w:type="spellStart"/>
      <w:r w:rsidRPr="0086050B">
        <w:rPr>
          <w:rFonts w:ascii="Arial" w:hAnsi="Arial" w:cs="Arial"/>
        </w:rPr>
        <w:t>logrando</w:t>
      </w:r>
      <w:proofErr w:type="spellEnd"/>
      <w:r w:rsidRPr="0086050B">
        <w:rPr>
          <w:rFonts w:ascii="Arial" w:hAnsi="Arial" w:cs="Arial"/>
        </w:rPr>
        <w:t xml:space="preserve"> </w:t>
      </w:r>
      <w:proofErr w:type="spellStart"/>
      <w:r w:rsidRPr="0086050B">
        <w:rPr>
          <w:rFonts w:ascii="Arial" w:hAnsi="Arial" w:cs="Arial"/>
        </w:rPr>
        <w:t>conectar</w:t>
      </w:r>
      <w:proofErr w:type="spellEnd"/>
      <w:r w:rsidRPr="0086050B">
        <w:rPr>
          <w:rFonts w:ascii="Arial" w:hAnsi="Arial" w:cs="Arial"/>
        </w:rPr>
        <w:t xml:space="preserve"> con </w:t>
      </w:r>
      <w:proofErr w:type="spellStart"/>
      <w:r w:rsidRPr="0086050B">
        <w:rPr>
          <w:rFonts w:ascii="Arial" w:hAnsi="Arial" w:cs="Arial"/>
        </w:rPr>
        <w:t>su</w:t>
      </w:r>
      <w:proofErr w:type="spellEnd"/>
      <w:r w:rsidRPr="0086050B">
        <w:rPr>
          <w:rFonts w:ascii="Arial" w:hAnsi="Arial" w:cs="Arial"/>
        </w:rPr>
        <w:t xml:space="preserve"> </w:t>
      </w:r>
      <w:proofErr w:type="spellStart"/>
      <w:r w:rsidRPr="0086050B">
        <w:rPr>
          <w:rFonts w:ascii="Arial" w:hAnsi="Arial" w:cs="Arial"/>
        </w:rPr>
        <w:t>entorno</w:t>
      </w:r>
      <w:proofErr w:type="spellEnd"/>
      <w:r w:rsidRPr="0086050B">
        <w:rPr>
          <w:rFonts w:ascii="Arial" w:hAnsi="Arial" w:cs="Arial"/>
        </w:rPr>
        <w:t xml:space="preserve"> de </w:t>
      </w:r>
      <w:proofErr w:type="spellStart"/>
      <w:r w:rsidRPr="0086050B">
        <w:rPr>
          <w:rFonts w:ascii="Arial" w:hAnsi="Arial" w:cs="Arial"/>
        </w:rPr>
        <w:t>manera</w:t>
      </w:r>
      <w:proofErr w:type="spellEnd"/>
      <w:r w:rsidRPr="0086050B">
        <w:rPr>
          <w:rFonts w:ascii="Arial" w:hAnsi="Arial" w:cs="Arial"/>
        </w:rPr>
        <w:t xml:space="preserve"> </w:t>
      </w:r>
      <w:proofErr w:type="spellStart"/>
      <w:r w:rsidRPr="0086050B">
        <w:rPr>
          <w:rFonts w:ascii="Arial" w:hAnsi="Arial" w:cs="Arial"/>
        </w:rPr>
        <w:t>esperable</w:t>
      </w:r>
      <w:proofErr w:type="spellEnd"/>
      <w:r w:rsidRPr="0086050B">
        <w:rPr>
          <w:rFonts w:ascii="Arial" w:hAnsi="Arial" w:cs="Arial"/>
        </w:rPr>
        <w:t xml:space="preserve">. </w:t>
      </w:r>
      <w:r w:rsidRPr="00901BC0">
        <w:rPr>
          <w:rFonts w:ascii="Arial" w:hAnsi="Arial" w:cs="Arial"/>
        </w:rPr>
        <w:t xml:space="preserve">Para </w:t>
      </w:r>
      <w:proofErr w:type="spellStart"/>
      <w:r w:rsidRPr="00901BC0">
        <w:rPr>
          <w:rFonts w:ascii="Arial" w:hAnsi="Arial" w:cs="Arial"/>
        </w:rPr>
        <w:t>efectos</w:t>
      </w:r>
      <w:proofErr w:type="spellEnd"/>
      <w:r w:rsidRPr="00901BC0">
        <w:rPr>
          <w:rFonts w:ascii="Arial" w:hAnsi="Arial" w:cs="Arial"/>
        </w:rPr>
        <w:t xml:space="preserve"> de </w:t>
      </w:r>
      <w:proofErr w:type="spellStart"/>
      <w:r w:rsidRPr="00901BC0">
        <w:rPr>
          <w:rFonts w:ascii="Arial" w:hAnsi="Arial" w:cs="Arial"/>
        </w:rPr>
        <w:t>organización</w:t>
      </w:r>
      <w:proofErr w:type="spellEnd"/>
      <w:r w:rsidRPr="00901BC0">
        <w:rPr>
          <w:rFonts w:ascii="Arial" w:hAnsi="Arial" w:cs="Arial"/>
        </w:rPr>
        <w:t xml:space="preserve"> de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apoyos</w:t>
      </w:r>
      <w:proofErr w:type="spellEnd"/>
      <w:r w:rsidRPr="00901BC0">
        <w:rPr>
          <w:rFonts w:ascii="Arial" w:hAnsi="Arial" w:cs="Arial"/>
        </w:rPr>
        <w:t xml:space="preserve">, se </w:t>
      </w:r>
      <w:proofErr w:type="spellStart"/>
      <w:r w:rsidRPr="00901BC0">
        <w:rPr>
          <w:rFonts w:ascii="Arial" w:hAnsi="Arial" w:cs="Arial"/>
        </w:rPr>
        <w:t>describen</w:t>
      </w:r>
      <w:proofErr w:type="spellEnd"/>
      <w:r w:rsidRPr="00901BC0">
        <w:rPr>
          <w:rFonts w:ascii="Arial" w:hAnsi="Arial" w:cs="Arial"/>
        </w:rPr>
        <w:t xml:space="preserve"> </w:t>
      </w:r>
      <w:proofErr w:type="spellStart"/>
      <w:r w:rsidRPr="00901BC0">
        <w:rPr>
          <w:rFonts w:ascii="Arial" w:hAnsi="Arial" w:cs="Arial"/>
        </w:rPr>
        <w:t>tres</w:t>
      </w:r>
      <w:proofErr w:type="spellEnd"/>
      <w:r w:rsidRPr="00901BC0">
        <w:rPr>
          <w:rFonts w:ascii="Arial" w:hAnsi="Arial" w:cs="Arial"/>
        </w:rPr>
        <w:t xml:space="preserve"> </w:t>
      </w:r>
      <w:proofErr w:type="spellStart"/>
      <w:r w:rsidRPr="00901BC0">
        <w:rPr>
          <w:rFonts w:ascii="Arial" w:hAnsi="Arial" w:cs="Arial"/>
        </w:rPr>
        <w:t>etapas</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grado</w:t>
      </w:r>
      <w:proofErr w:type="spellEnd"/>
      <w:r w:rsidRPr="00901BC0">
        <w:rPr>
          <w:rFonts w:ascii="Arial" w:hAnsi="Arial" w:cs="Arial"/>
        </w:rPr>
        <w:t xml:space="preserve"> de </w:t>
      </w:r>
      <w:proofErr w:type="spellStart"/>
      <w:r w:rsidRPr="00901BC0">
        <w:rPr>
          <w:rFonts w:ascii="Arial" w:hAnsi="Arial" w:cs="Arial"/>
        </w:rPr>
        <w:t>intensidad</w:t>
      </w:r>
      <w:proofErr w:type="spellEnd"/>
      <w:r w:rsidRPr="00901BC0">
        <w:rPr>
          <w:rFonts w:ascii="Arial" w:hAnsi="Arial" w:cs="Arial"/>
        </w:rPr>
        <w:t xml:space="preserve"> de la </w:t>
      </w:r>
      <w:proofErr w:type="spellStart"/>
      <w:r w:rsidRPr="00901BC0">
        <w:rPr>
          <w:rFonts w:ascii="Arial" w:hAnsi="Arial" w:cs="Arial"/>
        </w:rPr>
        <w:t>desregulación</w:t>
      </w:r>
      <w:proofErr w:type="spellEnd"/>
      <w:r w:rsidRPr="00901BC0">
        <w:rPr>
          <w:rFonts w:ascii="Arial" w:hAnsi="Arial" w:cs="Arial"/>
        </w:rPr>
        <w:t xml:space="preserve"> y </w:t>
      </w:r>
      <w:proofErr w:type="spellStart"/>
      <w:r w:rsidRPr="00901BC0">
        <w:rPr>
          <w:rFonts w:ascii="Arial" w:hAnsi="Arial" w:cs="Arial"/>
        </w:rPr>
        <w:t>complejidad</w:t>
      </w:r>
      <w:proofErr w:type="spellEnd"/>
      <w:r w:rsidRPr="00901BC0">
        <w:rPr>
          <w:rFonts w:ascii="Arial" w:hAnsi="Arial" w:cs="Arial"/>
        </w:rPr>
        <w:t xml:space="preserve"> de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apoyos</w:t>
      </w:r>
      <w:proofErr w:type="spellEnd"/>
      <w:r w:rsidRPr="00901BC0">
        <w:rPr>
          <w:rFonts w:ascii="Arial" w:hAnsi="Arial" w:cs="Arial"/>
        </w:rPr>
        <w:t xml:space="preserve"> </w:t>
      </w:r>
      <w:proofErr w:type="spellStart"/>
      <w:r w:rsidRPr="00901BC0">
        <w:rPr>
          <w:rFonts w:ascii="Arial" w:hAnsi="Arial" w:cs="Arial"/>
        </w:rPr>
        <w:t>requeridos</w:t>
      </w:r>
      <w:proofErr w:type="spellEnd"/>
      <w:r w:rsidRPr="00901BC0">
        <w:rPr>
          <w:rFonts w:ascii="Arial" w:hAnsi="Arial" w:cs="Arial"/>
        </w:rPr>
        <w:t>.</w:t>
      </w:r>
    </w:p>
    <w:p w14:paraId="6B1A50B3" w14:textId="77777777" w:rsidR="00893C50" w:rsidRPr="00901BC0" w:rsidRDefault="00893C50" w:rsidP="00893C50">
      <w:pPr>
        <w:pStyle w:val="Textoindependiente"/>
        <w:spacing w:before="5" w:line="360" w:lineRule="auto"/>
        <w:ind w:right="49"/>
        <w:jc w:val="both"/>
        <w:rPr>
          <w:rFonts w:ascii="Arial" w:hAnsi="Arial" w:cs="Arial"/>
        </w:rPr>
      </w:pPr>
    </w:p>
    <w:p w14:paraId="6B96C39C" w14:textId="77777777" w:rsidR="00893C50" w:rsidRPr="00893C50" w:rsidRDefault="00893C50" w:rsidP="00893C50">
      <w:pPr>
        <w:pStyle w:val="Ttulo1"/>
        <w:keepNext w:val="0"/>
        <w:keepLines w:val="0"/>
        <w:widowControl w:val="0"/>
        <w:numPr>
          <w:ilvl w:val="0"/>
          <w:numId w:val="47"/>
        </w:numPr>
        <w:tabs>
          <w:tab w:val="left" w:pos="1232"/>
          <w:tab w:val="left" w:pos="1233"/>
        </w:tabs>
        <w:autoSpaceDE w:val="0"/>
        <w:autoSpaceDN w:val="0"/>
        <w:spacing w:before="0" w:line="360" w:lineRule="auto"/>
        <w:ind w:left="567" w:right="49"/>
        <w:jc w:val="both"/>
        <w:rPr>
          <w:rFonts w:ascii="Arial" w:hAnsi="Arial" w:cs="Arial"/>
          <w:color w:val="auto"/>
          <w:sz w:val="24"/>
          <w:szCs w:val="24"/>
        </w:rPr>
      </w:pPr>
      <w:r w:rsidRPr="00893C50">
        <w:rPr>
          <w:rFonts w:ascii="Arial" w:hAnsi="Arial" w:cs="Arial"/>
          <w:color w:val="auto"/>
          <w:sz w:val="24"/>
          <w:szCs w:val="24"/>
        </w:rPr>
        <w:t xml:space="preserve">Etapa </w:t>
      </w:r>
      <w:proofErr w:type="spellStart"/>
      <w:r w:rsidRPr="00893C50">
        <w:rPr>
          <w:rFonts w:ascii="Arial" w:hAnsi="Arial" w:cs="Arial"/>
          <w:color w:val="auto"/>
          <w:sz w:val="24"/>
          <w:szCs w:val="24"/>
        </w:rPr>
        <w:t>inicial</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previamente</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haber</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intentado</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manejo</w:t>
      </w:r>
      <w:proofErr w:type="spellEnd"/>
      <w:r w:rsidRPr="00893C50">
        <w:rPr>
          <w:rFonts w:ascii="Arial" w:hAnsi="Arial" w:cs="Arial"/>
          <w:color w:val="auto"/>
          <w:sz w:val="24"/>
          <w:szCs w:val="24"/>
        </w:rPr>
        <w:t xml:space="preserve"> </w:t>
      </w:r>
      <w:r w:rsidRPr="00893C50">
        <w:rPr>
          <w:rFonts w:ascii="Arial" w:hAnsi="Arial" w:cs="Arial"/>
          <w:color w:val="auto"/>
          <w:spacing w:val="-3"/>
          <w:sz w:val="24"/>
          <w:szCs w:val="24"/>
        </w:rPr>
        <w:t xml:space="preserve">general </w:t>
      </w:r>
      <w:r w:rsidRPr="00893C50">
        <w:rPr>
          <w:rFonts w:ascii="Arial" w:hAnsi="Arial" w:cs="Arial"/>
          <w:color w:val="auto"/>
          <w:sz w:val="24"/>
          <w:szCs w:val="24"/>
        </w:rPr>
        <w:t xml:space="preserve">sin </w:t>
      </w:r>
      <w:proofErr w:type="spellStart"/>
      <w:r w:rsidRPr="00893C50">
        <w:rPr>
          <w:rFonts w:ascii="Arial" w:hAnsi="Arial" w:cs="Arial"/>
          <w:color w:val="auto"/>
          <w:sz w:val="24"/>
          <w:szCs w:val="24"/>
        </w:rPr>
        <w:t>resultados</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positivos</w:t>
      </w:r>
      <w:proofErr w:type="spellEnd"/>
      <w:r w:rsidRPr="00893C50">
        <w:rPr>
          <w:rFonts w:ascii="Arial" w:hAnsi="Arial" w:cs="Arial"/>
          <w:color w:val="auto"/>
          <w:sz w:val="24"/>
          <w:szCs w:val="24"/>
        </w:rPr>
        <w:t xml:space="preserve"> y sin que </w:t>
      </w:r>
      <w:r w:rsidRPr="00893C50">
        <w:rPr>
          <w:rFonts w:ascii="Arial" w:hAnsi="Arial" w:cs="Arial"/>
          <w:color w:val="auto"/>
          <w:spacing w:val="-3"/>
          <w:sz w:val="24"/>
          <w:szCs w:val="24"/>
        </w:rPr>
        <w:t xml:space="preserve">se </w:t>
      </w:r>
      <w:proofErr w:type="spellStart"/>
      <w:r w:rsidRPr="00893C50">
        <w:rPr>
          <w:rFonts w:ascii="Arial" w:hAnsi="Arial" w:cs="Arial"/>
          <w:color w:val="auto"/>
          <w:sz w:val="24"/>
          <w:szCs w:val="24"/>
        </w:rPr>
        <w:t>visualice</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riesgo</w:t>
      </w:r>
      <w:proofErr w:type="spellEnd"/>
      <w:r w:rsidRPr="00893C50">
        <w:rPr>
          <w:rFonts w:ascii="Arial" w:hAnsi="Arial" w:cs="Arial"/>
          <w:color w:val="auto"/>
          <w:sz w:val="24"/>
          <w:szCs w:val="24"/>
        </w:rPr>
        <w:t xml:space="preserve"> para </w:t>
      </w:r>
      <w:proofErr w:type="spellStart"/>
      <w:r w:rsidRPr="00893C50">
        <w:rPr>
          <w:rFonts w:ascii="Arial" w:hAnsi="Arial" w:cs="Arial"/>
          <w:color w:val="auto"/>
          <w:spacing w:val="-3"/>
          <w:sz w:val="24"/>
          <w:szCs w:val="24"/>
        </w:rPr>
        <w:t>sí</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z w:val="24"/>
          <w:szCs w:val="24"/>
        </w:rPr>
        <w:t>mismo</w:t>
      </w:r>
      <w:proofErr w:type="spellEnd"/>
      <w:r w:rsidRPr="00893C50">
        <w:rPr>
          <w:rFonts w:ascii="Arial" w:hAnsi="Arial" w:cs="Arial"/>
          <w:color w:val="auto"/>
          <w:sz w:val="24"/>
          <w:szCs w:val="24"/>
        </w:rPr>
        <w:t>/a o</w:t>
      </w:r>
      <w:r w:rsidRPr="00893C50">
        <w:rPr>
          <w:rFonts w:ascii="Arial" w:hAnsi="Arial" w:cs="Arial"/>
          <w:color w:val="auto"/>
          <w:spacing w:val="48"/>
          <w:sz w:val="24"/>
          <w:szCs w:val="24"/>
        </w:rPr>
        <w:t xml:space="preserve"> </w:t>
      </w:r>
      <w:proofErr w:type="spellStart"/>
      <w:r w:rsidRPr="00893C50">
        <w:rPr>
          <w:rFonts w:ascii="Arial" w:hAnsi="Arial" w:cs="Arial"/>
          <w:color w:val="auto"/>
          <w:spacing w:val="-4"/>
          <w:sz w:val="24"/>
          <w:szCs w:val="24"/>
        </w:rPr>
        <w:t>terceros</w:t>
      </w:r>
      <w:proofErr w:type="spellEnd"/>
      <w:r w:rsidRPr="00893C50">
        <w:rPr>
          <w:rFonts w:ascii="Arial" w:hAnsi="Arial" w:cs="Arial"/>
          <w:color w:val="auto"/>
          <w:spacing w:val="-4"/>
          <w:sz w:val="24"/>
          <w:szCs w:val="24"/>
        </w:rPr>
        <w:t>.</w:t>
      </w:r>
    </w:p>
    <w:p w14:paraId="11DB16C2" w14:textId="77777777" w:rsidR="00893C50" w:rsidRPr="00901BC0" w:rsidRDefault="00893C50" w:rsidP="00893C50">
      <w:pPr>
        <w:pStyle w:val="Textoindependiente"/>
        <w:spacing w:before="100" w:line="360" w:lineRule="auto"/>
        <w:ind w:right="49"/>
        <w:jc w:val="both"/>
        <w:rPr>
          <w:rFonts w:ascii="Arial" w:hAnsi="Arial" w:cs="Arial"/>
        </w:rPr>
      </w:pPr>
      <w:r w:rsidRPr="00901BC0">
        <w:rPr>
          <w:rFonts w:ascii="Arial" w:hAnsi="Arial" w:cs="Arial"/>
        </w:rPr>
        <w:t xml:space="preserve">Al </w:t>
      </w:r>
      <w:proofErr w:type="spellStart"/>
      <w:r w:rsidRPr="00901BC0">
        <w:rPr>
          <w:rFonts w:ascii="Arial" w:hAnsi="Arial" w:cs="Arial"/>
        </w:rPr>
        <w:t>detectarse</w:t>
      </w:r>
      <w:proofErr w:type="spellEnd"/>
      <w:r w:rsidRPr="00901BC0">
        <w:rPr>
          <w:rFonts w:ascii="Arial" w:hAnsi="Arial" w:cs="Arial"/>
        </w:rPr>
        <w:t xml:space="preserve"> la </w:t>
      </w:r>
      <w:proofErr w:type="spellStart"/>
      <w:r w:rsidRPr="00901BC0">
        <w:rPr>
          <w:rFonts w:ascii="Arial" w:hAnsi="Arial" w:cs="Arial"/>
        </w:rPr>
        <w:t>fase</w:t>
      </w:r>
      <w:proofErr w:type="spellEnd"/>
      <w:r w:rsidRPr="00901BC0">
        <w:rPr>
          <w:rFonts w:ascii="Arial" w:hAnsi="Arial" w:cs="Arial"/>
        </w:rPr>
        <w:t xml:space="preserve"> </w:t>
      </w:r>
      <w:proofErr w:type="spellStart"/>
      <w:r w:rsidRPr="00901BC0">
        <w:rPr>
          <w:rFonts w:ascii="Arial" w:hAnsi="Arial" w:cs="Arial"/>
        </w:rPr>
        <w:t>inicial</w:t>
      </w:r>
      <w:proofErr w:type="spellEnd"/>
      <w:r w:rsidRPr="00901BC0">
        <w:rPr>
          <w:rFonts w:ascii="Arial" w:hAnsi="Arial" w:cs="Arial"/>
        </w:rPr>
        <w:t xml:space="preserve"> de la </w:t>
      </w:r>
      <w:proofErr w:type="spellStart"/>
      <w:r w:rsidRPr="00901BC0">
        <w:rPr>
          <w:rFonts w:ascii="Arial" w:hAnsi="Arial" w:cs="Arial"/>
        </w:rPr>
        <w:t>desregulación</w:t>
      </w:r>
      <w:proofErr w:type="spellEnd"/>
      <w:r w:rsidRPr="00901BC0">
        <w:rPr>
          <w:rFonts w:ascii="Arial" w:hAnsi="Arial" w:cs="Arial"/>
        </w:rPr>
        <w:t xml:space="preserve"> y antes de </w:t>
      </w:r>
      <w:proofErr w:type="spellStart"/>
      <w:r w:rsidRPr="00901BC0">
        <w:rPr>
          <w:rFonts w:ascii="Arial" w:hAnsi="Arial" w:cs="Arial"/>
        </w:rPr>
        <w:t>su</w:t>
      </w:r>
      <w:proofErr w:type="spellEnd"/>
      <w:r w:rsidRPr="00901BC0">
        <w:rPr>
          <w:rFonts w:ascii="Arial" w:hAnsi="Arial" w:cs="Arial"/>
        </w:rPr>
        <w:t xml:space="preserve"> </w:t>
      </w:r>
      <w:proofErr w:type="spellStart"/>
      <w:r w:rsidRPr="00901BC0">
        <w:rPr>
          <w:rFonts w:ascii="Arial" w:hAnsi="Arial" w:cs="Arial"/>
        </w:rPr>
        <w:t>amplificación</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intensidad</w:t>
      </w:r>
      <w:proofErr w:type="spellEnd"/>
      <w:r w:rsidRPr="00901BC0">
        <w:rPr>
          <w:rFonts w:ascii="Arial" w:hAnsi="Arial" w:cs="Arial"/>
          <w:b/>
          <w:u w:val="single"/>
        </w:rPr>
        <w:t xml:space="preserve">, </w:t>
      </w:r>
      <w:r w:rsidRPr="00901BC0">
        <w:rPr>
          <w:rFonts w:ascii="Arial" w:hAnsi="Arial" w:cs="Arial"/>
          <w:u w:val="single"/>
        </w:rPr>
        <w:t xml:space="preserve">se </w:t>
      </w:r>
      <w:proofErr w:type="spellStart"/>
      <w:r w:rsidRPr="00901BC0">
        <w:rPr>
          <w:rFonts w:ascii="Arial" w:hAnsi="Arial" w:cs="Arial"/>
          <w:u w:val="single"/>
        </w:rPr>
        <w:t>sugiere</w:t>
      </w:r>
      <w:proofErr w:type="spellEnd"/>
      <w:r w:rsidRPr="00901BC0">
        <w:rPr>
          <w:rFonts w:ascii="Arial" w:hAnsi="Arial" w:cs="Arial"/>
          <w:u w:val="single"/>
        </w:rPr>
        <w:t xml:space="preserve"> solo</w:t>
      </w:r>
      <w:r w:rsidRPr="00901BC0">
        <w:rPr>
          <w:rFonts w:ascii="Arial" w:hAnsi="Arial" w:cs="Arial"/>
        </w:rPr>
        <w:t xml:space="preserve"> </w:t>
      </w:r>
      <w:proofErr w:type="spellStart"/>
      <w:r w:rsidRPr="00901BC0">
        <w:rPr>
          <w:rFonts w:ascii="Arial" w:hAnsi="Arial" w:cs="Arial"/>
        </w:rPr>
        <w:t>si</w:t>
      </w:r>
      <w:proofErr w:type="spellEnd"/>
      <w:r w:rsidRPr="00901BC0">
        <w:rPr>
          <w:rFonts w:ascii="Arial" w:hAnsi="Arial" w:cs="Arial"/>
        </w:rPr>
        <w:t xml:space="preserve"> es </w:t>
      </w:r>
      <w:proofErr w:type="spellStart"/>
      <w:r w:rsidRPr="00901BC0">
        <w:rPr>
          <w:rFonts w:ascii="Arial" w:hAnsi="Arial" w:cs="Arial"/>
        </w:rPr>
        <w:t>posible</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uso</w:t>
      </w:r>
      <w:proofErr w:type="spellEnd"/>
      <w:r w:rsidRPr="00901BC0">
        <w:rPr>
          <w:rFonts w:ascii="Arial" w:hAnsi="Arial" w:cs="Arial"/>
        </w:rPr>
        <w:t xml:space="preserve"> de </w:t>
      </w:r>
      <w:proofErr w:type="spellStart"/>
      <w:r w:rsidRPr="00901BC0">
        <w:rPr>
          <w:rFonts w:ascii="Arial" w:hAnsi="Arial" w:cs="Arial"/>
        </w:rPr>
        <w:t>algunas</w:t>
      </w:r>
      <w:proofErr w:type="spellEnd"/>
      <w:r w:rsidRPr="00901BC0">
        <w:rPr>
          <w:rFonts w:ascii="Arial" w:hAnsi="Arial" w:cs="Arial"/>
        </w:rPr>
        <w:t xml:space="preserve"> de las </w:t>
      </w:r>
      <w:proofErr w:type="spellStart"/>
      <w:r w:rsidRPr="00901BC0">
        <w:rPr>
          <w:rFonts w:ascii="Arial" w:hAnsi="Arial" w:cs="Arial"/>
        </w:rPr>
        <w:t>siguientes</w:t>
      </w:r>
      <w:proofErr w:type="spellEnd"/>
      <w:r w:rsidRPr="00901BC0">
        <w:rPr>
          <w:rFonts w:ascii="Arial" w:hAnsi="Arial" w:cs="Arial"/>
        </w:rPr>
        <w:t xml:space="preserve"> </w:t>
      </w:r>
      <w:proofErr w:type="spellStart"/>
      <w:r w:rsidRPr="00901BC0">
        <w:rPr>
          <w:rFonts w:ascii="Arial" w:hAnsi="Arial" w:cs="Arial"/>
        </w:rPr>
        <w:t>estrategias</w:t>
      </w:r>
      <w:proofErr w:type="spellEnd"/>
      <w:r w:rsidRPr="00901BC0">
        <w:rPr>
          <w:rFonts w:ascii="Arial" w:hAnsi="Arial" w:cs="Arial"/>
        </w:rPr>
        <w:t>:</w:t>
      </w:r>
    </w:p>
    <w:p w14:paraId="1D04D749" w14:textId="77777777" w:rsidR="00893C50" w:rsidRPr="00901BC0" w:rsidRDefault="00893C50" w:rsidP="00893C50">
      <w:pPr>
        <w:pStyle w:val="Textoindependiente"/>
        <w:spacing w:before="2" w:line="360" w:lineRule="auto"/>
        <w:ind w:right="49"/>
        <w:jc w:val="both"/>
        <w:rPr>
          <w:rFonts w:ascii="Arial" w:hAnsi="Arial" w:cs="Arial"/>
        </w:rPr>
      </w:pPr>
    </w:p>
    <w:p w14:paraId="5DC3D7F2" w14:textId="77777777" w:rsidR="00893C50" w:rsidRPr="00BB6C6B" w:rsidRDefault="00893C50" w:rsidP="00893C50">
      <w:pPr>
        <w:pStyle w:val="Prrafodelista"/>
        <w:widowControl w:val="0"/>
        <w:numPr>
          <w:ilvl w:val="0"/>
          <w:numId w:val="44"/>
        </w:numPr>
        <w:tabs>
          <w:tab w:val="left" w:pos="1233"/>
        </w:tabs>
        <w:autoSpaceDE w:val="0"/>
        <w:autoSpaceDN w:val="0"/>
        <w:spacing w:after="0" w:line="360" w:lineRule="auto"/>
        <w:ind w:right="49"/>
        <w:contextualSpacing w:val="0"/>
        <w:jc w:val="both"/>
        <w:rPr>
          <w:rFonts w:ascii="Arial" w:hAnsi="Arial" w:cs="Arial"/>
          <w:sz w:val="24"/>
          <w:szCs w:val="24"/>
        </w:rPr>
      </w:pPr>
      <w:r w:rsidRPr="00BB6C6B">
        <w:rPr>
          <w:rFonts w:ascii="Arial" w:hAnsi="Arial" w:cs="Arial"/>
          <w:sz w:val="24"/>
          <w:szCs w:val="24"/>
        </w:rPr>
        <w:t xml:space="preserve">En lo </w:t>
      </w:r>
      <w:proofErr w:type="spellStart"/>
      <w:r w:rsidRPr="00BB6C6B">
        <w:rPr>
          <w:rFonts w:ascii="Arial" w:hAnsi="Arial" w:cs="Arial"/>
          <w:spacing w:val="5"/>
          <w:sz w:val="24"/>
          <w:szCs w:val="24"/>
        </w:rPr>
        <w:t>posible</w:t>
      </w:r>
      <w:proofErr w:type="spellEnd"/>
      <w:r w:rsidRPr="00BB6C6B">
        <w:rPr>
          <w:rFonts w:ascii="Arial" w:hAnsi="Arial" w:cs="Arial"/>
          <w:spacing w:val="5"/>
          <w:sz w:val="24"/>
          <w:szCs w:val="24"/>
        </w:rPr>
        <w:t xml:space="preserve"> </w:t>
      </w:r>
      <w:proofErr w:type="spellStart"/>
      <w:r w:rsidRPr="00BB6C6B">
        <w:rPr>
          <w:rFonts w:ascii="Arial" w:hAnsi="Arial" w:cs="Arial"/>
          <w:sz w:val="24"/>
          <w:szCs w:val="24"/>
        </w:rPr>
        <w:t>realizar</w:t>
      </w:r>
      <w:proofErr w:type="spellEnd"/>
      <w:r w:rsidRPr="00BB6C6B">
        <w:rPr>
          <w:rFonts w:ascii="Arial" w:hAnsi="Arial" w:cs="Arial"/>
          <w:sz w:val="24"/>
          <w:szCs w:val="24"/>
        </w:rPr>
        <w:t xml:space="preserve"> </w:t>
      </w:r>
      <w:proofErr w:type="spellStart"/>
      <w:r w:rsidRPr="00BB6C6B">
        <w:rPr>
          <w:rFonts w:ascii="Arial" w:hAnsi="Arial" w:cs="Arial"/>
          <w:spacing w:val="2"/>
          <w:sz w:val="24"/>
          <w:szCs w:val="24"/>
        </w:rPr>
        <w:t>cambio</w:t>
      </w:r>
      <w:proofErr w:type="spellEnd"/>
      <w:r w:rsidRPr="00BB6C6B">
        <w:rPr>
          <w:rFonts w:ascii="Arial" w:hAnsi="Arial" w:cs="Arial"/>
          <w:spacing w:val="2"/>
          <w:sz w:val="24"/>
          <w:szCs w:val="24"/>
        </w:rPr>
        <w:t xml:space="preserve"> </w:t>
      </w:r>
      <w:r w:rsidRPr="00BB6C6B">
        <w:rPr>
          <w:rFonts w:ascii="Arial" w:hAnsi="Arial" w:cs="Arial"/>
          <w:spacing w:val="5"/>
          <w:sz w:val="24"/>
          <w:szCs w:val="24"/>
        </w:rPr>
        <w:t xml:space="preserve">de </w:t>
      </w:r>
      <w:r w:rsidRPr="00BB6C6B">
        <w:rPr>
          <w:rFonts w:ascii="Arial" w:hAnsi="Arial" w:cs="Arial"/>
          <w:sz w:val="24"/>
          <w:szCs w:val="24"/>
        </w:rPr>
        <w:t xml:space="preserve">material, la </w:t>
      </w:r>
      <w:proofErr w:type="spellStart"/>
      <w:r w:rsidRPr="00BB6C6B">
        <w:rPr>
          <w:rFonts w:ascii="Arial" w:hAnsi="Arial" w:cs="Arial"/>
          <w:sz w:val="24"/>
          <w:szCs w:val="24"/>
        </w:rPr>
        <w:t>actividad</w:t>
      </w:r>
      <w:proofErr w:type="spellEnd"/>
      <w:r w:rsidRPr="00BB6C6B">
        <w:rPr>
          <w:rFonts w:ascii="Arial" w:hAnsi="Arial" w:cs="Arial"/>
          <w:sz w:val="24"/>
          <w:szCs w:val="24"/>
        </w:rPr>
        <w:t xml:space="preserve"> o la forma </w:t>
      </w:r>
      <w:proofErr w:type="spellStart"/>
      <w:r w:rsidRPr="00BB6C6B">
        <w:rPr>
          <w:rFonts w:ascii="Arial" w:hAnsi="Arial" w:cs="Arial"/>
          <w:spacing w:val="5"/>
          <w:sz w:val="24"/>
          <w:szCs w:val="24"/>
        </w:rPr>
        <w:t>en</w:t>
      </w:r>
      <w:proofErr w:type="spellEnd"/>
      <w:r w:rsidRPr="00BB6C6B">
        <w:rPr>
          <w:rFonts w:ascii="Arial" w:hAnsi="Arial" w:cs="Arial"/>
          <w:spacing w:val="5"/>
          <w:sz w:val="24"/>
          <w:szCs w:val="24"/>
        </w:rPr>
        <w:t xml:space="preserve"> </w:t>
      </w:r>
      <w:r w:rsidRPr="00BB6C6B">
        <w:rPr>
          <w:rFonts w:ascii="Arial" w:hAnsi="Arial" w:cs="Arial"/>
          <w:sz w:val="24"/>
          <w:szCs w:val="24"/>
        </w:rPr>
        <w:t xml:space="preserve">la que </w:t>
      </w:r>
      <w:r w:rsidRPr="00BB6C6B">
        <w:rPr>
          <w:rFonts w:ascii="Arial" w:hAnsi="Arial" w:cs="Arial"/>
          <w:spacing w:val="3"/>
          <w:sz w:val="24"/>
          <w:szCs w:val="24"/>
        </w:rPr>
        <w:t xml:space="preserve">se </w:t>
      </w:r>
      <w:proofErr w:type="spellStart"/>
      <w:r w:rsidRPr="00BB6C6B">
        <w:rPr>
          <w:rFonts w:ascii="Arial" w:hAnsi="Arial" w:cs="Arial"/>
          <w:sz w:val="24"/>
          <w:szCs w:val="24"/>
        </w:rPr>
        <w:t>realiza</w:t>
      </w:r>
      <w:proofErr w:type="spellEnd"/>
      <w:r w:rsidRPr="00BB6C6B">
        <w:rPr>
          <w:rFonts w:ascii="Arial" w:hAnsi="Arial" w:cs="Arial"/>
          <w:sz w:val="24"/>
          <w:szCs w:val="24"/>
        </w:rPr>
        <w:t xml:space="preserve"> para </w:t>
      </w:r>
      <w:proofErr w:type="spellStart"/>
      <w:r w:rsidRPr="00BB6C6B">
        <w:rPr>
          <w:rFonts w:ascii="Arial" w:hAnsi="Arial" w:cs="Arial"/>
          <w:sz w:val="24"/>
          <w:szCs w:val="24"/>
        </w:rPr>
        <w:t>lograr</w:t>
      </w:r>
      <w:proofErr w:type="spellEnd"/>
      <w:r w:rsidRPr="00BB6C6B">
        <w:rPr>
          <w:rFonts w:ascii="Arial" w:hAnsi="Arial" w:cs="Arial"/>
          <w:sz w:val="24"/>
          <w:szCs w:val="24"/>
        </w:rPr>
        <w:t xml:space="preserve"> </w:t>
      </w:r>
      <w:proofErr w:type="spellStart"/>
      <w:r w:rsidRPr="00BB6C6B">
        <w:rPr>
          <w:rFonts w:ascii="Arial" w:hAnsi="Arial" w:cs="Arial"/>
          <w:spacing w:val="5"/>
          <w:sz w:val="24"/>
          <w:szCs w:val="24"/>
        </w:rPr>
        <w:t>el</w:t>
      </w:r>
      <w:proofErr w:type="spellEnd"/>
      <w:r w:rsidRPr="00BB6C6B">
        <w:rPr>
          <w:rFonts w:ascii="Arial" w:hAnsi="Arial" w:cs="Arial"/>
          <w:spacing w:val="5"/>
          <w:sz w:val="24"/>
          <w:szCs w:val="24"/>
        </w:rPr>
        <w:t xml:space="preserve"> </w:t>
      </w:r>
      <w:proofErr w:type="spellStart"/>
      <w:r w:rsidRPr="00BB6C6B">
        <w:rPr>
          <w:rFonts w:ascii="Arial" w:hAnsi="Arial" w:cs="Arial"/>
          <w:sz w:val="24"/>
          <w:szCs w:val="24"/>
        </w:rPr>
        <w:t>mismo</w:t>
      </w:r>
      <w:proofErr w:type="spellEnd"/>
      <w:r w:rsidRPr="00BB6C6B">
        <w:rPr>
          <w:rFonts w:ascii="Arial" w:hAnsi="Arial" w:cs="Arial"/>
          <w:sz w:val="24"/>
          <w:szCs w:val="24"/>
        </w:rPr>
        <w:t xml:space="preserve"> </w:t>
      </w:r>
      <w:proofErr w:type="spellStart"/>
      <w:r w:rsidRPr="00BB6C6B">
        <w:rPr>
          <w:rFonts w:ascii="Arial" w:hAnsi="Arial" w:cs="Arial"/>
          <w:spacing w:val="3"/>
          <w:sz w:val="24"/>
          <w:szCs w:val="24"/>
        </w:rPr>
        <w:t>objetivo</w:t>
      </w:r>
      <w:proofErr w:type="spellEnd"/>
      <w:r w:rsidRPr="00BB6C6B">
        <w:rPr>
          <w:rFonts w:ascii="Arial" w:hAnsi="Arial" w:cs="Arial"/>
          <w:spacing w:val="3"/>
          <w:sz w:val="24"/>
          <w:szCs w:val="24"/>
        </w:rPr>
        <w:t xml:space="preserve"> </w:t>
      </w:r>
      <w:r w:rsidRPr="00BB6C6B">
        <w:rPr>
          <w:rFonts w:ascii="Arial" w:hAnsi="Arial" w:cs="Arial"/>
          <w:spacing w:val="5"/>
          <w:sz w:val="24"/>
          <w:szCs w:val="24"/>
        </w:rPr>
        <w:t xml:space="preserve">de </w:t>
      </w:r>
      <w:r w:rsidRPr="00BB6C6B">
        <w:rPr>
          <w:rFonts w:ascii="Arial" w:hAnsi="Arial" w:cs="Arial"/>
          <w:sz w:val="24"/>
          <w:szCs w:val="24"/>
        </w:rPr>
        <w:t>la</w:t>
      </w:r>
      <w:r w:rsidRPr="00BB6C6B">
        <w:rPr>
          <w:rFonts w:ascii="Arial" w:hAnsi="Arial" w:cs="Arial"/>
          <w:spacing w:val="37"/>
          <w:sz w:val="24"/>
          <w:szCs w:val="24"/>
        </w:rPr>
        <w:t xml:space="preserve"> </w:t>
      </w:r>
      <w:proofErr w:type="spellStart"/>
      <w:r w:rsidRPr="00BB6C6B">
        <w:rPr>
          <w:rFonts w:ascii="Arial" w:hAnsi="Arial" w:cs="Arial"/>
          <w:spacing w:val="3"/>
          <w:sz w:val="24"/>
          <w:szCs w:val="24"/>
        </w:rPr>
        <w:t>clase</w:t>
      </w:r>
      <w:proofErr w:type="spellEnd"/>
      <w:r w:rsidRPr="00BB6C6B">
        <w:rPr>
          <w:rFonts w:ascii="Arial" w:hAnsi="Arial" w:cs="Arial"/>
          <w:spacing w:val="3"/>
          <w:sz w:val="24"/>
          <w:szCs w:val="24"/>
        </w:rPr>
        <w:t>.</w:t>
      </w:r>
    </w:p>
    <w:p w14:paraId="3D40433E" w14:textId="77777777" w:rsidR="00893C50" w:rsidRPr="00BB6C6B" w:rsidRDefault="00893C50" w:rsidP="00893C50">
      <w:pPr>
        <w:pStyle w:val="Prrafodelista"/>
        <w:widowControl w:val="0"/>
        <w:numPr>
          <w:ilvl w:val="0"/>
          <w:numId w:val="44"/>
        </w:numPr>
        <w:tabs>
          <w:tab w:val="left" w:pos="1233"/>
        </w:tabs>
        <w:autoSpaceDE w:val="0"/>
        <w:autoSpaceDN w:val="0"/>
        <w:spacing w:before="18" w:after="0" w:line="360" w:lineRule="auto"/>
        <w:ind w:right="49"/>
        <w:contextualSpacing w:val="0"/>
        <w:jc w:val="both"/>
        <w:rPr>
          <w:rFonts w:ascii="Arial" w:hAnsi="Arial" w:cs="Arial"/>
          <w:sz w:val="24"/>
          <w:szCs w:val="24"/>
        </w:rPr>
      </w:pPr>
      <w:r w:rsidRPr="00BB6C6B">
        <w:rPr>
          <w:rFonts w:ascii="Arial" w:hAnsi="Arial" w:cs="Arial"/>
          <w:sz w:val="24"/>
          <w:szCs w:val="24"/>
        </w:rPr>
        <w:t xml:space="preserve">Uso </w:t>
      </w:r>
      <w:proofErr w:type="spellStart"/>
      <w:r w:rsidRPr="00BB6C6B">
        <w:rPr>
          <w:rFonts w:ascii="Arial" w:hAnsi="Arial" w:cs="Arial"/>
          <w:spacing w:val="2"/>
          <w:sz w:val="24"/>
          <w:szCs w:val="24"/>
        </w:rPr>
        <w:t>elementos</w:t>
      </w:r>
      <w:proofErr w:type="spellEnd"/>
      <w:r w:rsidRPr="00BB6C6B">
        <w:rPr>
          <w:rFonts w:ascii="Arial" w:hAnsi="Arial" w:cs="Arial"/>
          <w:spacing w:val="2"/>
          <w:sz w:val="24"/>
          <w:szCs w:val="24"/>
        </w:rPr>
        <w:t xml:space="preserve"> </w:t>
      </w:r>
      <w:r w:rsidRPr="00BB6C6B">
        <w:rPr>
          <w:rFonts w:ascii="Arial" w:hAnsi="Arial" w:cs="Arial"/>
          <w:spacing w:val="5"/>
          <w:sz w:val="24"/>
          <w:szCs w:val="24"/>
        </w:rPr>
        <w:t xml:space="preserve">de </w:t>
      </w:r>
      <w:proofErr w:type="spellStart"/>
      <w:r w:rsidRPr="00BB6C6B">
        <w:rPr>
          <w:rFonts w:ascii="Arial" w:hAnsi="Arial" w:cs="Arial"/>
          <w:spacing w:val="3"/>
          <w:sz w:val="24"/>
          <w:szCs w:val="24"/>
        </w:rPr>
        <w:t>su</w:t>
      </w:r>
      <w:proofErr w:type="spellEnd"/>
      <w:r w:rsidRPr="00BB6C6B">
        <w:rPr>
          <w:rFonts w:ascii="Arial" w:hAnsi="Arial" w:cs="Arial"/>
          <w:spacing w:val="3"/>
          <w:sz w:val="24"/>
          <w:szCs w:val="24"/>
        </w:rPr>
        <w:t xml:space="preserve"> </w:t>
      </w:r>
      <w:proofErr w:type="spellStart"/>
      <w:r w:rsidRPr="00BB6C6B">
        <w:rPr>
          <w:rFonts w:ascii="Arial" w:hAnsi="Arial" w:cs="Arial"/>
          <w:sz w:val="24"/>
          <w:szCs w:val="24"/>
        </w:rPr>
        <w:t>interés</w:t>
      </w:r>
      <w:proofErr w:type="spellEnd"/>
      <w:r w:rsidRPr="00BB6C6B">
        <w:rPr>
          <w:rFonts w:ascii="Arial" w:hAnsi="Arial" w:cs="Arial"/>
          <w:sz w:val="24"/>
          <w:szCs w:val="24"/>
        </w:rPr>
        <w:t xml:space="preserve"> u </w:t>
      </w:r>
      <w:proofErr w:type="spellStart"/>
      <w:r w:rsidRPr="00BB6C6B">
        <w:rPr>
          <w:rFonts w:ascii="Arial" w:hAnsi="Arial" w:cs="Arial"/>
          <w:spacing w:val="3"/>
          <w:sz w:val="24"/>
          <w:szCs w:val="24"/>
        </w:rPr>
        <w:t>objeto</w:t>
      </w:r>
      <w:proofErr w:type="spellEnd"/>
      <w:r w:rsidRPr="00BB6C6B">
        <w:rPr>
          <w:rFonts w:ascii="Arial" w:hAnsi="Arial" w:cs="Arial"/>
          <w:spacing w:val="3"/>
          <w:sz w:val="24"/>
          <w:szCs w:val="24"/>
        </w:rPr>
        <w:t xml:space="preserve"> </w:t>
      </w:r>
      <w:r w:rsidRPr="00BB6C6B">
        <w:rPr>
          <w:rFonts w:ascii="Arial" w:hAnsi="Arial" w:cs="Arial"/>
          <w:spacing w:val="5"/>
          <w:sz w:val="24"/>
          <w:szCs w:val="24"/>
        </w:rPr>
        <w:t xml:space="preserve">de </w:t>
      </w:r>
      <w:proofErr w:type="spellStart"/>
      <w:r w:rsidRPr="00BB6C6B">
        <w:rPr>
          <w:rFonts w:ascii="Arial" w:hAnsi="Arial" w:cs="Arial"/>
          <w:spacing w:val="5"/>
          <w:sz w:val="24"/>
          <w:szCs w:val="24"/>
        </w:rPr>
        <w:t>apego</w:t>
      </w:r>
      <w:proofErr w:type="spellEnd"/>
      <w:r w:rsidRPr="00BB6C6B">
        <w:rPr>
          <w:rFonts w:ascii="Arial" w:hAnsi="Arial" w:cs="Arial"/>
          <w:spacing w:val="5"/>
          <w:sz w:val="24"/>
          <w:szCs w:val="24"/>
        </w:rPr>
        <w:t xml:space="preserve"> </w:t>
      </w:r>
      <w:proofErr w:type="spellStart"/>
      <w:r w:rsidRPr="00BB6C6B">
        <w:rPr>
          <w:rFonts w:ascii="Arial" w:hAnsi="Arial" w:cs="Arial"/>
          <w:spacing w:val="4"/>
          <w:sz w:val="24"/>
          <w:szCs w:val="24"/>
        </w:rPr>
        <w:t>como</w:t>
      </w:r>
      <w:proofErr w:type="spellEnd"/>
      <w:r w:rsidRPr="00BB6C6B">
        <w:rPr>
          <w:rFonts w:ascii="Arial" w:hAnsi="Arial" w:cs="Arial"/>
          <w:spacing w:val="4"/>
          <w:sz w:val="24"/>
          <w:szCs w:val="24"/>
        </w:rPr>
        <w:t xml:space="preserve"> </w:t>
      </w:r>
      <w:proofErr w:type="spellStart"/>
      <w:r w:rsidRPr="00BB6C6B">
        <w:rPr>
          <w:rFonts w:ascii="Arial" w:hAnsi="Arial" w:cs="Arial"/>
          <w:spacing w:val="4"/>
          <w:sz w:val="24"/>
          <w:szCs w:val="24"/>
        </w:rPr>
        <w:t>apoyo</w:t>
      </w:r>
      <w:proofErr w:type="spellEnd"/>
      <w:r w:rsidRPr="00BB6C6B">
        <w:rPr>
          <w:rFonts w:ascii="Arial" w:hAnsi="Arial" w:cs="Arial"/>
          <w:spacing w:val="4"/>
          <w:sz w:val="24"/>
          <w:szCs w:val="24"/>
        </w:rPr>
        <w:t xml:space="preserve"> </w:t>
      </w:r>
      <w:proofErr w:type="spellStart"/>
      <w:r w:rsidRPr="00BB6C6B">
        <w:rPr>
          <w:rFonts w:ascii="Arial" w:hAnsi="Arial" w:cs="Arial"/>
          <w:spacing w:val="5"/>
          <w:sz w:val="24"/>
          <w:szCs w:val="24"/>
        </w:rPr>
        <w:t>en</w:t>
      </w:r>
      <w:proofErr w:type="spellEnd"/>
      <w:r w:rsidRPr="00BB6C6B">
        <w:rPr>
          <w:rFonts w:ascii="Arial" w:hAnsi="Arial" w:cs="Arial"/>
          <w:spacing w:val="5"/>
          <w:sz w:val="24"/>
          <w:szCs w:val="24"/>
        </w:rPr>
        <w:t xml:space="preserve"> </w:t>
      </w:r>
      <w:proofErr w:type="spellStart"/>
      <w:r w:rsidRPr="00BB6C6B">
        <w:rPr>
          <w:rFonts w:ascii="Arial" w:hAnsi="Arial" w:cs="Arial"/>
          <w:spacing w:val="3"/>
          <w:sz w:val="24"/>
          <w:szCs w:val="24"/>
        </w:rPr>
        <w:t>su</w:t>
      </w:r>
      <w:proofErr w:type="spellEnd"/>
      <w:r w:rsidRPr="00BB6C6B">
        <w:rPr>
          <w:rFonts w:ascii="Arial" w:hAnsi="Arial" w:cs="Arial"/>
          <w:spacing w:val="38"/>
          <w:sz w:val="24"/>
          <w:szCs w:val="24"/>
        </w:rPr>
        <w:t xml:space="preserve"> </w:t>
      </w:r>
      <w:proofErr w:type="spellStart"/>
      <w:r w:rsidRPr="00BB6C6B">
        <w:rPr>
          <w:rFonts w:ascii="Arial" w:hAnsi="Arial" w:cs="Arial"/>
          <w:sz w:val="24"/>
          <w:szCs w:val="24"/>
        </w:rPr>
        <w:t>autorregulación</w:t>
      </w:r>
      <w:proofErr w:type="spellEnd"/>
      <w:r w:rsidRPr="00BB6C6B">
        <w:rPr>
          <w:rFonts w:ascii="Arial" w:hAnsi="Arial" w:cs="Arial"/>
          <w:sz w:val="24"/>
          <w:szCs w:val="24"/>
        </w:rPr>
        <w:t>.</w:t>
      </w:r>
    </w:p>
    <w:p w14:paraId="656083AD" w14:textId="77777777" w:rsidR="00893C50" w:rsidRPr="00BB6C6B" w:rsidRDefault="00893C50" w:rsidP="00893C50">
      <w:pPr>
        <w:pStyle w:val="Prrafodelista"/>
        <w:widowControl w:val="0"/>
        <w:numPr>
          <w:ilvl w:val="0"/>
          <w:numId w:val="44"/>
        </w:numPr>
        <w:tabs>
          <w:tab w:val="left" w:pos="1233"/>
        </w:tabs>
        <w:autoSpaceDE w:val="0"/>
        <w:autoSpaceDN w:val="0"/>
        <w:spacing w:before="25" w:after="0" w:line="360" w:lineRule="auto"/>
        <w:ind w:right="49"/>
        <w:contextualSpacing w:val="0"/>
        <w:jc w:val="both"/>
        <w:rPr>
          <w:rFonts w:ascii="Arial" w:hAnsi="Arial" w:cs="Arial"/>
          <w:sz w:val="24"/>
          <w:szCs w:val="24"/>
        </w:rPr>
      </w:pPr>
      <w:proofErr w:type="spellStart"/>
      <w:r w:rsidRPr="00BB6C6B">
        <w:rPr>
          <w:rFonts w:ascii="Arial" w:hAnsi="Arial" w:cs="Arial"/>
          <w:sz w:val="24"/>
          <w:szCs w:val="24"/>
        </w:rPr>
        <w:t>Realizar</w:t>
      </w:r>
      <w:proofErr w:type="spellEnd"/>
      <w:r w:rsidRPr="00BB6C6B">
        <w:rPr>
          <w:rFonts w:ascii="Arial" w:hAnsi="Arial" w:cs="Arial"/>
          <w:sz w:val="24"/>
          <w:szCs w:val="24"/>
        </w:rPr>
        <w:t xml:space="preserve"> </w:t>
      </w:r>
      <w:proofErr w:type="spellStart"/>
      <w:r w:rsidRPr="00BB6C6B">
        <w:rPr>
          <w:rFonts w:ascii="Arial" w:hAnsi="Arial" w:cs="Arial"/>
          <w:spacing w:val="2"/>
          <w:sz w:val="24"/>
          <w:szCs w:val="24"/>
        </w:rPr>
        <w:t>contención</w:t>
      </w:r>
      <w:proofErr w:type="spellEnd"/>
      <w:r w:rsidRPr="00BB6C6B">
        <w:rPr>
          <w:rFonts w:ascii="Arial" w:hAnsi="Arial" w:cs="Arial"/>
          <w:spacing w:val="2"/>
          <w:sz w:val="24"/>
          <w:szCs w:val="24"/>
        </w:rPr>
        <w:t xml:space="preserve"> </w:t>
      </w:r>
      <w:proofErr w:type="spellStart"/>
      <w:r w:rsidRPr="00BB6C6B">
        <w:rPr>
          <w:rFonts w:ascii="Arial" w:hAnsi="Arial" w:cs="Arial"/>
          <w:spacing w:val="2"/>
          <w:sz w:val="24"/>
          <w:szCs w:val="24"/>
        </w:rPr>
        <w:t>emocional</w:t>
      </w:r>
      <w:proofErr w:type="spellEnd"/>
      <w:r w:rsidRPr="00BB6C6B">
        <w:rPr>
          <w:rFonts w:ascii="Arial" w:hAnsi="Arial" w:cs="Arial"/>
          <w:spacing w:val="2"/>
          <w:sz w:val="24"/>
          <w:szCs w:val="24"/>
        </w:rPr>
        <w:t xml:space="preserve">-verbal </w:t>
      </w:r>
      <w:r w:rsidRPr="00BB6C6B">
        <w:rPr>
          <w:rFonts w:ascii="Arial" w:hAnsi="Arial" w:cs="Arial"/>
          <w:spacing w:val="5"/>
          <w:sz w:val="24"/>
          <w:szCs w:val="24"/>
        </w:rPr>
        <w:t xml:space="preserve">con </w:t>
      </w:r>
      <w:r w:rsidRPr="00BB6C6B">
        <w:rPr>
          <w:rFonts w:ascii="Arial" w:hAnsi="Arial" w:cs="Arial"/>
          <w:spacing w:val="-3"/>
          <w:sz w:val="24"/>
          <w:szCs w:val="24"/>
        </w:rPr>
        <w:t xml:space="preserve">un </w:t>
      </w:r>
      <w:proofErr w:type="spellStart"/>
      <w:r w:rsidRPr="00BB6C6B">
        <w:rPr>
          <w:rFonts w:ascii="Arial" w:hAnsi="Arial" w:cs="Arial"/>
          <w:sz w:val="24"/>
          <w:szCs w:val="24"/>
        </w:rPr>
        <w:t>tono</w:t>
      </w:r>
      <w:proofErr w:type="spellEnd"/>
      <w:r w:rsidRPr="00BB6C6B">
        <w:rPr>
          <w:rFonts w:ascii="Arial" w:hAnsi="Arial" w:cs="Arial"/>
          <w:sz w:val="24"/>
          <w:szCs w:val="24"/>
        </w:rPr>
        <w:t xml:space="preserve"> </w:t>
      </w:r>
      <w:r w:rsidRPr="00BB6C6B">
        <w:rPr>
          <w:rFonts w:ascii="Arial" w:hAnsi="Arial" w:cs="Arial"/>
          <w:spacing w:val="5"/>
          <w:sz w:val="24"/>
          <w:szCs w:val="24"/>
        </w:rPr>
        <w:t xml:space="preserve">de </w:t>
      </w:r>
      <w:proofErr w:type="spellStart"/>
      <w:r w:rsidRPr="00BB6C6B">
        <w:rPr>
          <w:rFonts w:ascii="Arial" w:hAnsi="Arial" w:cs="Arial"/>
          <w:spacing w:val="5"/>
          <w:sz w:val="24"/>
          <w:szCs w:val="24"/>
        </w:rPr>
        <w:t>voz</w:t>
      </w:r>
      <w:proofErr w:type="spellEnd"/>
      <w:r w:rsidRPr="00BB6C6B">
        <w:rPr>
          <w:rFonts w:ascii="Arial" w:hAnsi="Arial" w:cs="Arial"/>
          <w:spacing w:val="35"/>
          <w:sz w:val="24"/>
          <w:szCs w:val="24"/>
        </w:rPr>
        <w:t xml:space="preserve"> </w:t>
      </w:r>
      <w:proofErr w:type="spellStart"/>
      <w:r w:rsidRPr="00BB6C6B">
        <w:rPr>
          <w:rFonts w:ascii="Arial" w:hAnsi="Arial" w:cs="Arial"/>
          <w:sz w:val="24"/>
          <w:szCs w:val="24"/>
        </w:rPr>
        <w:t>tranquilo</w:t>
      </w:r>
      <w:proofErr w:type="spellEnd"/>
      <w:r w:rsidRPr="00BB6C6B">
        <w:rPr>
          <w:rFonts w:ascii="Arial" w:hAnsi="Arial" w:cs="Arial"/>
          <w:sz w:val="24"/>
          <w:szCs w:val="24"/>
        </w:rPr>
        <w:t>.</w:t>
      </w:r>
    </w:p>
    <w:p w14:paraId="42A8821A" w14:textId="77777777" w:rsidR="00893C50" w:rsidRPr="00BB6C6B" w:rsidRDefault="00893C50" w:rsidP="00893C50">
      <w:pPr>
        <w:pStyle w:val="Prrafodelista"/>
        <w:widowControl w:val="0"/>
        <w:numPr>
          <w:ilvl w:val="0"/>
          <w:numId w:val="44"/>
        </w:numPr>
        <w:tabs>
          <w:tab w:val="left" w:pos="1233"/>
        </w:tabs>
        <w:autoSpaceDE w:val="0"/>
        <w:autoSpaceDN w:val="0"/>
        <w:spacing w:before="25" w:after="0" w:line="360" w:lineRule="auto"/>
        <w:ind w:right="49"/>
        <w:contextualSpacing w:val="0"/>
        <w:jc w:val="both"/>
        <w:rPr>
          <w:rFonts w:ascii="Arial" w:hAnsi="Arial" w:cs="Arial"/>
          <w:sz w:val="24"/>
          <w:szCs w:val="24"/>
        </w:rPr>
      </w:pPr>
      <w:proofErr w:type="spellStart"/>
      <w:r w:rsidRPr="00BB6C6B">
        <w:rPr>
          <w:rFonts w:ascii="Arial" w:hAnsi="Arial" w:cs="Arial"/>
          <w:spacing w:val="3"/>
          <w:sz w:val="24"/>
          <w:szCs w:val="24"/>
        </w:rPr>
        <w:t>Explicar</w:t>
      </w:r>
      <w:proofErr w:type="spellEnd"/>
      <w:r w:rsidRPr="00BB6C6B">
        <w:rPr>
          <w:rFonts w:ascii="Arial" w:hAnsi="Arial" w:cs="Arial"/>
          <w:spacing w:val="3"/>
          <w:sz w:val="24"/>
          <w:szCs w:val="24"/>
        </w:rPr>
        <w:t xml:space="preserve"> </w:t>
      </w:r>
      <w:r w:rsidRPr="00BB6C6B">
        <w:rPr>
          <w:rFonts w:ascii="Arial" w:hAnsi="Arial" w:cs="Arial"/>
          <w:sz w:val="24"/>
          <w:szCs w:val="24"/>
        </w:rPr>
        <w:t xml:space="preserve">la </w:t>
      </w:r>
      <w:proofErr w:type="spellStart"/>
      <w:r w:rsidRPr="00BB6C6B">
        <w:rPr>
          <w:rFonts w:ascii="Arial" w:hAnsi="Arial" w:cs="Arial"/>
          <w:sz w:val="24"/>
          <w:szCs w:val="24"/>
        </w:rPr>
        <w:t>actividad</w:t>
      </w:r>
      <w:proofErr w:type="spellEnd"/>
      <w:r w:rsidRPr="00BB6C6B">
        <w:rPr>
          <w:rFonts w:ascii="Arial" w:hAnsi="Arial" w:cs="Arial"/>
          <w:sz w:val="24"/>
          <w:szCs w:val="24"/>
        </w:rPr>
        <w:t xml:space="preserve"> </w:t>
      </w:r>
      <w:proofErr w:type="spellStart"/>
      <w:r w:rsidRPr="00BB6C6B">
        <w:rPr>
          <w:rFonts w:ascii="Arial" w:hAnsi="Arial" w:cs="Arial"/>
          <w:sz w:val="24"/>
          <w:szCs w:val="24"/>
        </w:rPr>
        <w:t>asegurando</w:t>
      </w:r>
      <w:proofErr w:type="spellEnd"/>
      <w:r w:rsidRPr="00BB6C6B">
        <w:rPr>
          <w:rFonts w:ascii="Arial" w:hAnsi="Arial" w:cs="Arial"/>
          <w:sz w:val="24"/>
          <w:szCs w:val="24"/>
        </w:rPr>
        <w:t xml:space="preserve"> </w:t>
      </w:r>
      <w:proofErr w:type="spellStart"/>
      <w:r w:rsidRPr="00BB6C6B">
        <w:rPr>
          <w:rFonts w:ascii="Arial" w:hAnsi="Arial" w:cs="Arial"/>
          <w:spacing w:val="3"/>
          <w:sz w:val="24"/>
          <w:szCs w:val="24"/>
        </w:rPr>
        <w:t>su</w:t>
      </w:r>
      <w:proofErr w:type="spellEnd"/>
      <w:r w:rsidRPr="00BB6C6B">
        <w:rPr>
          <w:rFonts w:ascii="Arial" w:hAnsi="Arial" w:cs="Arial"/>
          <w:spacing w:val="3"/>
          <w:sz w:val="24"/>
          <w:szCs w:val="24"/>
        </w:rPr>
        <w:t xml:space="preserve"> </w:t>
      </w:r>
      <w:proofErr w:type="spellStart"/>
      <w:r w:rsidRPr="00BB6C6B">
        <w:rPr>
          <w:rFonts w:ascii="Arial" w:hAnsi="Arial" w:cs="Arial"/>
          <w:spacing w:val="3"/>
          <w:sz w:val="24"/>
          <w:szCs w:val="24"/>
        </w:rPr>
        <w:t>comprensión</w:t>
      </w:r>
      <w:proofErr w:type="spellEnd"/>
      <w:r w:rsidRPr="00BB6C6B">
        <w:rPr>
          <w:rFonts w:ascii="Arial" w:hAnsi="Arial" w:cs="Arial"/>
          <w:spacing w:val="3"/>
          <w:sz w:val="24"/>
          <w:szCs w:val="24"/>
        </w:rPr>
        <w:t xml:space="preserve"> (</w:t>
      </w:r>
      <w:proofErr w:type="spellStart"/>
      <w:r w:rsidRPr="00BB6C6B">
        <w:rPr>
          <w:rFonts w:ascii="Arial" w:hAnsi="Arial" w:cs="Arial"/>
          <w:spacing w:val="3"/>
          <w:sz w:val="24"/>
          <w:szCs w:val="24"/>
        </w:rPr>
        <w:t>puede</w:t>
      </w:r>
      <w:proofErr w:type="spellEnd"/>
      <w:r w:rsidRPr="00BB6C6B">
        <w:rPr>
          <w:rFonts w:ascii="Arial" w:hAnsi="Arial" w:cs="Arial"/>
          <w:spacing w:val="3"/>
          <w:sz w:val="24"/>
          <w:szCs w:val="24"/>
        </w:rPr>
        <w:t xml:space="preserve"> </w:t>
      </w:r>
      <w:r w:rsidRPr="00BB6C6B">
        <w:rPr>
          <w:rFonts w:ascii="Arial" w:hAnsi="Arial" w:cs="Arial"/>
          <w:spacing w:val="5"/>
          <w:sz w:val="24"/>
          <w:szCs w:val="24"/>
        </w:rPr>
        <w:t xml:space="preserve">ser </w:t>
      </w:r>
      <w:proofErr w:type="spellStart"/>
      <w:r w:rsidRPr="00BB6C6B">
        <w:rPr>
          <w:rFonts w:ascii="Arial" w:hAnsi="Arial" w:cs="Arial"/>
          <w:spacing w:val="6"/>
          <w:sz w:val="24"/>
          <w:szCs w:val="24"/>
        </w:rPr>
        <w:t>por</w:t>
      </w:r>
      <w:proofErr w:type="spellEnd"/>
      <w:r w:rsidRPr="00BB6C6B">
        <w:rPr>
          <w:rFonts w:ascii="Arial" w:hAnsi="Arial" w:cs="Arial"/>
          <w:spacing w:val="6"/>
          <w:sz w:val="24"/>
          <w:szCs w:val="24"/>
        </w:rPr>
        <w:t xml:space="preserve"> </w:t>
      </w:r>
      <w:r w:rsidRPr="00BB6C6B">
        <w:rPr>
          <w:rFonts w:ascii="Arial" w:hAnsi="Arial" w:cs="Arial"/>
          <w:spacing w:val="4"/>
          <w:sz w:val="24"/>
          <w:szCs w:val="24"/>
        </w:rPr>
        <w:t xml:space="preserve">medio </w:t>
      </w:r>
      <w:r w:rsidRPr="00BB6C6B">
        <w:rPr>
          <w:rFonts w:ascii="Arial" w:hAnsi="Arial" w:cs="Arial"/>
          <w:spacing w:val="5"/>
          <w:sz w:val="24"/>
          <w:szCs w:val="24"/>
        </w:rPr>
        <w:t xml:space="preserve">de </w:t>
      </w:r>
      <w:proofErr w:type="spellStart"/>
      <w:r w:rsidRPr="00BB6C6B">
        <w:rPr>
          <w:rFonts w:ascii="Arial" w:hAnsi="Arial" w:cs="Arial"/>
          <w:spacing w:val="3"/>
          <w:sz w:val="24"/>
          <w:szCs w:val="24"/>
        </w:rPr>
        <w:t>dibujos</w:t>
      </w:r>
      <w:proofErr w:type="spellEnd"/>
      <w:r w:rsidRPr="00BB6C6B">
        <w:rPr>
          <w:rFonts w:ascii="Arial" w:hAnsi="Arial" w:cs="Arial"/>
          <w:spacing w:val="3"/>
          <w:sz w:val="24"/>
          <w:szCs w:val="24"/>
        </w:rPr>
        <w:t xml:space="preserve"> </w:t>
      </w:r>
      <w:r w:rsidRPr="00BB6C6B">
        <w:rPr>
          <w:rFonts w:ascii="Arial" w:hAnsi="Arial" w:cs="Arial"/>
          <w:sz w:val="24"/>
          <w:szCs w:val="24"/>
        </w:rPr>
        <w:t>o</w:t>
      </w:r>
      <w:r w:rsidRPr="00BB6C6B">
        <w:rPr>
          <w:rFonts w:ascii="Arial" w:hAnsi="Arial" w:cs="Arial"/>
          <w:spacing w:val="-12"/>
          <w:sz w:val="24"/>
          <w:szCs w:val="24"/>
        </w:rPr>
        <w:t xml:space="preserve"> </w:t>
      </w:r>
      <w:proofErr w:type="spellStart"/>
      <w:r w:rsidRPr="00BB6C6B">
        <w:rPr>
          <w:rFonts w:ascii="Arial" w:hAnsi="Arial" w:cs="Arial"/>
          <w:sz w:val="24"/>
          <w:szCs w:val="24"/>
        </w:rPr>
        <w:t>pictogramas</w:t>
      </w:r>
      <w:proofErr w:type="spellEnd"/>
      <w:r w:rsidRPr="00BB6C6B">
        <w:rPr>
          <w:rFonts w:ascii="Arial" w:hAnsi="Arial" w:cs="Arial"/>
          <w:sz w:val="24"/>
          <w:szCs w:val="24"/>
        </w:rPr>
        <w:t>).</w:t>
      </w:r>
    </w:p>
    <w:p w14:paraId="5593FBC2" w14:textId="77777777" w:rsidR="00893C50" w:rsidRPr="00BB6C6B" w:rsidRDefault="00893C50" w:rsidP="00893C50">
      <w:pPr>
        <w:pStyle w:val="Prrafodelista"/>
        <w:widowControl w:val="0"/>
        <w:numPr>
          <w:ilvl w:val="0"/>
          <w:numId w:val="44"/>
        </w:numPr>
        <w:tabs>
          <w:tab w:val="left" w:pos="1233"/>
        </w:tabs>
        <w:autoSpaceDE w:val="0"/>
        <w:autoSpaceDN w:val="0"/>
        <w:spacing w:before="25" w:after="0" w:line="360" w:lineRule="auto"/>
        <w:ind w:right="49"/>
        <w:contextualSpacing w:val="0"/>
        <w:jc w:val="both"/>
        <w:rPr>
          <w:rFonts w:ascii="Arial" w:hAnsi="Arial" w:cs="Arial"/>
          <w:sz w:val="24"/>
          <w:szCs w:val="24"/>
        </w:rPr>
      </w:pPr>
      <w:proofErr w:type="spellStart"/>
      <w:r w:rsidRPr="00BB6C6B">
        <w:rPr>
          <w:rFonts w:ascii="Arial" w:hAnsi="Arial" w:cs="Arial"/>
          <w:sz w:val="24"/>
          <w:szCs w:val="24"/>
        </w:rPr>
        <w:t>Anticipar</w:t>
      </w:r>
      <w:proofErr w:type="spellEnd"/>
      <w:r w:rsidRPr="00BB6C6B">
        <w:rPr>
          <w:rFonts w:ascii="Arial" w:hAnsi="Arial" w:cs="Arial"/>
          <w:sz w:val="24"/>
          <w:szCs w:val="24"/>
        </w:rPr>
        <w:t xml:space="preserve"> la </w:t>
      </w:r>
      <w:proofErr w:type="spellStart"/>
      <w:r w:rsidRPr="00BB6C6B">
        <w:rPr>
          <w:rFonts w:ascii="Arial" w:hAnsi="Arial" w:cs="Arial"/>
          <w:sz w:val="24"/>
          <w:szCs w:val="24"/>
        </w:rPr>
        <w:t>actividad</w:t>
      </w:r>
      <w:proofErr w:type="spellEnd"/>
      <w:r w:rsidRPr="00BB6C6B">
        <w:rPr>
          <w:rFonts w:ascii="Arial" w:hAnsi="Arial" w:cs="Arial"/>
          <w:sz w:val="24"/>
          <w:szCs w:val="24"/>
        </w:rPr>
        <w:t xml:space="preserve"> o </w:t>
      </w:r>
      <w:proofErr w:type="spellStart"/>
      <w:r w:rsidRPr="00BB6C6B">
        <w:rPr>
          <w:rFonts w:ascii="Arial" w:hAnsi="Arial" w:cs="Arial"/>
          <w:sz w:val="24"/>
          <w:szCs w:val="24"/>
        </w:rPr>
        <w:t>cantidad</w:t>
      </w:r>
      <w:proofErr w:type="spellEnd"/>
      <w:r w:rsidRPr="00BB6C6B">
        <w:rPr>
          <w:rFonts w:ascii="Arial" w:hAnsi="Arial" w:cs="Arial"/>
          <w:sz w:val="24"/>
          <w:szCs w:val="24"/>
        </w:rPr>
        <w:t xml:space="preserve"> </w:t>
      </w:r>
      <w:r w:rsidRPr="00BB6C6B">
        <w:rPr>
          <w:rFonts w:ascii="Arial" w:hAnsi="Arial" w:cs="Arial"/>
          <w:spacing w:val="5"/>
          <w:sz w:val="24"/>
          <w:szCs w:val="24"/>
        </w:rPr>
        <w:t xml:space="preserve">de </w:t>
      </w:r>
      <w:proofErr w:type="spellStart"/>
      <w:r w:rsidRPr="00BB6C6B">
        <w:rPr>
          <w:rFonts w:ascii="Arial" w:hAnsi="Arial" w:cs="Arial"/>
          <w:spacing w:val="2"/>
          <w:sz w:val="24"/>
          <w:szCs w:val="24"/>
        </w:rPr>
        <w:t>ejercicios</w:t>
      </w:r>
      <w:proofErr w:type="spellEnd"/>
      <w:r w:rsidRPr="00BB6C6B">
        <w:rPr>
          <w:rFonts w:ascii="Arial" w:hAnsi="Arial" w:cs="Arial"/>
          <w:spacing w:val="2"/>
          <w:sz w:val="24"/>
          <w:szCs w:val="24"/>
        </w:rPr>
        <w:t xml:space="preserve"> </w:t>
      </w:r>
      <w:proofErr w:type="spellStart"/>
      <w:r w:rsidRPr="00BB6C6B">
        <w:rPr>
          <w:rFonts w:ascii="Arial" w:hAnsi="Arial" w:cs="Arial"/>
          <w:spacing w:val="5"/>
          <w:sz w:val="24"/>
          <w:szCs w:val="24"/>
        </w:rPr>
        <w:t>en</w:t>
      </w:r>
      <w:proofErr w:type="spellEnd"/>
      <w:r w:rsidRPr="00BB6C6B">
        <w:rPr>
          <w:rFonts w:ascii="Arial" w:hAnsi="Arial" w:cs="Arial"/>
          <w:spacing w:val="5"/>
          <w:sz w:val="24"/>
          <w:szCs w:val="24"/>
        </w:rPr>
        <w:t xml:space="preserve"> </w:t>
      </w:r>
      <w:proofErr w:type="spellStart"/>
      <w:r w:rsidRPr="00BB6C6B">
        <w:rPr>
          <w:rFonts w:ascii="Arial" w:hAnsi="Arial" w:cs="Arial"/>
          <w:sz w:val="24"/>
          <w:szCs w:val="24"/>
        </w:rPr>
        <w:t>pizarra</w:t>
      </w:r>
      <w:proofErr w:type="spellEnd"/>
      <w:r w:rsidRPr="00BB6C6B">
        <w:rPr>
          <w:rFonts w:ascii="Arial" w:hAnsi="Arial" w:cs="Arial"/>
          <w:sz w:val="24"/>
          <w:szCs w:val="24"/>
        </w:rPr>
        <w:t xml:space="preserve"> </w:t>
      </w:r>
      <w:proofErr w:type="spellStart"/>
      <w:r w:rsidRPr="00BB6C6B">
        <w:rPr>
          <w:rFonts w:ascii="Arial" w:hAnsi="Arial" w:cs="Arial"/>
          <w:spacing w:val="6"/>
          <w:sz w:val="24"/>
          <w:szCs w:val="24"/>
        </w:rPr>
        <w:t>por</w:t>
      </w:r>
      <w:proofErr w:type="spellEnd"/>
      <w:r w:rsidRPr="00BB6C6B">
        <w:rPr>
          <w:rFonts w:ascii="Arial" w:hAnsi="Arial" w:cs="Arial"/>
          <w:spacing w:val="6"/>
          <w:sz w:val="24"/>
          <w:szCs w:val="24"/>
        </w:rPr>
        <w:t xml:space="preserve"> </w:t>
      </w:r>
      <w:r w:rsidRPr="00BB6C6B">
        <w:rPr>
          <w:rFonts w:ascii="Arial" w:hAnsi="Arial" w:cs="Arial"/>
          <w:spacing w:val="4"/>
          <w:sz w:val="24"/>
          <w:szCs w:val="24"/>
        </w:rPr>
        <w:t xml:space="preserve">medio </w:t>
      </w:r>
      <w:r w:rsidRPr="00BB6C6B">
        <w:rPr>
          <w:rFonts w:ascii="Arial" w:hAnsi="Arial" w:cs="Arial"/>
          <w:spacing w:val="5"/>
          <w:sz w:val="24"/>
          <w:szCs w:val="24"/>
        </w:rPr>
        <w:t xml:space="preserve">de </w:t>
      </w:r>
      <w:r w:rsidRPr="00BB6C6B">
        <w:rPr>
          <w:rFonts w:ascii="Arial" w:hAnsi="Arial" w:cs="Arial"/>
          <w:spacing w:val="3"/>
          <w:sz w:val="24"/>
          <w:szCs w:val="24"/>
        </w:rPr>
        <w:t xml:space="preserve">check </w:t>
      </w:r>
      <w:r w:rsidRPr="00BB6C6B">
        <w:rPr>
          <w:rFonts w:ascii="Arial" w:hAnsi="Arial" w:cs="Arial"/>
          <w:sz w:val="24"/>
          <w:szCs w:val="24"/>
        </w:rPr>
        <w:t xml:space="preserve">list </w:t>
      </w:r>
      <w:proofErr w:type="spellStart"/>
      <w:r w:rsidRPr="00BB6C6B">
        <w:rPr>
          <w:rFonts w:ascii="Arial" w:hAnsi="Arial" w:cs="Arial"/>
          <w:sz w:val="24"/>
          <w:szCs w:val="24"/>
        </w:rPr>
        <w:t>numérico</w:t>
      </w:r>
      <w:proofErr w:type="spellEnd"/>
      <w:r w:rsidRPr="00BB6C6B">
        <w:rPr>
          <w:rFonts w:ascii="Arial" w:hAnsi="Arial" w:cs="Arial"/>
          <w:sz w:val="24"/>
          <w:szCs w:val="24"/>
        </w:rPr>
        <w:t xml:space="preserve"> o</w:t>
      </w:r>
      <w:r w:rsidRPr="00BB6C6B">
        <w:rPr>
          <w:rFonts w:ascii="Arial" w:hAnsi="Arial" w:cs="Arial"/>
          <w:spacing w:val="48"/>
          <w:sz w:val="24"/>
          <w:szCs w:val="24"/>
        </w:rPr>
        <w:t xml:space="preserve"> </w:t>
      </w:r>
      <w:r w:rsidRPr="00BB6C6B">
        <w:rPr>
          <w:rFonts w:ascii="Arial" w:hAnsi="Arial" w:cs="Arial"/>
          <w:sz w:val="24"/>
          <w:szCs w:val="24"/>
        </w:rPr>
        <w:t>visual.</w:t>
      </w:r>
    </w:p>
    <w:p w14:paraId="292E12ED" w14:textId="77777777" w:rsidR="00893C50" w:rsidRPr="00BB6C6B" w:rsidRDefault="00893C50" w:rsidP="00893C50">
      <w:pPr>
        <w:pStyle w:val="Prrafodelista"/>
        <w:widowControl w:val="0"/>
        <w:numPr>
          <w:ilvl w:val="0"/>
          <w:numId w:val="44"/>
        </w:numPr>
        <w:tabs>
          <w:tab w:val="left" w:pos="1233"/>
        </w:tabs>
        <w:autoSpaceDE w:val="0"/>
        <w:autoSpaceDN w:val="0"/>
        <w:spacing w:before="25" w:after="0" w:line="360" w:lineRule="auto"/>
        <w:ind w:right="49"/>
        <w:contextualSpacing w:val="0"/>
        <w:jc w:val="both"/>
        <w:rPr>
          <w:rFonts w:ascii="Arial" w:hAnsi="Arial" w:cs="Arial"/>
          <w:sz w:val="24"/>
          <w:szCs w:val="24"/>
        </w:rPr>
      </w:pPr>
      <w:proofErr w:type="spellStart"/>
      <w:r w:rsidRPr="00BB6C6B">
        <w:rPr>
          <w:rFonts w:ascii="Arial" w:hAnsi="Arial" w:cs="Arial"/>
          <w:sz w:val="24"/>
          <w:szCs w:val="24"/>
        </w:rPr>
        <w:lastRenderedPageBreak/>
        <w:t>Realizar</w:t>
      </w:r>
      <w:proofErr w:type="spellEnd"/>
      <w:r w:rsidRPr="00BB6C6B">
        <w:rPr>
          <w:rFonts w:ascii="Arial" w:hAnsi="Arial" w:cs="Arial"/>
          <w:sz w:val="24"/>
          <w:szCs w:val="24"/>
        </w:rPr>
        <w:t xml:space="preserve"> </w:t>
      </w:r>
      <w:proofErr w:type="spellStart"/>
      <w:r w:rsidRPr="00BB6C6B">
        <w:rPr>
          <w:rFonts w:ascii="Arial" w:hAnsi="Arial" w:cs="Arial"/>
          <w:spacing w:val="3"/>
          <w:sz w:val="24"/>
          <w:szCs w:val="24"/>
        </w:rPr>
        <w:t>ejercicios</w:t>
      </w:r>
      <w:proofErr w:type="spellEnd"/>
      <w:r w:rsidRPr="00BB6C6B">
        <w:rPr>
          <w:rFonts w:ascii="Arial" w:hAnsi="Arial" w:cs="Arial"/>
          <w:spacing w:val="3"/>
          <w:sz w:val="24"/>
          <w:szCs w:val="24"/>
        </w:rPr>
        <w:t xml:space="preserve"> </w:t>
      </w:r>
      <w:r w:rsidRPr="00BB6C6B">
        <w:rPr>
          <w:rFonts w:ascii="Arial" w:hAnsi="Arial" w:cs="Arial"/>
          <w:spacing w:val="5"/>
          <w:sz w:val="24"/>
          <w:szCs w:val="24"/>
        </w:rPr>
        <w:t xml:space="preserve">de </w:t>
      </w:r>
      <w:proofErr w:type="spellStart"/>
      <w:r w:rsidRPr="00BB6C6B">
        <w:rPr>
          <w:rFonts w:ascii="Arial" w:hAnsi="Arial" w:cs="Arial"/>
          <w:sz w:val="24"/>
          <w:szCs w:val="24"/>
        </w:rPr>
        <w:t>relajación</w:t>
      </w:r>
      <w:proofErr w:type="spellEnd"/>
      <w:r w:rsidRPr="00BB6C6B">
        <w:rPr>
          <w:rFonts w:ascii="Arial" w:hAnsi="Arial" w:cs="Arial"/>
          <w:sz w:val="24"/>
          <w:szCs w:val="24"/>
        </w:rPr>
        <w:t xml:space="preserve"> o </w:t>
      </w:r>
      <w:proofErr w:type="spellStart"/>
      <w:r w:rsidRPr="00BB6C6B">
        <w:rPr>
          <w:rFonts w:ascii="Arial" w:hAnsi="Arial" w:cs="Arial"/>
          <w:sz w:val="24"/>
          <w:szCs w:val="24"/>
        </w:rPr>
        <w:t>pausas</w:t>
      </w:r>
      <w:proofErr w:type="spellEnd"/>
      <w:r w:rsidRPr="00BB6C6B">
        <w:rPr>
          <w:rFonts w:ascii="Arial" w:hAnsi="Arial" w:cs="Arial"/>
          <w:spacing w:val="44"/>
          <w:sz w:val="24"/>
          <w:szCs w:val="24"/>
        </w:rPr>
        <w:t xml:space="preserve"> </w:t>
      </w:r>
      <w:proofErr w:type="spellStart"/>
      <w:r w:rsidRPr="00BB6C6B">
        <w:rPr>
          <w:rFonts w:ascii="Arial" w:hAnsi="Arial" w:cs="Arial"/>
          <w:sz w:val="24"/>
          <w:szCs w:val="24"/>
        </w:rPr>
        <w:t>activas</w:t>
      </w:r>
      <w:proofErr w:type="spellEnd"/>
      <w:r w:rsidRPr="00BB6C6B">
        <w:rPr>
          <w:rFonts w:ascii="Arial" w:hAnsi="Arial" w:cs="Arial"/>
          <w:sz w:val="24"/>
          <w:szCs w:val="24"/>
        </w:rPr>
        <w:t>.</w:t>
      </w:r>
    </w:p>
    <w:p w14:paraId="6798D294" w14:textId="77777777" w:rsidR="00893C50" w:rsidRPr="00BB6C6B" w:rsidRDefault="00893C50" w:rsidP="00893C50">
      <w:pPr>
        <w:pStyle w:val="Prrafodelista"/>
        <w:widowControl w:val="0"/>
        <w:numPr>
          <w:ilvl w:val="0"/>
          <w:numId w:val="44"/>
        </w:numPr>
        <w:tabs>
          <w:tab w:val="left" w:pos="1233"/>
        </w:tabs>
        <w:autoSpaceDE w:val="0"/>
        <w:autoSpaceDN w:val="0"/>
        <w:spacing w:before="10" w:after="0" w:line="360" w:lineRule="auto"/>
        <w:ind w:right="49"/>
        <w:contextualSpacing w:val="0"/>
        <w:jc w:val="both"/>
        <w:rPr>
          <w:rFonts w:ascii="Arial" w:hAnsi="Arial" w:cs="Arial"/>
          <w:sz w:val="24"/>
          <w:szCs w:val="24"/>
        </w:rPr>
      </w:pPr>
      <w:proofErr w:type="spellStart"/>
      <w:r w:rsidRPr="00BB6C6B">
        <w:rPr>
          <w:rFonts w:ascii="Arial" w:hAnsi="Arial" w:cs="Arial"/>
          <w:spacing w:val="2"/>
          <w:sz w:val="24"/>
          <w:szCs w:val="24"/>
        </w:rPr>
        <w:t>Reducir</w:t>
      </w:r>
      <w:proofErr w:type="spellEnd"/>
      <w:r w:rsidRPr="00BB6C6B">
        <w:rPr>
          <w:rFonts w:ascii="Arial" w:hAnsi="Arial" w:cs="Arial"/>
          <w:spacing w:val="-15"/>
          <w:sz w:val="24"/>
          <w:szCs w:val="24"/>
        </w:rPr>
        <w:t xml:space="preserve"> </w:t>
      </w:r>
      <w:proofErr w:type="spellStart"/>
      <w:r w:rsidRPr="00BB6C6B">
        <w:rPr>
          <w:rFonts w:ascii="Arial" w:hAnsi="Arial" w:cs="Arial"/>
          <w:sz w:val="24"/>
          <w:szCs w:val="24"/>
        </w:rPr>
        <w:t>dentro</w:t>
      </w:r>
      <w:proofErr w:type="spellEnd"/>
      <w:r w:rsidRPr="00BB6C6B">
        <w:rPr>
          <w:rFonts w:ascii="Arial" w:hAnsi="Arial" w:cs="Arial"/>
          <w:spacing w:val="1"/>
          <w:sz w:val="24"/>
          <w:szCs w:val="24"/>
        </w:rPr>
        <w:t xml:space="preserve"> </w:t>
      </w:r>
      <w:r w:rsidRPr="00BB6C6B">
        <w:rPr>
          <w:rFonts w:ascii="Arial" w:hAnsi="Arial" w:cs="Arial"/>
          <w:spacing w:val="5"/>
          <w:sz w:val="24"/>
          <w:szCs w:val="24"/>
        </w:rPr>
        <w:t>de</w:t>
      </w:r>
      <w:r w:rsidRPr="00BB6C6B">
        <w:rPr>
          <w:rFonts w:ascii="Arial" w:hAnsi="Arial" w:cs="Arial"/>
          <w:spacing w:val="2"/>
          <w:sz w:val="24"/>
          <w:szCs w:val="24"/>
        </w:rPr>
        <w:t xml:space="preserve"> </w:t>
      </w:r>
      <w:r w:rsidRPr="00BB6C6B">
        <w:rPr>
          <w:rFonts w:ascii="Arial" w:hAnsi="Arial" w:cs="Arial"/>
          <w:sz w:val="24"/>
          <w:szCs w:val="24"/>
        </w:rPr>
        <w:t>lo</w:t>
      </w:r>
      <w:r w:rsidRPr="00BB6C6B">
        <w:rPr>
          <w:rFonts w:ascii="Arial" w:hAnsi="Arial" w:cs="Arial"/>
          <w:spacing w:val="2"/>
          <w:sz w:val="24"/>
          <w:szCs w:val="24"/>
        </w:rPr>
        <w:t xml:space="preserve"> </w:t>
      </w:r>
      <w:proofErr w:type="spellStart"/>
      <w:r w:rsidRPr="00BB6C6B">
        <w:rPr>
          <w:rFonts w:ascii="Arial" w:hAnsi="Arial" w:cs="Arial"/>
          <w:spacing w:val="3"/>
          <w:sz w:val="24"/>
          <w:szCs w:val="24"/>
        </w:rPr>
        <w:t>posible</w:t>
      </w:r>
      <w:proofErr w:type="spellEnd"/>
      <w:r w:rsidRPr="00BB6C6B">
        <w:rPr>
          <w:rFonts w:ascii="Arial" w:hAnsi="Arial" w:cs="Arial"/>
          <w:spacing w:val="-8"/>
          <w:sz w:val="24"/>
          <w:szCs w:val="24"/>
        </w:rPr>
        <w:t xml:space="preserve"> </w:t>
      </w:r>
      <w:proofErr w:type="spellStart"/>
      <w:r w:rsidRPr="00BB6C6B">
        <w:rPr>
          <w:rFonts w:ascii="Arial" w:hAnsi="Arial" w:cs="Arial"/>
          <w:sz w:val="24"/>
          <w:szCs w:val="24"/>
        </w:rPr>
        <w:t>estímulos</w:t>
      </w:r>
      <w:proofErr w:type="spellEnd"/>
      <w:r w:rsidRPr="00BB6C6B">
        <w:rPr>
          <w:rFonts w:ascii="Arial" w:hAnsi="Arial" w:cs="Arial"/>
          <w:spacing w:val="-3"/>
          <w:sz w:val="24"/>
          <w:szCs w:val="24"/>
        </w:rPr>
        <w:t xml:space="preserve"> </w:t>
      </w:r>
      <w:proofErr w:type="spellStart"/>
      <w:r w:rsidRPr="00BB6C6B">
        <w:rPr>
          <w:rFonts w:ascii="Arial" w:hAnsi="Arial" w:cs="Arial"/>
          <w:sz w:val="24"/>
          <w:szCs w:val="24"/>
        </w:rPr>
        <w:t>sensoriales</w:t>
      </w:r>
      <w:proofErr w:type="spellEnd"/>
      <w:r w:rsidRPr="00BB6C6B">
        <w:rPr>
          <w:rFonts w:ascii="Arial" w:hAnsi="Arial" w:cs="Arial"/>
          <w:spacing w:val="-18"/>
          <w:sz w:val="24"/>
          <w:szCs w:val="24"/>
        </w:rPr>
        <w:t xml:space="preserve"> </w:t>
      </w:r>
      <w:proofErr w:type="spellStart"/>
      <w:r w:rsidRPr="00BB6C6B">
        <w:rPr>
          <w:rFonts w:ascii="Arial" w:hAnsi="Arial" w:cs="Arial"/>
          <w:spacing w:val="4"/>
          <w:sz w:val="24"/>
          <w:szCs w:val="24"/>
        </w:rPr>
        <w:t>como</w:t>
      </w:r>
      <w:proofErr w:type="spellEnd"/>
      <w:r w:rsidRPr="00BB6C6B">
        <w:rPr>
          <w:rFonts w:ascii="Arial" w:hAnsi="Arial" w:cs="Arial"/>
          <w:spacing w:val="-13"/>
          <w:sz w:val="24"/>
          <w:szCs w:val="24"/>
        </w:rPr>
        <w:t xml:space="preserve"> </w:t>
      </w:r>
      <w:r w:rsidRPr="00BB6C6B">
        <w:rPr>
          <w:rFonts w:ascii="Arial" w:hAnsi="Arial" w:cs="Arial"/>
          <w:sz w:val="24"/>
          <w:szCs w:val="24"/>
        </w:rPr>
        <w:t>la</w:t>
      </w:r>
      <w:r w:rsidRPr="00BB6C6B">
        <w:rPr>
          <w:rFonts w:ascii="Arial" w:hAnsi="Arial" w:cs="Arial"/>
          <w:spacing w:val="-14"/>
          <w:sz w:val="24"/>
          <w:szCs w:val="24"/>
        </w:rPr>
        <w:t xml:space="preserve"> </w:t>
      </w:r>
      <w:r w:rsidRPr="00BB6C6B">
        <w:rPr>
          <w:rFonts w:ascii="Arial" w:hAnsi="Arial" w:cs="Arial"/>
          <w:sz w:val="24"/>
          <w:szCs w:val="24"/>
        </w:rPr>
        <w:t>luz,</w:t>
      </w:r>
      <w:r w:rsidRPr="00BB6C6B">
        <w:rPr>
          <w:rFonts w:ascii="Arial" w:hAnsi="Arial" w:cs="Arial"/>
          <w:spacing w:val="-4"/>
          <w:sz w:val="24"/>
          <w:szCs w:val="24"/>
        </w:rPr>
        <w:t xml:space="preserve"> </w:t>
      </w:r>
      <w:proofErr w:type="spellStart"/>
      <w:r w:rsidRPr="00BB6C6B">
        <w:rPr>
          <w:rFonts w:ascii="Arial" w:hAnsi="Arial" w:cs="Arial"/>
          <w:spacing w:val="3"/>
          <w:sz w:val="24"/>
          <w:szCs w:val="24"/>
        </w:rPr>
        <w:t>volumen</w:t>
      </w:r>
      <w:proofErr w:type="spellEnd"/>
      <w:r w:rsidRPr="00BB6C6B">
        <w:rPr>
          <w:rFonts w:ascii="Arial" w:hAnsi="Arial" w:cs="Arial"/>
          <w:spacing w:val="-14"/>
          <w:sz w:val="24"/>
          <w:szCs w:val="24"/>
        </w:rPr>
        <w:t xml:space="preserve"> </w:t>
      </w:r>
      <w:r w:rsidRPr="00BB6C6B">
        <w:rPr>
          <w:rFonts w:ascii="Arial" w:hAnsi="Arial" w:cs="Arial"/>
          <w:spacing w:val="5"/>
          <w:sz w:val="24"/>
          <w:szCs w:val="24"/>
        </w:rPr>
        <w:t>de</w:t>
      </w:r>
      <w:r w:rsidRPr="00BB6C6B">
        <w:rPr>
          <w:rFonts w:ascii="Arial" w:hAnsi="Arial" w:cs="Arial"/>
          <w:spacing w:val="2"/>
          <w:sz w:val="24"/>
          <w:szCs w:val="24"/>
        </w:rPr>
        <w:t xml:space="preserve"> </w:t>
      </w:r>
      <w:proofErr w:type="spellStart"/>
      <w:r w:rsidRPr="00BB6C6B">
        <w:rPr>
          <w:rFonts w:ascii="Arial" w:hAnsi="Arial" w:cs="Arial"/>
          <w:sz w:val="24"/>
          <w:szCs w:val="24"/>
        </w:rPr>
        <w:t>elementos</w:t>
      </w:r>
      <w:proofErr w:type="spellEnd"/>
      <w:r w:rsidRPr="00BB6C6B">
        <w:rPr>
          <w:rFonts w:ascii="Arial" w:hAnsi="Arial" w:cs="Arial"/>
          <w:spacing w:val="-2"/>
          <w:sz w:val="24"/>
          <w:szCs w:val="24"/>
        </w:rPr>
        <w:t xml:space="preserve"> </w:t>
      </w:r>
      <w:proofErr w:type="spellStart"/>
      <w:r w:rsidRPr="00BB6C6B">
        <w:rPr>
          <w:rFonts w:ascii="Arial" w:hAnsi="Arial" w:cs="Arial"/>
          <w:sz w:val="24"/>
          <w:szCs w:val="24"/>
        </w:rPr>
        <w:t>tecnológicos</w:t>
      </w:r>
      <w:proofErr w:type="spellEnd"/>
      <w:r w:rsidRPr="00BB6C6B">
        <w:rPr>
          <w:rFonts w:ascii="Arial" w:hAnsi="Arial" w:cs="Arial"/>
          <w:sz w:val="24"/>
          <w:szCs w:val="24"/>
        </w:rPr>
        <w:t xml:space="preserve">, </w:t>
      </w:r>
      <w:proofErr w:type="spellStart"/>
      <w:r w:rsidRPr="00BB6C6B">
        <w:rPr>
          <w:rFonts w:ascii="Arial" w:hAnsi="Arial" w:cs="Arial"/>
          <w:sz w:val="24"/>
          <w:szCs w:val="24"/>
        </w:rPr>
        <w:t>ruido</w:t>
      </w:r>
      <w:proofErr w:type="spellEnd"/>
      <w:r w:rsidRPr="00BB6C6B">
        <w:rPr>
          <w:rFonts w:ascii="Arial" w:hAnsi="Arial" w:cs="Arial"/>
          <w:sz w:val="24"/>
          <w:szCs w:val="24"/>
        </w:rPr>
        <w:t xml:space="preserve"> </w:t>
      </w:r>
      <w:r w:rsidRPr="00BB6C6B">
        <w:rPr>
          <w:rFonts w:ascii="Arial" w:hAnsi="Arial" w:cs="Arial"/>
          <w:spacing w:val="5"/>
          <w:sz w:val="24"/>
          <w:szCs w:val="24"/>
        </w:rPr>
        <w:t xml:space="preserve">de </w:t>
      </w:r>
      <w:proofErr w:type="spellStart"/>
      <w:r w:rsidRPr="00BB6C6B">
        <w:rPr>
          <w:rFonts w:ascii="Arial" w:hAnsi="Arial" w:cs="Arial"/>
          <w:spacing w:val="3"/>
          <w:sz w:val="24"/>
          <w:szCs w:val="24"/>
        </w:rPr>
        <w:t>compañeros</w:t>
      </w:r>
      <w:proofErr w:type="spellEnd"/>
      <w:r w:rsidRPr="00BB6C6B">
        <w:rPr>
          <w:rFonts w:ascii="Arial" w:hAnsi="Arial" w:cs="Arial"/>
          <w:spacing w:val="3"/>
          <w:sz w:val="24"/>
          <w:szCs w:val="24"/>
        </w:rPr>
        <w:t xml:space="preserve">, </w:t>
      </w:r>
      <w:r w:rsidRPr="00BB6C6B">
        <w:rPr>
          <w:rFonts w:ascii="Arial" w:hAnsi="Arial" w:cs="Arial"/>
          <w:spacing w:val="-3"/>
          <w:sz w:val="24"/>
          <w:szCs w:val="24"/>
        </w:rPr>
        <w:t>entre</w:t>
      </w:r>
      <w:r w:rsidRPr="00BB6C6B">
        <w:rPr>
          <w:rFonts w:ascii="Arial" w:hAnsi="Arial" w:cs="Arial"/>
          <w:spacing w:val="47"/>
          <w:sz w:val="24"/>
          <w:szCs w:val="24"/>
        </w:rPr>
        <w:t xml:space="preserve"> </w:t>
      </w:r>
      <w:proofErr w:type="spellStart"/>
      <w:r w:rsidRPr="00BB6C6B">
        <w:rPr>
          <w:rFonts w:ascii="Arial" w:hAnsi="Arial" w:cs="Arial"/>
          <w:sz w:val="24"/>
          <w:szCs w:val="24"/>
        </w:rPr>
        <w:t>otros</w:t>
      </w:r>
      <w:proofErr w:type="spellEnd"/>
      <w:r w:rsidRPr="00BB6C6B">
        <w:rPr>
          <w:rFonts w:ascii="Arial" w:hAnsi="Arial" w:cs="Arial"/>
          <w:sz w:val="24"/>
          <w:szCs w:val="24"/>
        </w:rPr>
        <w:t>.</w:t>
      </w:r>
    </w:p>
    <w:p w14:paraId="6CD378B7" w14:textId="77777777" w:rsidR="00893C50" w:rsidRPr="00BB6C6B" w:rsidRDefault="00893C50" w:rsidP="00893C50">
      <w:pPr>
        <w:pStyle w:val="Prrafodelista"/>
        <w:widowControl w:val="0"/>
        <w:numPr>
          <w:ilvl w:val="0"/>
          <w:numId w:val="44"/>
        </w:numPr>
        <w:tabs>
          <w:tab w:val="left" w:pos="1233"/>
        </w:tabs>
        <w:autoSpaceDE w:val="0"/>
        <w:autoSpaceDN w:val="0"/>
        <w:spacing w:after="0" w:line="360" w:lineRule="auto"/>
        <w:ind w:right="49"/>
        <w:contextualSpacing w:val="0"/>
        <w:jc w:val="both"/>
        <w:rPr>
          <w:rFonts w:ascii="Arial" w:hAnsi="Arial" w:cs="Arial"/>
          <w:sz w:val="24"/>
          <w:szCs w:val="24"/>
        </w:rPr>
      </w:pPr>
      <w:proofErr w:type="spellStart"/>
      <w:r w:rsidRPr="00BB6C6B">
        <w:rPr>
          <w:rFonts w:ascii="Arial" w:hAnsi="Arial" w:cs="Arial"/>
          <w:sz w:val="24"/>
          <w:szCs w:val="24"/>
        </w:rPr>
        <w:t>Permitirle</w:t>
      </w:r>
      <w:proofErr w:type="spellEnd"/>
      <w:r w:rsidRPr="00BB6C6B">
        <w:rPr>
          <w:rFonts w:ascii="Arial" w:hAnsi="Arial" w:cs="Arial"/>
          <w:sz w:val="24"/>
          <w:szCs w:val="24"/>
        </w:rPr>
        <w:t xml:space="preserve"> </w:t>
      </w:r>
      <w:proofErr w:type="spellStart"/>
      <w:r w:rsidRPr="00BB6C6B">
        <w:rPr>
          <w:rFonts w:ascii="Arial" w:hAnsi="Arial" w:cs="Arial"/>
          <w:sz w:val="24"/>
          <w:szCs w:val="24"/>
        </w:rPr>
        <w:t>utilizar</w:t>
      </w:r>
      <w:proofErr w:type="spellEnd"/>
      <w:r w:rsidRPr="00BB6C6B">
        <w:rPr>
          <w:rFonts w:ascii="Arial" w:hAnsi="Arial" w:cs="Arial"/>
          <w:sz w:val="24"/>
          <w:szCs w:val="24"/>
        </w:rPr>
        <w:t xml:space="preserve"> </w:t>
      </w:r>
      <w:proofErr w:type="spellStart"/>
      <w:r w:rsidRPr="00BB6C6B">
        <w:rPr>
          <w:rFonts w:ascii="Arial" w:hAnsi="Arial" w:cs="Arial"/>
          <w:spacing w:val="2"/>
          <w:sz w:val="24"/>
          <w:szCs w:val="24"/>
        </w:rPr>
        <w:t>elementos</w:t>
      </w:r>
      <w:proofErr w:type="spellEnd"/>
      <w:r w:rsidRPr="00BB6C6B">
        <w:rPr>
          <w:rFonts w:ascii="Arial" w:hAnsi="Arial" w:cs="Arial"/>
          <w:spacing w:val="2"/>
          <w:sz w:val="24"/>
          <w:szCs w:val="24"/>
        </w:rPr>
        <w:t xml:space="preserve"> </w:t>
      </w:r>
      <w:proofErr w:type="spellStart"/>
      <w:r w:rsidRPr="00BB6C6B">
        <w:rPr>
          <w:rFonts w:ascii="Arial" w:hAnsi="Arial" w:cs="Arial"/>
          <w:spacing w:val="2"/>
          <w:sz w:val="24"/>
          <w:szCs w:val="24"/>
        </w:rPr>
        <w:t>sensoriales</w:t>
      </w:r>
      <w:proofErr w:type="spellEnd"/>
      <w:r w:rsidRPr="00BB6C6B">
        <w:rPr>
          <w:rFonts w:ascii="Arial" w:hAnsi="Arial" w:cs="Arial"/>
          <w:spacing w:val="2"/>
          <w:sz w:val="24"/>
          <w:szCs w:val="24"/>
        </w:rPr>
        <w:t xml:space="preserve">, </w:t>
      </w:r>
      <w:proofErr w:type="spellStart"/>
      <w:r w:rsidRPr="00BB6C6B">
        <w:rPr>
          <w:rFonts w:ascii="Arial" w:hAnsi="Arial" w:cs="Arial"/>
          <w:spacing w:val="3"/>
          <w:sz w:val="24"/>
          <w:szCs w:val="24"/>
        </w:rPr>
        <w:t>ya</w:t>
      </w:r>
      <w:proofErr w:type="spellEnd"/>
      <w:r w:rsidRPr="00BB6C6B">
        <w:rPr>
          <w:rFonts w:ascii="Arial" w:hAnsi="Arial" w:cs="Arial"/>
          <w:spacing w:val="3"/>
          <w:sz w:val="24"/>
          <w:szCs w:val="24"/>
        </w:rPr>
        <w:t xml:space="preserve"> </w:t>
      </w:r>
      <w:r w:rsidRPr="00BB6C6B">
        <w:rPr>
          <w:rFonts w:ascii="Arial" w:hAnsi="Arial" w:cs="Arial"/>
          <w:spacing w:val="5"/>
          <w:sz w:val="24"/>
          <w:szCs w:val="24"/>
        </w:rPr>
        <w:t xml:space="preserve">sea de </w:t>
      </w:r>
      <w:proofErr w:type="spellStart"/>
      <w:r w:rsidRPr="00BB6C6B">
        <w:rPr>
          <w:rFonts w:ascii="Arial" w:hAnsi="Arial" w:cs="Arial"/>
          <w:spacing w:val="3"/>
          <w:sz w:val="24"/>
          <w:szCs w:val="24"/>
        </w:rPr>
        <w:t>protección</w:t>
      </w:r>
      <w:proofErr w:type="spellEnd"/>
      <w:r w:rsidRPr="00BB6C6B">
        <w:rPr>
          <w:rFonts w:ascii="Arial" w:hAnsi="Arial" w:cs="Arial"/>
          <w:spacing w:val="3"/>
          <w:sz w:val="24"/>
          <w:szCs w:val="24"/>
        </w:rPr>
        <w:t xml:space="preserve"> </w:t>
      </w:r>
      <w:r w:rsidRPr="00BB6C6B">
        <w:rPr>
          <w:rFonts w:ascii="Arial" w:hAnsi="Arial" w:cs="Arial"/>
          <w:sz w:val="24"/>
          <w:szCs w:val="24"/>
        </w:rPr>
        <w:t xml:space="preserve">o </w:t>
      </w:r>
      <w:r w:rsidRPr="00BB6C6B">
        <w:rPr>
          <w:rFonts w:ascii="Arial" w:hAnsi="Arial" w:cs="Arial"/>
          <w:spacing w:val="5"/>
          <w:sz w:val="24"/>
          <w:szCs w:val="24"/>
        </w:rPr>
        <w:t xml:space="preserve">de </w:t>
      </w:r>
      <w:proofErr w:type="spellStart"/>
      <w:r w:rsidRPr="00BB6C6B">
        <w:rPr>
          <w:rFonts w:ascii="Arial" w:hAnsi="Arial" w:cs="Arial"/>
          <w:spacing w:val="2"/>
          <w:sz w:val="24"/>
          <w:szCs w:val="24"/>
        </w:rPr>
        <w:t>regulación</w:t>
      </w:r>
      <w:proofErr w:type="spellEnd"/>
      <w:r w:rsidRPr="00BB6C6B">
        <w:rPr>
          <w:rFonts w:ascii="Arial" w:hAnsi="Arial" w:cs="Arial"/>
          <w:spacing w:val="2"/>
          <w:sz w:val="24"/>
          <w:szCs w:val="24"/>
        </w:rPr>
        <w:t xml:space="preserve"> </w:t>
      </w:r>
      <w:proofErr w:type="spellStart"/>
      <w:r w:rsidRPr="00BB6C6B">
        <w:rPr>
          <w:rFonts w:ascii="Arial" w:hAnsi="Arial" w:cs="Arial"/>
          <w:spacing w:val="5"/>
          <w:sz w:val="24"/>
          <w:szCs w:val="24"/>
        </w:rPr>
        <w:t>como</w:t>
      </w:r>
      <w:proofErr w:type="spellEnd"/>
      <w:r w:rsidRPr="00BB6C6B">
        <w:rPr>
          <w:rFonts w:ascii="Arial" w:hAnsi="Arial" w:cs="Arial"/>
          <w:spacing w:val="5"/>
          <w:sz w:val="24"/>
          <w:szCs w:val="24"/>
        </w:rPr>
        <w:t xml:space="preserve">, </w:t>
      </w:r>
      <w:r w:rsidRPr="00BB6C6B">
        <w:rPr>
          <w:rFonts w:ascii="Arial" w:hAnsi="Arial" w:cs="Arial"/>
          <w:spacing w:val="2"/>
          <w:sz w:val="24"/>
          <w:szCs w:val="24"/>
        </w:rPr>
        <w:t xml:space="preserve">protector </w:t>
      </w:r>
      <w:proofErr w:type="spellStart"/>
      <w:r w:rsidRPr="00BB6C6B">
        <w:rPr>
          <w:rFonts w:ascii="Arial" w:hAnsi="Arial" w:cs="Arial"/>
          <w:sz w:val="24"/>
          <w:szCs w:val="24"/>
        </w:rPr>
        <w:t>auditivo</w:t>
      </w:r>
      <w:proofErr w:type="spellEnd"/>
      <w:r w:rsidRPr="00BB6C6B">
        <w:rPr>
          <w:rFonts w:ascii="Arial" w:hAnsi="Arial" w:cs="Arial"/>
          <w:sz w:val="24"/>
          <w:szCs w:val="24"/>
        </w:rPr>
        <w:t xml:space="preserve">, </w:t>
      </w:r>
      <w:proofErr w:type="spellStart"/>
      <w:r w:rsidRPr="00BB6C6B">
        <w:rPr>
          <w:rFonts w:ascii="Arial" w:hAnsi="Arial" w:cs="Arial"/>
          <w:sz w:val="24"/>
          <w:szCs w:val="24"/>
        </w:rPr>
        <w:t>bandas</w:t>
      </w:r>
      <w:proofErr w:type="spellEnd"/>
      <w:r w:rsidRPr="00BB6C6B">
        <w:rPr>
          <w:rFonts w:ascii="Arial" w:hAnsi="Arial" w:cs="Arial"/>
          <w:sz w:val="24"/>
          <w:szCs w:val="24"/>
        </w:rPr>
        <w:t xml:space="preserve"> </w:t>
      </w:r>
      <w:proofErr w:type="spellStart"/>
      <w:r w:rsidRPr="00BB6C6B">
        <w:rPr>
          <w:rFonts w:ascii="Arial" w:hAnsi="Arial" w:cs="Arial"/>
          <w:sz w:val="24"/>
          <w:szCs w:val="24"/>
        </w:rPr>
        <w:t>elásticas</w:t>
      </w:r>
      <w:proofErr w:type="spellEnd"/>
      <w:r w:rsidRPr="00BB6C6B">
        <w:rPr>
          <w:rFonts w:ascii="Arial" w:hAnsi="Arial" w:cs="Arial"/>
          <w:sz w:val="24"/>
          <w:szCs w:val="24"/>
        </w:rPr>
        <w:t xml:space="preserve"> </w:t>
      </w:r>
      <w:proofErr w:type="spellStart"/>
      <w:r w:rsidRPr="00BB6C6B">
        <w:rPr>
          <w:rFonts w:ascii="Arial" w:hAnsi="Arial" w:cs="Arial"/>
          <w:spacing w:val="5"/>
          <w:sz w:val="24"/>
          <w:szCs w:val="24"/>
        </w:rPr>
        <w:t>en</w:t>
      </w:r>
      <w:proofErr w:type="spellEnd"/>
      <w:r w:rsidRPr="00BB6C6B">
        <w:rPr>
          <w:rFonts w:ascii="Arial" w:hAnsi="Arial" w:cs="Arial"/>
          <w:spacing w:val="5"/>
          <w:sz w:val="24"/>
          <w:szCs w:val="24"/>
        </w:rPr>
        <w:t xml:space="preserve"> </w:t>
      </w:r>
      <w:proofErr w:type="spellStart"/>
      <w:r w:rsidRPr="00BB6C6B">
        <w:rPr>
          <w:rFonts w:ascii="Arial" w:hAnsi="Arial" w:cs="Arial"/>
          <w:sz w:val="24"/>
          <w:szCs w:val="24"/>
        </w:rPr>
        <w:t>silla</w:t>
      </w:r>
      <w:proofErr w:type="spellEnd"/>
      <w:r w:rsidRPr="00BB6C6B">
        <w:rPr>
          <w:rFonts w:ascii="Arial" w:hAnsi="Arial" w:cs="Arial"/>
          <w:sz w:val="24"/>
          <w:szCs w:val="24"/>
        </w:rPr>
        <w:t xml:space="preserve">, </w:t>
      </w:r>
      <w:r w:rsidRPr="00BB6C6B">
        <w:rPr>
          <w:rFonts w:ascii="Arial" w:hAnsi="Arial" w:cs="Arial"/>
          <w:spacing w:val="2"/>
          <w:sz w:val="24"/>
          <w:szCs w:val="24"/>
        </w:rPr>
        <w:t xml:space="preserve">squishy, </w:t>
      </w:r>
      <w:proofErr w:type="spellStart"/>
      <w:r w:rsidRPr="00BB6C6B">
        <w:rPr>
          <w:rFonts w:ascii="Arial" w:hAnsi="Arial" w:cs="Arial"/>
          <w:sz w:val="24"/>
          <w:szCs w:val="24"/>
        </w:rPr>
        <w:t>lentes</w:t>
      </w:r>
      <w:proofErr w:type="spellEnd"/>
      <w:r w:rsidRPr="00BB6C6B">
        <w:rPr>
          <w:rFonts w:ascii="Arial" w:hAnsi="Arial" w:cs="Arial"/>
          <w:spacing w:val="6"/>
          <w:sz w:val="24"/>
          <w:szCs w:val="24"/>
        </w:rPr>
        <w:t xml:space="preserve"> </w:t>
      </w:r>
      <w:r w:rsidRPr="00BB6C6B">
        <w:rPr>
          <w:rFonts w:ascii="Arial" w:hAnsi="Arial" w:cs="Arial"/>
          <w:sz w:val="24"/>
          <w:szCs w:val="24"/>
        </w:rPr>
        <w:t xml:space="preserve">u </w:t>
      </w:r>
      <w:proofErr w:type="spellStart"/>
      <w:r w:rsidRPr="00BB6C6B">
        <w:rPr>
          <w:rFonts w:ascii="Arial" w:hAnsi="Arial" w:cs="Arial"/>
          <w:sz w:val="24"/>
          <w:szCs w:val="24"/>
        </w:rPr>
        <w:t>otros</w:t>
      </w:r>
      <w:proofErr w:type="spellEnd"/>
      <w:r w:rsidRPr="00BB6C6B">
        <w:rPr>
          <w:rFonts w:ascii="Arial" w:hAnsi="Arial" w:cs="Arial"/>
          <w:sz w:val="24"/>
          <w:szCs w:val="24"/>
        </w:rPr>
        <w:t>.</w:t>
      </w:r>
    </w:p>
    <w:p w14:paraId="07CAF57A" w14:textId="77777777" w:rsidR="00893C50" w:rsidRPr="00BB6C6B" w:rsidRDefault="00893C50" w:rsidP="00893C50">
      <w:pPr>
        <w:pStyle w:val="Prrafodelista"/>
        <w:widowControl w:val="0"/>
        <w:numPr>
          <w:ilvl w:val="0"/>
          <w:numId w:val="44"/>
        </w:numPr>
        <w:tabs>
          <w:tab w:val="left" w:pos="1233"/>
        </w:tabs>
        <w:autoSpaceDE w:val="0"/>
        <w:autoSpaceDN w:val="0"/>
        <w:spacing w:after="0" w:line="360" w:lineRule="auto"/>
        <w:ind w:right="49"/>
        <w:contextualSpacing w:val="0"/>
        <w:jc w:val="both"/>
        <w:rPr>
          <w:rFonts w:ascii="Arial" w:hAnsi="Arial" w:cs="Arial"/>
          <w:sz w:val="24"/>
          <w:szCs w:val="24"/>
        </w:rPr>
      </w:pPr>
      <w:r w:rsidRPr="00BB6C6B">
        <w:rPr>
          <w:rFonts w:ascii="Arial" w:hAnsi="Arial" w:cs="Arial"/>
          <w:sz w:val="24"/>
          <w:szCs w:val="24"/>
        </w:rPr>
        <w:t>Si</w:t>
      </w:r>
      <w:r w:rsidRPr="00BB6C6B">
        <w:rPr>
          <w:rFonts w:ascii="Arial" w:hAnsi="Arial" w:cs="Arial"/>
          <w:spacing w:val="-7"/>
          <w:sz w:val="24"/>
          <w:szCs w:val="24"/>
        </w:rPr>
        <w:t xml:space="preserve"> </w:t>
      </w:r>
      <w:proofErr w:type="spellStart"/>
      <w:r w:rsidRPr="00BB6C6B">
        <w:rPr>
          <w:rFonts w:ascii="Arial" w:hAnsi="Arial" w:cs="Arial"/>
          <w:sz w:val="24"/>
          <w:szCs w:val="24"/>
        </w:rPr>
        <w:t>esta</w:t>
      </w:r>
      <w:proofErr w:type="spellEnd"/>
      <w:r w:rsidRPr="00BB6C6B">
        <w:rPr>
          <w:rFonts w:ascii="Arial" w:hAnsi="Arial" w:cs="Arial"/>
          <w:spacing w:val="2"/>
          <w:sz w:val="24"/>
          <w:szCs w:val="24"/>
        </w:rPr>
        <w:t xml:space="preserve"> </w:t>
      </w:r>
      <w:proofErr w:type="spellStart"/>
      <w:r w:rsidRPr="00BB6C6B">
        <w:rPr>
          <w:rFonts w:ascii="Arial" w:hAnsi="Arial" w:cs="Arial"/>
          <w:sz w:val="24"/>
          <w:szCs w:val="24"/>
        </w:rPr>
        <w:t>previamente</w:t>
      </w:r>
      <w:proofErr w:type="spellEnd"/>
      <w:r w:rsidRPr="00BB6C6B">
        <w:rPr>
          <w:rFonts w:ascii="Arial" w:hAnsi="Arial" w:cs="Arial"/>
          <w:spacing w:val="3"/>
          <w:sz w:val="24"/>
          <w:szCs w:val="24"/>
        </w:rPr>
        <w:t xml:space="preserve"> </w:t>
      </w:r>
      <w:proofErr w:type="spellStart"/>
      <w:r w:rsidRPr="00BB6C6B">
        <w:rPr>
          <w:rFonts w:ascii="Arial" w:hAnsi="Arial" w:cs="Arial"/>
          <w:spacing w:val="2"/>
          <w:sz w:val="24"/>
          <w:szCs w:val="24"/>
        </w:rPr>
        <w:t>acordado</w:t>
      </w:r>
      <w:proofErr w:type="spellEnd"/>
      <w:r w:rsidRPr="00BB6C6B">
        <w:rPr>
          <w:rFonts w:ascii="Arial" w:hAnsi="Arial" w:cs="Arial"/>
          <w:spacing w:val="-13"/>
          <w:sz w:val="24"/>
          <w:szCs w:val="24"/>
        </w:rPr>
        <w:t xml:space="preserve"> </w:t>
      </w:r>
      <w:r w:rsidRPr="00BB6C6B">
        <w:rPr>
          <w:rFonts w:ascii="Arial" w:hAnsi="Arial" w:cs="Arial"/>
          <w:spacing w:val="5"/>
          <w:sz w:val="24"/>
          <w:szCs w:val="24"/>
        </w:rPr>
        <w:t>con</w:t>
      </w:r>
      <w:r w:rsidRPr="00BB6C6B">
        <w:rPr>
          <w:rFonts w:ascii="Arial" w:hAnsi="Arial" w:cs="Arial"/>
          <w:spacing w:val="-13"/>
          <w:sz w:val="24"/>
          <w:szCs w:val="24"/>
        </w:rPr>
        <w:t xml:space="preserve"> </w:t>
      </w:r>
      <w:r w:rsidRPr="00BB6C6B">
        <w:rPr>
          <w:rFonts w:ascii="Arial" w:hAnsi="Arial" w:cs="Arial"/>
          <w:sz w:val="24"/>
          <w:szCs w:val="24"/>
        </w:rPr>
        <w:t>la</w:t>
      </w:r>
      <w:r w:rsidRPr="00BB6C6B">
        <w:rPr>
          <w:rFonts w:ascii="Arial" w:hAnsi="Arial" w:cs="Arial"/>
          <w:spacing w:val="-13"/>
          <w:sz w:val="24"/>
          <w:szCs w:val="24"/>
        </w:rPr>
        <w:t xml:space="preserve"> </w:t>
      </w:r>
      <w:r w:rsidRPr="00BB6C6B">
        <w:rPr>
          <w:rFonts w:ascii="Arial" w:hAnsi="Arial" w:cs="Arial"/>
          <w:spacing w:val="-3"/>
          <w:sz w:val="24"/>
          <w:szCs w:val="24"/>
        </w:rPr>
        <w:t xml:space="preserve">familia, </w:t>
      </w:r>
      <w:r w:rsidRPr="00BB6C6B">
        <w:rPr>
          <w:rFonts w:ascii="Arial" w:hAnsi="Arial" w:cs="Arial"/>
          <w:spacing w:val="3"/>
          <w:sz w:val="24"/>
          <w:szCs w:val="24"/>
        </w:rPr>
        <w:t xml:space="preserve">se </w:t>
      </w:r>
      <w:r w:rsidRPr="00BB6C6B">
        <w:rPr>
          <w:rFonts w:ascii="Arial" w:hAnsi="Arial" w:cs="Arial"/>
          <w:sz w:val="24"/>
          <w:szCs w:val="24"/>
        </w:rPr>
        <w:t>le</w:t>
      </w:r>
      <w:r w:rsidRPr="00BB6C6B">
        <w:rPr>
          <w:rFonts w:ascii="Arial" w:hAnsi="Arial" w:cs="Arial"/>
          <w:spacing w:val="2"/>
          <w:sz w:val="24"/>
          <w:szCs w:val="24"/>
        </w:rPr>
        <w:t xml:space="preserve"> </w:t>
      </w:r>
      <w:proofErr w:type="spellStart"/>
      <w:r w:rsidRPr="00BB6C6B">
        <w:rPr>
          <w:rFonts w:ascii="Arial" w:hAnsi="Arial" w:cs="Arial"/>
          <w:spacing w:val="5"/>
          <w:sz w:val="24"/>
          <w:szCs w:val="24"/>
        </w:rPr>
        <w:t>puede</w:t>
      </w:r>
      <w:proofErr w:type="spellEnd"/>
      <w:r w:rsidRPr="00BB6C6B">
        <w:rPr>
          <w:rFonts w:ascii="Arial" w:hAnsi="Arial" w:cs="Arial"/>
          <w:spacing w:val="3"/>
          <w:sz w:val="24"/>
          <w:szCs w:val="24"/>
        </w:rPr>
        <w:t xml:space="preserve"> </w:t>
      </w:r>
      <w:proofErr w:type="spellStart"/>
      <w:r w:rsidRPr="00BB6C6B">
        <w:rPr>
          <w:rFonts w:ascii="Arial" w:hAnsi="Arial" w:cs="Arial"/>
          <w:sz w:val="24"/>
          <w:szCs w:val="24"/>
        </w:rPr>
        <w:t>permitir</w:t>
      </w:r>
      <w:proofErr w:type="spellEnd"/>
      <w:r w:rsidRPr="00BB6C6B">
        <w:rPr>
          <w:rFonts w:ascii="Arial" w:hAnsi="Arial" w:cs="Arial"/>
          <w:spacing w:val="2"/>
          <w:sz w:val="24"/>
          <w:szCs w:val="24"/>
        </w:rPr>
        <w:t xml:space="preserve"> </w:t>
      </w:r>
      <w:proofErr w:type="spellStart"/>
      <w:r w:rsidRPr="00BB6C6B">
        <w:rPr>
          <w:rFonts w:ascii="Arial" w:hAnsi="Arial" w:cs="Arial"/>
          <w:sz w:val="24"/>
          <w:szCs w:val="24"/>
        </w:rPr>
        <w:t>salir</w:t>
      </w:r>
      <w:proofErr w:type="spellEnd"/>
      <w:r w:rsidRPr="00BB6C6B">
        <w:rPr>
          <w:rFonts w:ascii="Arial" w:hAnsi="Arial" w:cs="Arial"/>
          <w:spacing w:val="-13"/>
          <w:sz w:val="24"/>
          <w:szCs w:val="24"/>
        </w:rPr>
        <w:t xml:space="preserve"> </w:t>
      </w:r>
      <w:proofErr w:type="spellStart"/>
      <w:r w:rsidRPr="00BB6C6B">
        <w:rPr>
          <w:rFonts w:ascii="Arial" w:hAnsi="Arial" w:cs="Arial"/>
          <w:sz w:val="24"/>
          <w:szCs w:val="24"/>
        </w:rPr>
        <w:t>acompañado</w:t>
      </w:r>
      <w:proofErr w:type="spellEnd"/>
      <w:r w:rsidRPr="00BB6C6B">
        <w:rPr>
          <w:rFonts w:ascii="Arial" w:hAnsi="Arial" w:cs="Arial"/>
          <w:spacing w:val="2"/>
          <w:sz w:val="24"/>
          <w:szCs w:val="24"/>
        </w:rPr>
        <w:t xml:space="preserve"> </w:t>
      </w:r>
      <w:proofErr w:type="spellStart"/>
      <w:r w:rsidRPr="00BB6C6B">
        <w:rPr>
          <w:rFonts w:ascii="Arial" w:hAnsi="Arial" w:cs="Arial"/>
          <w:spacing w:val="6"/>
          <w:sz w:val="24"/>
          <w:szCs w:val="24"/>
        </w:rPr>
        <w:t>por</w:t>
      </w:r>
      <w:proofErr w:type="spellEnd"/>
      <w:r w:rsidRPr="00BB6C6B">
        <w:rPr>
          <w:rFonts w:ascii="Arial" w:hAnsi="Arial" w:cs="Arial"/>
          <w:spacing w:val="-14"/>
          <w:sz w:val="24"/>
          <w:szCs w:val="24"/>
        </w:rPr>
        <w:t xml:space="preserve"> </w:t>
      </w:r>
      <w:r w:rsidRPr="00BB6C6B">
        <w:rPr>
          <w:rFonts w:ascii="Arial" w:hAnsi="Arial" w:cs="Arial"/>
          <w:spacing w:val="-3"/>
          <w:sz w:val="24"/>
          <w:szCs w:val="24"/>
        </w:rPr>
        <w:t>un</w:t>
      </w:r>
      <w:r w:rsidRPr="00BB6C6B">
        <w:rPr>
          <w:rFonts w:ascii="Arial" w:hAnsi="Arial" w:cs="Arial"/>
          <w:spacing w:val="-13"/>
          <w:sz w:val="24"/>
          <w:szCs w:val="24"/>
        </w:rPr>
        <w:t xml:space="preserve"> </w:t>
      </w:r>
      <w:proofErr w:type="spellStart"/>
      <w:r w:rsidRPr="00BB6C6B">
        <w:rPr>
          <w:rFonts w:ascii="Arial" w:hAnsi="Arial" w:cs="Arial"/>
          <w:sz w:val="24"/>
          <w:szCs w:val="24"/>
        </w:rPr>
        <w:t>adulto</w:t>
      </w:r>
      <w:proofErr w:type="spellEnd"/>
      <w:r w:rsidRPr="00BB6C6B">
        <w:rPr>
          <w:rFonts w:ascii="Arial" w:hAnsi="Arial" w:cs="Arial"/>
          <w:spacing w:val="26"/>
          <w:sz w:val="24"/>
          <w:szCs w:val="24"/>
        </w:rPr>
        <w:t xml:space="preserve"> </w:t>
      </w:r>
      <w:r w:rsidRPr="00BB6C6B">
        <w:rPr>
          <w:rFonts w:ascii="Arial" w:hAnsi="Arial" w:cs="Arial"/>
          <w:spacing w:val="10"/>
          <w:sz w:val="24"/>
          <w:szCs w:val="24"/>
        </w:rPr>
        <w:t xml:space="preserve">de </w:t>
      </w:r>
      <w:r w:rsidRPr="00BB6C6B">
        <w:rPr>
          <w:rFonts w:ascii="Arial" w:hAnsi="Arial" w:cs="Arial"/>
          <w:sz w:val="24"/>
          <w:szCs w:val="24"/>
        </w:rPr>
        <w:t xml:space="preserve">sala </w:t>
      </w:r>
      <w:r w:rsidRPr="00BB6C6B">
        <w:rPr>
          <w:rFonts w:ascii="Arial" w:hAnsi="Arial" w:cs="Arial"/>
          <w:spacing w:val="-3"/>
          <w:sz w:val="24"/>
          <w:szCs w:val="24"/>
        </w:rPr>
        <w:t xml:space="preserve">un </w:t>
      </w:r>
      <w:proofErr w:type="spellStart"/>
      <w:r w:rsidRPr="00BB6C6B">
        <w:rPr>
          <w:rFonts w:ascii="Arial" w:hAnsi="Arial" w:cs="Arial"/>
          <w:sz w:val="24"/>
          <w:szCs w:val="24"/>
        </w:rPr>
        <w:t>tiempo</w:t>
      </w:r>
      <w:proofErr w:type="spellEnd"/>
      <w:r w:rsidRPr="00BB6C6B">
        <w:rPr>
          <w:rFonts w:ascii="Arial" w:hAnsi="Arial" w:cs="Arial"/>
          <w:sz w:val="24"/>
          <w:szCs w:val="24"/>
        </w:rPr>
        <w:t xml:space="preserve"> </w:t>
      </w:r>
      <w:proofErr w:type="spellStart"/>
      <w:r w:rsidRPr="00BB6C6B">
        <w:rPr>
          <w:rFonts w:ascii="Arial" w:hAnsi="Arial" w:cs="Arial"/>
          <w:sz w:val="24"/>
          <w:szCs w:val="24"/>
        </w:rPr>
        <w:t>corto</w:t>
      </w:r>
      <w:proofErr w:type="spellEnd"/>
      <w:r w:rsidRPr="00BB6C6B">
        <w:rPr>
          <w:rFonts w:ascii="Arial" w:hAnsi="Arial" w:cs="Arial"/>
          <w:sz w:val="24"/>
          <w:szCs w:val="24"/>
        </w:rPr>
        <w:t xml:space="preserve"> y </w:t>
      </w:r>
      <w:proofErr w:type="spellStart"/>
      <w:r w:rsidRPr="00BB6C6B">
        <w:rPr>
          <w:rFonts w:ascii="Arial" w:hAnsi="Arial" w:cs="Arial"/>
          <w:sz w:val="24"/>
          <w:szCs w:val="24"/>
        </w:rPr>
        <w:t>determinado</w:t>
      </w:r>
      <w:proofErr w:type="spellEnd"/>
      <w:r w:rsidRPr="00BB6C6B">
        <w:rPr>
          <w:rFonts w:ascii="Arial" w:hAnsi="Arial" w:cs="Arial"/>
          <w:sz w:val="24"/>
          <w:szCs w:val="24"/>
        </w:rPr>
        <w:t xml:space="preserve"> a </w:t>
      </w:r>
      <w:r w:rsidRPr="00BB6C6B">
        <w:rPr>
          <w:rFonts w:ascii="Arial" w:hAnsi="Arial" w:cs="Arial"/>
          <w:spacing w:val="-3"/>
          <w:sz w:val="24"/>
          <w:szCs w:val="24"/>
        </w:rPr>
        <w:t xml:space="preserve">un </w:t>
      </w:r>
      <w:proofErr w:type="spellStart"/>
      <w:r w:rsidRPr="00BB6C6B">
        <w:rPr>
          <w:rFonts w:ascii="Arial" w:hAnsi="Arial" w:cs="Arial"/>
          <w:sz w:val="24"/>
          <w:szCs w:val="24"/>
        </w:rPr>
        <w:t>lugar</w:t>
      </w:r>
      <w:proofErr w:type="spellEnd"/>
      <w:r w:rsidRPr="00BB6C6B">
        <w:rPr>
          <w:rFonts w:ascii="Arial" w:hAnsi="Arial" w:cs="Arial"/>
          <w:sz w:val="24"/>
          <w:szCs w:val="24"/>
        </w:rPr>
        <w:t xml:space="preserve"> </w:t>
      </w:r>
      <w:proofErr w:type="spellStart"/>
      <w:r w:rsidRPr="00BB6C6B">
        <w:rPr>
          <w:rFonts w:ascii="Arial" w:hAnsi="Arial" w:cs="Arial"/>
          <w:spacing w:val="2"/>
          <w:sz w:val="24"/>
          <w:szCs w:val="24"/>
        </w:rPr>
        <w:t>acordado</w:t>
      </w:r>
      <w:proofErr w:type="spellEnd"/>
      <w:r w:rsidRPr="00BB6C6B">
        <w:rPr>
          <w:rFonts w:ascii="Arial" w:hAnsi="Arial" w:cs="Arial"/>
          <w:spacing w:val="2"/>
          <w:sz w:val="24"/>
          <w:szCs w:val="24"/>
        </w:rPr>
        <w:t xml:space="preserve"> </w:t>
      </w:r>
      <w:proofErr w:type="spellStart"/>
      <w:r w:rsidRPr="00BB6C6B">
        <w:rPr>
          <w:rFonts w:ascii="Arial" w:hAnsi="Arial" w:cs="Arial"/>
          <w:sz w:val="24"/>
          <w:szCs w:val="24"/>
        </w:rPr>
        <w:t>anticipadamente</w:t>
      </w:r>
      <w:proofErr w:type="spellEnd"/>
      <w:r w:rsidRPr="00BB6C6B">
        <w:rPr>
          <w:rFonts w:ascii="Arial" w:hAnsi="Arial" w:cs="Arial"/>
          <w:sz w:val="24"/>
          <w:szCs w:val="24"/>
        </w:rPr>
        <w:t xml:space="preserve"> que le </w:t>
      </w:r>
      <w:proofErr w:type="spellStart"/>
      <w:r w:rsidRPr="00BB6C6B">
        <w:rPr>
          <w:rFonts w:ascii="Arial" w:hAnsi="Arial" w:cs="Arial"/>
          <w:sz w:val="24"/>
          <w:szCs w:val="24"/>
        </w:rPr>
        <w:t>facilite</w:t>
      </w:r>
      <w:proofErr w:type="spellEnd"/>
      <w:r w:rsidRPr="00BB6C6B">
        <w:rPr>
          <w:rFonts w:ascii="Arial" w:hAnsi="Arial" w:cs="Arial"/>
          <w:sz w:val="24"/>
          <w:szCs w:val="24"/>
        </w:rPr>
        <w:t xml:space="preserve"> </w:t>
      </w:r>
      <w:proofErr w:type="spellStart"/>
      <w:r w:rsidRPr="00BB6C6B">
        <w:rPr>
          <w:rFonts w:ascii="Arial" w:hAnsi="Arial" w:cs="Arial"/>
          <w:spacing w:val="5"/>
          <w:sz w:val="24"/>
          <w:szCs w:val="24"/>
        </w:rPr>
        <w:t>el</w:t>
      </w:r>
      <w:proofErr w:type="spellEnd"/>
      <w:r w:rsidRPr="00BB6C6B">
        <w:rPr>
          <w:rFonts w:ascii="Arial" w:hAnsi="Arial" w:cs="Arial"/>
          <w:spacing w:val="5"/>
          <w:sz w:val="24"/>
          <w:szCs w:val="24"/>
        </w:rPr>
        <w:t xml:space="preserve"> </w:t>
      </w:r>
      <w:proofErr w:type="spellStart"/>
      <w:r w:rsidRPr="00BB6C6B">
        <w:rPr>
          <w:rFonts w:ascii="Arial" w:hAnsi="Arial" w:cs="Arial"/>
          <w:spacing w:val="5"/>
          <w:sz w:val="24"/>
          <w:szCs w:val="24"/>
        </w:rPr>
        <w:t>proceso</w:t>
      </w:r>
      <w:proofErr w:type="spellEnd"/>
      <w:r w:rsidRPr="00BB6C6B">
        <w:rPr>
          <w:rFonts w:ascii="Arial" w:hAnsi="Arial" w:cs="Arial"/>
          <w:spacing w:val="5"/>
          <w:sz w:val="24"/>
          <w:szCs w:val="24"/>
        </w:rPr>
        <w:t xml:space="preserve"> de</w:t>
      </w:r>
      <w:r w:rsidRPr="00BB6C6B">
        <w:rPr>
          <w:rFonts w:ascii="Arial" w:hAnsi="Arial" w:cs="Arial"/>
          <w:spacing w:val="15"/>
          <w:sz w:val="24"/>
          <w:szCs w:val="24"/>
        </w:rPr>
        <w:t xml:space="preserve"> </w:t>
      </w:r>
      <w:proofErr w:type="spellStart"/>
      <w:r w:rsidRPr="00BB6C6B">
        <w:rPr>
          <w:rFonts w:ascii="Arial" w:hAnsi="Arial" w:cs="Arial"/>
          <w:sz w:val="24"/>
          <w:szCs w:val="24"/>
        </w:rPr>
        <w:t>autorregulación</w:t>
      </w:r>
      <w:proofErr w:type="spellEnd"/>
      <w:r w:rsidRPr="00BB6C6B">
        <w:rPr>
          <w:rFonts w:ascii="Arial" w:hAnsi="Arial" w:cs="Arial"/>
          <w:sz w:val="24"/>
          <w:szCs w:val="24"/>
        </w:rPr>
        <w:t>.</w:t>
      </w:r>
    </w:p>
    <w:p w14:paraId="1037F981" w14:textId="77777777" w:rsidR="00893C50" w:rsidRPr="00BB6C6B" w:rsidRDefault="00893C50" w:rsidP="00893C50">
      <w:pPr>
        <w:pStyle w:val="Prrafodelista"/>
        <w:widowControl w:val="0"/>
        <w:numPr>
          <w:ilvl w:val="0"/>
          <w:numId w:val="44"/>
        </w:numPr>
        <w:tabs>
          <w:tab w:val="left" w:pos="1233"/>
        </w:tabs>
        <w:autoSpaceDE w:val="0"/>
        <w:autoSpaceDN w:val="0"/>
        <w:spacing w:before="13" w:after="0" w:line="360" w:lineRule="auto"/>
        <w:ind w:right="49"/>
        <w:contextualSpacing w:val="0"/>
        <w:jc w:val="both"/>
        <w:rPr>
          <w:rFonts w:ascii="Arial" w:hAnsi="Arial" w:cs="Arial"/>
          <w:sz w:val="24"/>
          <w:szCs w:val="24"/>
        </w:rPr>
      </w:pPr>
      <w:r w:rsidRPr="00BB6C6B">
        <w:rPr>
          <w:rFonts w:ascii="Arial" w:hAnsi="Arial" w:cs="Arial"/>
          <w:sz w:val="24"/>
          <w:szCs w:val="24"/>
        </w:rPr>
        <w:t xml:space="preserve">Se </w:t>
      </w:r>
      <w:proofErr w:type="spellStart"/>
      <w:r w:rsidRPr="00BB6C6B">
        <w:rPr>
          <w:rFonts w:ascii="Arial" w:hAnsi="Arial" w:cs="Arial"/>
          <w:sz w:val="24"/>
          <w:szCs w:val="24"/>
        </w:rPr>
        <w:t>solicita</w:t>
      </w:r>
      <w:proofErr w:type="spellEnd"/>
      <w:r w:rsidRPr="00BB6C6B">
        <w:rPr>
          <w:rFonts w:ascii="Arial" w:hAnsi="Arial" w:cs="Arial"/>
          <w:spacing w:val="-14"/>
          <w:sz w:val="24"/>
          <w:szCs w:val="24"/>
        </w:rPr>
        <w:t xml:space="preserve"> </w:t>
      </w:r>
      <w:proofErr w:type="spellStart"/>
      <w:r w:rsidRPr="00BB6C6B">
        <w:rPr>
          <w:rFonts w:ascii="Arial" w:hAnsi="Arial" w:cs="Arial"/>
          <w:sz w:val="24"/>
          <w:szCs w:val="24"/>
        </w:rPr>
        <w:t>ayuda</w:t>
      </w:r>
      <w:proofErr w:type="spellEnd"/>
      <w:r w:rsidRPr="00BB6C6B">
        <w:rPr>
          <w:rFonts w:ascii="Arial" w:hAnsi="Arial" w:cs="Arial"/>
          <w:spacing w:val="-15"/>
          <w:sz w:val="24"/>
          <w:szCs w:val="24"/>
        </w:rPr>
        <w:t xml:space="preserve"> </w:t>
      </w:r>
      <w:proofErr w:type="gramStart"/>
      <w:r w:rsidRPr="00BB6C6B">
        <w:rPr>
          <w:rFonts w:ascii="Arial" w:hAnsi="Arial" w:cs="Arial"/>
          <w:sz w:val="24"/>
          <w:szCs w:val="24"/>
        </w:rPr>
        <w:t>a</w:t>
      </w:r>
      <w:proofErr w:type="gramEnd"/>
      <w:r w:rsidRPr="00BB6C6B">
        <w:rPr>
          <w:rFonts w:ascii="Arial" w:hAnsi="Arial" w:cs="Arial"/>
          <w:spacing w:val="1"/>
          <w:sz w:val="24"/>
          <w:szCs w:val="24"/>
        </w:rPr>
        <w:t xml:space="preserve"> </w:t>
      </w:r>
      <w:proofErr w:type="spellStart"/>
      <w:r w:rsidRPr="00BB6C6B">
        <w:rPr>
          <w:rFonts w:ascii="Arial" w:hAnsi="Arial" w:cs="Arial"/>
          <w:sz w:val="24"/>
          <w:szCs w:val="24"/>
        </w:rPr>
        <w:t>otro</w:t>
      </w:r>
      <w:proofErr w:type="spellEnd"/>
      <w:r w:rsidRPr="00BB6C6B">
        <w:rPr>
          <w:rFonts w:ascii="Arial" w:hAnsi="Arial" w:cs="Arial"/>
          <w:sz w:val="24"/>
          <w:szCs w:val="24"/>
        </w:rPr>
        <w:t xml:space="preserve"> </w:t>
      </w:r>
      <w:proofErr w:type="spellStart"/>
      <w:r w:rsidRPr="00BB6C6B">
        <w:rPr>
          <w:rFonts w:ascii="Arial" w:hAnsi="Arial" w:cs="Arial"/>
          <w:sz w:val="24"/>
          <w:szCs w:val="24"/>
        </w:rPr>
        <w:t>asistente</w:t>
      </w:r>
      <w:proofErr w:type="spellEnd"/>
      <w:r w:rsidRPr="00BB6C6B">
        <w:rPr>
          <w:rFonts w:ascii="Arial" w:hAnsi="Arial" w:cs="Arial"/>
          <w:spacing w:val="1"/>
          <w:sz w:val="24"/>
          <w:szCs w:val="24"/>
        </w:rPr>
        <w:t xml:space="preserve"> </w:t>
      </w:r>
      <w:r w:rsidRPr="00BB6C6B">
        <w:rPr>
          <w:rFonts w:ascii="Arial" w:hAnsi="Arial" w:cs="Arial"/>
          <w:spacing w:val="5"/>
          <w:sz w:val="24"/>
          <w:szCs w:val="24"/>
        </w:rPr>
        <w:t>de</w:t>
      </w:r>
      <w:r w:rsidRPr="00BB6C6B">
        <w:rPr>
          <w:rFonts w:ascii="Arial" w:hAnsi="Arial" w:cs="Arial"/>
          <w:spacing w:val="1"/>
          <w:sz w:val="24"/>
          <w:szCs w:val="24"/>
        </w:rPr>
        <w:t xml:space="preserve"> </w:t>
      </w:r>
      <w:proofErr w:type="spellStart"/>
      <w:r w:rsidRPr="00BB6C6B">
        <w:rPr>
          <w:rFonts w:ascii="Arial" w:hAnsi="Arial" w:cs="Arial"/>
          <w:spacing w:val="3"/>
          <w:sz w:val="24"/>
          <w:szCs w:val="24"/>
        </w:rPr>
        <w:t>educación</w:t>
      </w:r>
      <w:proofErr w:type="spellEnd"/>
      <w:r w:rsidRPr="00BB6C6B">
        <w:rPr>
          <w:rFonts w:ascii="Arial" w:hAnsi="Arial" w:cs="Arial"/>
          <w:spacing w:val="-2"/>
          <w:sz w:val="24"/>
          <w:szCs w:val="24"/>
        </w:rPr>
        <w:t xml:space="preserve"> </w:t>
      </w:r>
      <w:r w:rsidRPr="00BB6C6B">
        <w:rPr>
          <w:rFonts w:ascii="Arial" w:hAnsi="Arial" w:cs="Arial"/>
          <w:spacing w:val="6"/>
          <w:sz w:val="24"/>
          <w:szCs w:val="24"/>
        </w:rPr>
        <w:t>del</w:t>
      </w:r>
      <w:r w:rsidRPr="00BB6C6B">
        <w:rPr>
          <w:rFonts w:ascii="Arial" w:hAnsi="Arial" w:cs="Arial"/>
          <w:spacing w:val="-8"/>
          <w:sz w:val="24"/>
          <w:szCs w:val="24"/>
        </w:rPr>
        <w:t xml:space="preserve"> </w:t>
      </w:r>
      <w:r w:rsidRPr="00BB6C6B">
        <w:rPr>
          <w:rFonts w:ascii="Arial" w:hAnsi="Arial" w:cs="Arial"/>
          <w:sz w:val="24"/>
          <w:szCs w:val="24"/>
        </w:rPr>
        <w:t>colegio</w:t>
      </w:r>
      <w:r w:rsidRPr="00BB6C6B">
        <w:rPr>
          <w:rFonts w:ascii="Arial" w:hAnsi="Arial" w:cs="Arial"/>
          <w:spacing w:val="-15"/>
          <w:sz w:val="24"/>
          <w:szCs w:val="24"/>
        </w:rPr>
        <w:t xml:space="preserve"> </w:t>
      </w:r>
      <w:proofErr w:type="spellStart"/>
      <w:r w:rsidRPr="00BB6C6B">
        <w:rPr>
          <w:rFonts w:ascii="Arial" w:hAnsi="Arial" w:cs="Arial"/>
          <w:sz w:val="24"/>
          <w:szCs w:val="24"/>
        </w:rPr>
        <w:t>como</w:t>
      </w:r>
      <w:proofErr w:type="spellEnd"/>
      <w:r w:rsidRPr="00BB6C6B">
        <w:rPr>
          <w:rFonts w:ascii="Arial" w:hAnsi="Arial" w:cs="Arial"/>
          <w:spacing w:val="1"/>
          <w:sz w:val="24"/>
          <w:szCs w:val="24"/>
        </w:rPr>
        <w:t xml:space="preserve"> </w:t>
      </w:r>
      <w:r w:rsidRPr="00BB6C6B">
        <w:rPr>
          <w:rFonts w:ascii="Arial" w:hAnsi="Arial" w:cs="Arial"/>
          <w:sz w:val="24"/>
          <w:szCs w:val="24"/>
        </w:rPr>
        <w:t>inspector/a,</w:t>
      </w:r>
      <w:r w:rsidRPr="00BB6C6B">
        <w:rPr>
          <w:rFonts w:ascii="Arial" w:hAnsi="Arial" w:cs="Arial"/>
          <w:spacing w:val="-4"/>
          <w:sz w:val="24"/>
          <w:szCs w:val="24"/>
        </w:rPr>
        <w:t xml:space="preserve"> </w:t>
      </w:r>
      <w:proofErr w:type="spellStart"/>
      <w:r w:rsidRPr="00BB6C6B">
        <w:rPr>
          <w:rFonts w:ascii="Arial" w:hAnsi="Arial" w:cs="Arial"/>
          <w:sz w:val="24"/>
          <w:szCs w:val="24"/>
        </w:rPr>
        <w:t>terapeuta</w:t>
      </w:r>
      <w:proofErr w:type="spellEnd"/>
      <w:r w:rsidRPr="00BB6C6B">
        <w:rPr>
          <w:rFonts w:ascii="Arial" w:hAnsi="Arial" w:cs="Arial"/>
          <w:spacing w:val="-15"/>
          <w:sz w:val="24"/>
          <w:szCs w:val="24"/>
        </w:rPr>
        <w:t xml:space="preserve"> </w:t>
      </w:r>
      <w:proofErr w:type="spellStart"/>
      <w:r w:rsidRPr="00BB6C6B">
        <w:rPr>
          <w:rFonts w:ascii="Arial" w:hAnsi="Arial" w:cs="Arial"/>
          <w:sz w:val="24"/>
          <w:szCs w:val="24"/>
        </w:rPr>
        <w:t>ocupacional</w:t>
      </w:r>
      <w:proofErr w:type="spellEnd"/>
      <w:r w:rsidRPr="00BB6C6B">
        <w:rPr>
          <w:rFonts w:ascii="Arial" w:hAnsi="Arial" w:cs="Arial"/>
          <w:sz w:val="24"/>
          <w:szCs w:val="24"/>
        </w:rPr>
        <w:t xml:space="preserve">, </w:t>
      </w:r>
      <w:proofErr w:type="spellStart"/>
      <w:r w:rsidRPr="00BB6C6B">
        <w:rPr>
          <w:rFonts w:ascii="Arial" w:hAnsi="Arial" w:cs="Arial"/>
          <w:spacing w:val="4"/>
          <w:sz w:val="24"/>
          <w:szCs w:val="24"/>
        </w:rPr>
        <w:t>psicóloga</w:t>
      </w:r>
      <w:proofErr w:type="spellEnd"/>
      <w:r w:rsidRPr="00BB6C6B">
        <w:rPr>
          <w:rFonts w:ascii="Arial" w:hAnsi="Arial" w:cs="Arial"/>
          <w:spacing w:val="4"/>
          <w:sz w:val="24"/>
          <w:szCs w:val="24"/>
        </w:rPr>
        <w:t xml:space="preserve">, </w:t>
      </w:r>
      <w:proofErr w:type="spellStart"/>
      <w:r w:rsidRPr="00BB6C6B">
        <w:rPr>
          <w:rFonts w:ascii="Arial" w:hAnsi="Arial" w:cs="Arial"/>
          <w:sz w:val="24"/>
          <w:szCs w:val="24"/>
        </w:rPr>
        <w:t>orientadora</w:t>
      </w:r>
      <w:proofErr w:type="spellEnd"/>
      <w:r w:rsidRPr="00BB6C6B">
        <w:rPr>
          <w:rFonts w:ascii="Arial" w:hAnsi="Arial" w:cs="Arial"/>
          <w:sz w:val="24"/>
          <w:szCs w:val="24"/>
        </w:rPr>
        <w:t xml:space="preserve"> u</w:t>
      </w:r>
      <w:r w:rsidRPr="00BB6C6B">
        <w:rPr>
          <w:rFonts w:ascii="Arial" w:hAnsi="Arial" w:cs="Arial"/>
          <w:spacing w:val="6"/>
          <w:sz w:val="24"/>
          <w:szCs w:val="24"/>
        </w:rPr>
        <w:t xml:space="preserve"> </w:t>
      </w:r>
      <w:proofErr w:type="spellStart"/>
      <w:r w:rsidRPr="00BB6C6B">
        <w:rPr>
          <w:rFonts w:ascii="Arial" w:hAnsi="Arial" w:cs="Arial"/>
          <w:sz w:val="24"/>
          <w:szCs w:val="24"/>
        </w:rPr>
        <w:t>otros</w:t>
      </w:r>
      <w:proofErr w:type="spellEnd"/>
      <w:r w:rsidRPr="00BB6C6B">
        <w:rPr>
          <w:rFonts w:ascii="Arial" w:hAnsi="Arial" w:cs="Arial"/>
          <w:sz w:val="24"/>
          <w:szCs w:val="24"/>
        </w:rPr>
        <w:t>.</w:t>
      </w:r>
    </w:p>
    <w:p w14:paraId="4E6B7579" w14:textId="77777777" w:rsidR="00893C50" w:rsidRDefault="00893C50" w:rsidP="00893C50">
      <w:pPr>
        <w:pStyle w:val="Textoindependiente"/>
        <w:spacing w:before="151"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todos</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casos</w:t>
      </w:r>
      <w:proofErr w:type="spellEnd"/>
      <w:r w:rsidRPr="00901BC0">
        <w:rPr>
          <w:rFonts w:ascii="Arial" w:hAnsi="Arial" w:cs="Arial"/>
        </w:rPr>
        <w:t xml:space="preserve">, </w:t>
      </w:r>
      <w:proofErr w:type="spellStart"/>
      <w:r w:rsidRPr="00901BC0">
        <w:rPr>
          <w:rFonts w:ascii="Arial" w:hAnsi="Arial" w:cs="Arial"/>
        </w:rPr>
        <w:t>intentar</w:t>
      </w:r>
      <w:proofErr w:type="spellEnd"/>
      <w:r w:rsidRPr="00901BC0">
        <w:rPr>
          <w:rFonts w:ascii="Arial" w:hAnsi="Arial" w:cs="Arial"/>
        </w:rPr>
        <w:t xml:space="preserve"> </w:t>
      </w:r>
      <w:proofErr w:type="spellStart"/>
      <w:r w:rsidRPr="00901BC0">
        <w:rPr>
          <w:rFonts w:ascii="Arial" w:hAnsi="Arial" w:cs="Arial"/>
        </w:rPr>
        <w:t>dar</w:t>
      </w:r>
      <w:proofErr w:type="spellEnd"/>
      <w:r w:rsidRPr="00901BC0">
        <w:rPr>
          <w:rFonts w:ascii="Arial" w:hAnsi="Arial" w:cs="Arial"/>
        </w:rPr>
        <w:t xml:space="preserve"> </w:t>
      </w:r>
      <w:proofErr w:type="spellStart"/>
      <w:r w:rsidRPr="00901BC0">
        <w:rPr>
          <w:rFonts w:ascii="Arial" w:hAnsi="Arial" w:cs="Arial"/>
        </w:rPr>
        <w:t>más</w:t>
      </w:r>
      <w:proofErr w:type="spellEnd"/>
      <w:r w:rsidRPr="00901BC0">
        <w:rPr>
          <w:rFonts w:ascii="Arial" w:hAnsi="Arial" w:cs="Arial"/>
        </w:rPr>
        <w:t xml:space="preserve"> de </w:t>
      </w:r>
      <w:proofErr w:type="spellStart"/>
      <w:r w:rsidRPr="00901BC0">
        <w:rPr>
          <w:rFonts w:ascii="Arial" w:hAnsi="Arial" w:cs="Arial"/>
        </w:rPr>
        <w:t>una</w:t>
      </w:r>
      <w:proofErr w:type="spellEnd"/>
      <w:r w:rsidRPr="00901BC0">
        <w:rPr>
          <w:rFonts w:ascii="Arial" w:hAnsi="Arial" w:cs="Arial"/>
        </w:rPr>
        <w:t xml:space="preserve"> </w:t>
      </w:r>
      <w:proofErr w:type="spellStart"/>
      <w:r w:rsidRPr="00901BC0">
        <w:rPr>
          <w:rFonts w:ascii="Arial" w:hAnsi="Arial" w:cs="Arial"/>
        </w:rPr>
        <w:t>alternativa</w:t>
      </w:r>
      <w:proofErr w:type="spellEnd"/>
      <w:r w:rsidRPr="00901BC0">
        <w:rPr>
          <w:rFonts w:ascii="Arial" w:hAnsi="Arial" w:cs="Arial"/>
        </w:rPr>
        <w:t xml:space="preserve">, de modo que la persona </w:t>
      </w:r>
      <w:proofErr w:type="spellStart"/>
      <w:r w:rsidRPr="00901BC0">
        <w:rPr>
          <w:rFonts w:ascii="Arial" w:hAnsi="Arial" w:cs="Arial"/>
        </w:rPr>
        <w:t>pueda</w:t>
      </w:r>
      <w:proofErr w:type="spellEnd"/>
      <w:r w:rsidRPr="00901BC0">
        <w:rPr>
          <w:rFonts w:ascii="Arial" w:hAnsi="Arial" w:cs="Arial"/>
        </w:rPr>
        <w:t xml:space="preserve"> </w:t>
      </w:r>
      <w:proofErr w:type="spellStart"/>
      <w:r w:rsidRPr="00901BC0">
        <w:rPr>
          <w:rFonts w:ascii="Arial" w:hAnsi="Arial" w:cs="Arial"/>
        </w:rPr>
        <w:t>elegir</w:t>
      </w:r>
      <w:proofErr w:type="spellEnd"/>
      <w:r w:rsidRPr="00901BC0">
        <w:rPr>
          <w:rFonts w:ascii="Arial" w:hAnsi="Arial" w:cs="Arial"/>
        </w:rPr>
        <w:t xml:space="preserve">, </w:t>
      </w:r>
      <w:proofErr w:type="spellStart"/>
      <w:r w:rsidRPr="00901BC0">
        <w:rPr>
          <w:rFonts w:ascii="Arial" w:hAnsi="Arial" w:cs="Arial"/>
        </w:rPr>
        <w:t>como</w:t>
      </w:r>
      <w:proofErr w:type="spellEnd"/>
      <w:r w:rsidRPr="00901BC0">
        <w:rPr>
          <w:rFonts w:ascii="Arial" w:hAnsi="Arial" w:cs="Arial"/>
        </w:rPr>
        <w:t xml:space="preserve"> un primer paso </w:t>
      </w:r>
      <w:proofErr w:type="spellStart"/>
      <w:r w:rsidRPr="00901BC0">
        <w:rPr>
          <w:rFonts w:ascii="Arial" w:hAnsi="Arial" w:cs="Arial"/>
        </w:rPr>
        <w:t>hacia</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autocontrol</w:t>
      </w:r>
      <w:proofErr w:type="spellEnd"/>
      <w:r w:rsidRPr="00901BC0">
        <w:rPr>
          <w:rFonts w:ascii="Arial" w:hAnsi="Arial" w:cs="Arial"/>
        </w:rPr>
        <w:t xml:space="preserve">. </w:t>
      </w:r>
      <w:proofErr w:type="spellStart"/>
      <w:r w:rsidRPr="00901BC0">
        <w:rPr>
          <w:rFonts w:ascii="Arial" w:hAnsi="Arial" w:cs="Arial"/>
        </w:rPr>
        <w:t>Paralelamente</w:t>
      </w:r>
      <w:proofErr w:type="spellEnd"/>
      <w:r w:rsidRPr="00901BC0">
        <w:rPr>
          <w:rFonts w:ascii="Arial" w:hAnsi="Arial" w:cs="Arial"/>
        </w:rPr>
        <w:t xml:space="preserve">, </w:t>
      </w:r>
      <w:proofErr w:type="spellStart"/>
      <w:r w:rsidRPr="00901BC0">
        <w:rPr>
          <w:rFonts w:ascii="Arial" w:hAnsi="Arial" w:cs="Arial"/>
        </w:rPr>
        <w:t>analizar</w:t>
      </w:r>
      <w:proofErr w:type="spellEnd"/>
      <w:r w:rsidRPr="00901BC0">
        <w:rPr>
          <w:rFonts w:ascii="Arial" w:hAnsi="Arial" w:cs="Arial"/>
        </w:rPr>
        <w:t xml:space="preserve"> </w:t>
      </w:r>
      <w:proofErr w:type="spellStart"/>
      <w:r w:rsidRPr="00901BC0">
        <w:rPr>
          <w:rFonts w:ascii="Arial" w:hAnsi="Arial" w:cs="Arial"/>
        </w:rPr>
        <w:t>información</w:t>
      </w:r>
      <w:proofErr w:type="spellEnd"/>
      <w:r w:rsidRPr="00901BC0">
        <w:rPr>
          <w:rFonts w:ascii="Arial" w:hAnsi="Arial" w:cs="Arial"/>
        </w:rPr>
        <w:t xml:space="preserve"> </w:t>
      </w:r>
      <w:proofErr w:type="spellStart"/>
      <w:r w:rsidRPr="00901BC0">
        <w:rPr>
          <w:rFonts w:ascii="Arial" w:hAnsi="Arial" w:cs="Arial"/>
        </w:rPr>
        <w:t>existente</w:t>
      </w:r>
      <w:proofErr w:type="spellEnd"/>
      <w:r w:rsidRPr="00901BC0">
        <w:rPr>
          <w:rFonts w:ascii="Arial" w:hAnsi="Arial" w:cs="Arial"/>
        </w:rPr>
        <w:t xml:space="preserve"> o que </w:t>
      </w:r>
      <w:proofErr w:type="spellStart"/>
      <w:r w:rsidRPr="00901BC0">
        <w:rPr>
          <w:rFonts w:ascii="Arial" w:hAnsi="Arial" w:cs="Arial"/>
        </w:rPr>
        <w:t>pueda</w:t>
      </w:r>
      <w:proofErr w:type="spellEnd"/>
      <w:r w:rsidRPr="00901BC0">
        <w:rPr>
          <w:rFonts w:ascii="Arial" w:hAnsi="Arial" w:cs="Arial"/>
        </w:rPr>
        <w:t xml:space="preserve"> </w:t>
      </w:r>
      <w:proofErr w:type="spellStart"/>
      <w:r w:rsidRPr="00901BC0">
        <w:rPr>
          <w:rFonts w:ascii="Arial" w:hAnsi="Arial" w:cs="Arial"/>
        </w:rPr>
        <w:t>obtenerse</w:t>
      </w:r>
      <w:proofErr w:type="spellEnd"/>
      <w:r w:rsidRPr="00901BC0">
        <w:rPr>
          <w:rFonts w:ascii="Arial" w:hAnsi="Arial" w:cs="Arial"/>
        </w:rPr>
        <w:t xml:space="preserve">, </w:t>
      </w:r>
      <w:proofErr w:type="spellStart"/>
      <w:r w:rsidRPr="00901BC0">
        <w:rPr>
          <w:rFonts w:ascii="Arial" w:hAnsi="Arial" w:cs="Arial"/>
        </w:rPr>
        <w:t>sobre</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estado</w:t>
      </w:r>
      <w:proofErr w:type="spellEnd"/>
      <w:r w:rsidRPr="00901BC0">
        <w:rPr>
          <w:rFonts w:ascii="Arial" w:hAnsi="Arial" w:cs="Arial"/>
        </w:rPr>
        <w:t xml:space="preserve"> del </w:t>
      </w:r>
      <w:proofErr w:type="spellStart"/>
      <w:r w:rsidRPr="00901BC0">
        <w:rPr>
          <w:rFonts w:ascii="Arial" w:hAnsi="Arial" w:cs="Arial"/>
        </w:rPr>
        <w:t>estudiante</w:t>
      </w:r>
      <w:proofErr w:type="spellEnd"/>
      <w:r w:rsidRPr="00901BC0">
        <w:rPr>
          <w:rFonts w:ascii="Arial" w:hAnsi="Arial" w:cs="Arial"/>
        </w:rPr>
        <w:t xml:space="preserve"> antes de la </w:t>
      </w:r>
      <w:proofErr w:type="spellStart"/>
      <w:r w:rsidRPr="00901BC0">
        <w:rPr>
          <w:rFonts w:ascii="Arial" w:hAnsi="Arial" w:cs="Arial"/>
        </w:rPr>
        <w:t>desregulación</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ejemplo</w:t>
      </w:r>
      <w:proofErr w:type="spellEnd"/>
      <w:r w:rsidRPr="00901BC0">
        <w:rPr>
          <w:rFonts w:ascii="Arial" w:hAnsi="Arial" w:cs="Arial"/>
        </w:rPr>
        <w:t xml:space="preserve">, </w:t>
      </w:r>
      <w:proofErr w:type="spellStart"/>
      <w:r w:rsidRPr="00901BC0">
        <w:rPr>
          <w:rFonts w:ascii="Arial" w:hAnsi="Arial" w:cs="Arial"/>
        </w:rPr>
        <w:t>si</w:t>
      </w:r>
      <w:proofErr w:type="spellEnd"/>
      <w:r w:rsidRPr="00901BC0">
        <w:rPr>
          <w:rFonts w:ascii="Arial" w:hAnsi="Arial" w:cs="Arial"/>
        </w:rPr>
        <w:t xml:space="preserve"> </w:t>
      </w:r>
      <w:proofErr w:type="spellStart"/>
      <w:r w:rsidRPr="00901BC0">
        <w:rPr>
          <w:rFonts w:ascii="Arial" w:hAnsi="Arial" w:cs="Arial"/>
        </w:rPr>
        <w:t>durmió</w:t>
      </w:r>
      <w:proofErr w:type="spellEnd"/>
      <w:r w:rsidRPr="00901BC0">
        <w:rPr>
          <w:rFonts w:ascii="Arial" w:hAnsi="Arial" w:cs="Arial"/>
        </w:rPr>
        <w:t xml:space="preserve"> mal, </w:t>
      </w:r>
      <w:proofErr w:type="spellStart"/>
      <w:r w:rsidRPr="00901BC0">
        <w:rPr>
          <w:rFonts w:ascii="Arial" w:hAnsi="Arial" w:cs="Arial"/>
        </w:rPr>
        <w:t>si</w:t>
      </w:r>
      <w:proofErr w:type="spellEnd"/>
      <w:r w:rsidRPr="00901BC0">
        <w:rPr>
          <w:rFonts w:ascii="Arial" w:hAnsi="Arial" w:cs="Arial"/>
        </w:rPr>
        <w:t xml:space="preserve"> </w:t>
      </w:r>
      <w:proofErr w:type="spellStart"/>
      <w:r w:rsidRPr="00901BC0">
        <w:rPr>
          <w:rFonts w:ascii="Arial" w:hAnsi="Arial" w:cs="Arial"/>
        </w:rPr>
        <w:t>sucedió</w:t>
      </w:r>
      <w:proofErr w:type="spellEnd"/>
      <w:r w:rsidRPr="00901BC0">
        <w:rPr>
          <w:rFonts w:ascii="Arial" w:hAnsi="Arial" w:cs="Arial"/>
        </w:rPr>
        <w:t xml:space="preserve"> </w:t>
      </w:r>
      <w:proofErr w:type="spellStart"/>
      <w:r w:rsidRPr="00901BC0">
        <w:rPr>
          <w:rFonts w:ascii="Arial" w:hAnsi="Arial" w:cs="Arial"/>
        </w:rPr>
        <w:t>algún</w:t>
      </w:r>
      <w:proofErr w:type="spellEnd"/>
      <w:r w:rsidRPr="00901BC0">
        <w:rPr>
          <w:rFonts w:ascii="Arial" w:hAnsi="Arial" w:cs="Arial"/>
        </w:rPr>
        <w:t xml:space="preserve"> </w:t>
      </w:r>
      <w:proofErr w:type="spellStart"/>
      <w:r w:rsidRPr="00901BC0">
        <w:rPr>
          <w:rFonts w:ascii="Arial" w:hAnsi="Arial" w:cs="Arial"/>
        </w:rPr>
        <w:t>problema</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su</w:t>
      </w:r>
      <w:proofErr w:type="spellEnd"/>
      <w:r w:rsidRPr="00901BC0">
        <w:rPr>
          <w:rFonts w:ascii="Arial" w:hAnsi="Arial" w:cs="Arial"/>
        </w:rPr>
        <w:t xml:space="preserve"> casa o </w:t>
      </w:r>
      <w:proofErr w:type="spellStart"/>
      <w:r w:rsidRPr="00901BC0">
        <w:rPr>
          <w:rFonts w:ascii="Arial" w:hAnsi="Arial" w:cs="Arial"/>
        </w:rPr>
        <w:t>traslado</w:t>
      </w:r>
      <w:proofErr w:type="spellEnd"/>
      <w:r w:rsidRPr="00901BC0">
        <w:rPr>
          <w:rFonts w:ascii="Arial" w:hAnsi="Arial" w:cs="Arial"/>
        </w:rPr>
        <w:t xml:space="preserve">, </w:t>
      </w:r>
      <w:proofErr w:type="spellStart"/>
      <w:r w:rsidRPr="00901BC0">
        <w:rPr>
          <w:rFonts w:ascii="Arial" w:hAnsi="Arial" w:cs="Arial"/>
        </w:rPr>
        <w:t>algún</w:t>
      </w:r>
      <w:proofErr w:type="spellEnd"/>
      <w:r w:rsidRPr="00901BC0">
        <w:rPr>
          <w:rFonts w:ascii="Arial" w:hAnsi="Arial" w:cs="Arial"/>
        </w:rPr>
        <w:t xml:space="preserve"> </w:t>
      </w:r>
      <w:proofErr w:type="spellStart"/>
      <w:r w:rsidRPr="00901BC0">
        <w:rPr>
          <w:rFonts w:ascii="Arial" w:hAnsi="Arial" w:cs="Arial"/>
        </w:rPr>
        <w:t>evento</w:t>
      </w:r>
      <w:proofErr w:type="spellEnd"/>
      <w:r w:rsidRPr="00901BC0">
        <w:rPr>
          <w:rFonts w:ascii="Arial" w:hAnsi="Arial" w:cs="Arial"/>
        </w:rPr>
        <w:t xml:space="preserve"> “</w:t>
      </w:r>
      <w:proofErr w:type="spellStart"/>
      <w:r w:rsidRPr="00901BC0">
        <w:rPr>
          <w:rFonts w:ascii="Arial" w:hAnsi="Arial" w:cs="Arial"/>
        </w:rPr>
        <w:t>gatillador</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aula, que </w:t>
      </w:r>
      <w:proofErr w:type="spellStart"/>
      <w:r w:rsidRPr="00901BC0">
        <w:rPr>
          <w:rFonts w:ascii="Arial" w:hAnsi="Arial" w:cs="Arial"/>
        </w:rPr>
        <w:t>aporten</w:t>
      </w:r>
      <w:proofErr w:type="spellEnd"/>
      <w:r w:rsidRPr="00901BC0">
        <w:rPr>
          <w:rFonts w:ascii="Arial" w:hAnsi="Arial" w:cs="Arial"/>
        </w:rPr>
        <w:t xml:space="preserve"> al </w:t>
      </w:r>
      <w:proofErr w:type="spellStart"/>
      <w:r w:rsidRPr="00901BC0">
        <w:rPr>
          <w:rFonts w:ascii="Arial" w:hAnsi="Arial" w:cs="Arial"/>
        </w:rPr>
        <w:t>manejo</w:t>
      </w:r>
      <w:proofErr w:type="spellEnd"/>
      <w:r w:rsidRPr="00901BC0">
        <w:rPr>
          <w:rFonts w:ascii="Arial" w:hAnsi="Arial" w:cs="Arial"/>
        </w:rPr>
        <w:t xml:space="preserve"> </w:t>
      </w:r>
      <w:proofErr w:type="spellStart"/>
      <w:r w:rsidRPr="00901BC0">
        <w:rPr>
          <w:rFonts w:ascii="Arial" w:hAnsi="Arial" w:cs="Arial"/>
        </w:rPr>
        <w:t>profesional</w:t>
      </w:r>
      <w:proofErr w:type="spellEnd"/>
      <w:r w:rsidRPr="00901BC0">
        <w:rPr>
          <w:rFonts w:ascii="Arial" w:hAnsi="Arial" w:cs="Arial"/>
        </w:rPr>
        <w:t>.</w:t>
      </w:r>
    </w:p>
    <w:p w14:paraId="0B8671DC" w14:textId="77777777" w:rsidR="00893C50" w:rsidRPr="00901BC0" w:rsidRDefault="00893C50" w:rsidP="00893C50">
      <w:pPr>
        <w:pStyle w:val="Textoindependiente"/>
        <w:spacing w:line="360" w:lineRule="auto"/>
        <w:ind w:right="49"/>
        <w:jc w:val="both"/>
        <w:rPr>
          <w:rFonts w:ascii="Arial" w:hAnsi="Arial" w:cs="Arial"/>
        </w:rPr>
      </w:pPr>
    </w:p>
    <w:p w14:paraId="3FCAC2AA" w14:textId="77777777" w:rsidR="00893C50" w:rsidRPr="00901BC0" w:rsidRDefault="00893C50" w:rsidP="00893C50">
      <w:pPr>
        <w:pStyle w:val="Textoindependiente"/>
        <w:spacing w:before="3" w:line="360" w:lineRule="auto"/>
        <w:ind w:right="49"/>
        <w:jc w:val="both"/>
        <w:rPr>
          <w:rFonts w:ascii="Arial" w:hAnsi="Arial" w:cs="Arial"/>
        </w:rPr>
      </w:pPr>
    </w:p>
    <w:p w14:paraId="609AC102" w14:textId="77777777" w:rsidR="00893C50" w:rsidRPr="00242465" w:rsidRDefault="00893C50" w:rsidP="00893C50">
      <w:pPr>
        <w:pStyle w:val="Prrafodelista"/>
        <w:widowControl w:val="0"/>
        <w:numPr>
          <w:ilvl w:val="0"/>
          <w:numId w:val="47"/>
        </w:numPr>
        <w:tabs>
          <w:tab w:val="left" w:pos="567"/>
        </w:tabs>
        <w:autoSpaceDE w:val="0"/>
        <w:autoSpaceDN w:val="0"/>
        <w:spacing w:after="0" w:line="360" w:lineRule="auto"/>
        <w:ind w:right="49"/>
        <w:contextualSpacing w:val="0"/>
        <w:jc w:val="both"/>
        <w:rPr>
          <w:rFonts w:ascii="Arial" w:hAnsi="Arial" w:cs="Arial"/>
          <w:sz w:val="24"/>
          <w:szCs w:val="24"/>
        </w:rPr>
      </w:pPr>
      <w:r w:rsidRPr="00242465">
        <w:rPr>
          <w:rFonts w:ascii="Arial" w:hAnsi="Arial" w:cs="Arial"/>
          <w:b/>
          <w:sz w:val="24"/>
          <w:szCs w:val="24"/>
          <w:u w:val="single"/>
        </w:rPr>
        <w:t xml:space="preserve">Etapa 2 y 3: </w:t>
      </w:r>
      <w:proofErr w:type="spellStart"/>
      <w:r w:rsidRPr="00242465">
        <w:rPr>
          <w:rFonts w:ascii="Arial" w:hAnsi="Arial" w:cs="Arial"/>
          <w:b/>
          <w:sz w:val="24"/>
          <w:szCs w:val="24"/>
          <w:u w:val="single"/>
        </w:rPr>
        <w:t>aumento</w:t>
      </w:r>
      <w:proofErr w:type="spellEnd"/>
      <w:r w:rsidRPr="00242465">
        <w:rPr>
          <w:rFonts w:ascii="Arial" w:hAnsi="Arial" w:cs="Arial"/>
          <w:b/>
          <w:sz w:val="24"/>
          <w:szCs w:val="24"/>
          <w:u w:val="single"/>
        </w:rPr>
        <w:t xml:space="preserve"> de </w:t>
      </w:r>
      <w:r w:rsidRPr="00242465">
        <w:rPr>
          <w:rFonts w:ascii="Arial" w:hAnsi="Arial" w:cs="Arial"/>
          <w:b/>
          <w:spacing w:val="2"/>
          <w:sz w:val="24"/>
          <w:szCs w:val="24"/>
          <w:u w:val="single"/>
        </w:rPr>
        <w:t xml:space="preserve">la </w:t>
      </w:r>
      <w:proofErr w:type="spellStart"/>
      <w:r w:rsidRPr="00242465">
        <w:rPr>
          <w:rFonts w:ascii="Arial" w:hAnsi="Arial" w:cs="Arial"/>
          <w:b/>
          <w:sz w:val="24"/>
          <w:szCs w:val="24"/>
          <w:u w:val="single"/>
        </w:rPr>
        <w:t>desregulación</w:t>
      </w:r>
      <w:proofErr w:type="spellEnd"/>
      <w:r w:rsidRPr="00242465">
        <w:rPr>
          <w:rFonts w:ascii="Arial" w:hAnsi="Arial" w:cs="Arial"/>
          <w:b/>
          <w:sz w:val="24"/>
          <w:szCs w:val="24"/>
          <w:u w:val="single"/>
        </w:rPr>
        <w:t xml:space="preserve"> </w:t>
      </w:r>
      <w:proofErr w:type="spellStart"/>
      <w:r w:rsidRPr="00242465">
        <w:rPr>
          <w:rFonts w:ascii="Arial" w:hAnsi="Arial" w:cs="Arial"/>
          <w:b/>
          <w:sz w:val="24"/>
          <w:szCs w:val="24"/>
          <w:u w:val="single"/>
        </w:rPr>
        <w:t>emocional</w:t>
      </w:r>
      <w:proofErr w:type="spellEnd"/>
      <w:r w:rsidRPr="00242465">
        <w:rPr>
          <w:rFonts w:ascii="Arial" w:hAnsi="Arial" w:cs="Arial"/>
          <w:b/>
          <w:sz w:val="24"/>
          <w:szCs w:val="24"/>
          <w:u w:val="single"/>
        </w:rPr>
        <w:t xml:space="preserve"> y </w:t>
      </w:r>
      <w:proofErr w:type="spellStart"/>
      <w:r w:rsidRPr="00242465">
        <w:rPr>
          <w:rFonts w:ascii="Arial" w:hAnsi="Arial" w:cs="Arial"/>
          <w:b/>
          <w:sz w:val="24"/>
          <w:szCs w:val="24"/>
          <w:u w:val="single"/>
        </w:rPr>
        <w:t>conductual</w:t>
      </w:r>
      <w:proofErr w:type="spellEnd"/>
      <w:r w:rsidRPr="00242465">
        <w:rPr>
          <w:rFonts w:ascii="Arial" w:hAnsi="Arial" w:cs="Arial"/>
          <w:b/>
          <w:sz w:val="24"/>
          <w:szCs w:val="24"/>
          <w:u w:val="single"/>
        </w:rPr>
        <w:t xml:space="preserve">, con </w:t>
      </w:r>
      <w:proofErr w:type="spellStart"/>
      <w:r w:rsidRPr="00242465">
        <w:rPr>
          <w:rFonts w:ascii="Arial" w:hAnsi="Arial" w:cs="Arial"/>
          <w:b/>
          <w:sz w:val="24"/>
          <w:szCs w:val="24"/>
          <w:u w:val="single"/>
        </w:rPr>
        <w:t>ausencia</w:t>
      </w:r>
      <w:proofErr w:type="spellEnd"/>
      <w:r w:rsidRPr="00242465">
        <w:rPr>
          <w:rFonts w:ascii="Arial" w:hAnsi="Arial" w:cs="Arial"/>
          <w:b/>
          <w:sz w:val="24"/>
          <w:szCs w:val="24"/>
          <w:u w:val="single"/>
        </w:rPr>
        <w:t xml:space="preserve"> de </w:t>
      </w:r>
      <w:proofErr w:type="spellStart"/>
      <w:r w:rsidRPr="00242465">
        <w:rPr>
          <w:rFonts w:ascii="Arial" w:hAnsi="Arial" w:cs="Arial"/>
          <w:b/>
          <w:sz w:val="24"/>
          <w:szCs w:val="24"/>
          <w:u w:val="single"/>
        </w:rPr>
        <w:t>autocontroles</w:t>
      </w:r>
      <w:proofErr w:type="spellEnd"/>
      <w:r w:rsidRPr="00242465">
        <w:rPr>
          <w:rFonts w:ascii="Arial" w:hAnsi="Arial" w:cs="Arial"/>
          <w:b/>
          <w:sz w:val="24"/>
          <w:szCs w:val="24"/>
          <w:u w:val="single"/>
        </w:rPr>
        <w:t xml:space="preserve"> </w:t>
      </w:r>
      <w:proofErr w:type="spellStart"/>
      <w:r w:rsidRPr="00242465">
        <w:rPr>
          <w:rFonts w:ascii="Arial" w:hAnsi="Arial" w:cs="Arial"/>
          <w:b/>
          <w:sz w:val="24"/>
          <w:szCs w:val="24"/>
          <w:u w:val="single"/>
        </w:rPr>
        <w:t>Inhibitorios</w:t>
      </w:r>
      <w:proofErr w:type="spellEnd"/>
      <w:r w:rsidRPr="00242465">
        <w:rPr>
          <w:rFonts w:ascii="Arial" w:hAnsi="Arial" w:cs="Arial"/>
          <w:b/>
          <w:sz w:val="24"/>
          <w:szCs w:val="24"/>
          <w:u w:val="single"/>
        </w:rPr>
        <w:t xml:space="preserve"> </w:t>
      </w:r>
      <w:proofErr w:type="spellStart"/>
      <w:r w:rsidRPr="00242465">
        <w:rPr>
          <w:rFonts w:ascii="Arial" w:hAnsi="Arial" w:cs="Arial"/>
          <w:b/>
          <w:sz w:val="24"/>
          <w:szCs w:val="24"/>
          <w:u w:val="single"/>
        </w:rPr>
        <w:t>cognitivos</w:t>
      </w:r>
      <w:proofErr w:type="spellEnd"/>
      <w:r w:rsidRPr="00242465">
        <w:rPr>
          <w:rFonts w:ascii="Arial" w:hAnsi="Arial" w:cs="Arial"/>
          <w:b/>
          <w:sz w:val="24"/>
          <w:szCs w:val="24"/>
          <w:u w:val="single"/>
        </w:rPr>
        <w:t xml:space="preserve"> y </w:t>
      </w:r>
      <w:proofErr w:type="spellStart"/>
      <w:r w:rsidRPr="00242465">
        <w:rPr>
          <w:rFonts w:ascii="Arial" w:hAnsi="Arial" w:cs="Arial"/>
          <w:b/>
          <w:sz w:val="24"/>
          <w:szCs w:val="24"/>
          <w:u w:val="single"/>
        </w:rPr>
        <w:t>riesgo</w:t>
      </w:r>
      <w:proofErr w:type="spellEnd"/>
      <w:r w:rsidRPr="00242465">
        <w:rPr>
          <w:rFonts w:ascii="Arial" w:hAnsi="Arial" w:cs="Arial"/>
          <w:b/>
          <w:sz w:val="24"/>
          <w:szCs w:val="24"/>
          <w:u w:val="single"/>
        </w:rPr>
        <w:t xml:space="preserve"> para </w:t>
      </w:r>
      <w:proofErr w:type="spellStart"/>
      <w:r w:rsidRPr="00242465">
        <w:rPr>
          <w:rFonts w:ascii="Arial" w:hAnsi="Arial" w:cs="Arial"/>
          <w:b/>
          <w:spacing w:val="-3"/>
          <w:sz w:val="24"/>
          <w:szCs w:val="24"/>
          <w:u w:val="single"/>
        </w:rPr>
        <w:t>sí</w:t>
      </w:r>
      <w:proofErr w:type="spellEnd"/>
      <w:r w:rsidRPr="00242465">
        <w:rPr>
          <w:rFonts w:ascii="Arial" w:hAnsi="Arial" w:cs="Arial"/>
          <w:b/>
          <w:spacing w:val="-3"/>
          <w:sz w:val="24"/>
          <w:szCs w:val="24"/>
          <w:u w:val="single"/>
        </w:rPr>
        <w:t xml:space="preserve"> </w:t>
      </w:r>
      <w:proofErr w:type="spellStart"/>
      <w:r w:rsidRPr="00242465">
        <w:rPr>
          <w:rFonts w:ascii="Arial" w:hAnsi="Arial" w:cs="Arial"/>
          <w:b/>
          <w:sz w:val="24"/>
          <w:szCs w:val="24"/>
          <w:u w:val="single"/>
        </w:rPr>
        <w:t>mismo</w:t>
      </w:r>
      <w:proofErr w:type="spellEnd"/>
      <w:r w:rsidRPr="00242465">
        <w:rPr>
          <w:rFonts w:ascii="Arial" w:hAnsi="Arial" w:cs="Arial"/>
          <w:b/>
          <w:sz w:val="24"/>
          <w:szCs w:val="24"/>
          <w:u w:val="single"/>
        </w:rPr>
        <w:t xml:space="preserve">/a o </w:t>
      </w:r>
      <w:proofErr w:type="spellStart"/>
      <w:r w:rsidRPr="00242465">
        <w:rPr>
          <w:rFonts w:ascii="Arial" w:hAnsi="Arial" w:cs="Arial"/>
          <w:b/>
          <w:spacing w:val="-3"/>
          <w:sz w:val="24"/>
          <w:szCs w:val="24"/>
          <w:u w:val="single"/>
        </w:rPr>
        <w:t>terceros</w:t>
      </w:r>
      <w:proofErr w:type="spellEnd"/>
      <w:r w:rsidRPr="00242465">
        <w:rPr>
          <w:rFonts w:ascii="Arial" w:hAnsi="Arial" w:cs="Arial"/>
          <w:spacing w:val="-3"/>
          <w:sz w:val="24"/>
          <w:szCs w:val="24"/>
        </w:rPr>
        <w:t xml:space="preserve">: </w:t>
      </w:r>
      <w:proofErr w:type="spellStart"/>
      <w:r w:rsidRPr="00242465">
        <w:rPr>
          <w:rFonts w:ascii="Arial" w:hAnsi="Arial" w:cs="Arial"/>
          <w:spacing w:val="-3"/>
          <w:sz w:val="24"/>
          <w:szCs w:val="24"/>
        </w:rPr>
        <w:t>Cuando</w:t>
      </w:r>
      <w:proofErr w:type="spellEnd"/>
      <w:r w:rsidRPr="00242465">
        <w:rPr>
          <w:rFonts w:ascii="Arial" w:hAnsi="Arial" w:cs="Arial"/>
          <w:spacing w:val="-3"/>
          <w:sz w:val="24"/>
          <w:szCs w:val="24"/>
        </w:rPr>
        <w:t xml:space="preserve"> </w:t>
      </w:r>
      <w:proofErr w:type="spellStart"/>
      <w:r w:rsidRPr="00242465">
        <w:rPr>
          <w:rFonts w:ascii="Arial" w:hAnsi="Arial" w:cs="Arial"/>
          <w:spacing w:val="5"/>
          <w:sz w:val="24"/>
          <w:szCs w:val="24"/>
        </w:rPr>
        <w:t>él</w:t>
      </w:r>
      <w:proofErr w:type="spellEnd"/>
      <w:r w:rsidRPr="00242465">
        <w:rPr>
          <w:rFonts w:ascii="Arial" w:hAnsi="Arial" w:cs="Arial"/>
          <w:spacing w:val="5"/>
          <w:sz w:val="24"/>
          <w:szCs w:val="24"/>
        </w:rPr>
        <w:t xml:space="preserve"> </w:t>
      </w:r>
      <w:proofErr w:type="spellStart"/>
      <w:r w:rsidRPr="00242465">
        <w:rPr>
          <w:rFonts w:ascii="Arial" w:hAnsi="Arial" w:cs="Arial"/>
          <w:sz w:val="24"/>
          <w:szCs w:val="24"/>
        </w:rPr>
        <w:t>o</w:t>
      </w:r>
      <w:proofErr w:type="spellEnd"/>
      <w:r w:rsidRPr="00242465">
        <w:rPr>
          <w:rFonts w:ascii="Arial" w:hAnsi="Arial" w:cs="Arial"/>
          <w:sz w:val="24"/>
          <w:szCs w:val="24"/>
        </w:rPr>
        <w:t xml:space="preserve"> la </w:t>
      </w:r>
      <w:proofErr w:type="spellStart"/>
      <w:r w:rsidRPr="00242465">
        <w:rPr>
          <w:rFonts w:ascii="Arial" w:hAnsi="Arial" w:cs="Arial"/>
          <w:sz w:val="24"/>
          <w:szCs w:val="24"/>
        </w:rPr>
        <w:t>estudiante</w:t>
      </w:r>
      <w:proofErr w:type="spellEnd"/>
      <w:r w:rsidRPr="00242465">
        <w:rPr>
          <w:rFonts w:ascii="Arial" w:hAnsi="Arial" w:cs="Arial"/>
          <w:sz w:val="24"/>
          <w:szCs w:val="24"/>
        </w:rPr>
        <w:t xml:space="preserve"> </w:t>
      </w:r>
      <w:r w:rsidRPr="00242465">
        <w:rPr>
          <w:rFonts w:ascii="Arial" w:hAnsi="Arial" w:cs="Arial"/>
          <w:spacing w:val="-3"/>
          <w:sz w:val="24"/>
          <w:szCs w:val="24"/>
        </w:rPr>
        <w:t xml:space="preserve">no </w:t>
      </w:r>
      <w:proofErr w:type="spellStart"/>
      <w:r w:rsidRPr="00242465">
        <w:rPr>
          <w:rFonts w:ascii="Arial" w:hAnsi="Arial" w:cs="Arial"/>
          <w:spacing w:val="4"/>
          <w:sz w:val="24"/>
          <w:szCs w:val="24"/>
        </w:rPr>
        <w:t>responde</w:t>
      </w:r>
      <w:proofErr w:type="spellEnd"/>
      <w:r w:rsidRPr="00242465">
        <w:rPr>
          <w:rFonts w:ascii="Arial" w:hAnsi="Arial" w:cs="Arial"/>
          <w:spacing w:val="4"/>
          <w:sz w:val="24"/>
          <w:szCs w:val="24"/>
        </w:rPr>
        <w:t xml:space="preserve"> </w:t>
      </w:r>
      <w:r w:rsidRPr="00242465">
        <w:rPr>
          <w:rFonts w:ascii="Arial" w:hAnsi="Arial" w:cs="Arial"/>
          <w:sz w:val="24"/>
          <w:szCs w:val="24"/>
        </w:rPr>
        <w:t xml:space="preserve">a </w:t>
      </w:r>
      <w:proofErr w:type="spellStart"/>
      <w:r w:rsidRPr="00242465">
        <w:rPr>
          <w:rFonts w:ascii="Arial" w:hAnsi="Arial" w:cs="Arial"/>
          <w:spacing w:val="3"/>
          <w:sz w:val="24"/>
          <w:szCs w:val="24"/>
        </w:rPr>
        <w:t>comandos</w:t>
      </w:r>
      <w:proofErr w:type="spellEnd"/>
      <w:r w:rsidRPr="00242465">
        <w:rPr>
          <w:rFonts w:ascii="Arial" w:hAnsi="Arial" w:cs="Arial"/>
          <w:spacing w:val="3"/>
          <w:sz w:val="24"/>
          <w:szCs w:val="24"/>
        </w:rPr>
        <w:t xml:space="preserve"> </w:t>
      </w:r>
      <w:r w:rsidRPr="00242465">
        <w:rPr>
          <w:rFonts w:ascii="Arial" w:hAnsi="Arial" w:cs="Arial"/>
          <w:spacing w:val="5"/>
          <w:sz w:val="24"/>
          <w:szCs w:val="24"/>
        </w:rPr>
        <w:t xml:space="preserve">de </w:t>
      </w:r>
      <w:proofErr w:type="spellStart"/>
      <w:r w:rsidRPr="00242465">
        <w:rPr>
          <w:rFonts w:ascii="Arial" w:hAnsi="Arial" w:cs="Arial"/>
          <w:sz w:val="24"/>
          <w:szCs w:val="24"/>
        </w:rPr>
        <w:t>voz</w:t>
      </w:r>
      <w:proofErr w:type="spellEnd"/>
      <w:r w:rsidRPr="00242465">
        <w:rPr>
          <w:rFonts w:ascii="Arial" w:hAnsi="Arial" w:cs="Arial"/>
          <w:sz w:val="24"/>
          <w:szCs w:val="24"/>
        </w:rPr>
        <w:t xml:space="preserve">, </w:t>
      </w:r>
      <w:proofErr w:type="spellStart"/>
      <w:r w:rsidRPr="00242465">
        <w:rPr>
          <w:rFonts w:ascii="Arial" w:hAnsi="Arial" w:cs="Arial"/>
          <w:spacing w:val="-3"/>
          <w:sz w:val="24"/>
          <w:szCs w:val="24"/>
        </w:rPr>
        <w:t>ni</w:t>
      </w:r>
      <w:proofErr w:type="spellEnd"/>
      <w:r w:rsidRPr="00242465">
        <w:rPr>
          <w:rFonts w:ascii="Arial" w:hAnsi="Arial" w:cs="Arial"/>
          <w:spacing w:val="-3"/>
          <w:sz w:val="24"/>
          <w:szCs w:val="24"/>
        </w:rPr>
        <w:t xml:space="preserve"> </w:t>
      </w:r>
      <w:r w:rsidRPr="00242465">
        <w:rPr>
          <w:rFonts w:ascii="Arial" w:hAnsi="Arial" w:cs="Arial"/>
          <w:sz w:val="24"/>
          <w:szCs w:val="24"/>
        </w:rPr>
        <w:t xml:space="preserve">a </w:t>
      </w:r>
      <w:proofErr w:type="spellStart"/>
      <w:r w:rsidRPr="00242465">
        <w:rPr>
          <w:rFonts w:ascii="Arial" w:hAnsi="Arial" w:cs="Arial"/>
          <w:sz w:val="24"/>
          <w:szCs w:val="24"/>
        </w:rPr>
        <w:t>mirada</w:t>
      </w:r>
      <w:proofErr w:type="spellEnd"/>
      <w:r w:rsidRPr="00242465">
        <w:rPr>
          <w:rFonts w:ascii="Arial" w:hAnsi="Arial" w:cs="Arial"/>
          <w:sz w:val="24"/>
          <w:szCs w:val="24"/>
        </w:rPr>
        <w:t xml:space="preserve"> o </w:t>
      </w:r>
      <w:proofErr w:type="spellStart"/>
      <w:r w:rsidRPr="00242465">
        <w:rPr>
          <w:rFonts w:ascii="Arial" w:hAnsi="Arial" w:cs="Arial"/>
          <w:sz w:val="24"/>
          <w:szCs w:val="24"/>
        </w:rPr>
        <w:t>intervenciones</w:t>
      </w:r>
      <w:proofErr w:type="spellEnd"/>
      <w:r w:rsidRPr="00242465">
        <w:rPr>
          <w:rFonts w:ascii="Arial" w:hAnsi="Arial" w:cs="Arial"/>
          <w:sz w:val="24"/>
          <w:szCs w:val="24"/>
        </w:rPr>
        <w:t xml:space="preserve"> </w:t>
      </w:r>
      <w:r w:rsidRPr="00242465">
        <w:rPr>
          <w:rFonts w:ascii="Arial" w:hAnsi="Arial" w:cs="Arial"/>
          <w:spacing w:val="5"/>
          <w:sz w:val="24"/>
          <w:szCs w:val="24"/>
        </w:rPr>
        <w:t xml:space="preserve">de </w:t>
      </w:r>
      <w:proofErr w:type="spellStart"/>
      <w:r w:rsidRPr="00242465">
        <w:rPr>
          <w:rFonts w:ascii="Arial" w:hAnsi="Arial" w:cs="Arial"/>
          <w:spacing w:val="2"/>
          <w:sz w:val="24"/>
          <w:szCs w:val="24"/>
        </w:rPr>
        <w:t>terceros</w:t>
      </w:r>
      <w:proofErr w:type="spellEnd"/>
      <w:r w:rsidRPr="00242465">
        <w:rPr>
          <w:rFonts w:ascii="Arial" w:hAnsi="Arial" w:cs="Arial"/>
          <w:spacing w:val="2"/>
          <w:sz w:val="24"/>
          <w:szCs w:val="24"/>
        </w:rPr>
        <w:t xml:space="preserve">, </w:t>
      </w:r>
      <w:r w:rsidRPr="00242465">
        <w:rPr>
          <w:rFonts w:ascii="Arial" w:hAnsi="Arial" w:cs="Arial"/>
          <w:spacing w:val="-3"/>
          <w:sz w:val="24"/>
          <w:szCs w:val="24"/>
        </w:rPr>
        <w:t xml:space="preserve">al </w:t>
      </w:r>
      <w:proofErr w:type="spellStart"/>
      <w:r w:rsidRPr="00242465">
        <w:rPr>
          <w:rFonts w:ascii="Arial" w:hAnsi="Arial" w:cs="Arial"/>
          <w:sz w:val="24"/>
          <w:szCs w:val="24"/>
        </w:rPr>
        <w:t>tiempo</w:t>
      </w:r>
      <w:proofErr w:type="spellEnd"/>
      <w:r w:rsidRPr="00242465">
        <w:rPr>
          <w:rFonts w:ascii="Arial" w:hAnsi="Arial" w:cs="Arial"/>
          <w:sz w:val="24"/>
          <w:szCs w:val="24"/>
        </w:rPr>
        <w:t xml:space="preserve"> que </w:t>
      </w:r>
      <w:proofErr w:type="spellStart"/>
      <w:r w:rsidRPr="00242465">
        <w:rPr>
          <w:rFonts w:ascii="Arial" w:hAnsi="Arial" w:cs="Arial"/>
          <w:spacing w:val="-3"/>
          <w:sz w:val="24"/>
          <w:szCs w:val="24"/>
        </w:rPr>
        <w:t>aumenta</w:t>
      </w:r>
      <w:proofErr w:type="spellEnd"/>
      <w:r w:rsidRPr="00242465">
        <w:rPr>
          <w:rFonts w:ascii="Arial" w:hAnsi="Arial" w:cs="Arial"/>
          <w:spacing w:val="-3"/>
          <w:sz w:val="24"/>
          <w:szCs w:val="24"/>
        </w:rPr>
        <w:t xml:space="preserve"> </w:t>
      </w:r>
      <w:r w:rsidRPr="00242465">
        <w:rPr>
          <w:rFonts w:ascii="Arial" w:hAnsi="Arial" w:cs="Arial"/>
          <w:sz w:val="24"/>
          <w:szCs w:val="24"/>
        </w:rPr>
        <w:t xml:space="preserve">la </w:t>
      </w:r>
      <w:proofErr w:type="spellStart"/>
      <w:r w:rsidRPr="00242465">
        <w:rPr>
          <w:rFonts w:ascii="Arial" w:hAnsi="Arial" w:cs="Arial"/>
          <w:sz w:val="24"/>
          <w:szCs w:val="24"/>
        </w:rPr>
        <w:t>agitación</w:t>
      </w:r>
      <w:proofErr w:type="spellEnd"/>
      <w:r w:rsidRPr="00242465">
        <w:rPr>
          <w:rFonts w:ascii="Arial" w:hAnsi="Arial" w:cs="Arial"/>
          <w:sz w:val="24"/>
          <w:szCs w:val="24"/>
        </w:rPr>
        <w:t xml:space="preserve"> </w:t>
      </w:r>
      <w:proofErr w:type="spellStart"/>
      <w:r w:rsidRPr="00242465">
        <w:rPr>
          <w:rFonts w:ascii="Arial" w:hAnsi="Arial" w:cs="Arial"/>
          <w:sz w:val="24"/>
          <w:szCs w:val="24"/>
        </w:rPr>
        <w:t>motora</w:t>
      </w:r>
      <w:proofErr w:type="spellEnd"/>
      <w:r w:rsidRPr="00242465">
        <w:rPr>
          <w:rFonts w:ascii="Arial" w:hAnsi="Arial" w:cs="Arial"/>
          <w:sz w:val="24"/>
          <w:szCs w:val="24"/>
        </w:rPr>
        <w:t xml:space="preserve"> </w:t>
      </w:r>
      <w:r w:rsidRPr="00242465">
        <w:rPr>
          <w:rFonts w:ascii="Arial" w:hAnsi="Arial" w:cs="Arial"/>
          <w:spacing w:val="2"/>
          <w:sz w:val="24"/>
          <w:szCs w:val="24"/>
        </w:rPr>
        <w:t xml:space="preserve">sin </w:t>
      </w:r>
      <w:proofErr w:type="spellStart"/>
      <w:r w:rsidRPr="00242465">
        <w:rPr>
          <w:rFonts w:ascii="Arial" w:hAnsi="Arial" w:cs="Arial"/>
          <w:sz w:val="24"/>
          <w:szCs w:val="24"/>
        </w:rPr>
        <w:t>lograr</w:t>
      </w:r>
      <w:proofErr w:type="spellEnd"/>
      <w:r w:rsidRPr="00242465">
        <w:rPr>
          <w:rFonts w:ascii="Arial" w:hAnsi="Arial" w:cs="Arial"/>
          <w:sz w:val="24"/>
          <w:szCs w:val="24"/>
        </w:rPr>
        <w:t xml:space="preserve"> </w:t>
      </w:r>
      <w:proofErr w:type="spellStart"/>
      <w:r w:rsidRPr="00242465">
        <w:rPr>
          <w:rFonts w:ascii="Arial" w:hAnsi="Arial" w:cs="Arial"/>
          <w:sz w:val="24"/>
          <w:szCs w:val="24"/>
        </w:rPr>
        <w:t>conectar</w:t>
      </w:r>
      <w:proofErr w:type="spellEnd"/>
      <w:r w:rsidRPr="00242465">
        <w:rPr>
          <w:rFonts w:ascii="Arial" w:hAnsi="Arial" w:cs="Arial"/>
          <w:sz w:val="24"/>
          <w:szCs w:val="24"/>
        </w:rPr>
        <w:t xml:space="preserve"> </w:t>
      </w:r>
      <w:r w:rsidRPr="00242465">
        <w:rPr>
          <w:rFonts w:ascii="Arial" w:hAnsi="Arial" w:cs="Arial"/>
          <w:spacing w:val="5"/>
          <w:sz w:val="24"/>
          <w:szCs w:val="24"/>
        </w:rPr>
        <w:t xml:space="preserve">con </w:t>
      </w:r>
      <w:proofErr w:type="spellStart"/>
      <w:r w:rsidRPr="00242465">
        <w:rPr>
          <w:rFonts w:ascii="Arial" w:hAnsi="Arial" w:cs="Arial"/>
          <w:spacing w:val="3"/>
          <w:sz w:val="24"/>
          <w:szCs w:val="24"/>
        </w:rPr>
        <w:t>su</w:t>
      </w:r>
      <w:proofErr w:type="spellEnd"/>
      <w:r w:rsidRPr="00242465">
        <w:rPr>
          <w:rFonts w:ascii="Arial" w:hAnsi="Arial" w:cs="Arial"/>
          <w:spacing w:val="3"/>
          <w:sz w:val="24"/>
          <w:szCs w:val="24"/>
        </w:rPr>
        <w:t xml:space="preserve"> </w:t>
      </w:r>
      <w:proofErr w:type="spellStart"/>
      <w:r w:rsidRPr="00242465">
        <w:rPr>
          <w:rFonts w:ascii="Arial" w:hAnsi="Arial" w:cs="Arial"/>
          <w:sz w:val="24"/>
          <w:szCs w:val="24"/>
        </w:rPr>
        <w:t>entorno</w:t>
      </w:r>
      <w:proofErr w:type="spellEnd"/>
      <w:r w:rsidRPr="00242465">
        <w:rPr>
          <w:rFonts w:ascii="Arial" w:hAnsi="Arial" w:cs="Arial"/>
          <w:sz w:val="24"/>
          <w:szCs w:val="24"/>
        </w:rPr>
        <w:t xml:space="preserve"> </w:t>
      </w:r>
      <w:r w:rsidRPr="00242465">
        <w:rPr>
          <w:rFonts w:ascii="Arial" w:hAnsi="Arial" w:cs="Arial"/>
          <w:spacing w:val="5"/>
          <w:sz w:val="24"/>
          <w:szCs w:val="24"/>
        </w:rPr>
        <w:t xml:space="preserve">de </w:t>
      </w:r>
      <w:proofErr w:type="spellStart"/>
      <w:r w:rsidRPr="00242465">
        <w:rPr>
          <w:rFonts w:ascii="Arial" w:hAnsi="Arial" w:cs="Arial"/>
          <w:sz w:val="24"/>
          <w:szCs w:val="24"/>
        </w:rPr>
        <w:t>manera</w:t>
      </w:r>
      <w:proofErr w:type="spellEnd"/>
      <w:r w:rsidRPr="00242465">
        <w:rPr>
          <w:rFonts w:ascii="Arial" w:hAnsi="Arial" w:cs="Arial"/>
          <w:sz w:val="24"/>
          <w:szCs w:val="24"/>
        </w:rPr>
        <w:t xml:space="preserve"> </w:t>
      </w:r>
      <w:proofErr w:type="spellStart"/>
      <w:r w:rsidRPr="00242465">
        <w:rPr>
          <w:rFonts w:ascii="Arial" w:hAnsi="Arial" w:cs="Arial"/>
          <w:sz w:val="24"/>
          <w:szCs w:val="24"/>
        </w:rPr>
        <w:t>adecuada</w:t>
      </w:r>
      <w:proofErr w:type="spellEnd"/>
      <w:r w:rsidRPr="00242465">
        <w:rPr>
          <w:rFonts w:ascii="Arial" w:hAnsi="Arial" w:cs="Arial"/>
          <w:sz w:val="24"/>
          <w:szCs w:val="24"/>
        </w:rPr>
        <w:t xml:space="preserve">. El </w:t>
      </w:r>
      <w:proofErr w:type="spellStart"/>
      <w:r w:rsidRPr="00242465">
        <w:rPr>
          <w:rFonts w:ascii="Arial" w:hAnsi="Arial" w:cs="Arial"/>
          <w:sz w:val="24"/>
          <w:szCs w:val="24"/>
        </w:rPr>
        <w:t>encargado</w:t>
      </w:r>
      <w:proofErr w:type="spellEnd"/>
      <w:r w:rsidRPr="00242465">
        <w:rPr>
          <w:rFonts w:ascii="Arial" w:hAnsi="Arial" w:cs="Arial"/>
          <w:sz w:val="24"/>
          <w:szCs w:val="24"/>
        </w:rPr>
        <w:t xml:space="preserve"> </w:t>
      </w:r>
      <w:proofErr w:type="spellStart"/>
      <w:r w:rsidRPr="00242465">
        <w:rPr>
          <w:rFonts w:ascii="Arial" w:hAnsi="Arial" w:cs="Arial"/>
          <w:spacing w:val="7"/>
          <w:sz w:val="24"/>
          <w:szCs w:val="24"/>
        </w:rPr>
        <w:t>debe</w:t>
      </w:r>
      <w:proofErr w:type="spellEnd"/>
      <w:r w:rsidRPr="00242465">
        <w:rPr>
          <w:rFonts w:ascii="Arial" w:hAnsi="Arial" w:cs="Arial"/>
          <w:spacing w:val="7"/>
          <w:sz w:val="24"/>
          <w:szCs w:val="24"/>
        </w:rPr>
        <w:t xml:space="preserve"> </w:t>
      </w:r>
      <w:r w:rsidRPr="00242465">
        <w:rPr>
          <w:rFonts w:ascii="Arial" w:hAnsi="Arial" w:cs="Arial"/>
          <w:sz w:val="24"/>
          <w:szCs w:val="24"/>
        </w:rPr>
        <w:t>“</w:t>
      </w:r>
      <w:proofErr w:type="spellStart"/>
      <w:r w:rsidRPr="00242465">
        <w:rPr>
          <w:rFonts w:ascii="Arial" w:hAnsi="Arial" w:cs="Arial"/>
          <w:sz w:val="24"/>
          <w:szCs w:val="24"/>
        </w:rPr>
        <w:t>acompañar</w:t>
      </w:r>
      <w:proofErr w:type="spellEnd"/>
      <w:r w:rsidRPr="00242465">
        <w:rPr>
          <w:rFonts w:ascii="Arial" w:hAnsi="Arial" w:cs="Arial"/>
          <w:sz w:val="24"/>
          <w:szCs w:val="24"/>
        </w:rPr>
        <w:t xml:space="preserve">” y </w:t>
      </w:r>
      <w:r w:rsidRPr="00242465">
        <w:rPr>
          <w:rFonts w:ascii="Arial" w:hAnsi="Arial" w:cs="Arial"/>
          <w:spacing w:val="-3"/>
          <w:sz w:val="24"/>
          <w:szCs w:val="24"/>
        </w:rPr>
        <w:t xml:space="preserve">no </w:t>
      </w:r>
      <w:proofErr w:type="spellStart"/>
      <w:r w:rsidRPr="00242465">
        <w:rPr>
          <w:rFonts w:ascii="Arial" w:hAnsi="Arial" w:cs="Arial"/>
          <w:sz w:val="24"/>
          <w:szCs w:val="24"/>
        </w:rPr>
        <w:t>interferir</w:t>
      </w:r>
      <w:proofErr w:type="spellEnd"/>
      <w:r w:rsidRPr="00242465">
        <w:rPr>
          <w:rFonts w:ascii="Arial" w:hAnsi="Arial" w:cs="Arial"/>
          <w:sz w:val="24"/>
          <w:szCs w:val="24"/>
        </w:rPr>
        <w:t xml:space="preserve"> </w:t>
      </w:r>
      <w:proofErr w:type="spellStart"/>
      <w:r w:rsidRPr="00242465">
        <w:rPr>
          <w:rFonts w:ascii="Arial" w:hAnsi="Arial" w:cs="Arial"/>
          <w:spacing w:val="5"/>
          <w:sz w:val="24"/>
          <w:szCs w:val="24"/>
        </w:rPr>
        <w:t>en</w:t>
      </w:r>
      <w:proofErr w:type="spellEnd"/>
      <w:r w:rsidRPr="00242465">
        <w:rPr>
          <w:rFonts w:ascii="Arial" w:hAnsi="Arial" w:cs="Arial"/>
          <w:spacing w:val="5"/>
          <w:sz w:val="24"/>
          <w:szCs w:val="24"/>
        </w:rPr>
        <w:t xml:space="preserve"> </w:t>
      </w:r>
      <w:proofErr w:type="spellStart"/>
      <w:r w:rsidRPr="00242465">
        <w:rPr>
          <w:rFonts w:ascii="Arial" w:hAnsi="Arial" w:cs="Arial"/>
          <w:spacing w:val="3"/>
          <w:sz w:val="24"/>
          <w:szCs w:val="24"/>
        </w:rPr>
        <w:t>su</w:t>
      </w:r>
      <w:proofErr w:type="spellEnd"/>
      <w:r w:rsidRPr="00242465">
        <w:rPr>
          <w:rFonts w:ascii="Arial" w:hAnsi="Arial" w:cs="Arial"/>
          <w:spacing w:val="3"/>
          <w:sz w:val="24"/>
          <w:szCs w:val="24"/>
        </w:rPr>
        <w:t xml:space="preserve"> </w:t>
      </w:r>
      <w:proofErr w:type="spellStart"/>
      <w:r w:rsidRPr="00242465">
        <w:rPr>
          <w:rFonts w:ascii="Arial" w:hAnsi="Arial" w:cs="Arial"/>
          <w:spacing w:val="5"/>
          <w:sz w:val="24"/>
          <w:szCs w:val="24"/>
        </w:rPr>
        <w:t>proceso</w:t>
      </w:r>
      <w:proofErr w:type="spellEnd"/>
      <w:r w:rsidRPr="00242465">
        <w:rPr>
          <w:rFonts w:ascii="Arial" w:hAnsi="Arial" w:cs="Arial"/>
          <w:spacing w:val="5"/>
          <w:sz w:val="24"/>
          <w:szCs w:val="24"/>
        </w:rPr>
        <w:t xml:space="preserve"> de </w:t>
      </w:r>
      <w:proofErr w:type="spellStart"/>
      <w:r w:rsidRPr="00242465">
        <w:rPr>
          <w:rFonts w:ascii="Arial" w:hAnsi="Arial" w:cs="Arial"/>
          <w:sz w:val="24"/>
          <w:szCs w:val="24"/>
        </w:rPr>
        <w:t>manera</w:t>
      </w:r>
      <w:proofErr w:type="spellEnd"/>
      <w:r w:rsidRPr="00242465">
        <w:rPr>
          <w:rFonts w:ascii="Arial" w:hAnsi="Arial" w:cs="Arial"/>
          <w:sz w:val="24"/>
          <w:szCs w:val="24"/>
        </w:rPr>
        <w:t xml:space="preserve"> </w:t>
      </w:r>
      <w:proofErr w:type="spellStart"/>
      <w:r w:rsidRPr="00242465">
        <w:rPr>
          <w:rFonts w:ascii="Arial" w:hAnsi="Arial" w:cs="Arial"/>
          <w:sz w:val="24"/>
          <w:szCs w:val="24"/>
        </w:rPr>
        <w:t>invasiva</w:t>
      </w:r>
      <w:proofErr w:type="spellEnd"/>
      <w:r w:rsidRPr="00242465">
        <w:rPr>
          <w:rFonts w:ascii="Arial" w:hAnsi="Arial" w:cs="Arial"/>
          <w:sz w:val="24"/>
          <w:szCs w:val="24"/>
        </w:rPr>
        <w:t xml:space="preserve">, </w:t>
      </w:r>
      <w:r w:rsidRPr="00242465">
        <w:rPr>
          <w:rFonts w:ascii="Arial" w:hAnsi="Arial" w:cs="Arial"/>
          <w:spacing w:val="5"/>
          <w:sz w:val="24"/>
          <w:szCs w:val="24"/>
        </w:rPr>
        <w:t xml:space="preserve">con </w:t>
      </w:r>
      <w:proofErr w:type="spellStart"/>
      <w:r w:rsidRPr="00242465">
        <w:rPr>
          <w:rFonts w:ascii="Arial" w:hAnsi="Arial" w:cs="Arial"/>
          <w:spacing w:val="2"/>
          <w:sz w:val="24"/>
          <w:szCs w:val="24"/>
        </w:rPr>
        <w:t>acciones</w:t>
      </w:r>
      <w:proofErr w:type="spellEnd"/>
      <w:r w:rsidRPr="00242465">
        <w:rPr>
          <w:rFonts w:ascii="Arial" w:hAnsi="Arial" w:cs="Arial"/>
          <w:spacing w:val="2"/>
          <w:sz w:val="24"/>
          <w:szCs w:val="24"/>
        </w:rPr>
        <w:t xml:space="preserve"> </w:t>
      </w:r>
      <w:proofErr w:type="spellStart"/>
      <w:r w:rsidRPr="00242465">
        <w:rPr>
          <w:rFonts w:ascii="Arial" w:hAnsi="Arial" w:cs="Arial"/>
          <w:spacing w:val="4"/>
          <w:sz w:val="24"/>
          <w:szCs w:val="24"/>
        </w:rPr>
        <w:t>como</w:t>
      </w:r>
      <w:proofErr w:type="spellEnd"/>
      <w:r w:rsidRPr="00242465">
        <w:rPr>
          <w:rFonts w:ascii="Arial" w:hAnsi="Arial" w:cs="Arial"/>
          <w:spacing w:val="4"/>
          <w:sz w:val="24"/>
          <w:szCs w:val="24"/>
        </w:rPr>
        <w:t xml:space="preserve"> </w:t>
      </w:r>
      <w:proofErr w:type="spellStart"/>
      <w:r w:rsidRPr="00242465">
        <w:rPr>
          <w:rFonts w:ascii="Arial" w:hAnsi="Arial" w:cs="Arial"/>
          <w:spacing w:val="2"/>
          <w:sz w:val="24"/>
          <w:szCs w:val="24"/>
        </w:rPr>
        <w:t>ofrecer</w:t>
      </w:r>
      <w:proofErr w:type="spellEnd"/>
      <w:r w:rsidRPr="00242465">
        <w:rPr>
          <w:rFonts w:ascii="Arial" w:hAnsi="Arial" w:cs="Arial"/>
          <w:spacing w:val="2"/>
          <w:sz w:val="24"/>
          <w:szCs w:val="24"/>
        </w:rPr>
        <w:t xml:space="preserve"> </w:t>
      </w:r>
      <w:proofErr w:type="spellStart"/>
      <w:r w:rsidRPr="00242465">
        <w:rPr>
          <w:rFonts w:ascii="Arial" w:hAnsi="Arial" w:cs="Arial"/>
          <w:spacing w:val="3"/>
          <w:sz w:val="24"/>
          <w:szCs w:val="24"/>
        </w:rPr>
        <w:t>soluciones</w:t>
      </w:r>
      <w:proofErr w:type="spellEnd"/>
      <w:r w:rsidRPr="00242465">
        <w:rPr>
          <w:rFonts w:ascii="Arial" w:hAnsi="Arial" w:cs="Arial"/>
          <w:spacing w:val="3"/>
          <w:sz w:val="24"/>
          <w:szCs w:val="24"/>
        </w:rPr>
        <w:t xml:space="preserve">, </w:t>
      </w:r>
      <w:r w:rsidRPr="00242465">
        <w:rPr>
          <w:rFonts w:ascii="Arial" w:hAnsi="Arial" w:cs="Arial"/>
          <w:sz w:val="24"/>
          <w:szCs w:val="24"/>
        </w:rPr>
        <w:t xml:space="preserve">o </w:t>
      </w:r>
      <w:proofErr w:type="spellStart"/>
      <w:r w:rsidRPr="00242465">
        <w:rPr>
          <w:rFonts w:ascii="Arial" w:hAnsi="Arial" w:cs="Arial"/>
          <w:spacing w:val="4"/>
          <w:sz w:val="24"/>
          <w:szCs w:val="24"/>
        </w:rPr>
        <w:t>pidiéndole</w:t>
      </w:r>
      <w:proofErr w:type="spellEnd"/>
      <w:r w:rsidRPr="00242465">
        <w:rPr>
          <w:rFonts w:ascii="Arial" w:hAnsi="Arial" w:cs="Arial"/>
          <w:spacing w:val="4"/>
          <w:sz w:val="24"/>
          <w:szCs w:val="24"/>
        </w:rPr>
        <w:t xml:space="preserve"> </w:t>
      </w:r>
      <w:r w:rsidRPr="00242465">
        <w:rPr>
          <w:rFonts w:ascii="Arial" w:hAnsi="Arial" w:cs="Arial"/>
          <w:sz w:val="24"/>
          <w:szCs w:val="24"/>
        </w:rPr>
        <w:t xml:space="preserve">que </w:t>
      </w:r>
      <w:proofErr w:type="spellStart"/>
      <w:r w:rsidRPr="00242465">
        <w:rPr>
          <w:rFonts w:ascii="Arial" w:hAnsi="Arial" w:cs="Arial"/>
          <w:sz w:val="24"/>
          <w:szCs w:val="24"/>
        </w:rPr>
        <w:t>efectúe</w:t>
      </w:r>
      <w:proofErr w:type="spellEnd"/>
      <w:r w:rsidRPr="00242465">
        <w:rPr>
          <w:rFonts w:ascii="Arial" w:hAnsi="Arial" w:cs="Arial"/>
          <w:sz w:val="24"/>
          <w:szCs w:val="24"/>
        </w:rPr>
        <w:t xml:space="preserve"> </w:t>
      </w:r>
      <w:proofErr w:type="spellStart"/>
      <w:r w:rsidRPr="00242465">
        <w:rPr>
          <w:rFonts w:ascii="Arial" w:hAnsi="Arial" w:cs="Arial"/>
          <w:sz w:val="24"/>
          <w:szCs w:val="24"/>
        </w:rPr>
        <w:t>algún</w:t>
      </w:r>
      <w:proofErr w:type="spellEnd"/>
      <w:r w:rsidRPr="00242465">
        <w:rPr>
          <w:rFonts w:ascii="Arial" w:hAnsi="Arial" w:cs="Arial"/>
          <w:sz w:val="24"/>
          <w:szCs w:val="24"/>
        </w:rPr>
        <w:t xml:space="preserve"> </w:t>
      </w:r>
      <w:proofErr w:type="spellStart"/>
      <w:r w:rsidRPr="00242465">
        <w:rPr>
          <w:rFonts w:ascii="Arial" w:hAnsi="Arial" w:cs="Arial"/>
          <w:spacing w:val="3"/>
          <w:sz w:val="24"/>
          <w:szCs w:val="24"/>
        </w:rPr>
        <w:t>ejercicio</w:t>
      </w:r>
      <w:proofErr w:type="spellEnd"/>
      <w:r w:rsidRPr="00242465">
        <w:rPr>
          <w:rFonts w:ascii="Arial" w:hAnsi="Arial" w:cs="Arial"/>
          <w:spacing w:val="3"/>
          <w:sz w:val="24"/>
          <w:szCs w:val="24"/>
        </w:rPr>
        <w:t xml:space="preserve">, </w:t>
      </w:r>
      <w:proofErr w:type="spellStart"/>
      <w:r w:rsidRPr="00242465">
        <w:rPr>
          <w:rFonts w:ascii="Arial" w:hAnsi="Arial" w:cs="Arial"/>
          <w:spacing w:val="3"/>
          <w:sz w:val="24"/>
          <w:szCs w:val="24"/>
        </w:rPr>
        <w:t>pues</w:t>
      </w:r>
      <w:proofErr w:type="spellEnd"/>
      <w:r w:rsidRPr="00242465">
        <w:rPr>
          <w:rFonts w:ascii="Arial" w:hAnsi="Arial" w:cs="Arial"/>
          <w:spacing w:val="3"/>
          <w:sz w:val="24"/>
          <w:szCs w:val="24"/>
        </w:rPr>
        <w:t xml:space="preserve"> </w:t>
      </w:r>
      <w:proofErr w:type="spellStart"/>
      <w:r w:rsidRPr="00242465">
        <w:rPr>
          <w:rFonts w:ascii="Arial" w:hAnsi="Arial" w:cs="Arial"/>
          <w:spacing w:val="-3"/>
          <w:sz w:val="24"/>
          <w:szCs w:val="24"/>
        </w:rPr>
        <w:t>durante</w:t>
      </w:r>
      <w:proofErr w:type="spellEnd"/>
      <w:r w:rsidRPr="00242465">
        <w:rPr>
          <w:rFonts w:ascii="Arial" w:hAnsi="Arial" w:cs="Arial"/>
          <w:spacing w:val="-3"/>
          <w:sz w:val="24"/>
          <w:szCs w:val="24"/>
        </w:rPr>
        <w:t xml:space="preserve"> </w:t>
      </w:r>
      <w:proofErr w:type="spellStart"/>
      <w:r w:rsidRPr="00242465">
        <w:rPr>
          <w:rFonts w:ascii="Arial" w:hAnsi="Arial" w:cs="Arial"/>
          <w:sz w:val="24"/>
          <w:szCs w:val="24"/>
        </w:rPr>
        <w:t>esta</w:t>
      </w:r>
      <w:proofErr w:type="spellEnd"/>
      <w:r w:rsidRPr="00242465">
        <w:rPr>
          <w:rFonts w:ascii="Arial" w:hAnsi="Arial" w:cs="Arial"/>
          <w:sz w:val="24"/>
          <w:szCs w:val="24"/>
        </w:rPr>
        <w:t xml:space="preserve"> </w:t>
      </w:r>
      <w:proofErr w:type="spellStart"/>
      <w:r w:rsidRPr="00242465">
        <w:rPr>
          <w:rFonts w:ascii="Arial" w:hAnsi="Arial" w:cs="Arial"/>
          <w:sz w:val="24"/>
          <w:szCs w:val="24"/>
        </w:rPr>
        <w:t>etapa</w:t>
      </w:r>
      <w:proofErr w:type="spellEnd"/>
      <w:r w:rsidRPr="00242465">
        <w:rPr>
          <w:rFonts w:ascii="Arial" w:hAnsi="Arial" w:cs="Arial"/>
          <w:sz w:val="24"/>
          <w:szCs w:val="24"/>
        </w:rPr>
        <w:t xml:space="preserve"> </w:t>
      </w:r>
      <w:r w:rsidRPr="00242465">
        <w:rPr>
          <w:rFonts w:ascii="Arial" w:hAnsi="Arial" w:cs="Arial"/>
          <w:spacing w:val="5"/>
          <w:sz w:val="24"/>
          <w:szCs w:val="24"/>
        </w:rPr>
        <w:t xml:space="preserve">de </w:t>
      </w:r>
      <w:proofErr w:type="spellStart"/>
      <w:r w:rsidRPr="00242465">
        <w:rPr>
          <w:rFonts w:ascii="Arial" w:hAnsi="Arial" w:cs="Arial"/>
          <w:spacing w:val="-4"/>
          <w:sz w:val="24"/>
          <w:szCs w:val="24"/>
        </w:rPr>
        <w:t>una</w:t>
      </w:r>
      <w:proofErr w:type="spellEnd"/>
      <w:r w:rsidRPr="00242465">
        <w:rPr>
          <w:rFonts w:ascii="Arial" w:hAnsi="Arial" w:cs="Arial"/>
          <w:spacing w:val="-4"/>
          <w:sz w:val="24"/>
          <w:szCs w:val="24"/>
        </w:rPr>
        <w:t xml:space="preserve"> </w:t>
      </w:r>
      <w:proofErr w:type="spellStart"/>
      <w:r w:rsidRPr="00242465">
        <w:rPr>
          <w:rFonts w:ascii="Arial" w:hAnsi="Arial" w:cs="Arial"/>
          <w:spacing w:val="3"/>
          <w:sz w:val="24"/>
          <w:szCs w:val="24"/>
        </w:rPr>
        <w:t>desregulación</w:t>
      </w:r>
      <w:proofErr w:type="spellEnd"/>
      <w:r w:rsidRPr="00242465">
        <w:rPr>
          <w:rFonts w:ascii="Arial" w:hAnsi="Arial" w:cs="Arial"/>
          <w:spacing w:val="3"/>
          <w:sz w:val="24"/>
          <w:szCs w:val="24"/>
        </w:rPr>
        <w:t xml:space="preserve"> </w:t>
      </w:r>
      <w:proofErr w:type="spellStart"/>
      <w:r w:rsidRPr="00242465">
        <w:rPr>
          <w:rFonts w:ascii="Arial" w:hAnsi="Arial" w:cs="Arial"/>
          <w:spacing w:val="3"/>
          <w:sz w:val="24"/>
          <w:szCs w:val="24"/>
        </w:rPr>
        <w:t>el</w:t>
      </w:r>
      <w:proofErr w:type="spellEnd"/>
      <w:r w:rsidRPr="00242465">
        <w:rPr>
          <w:rFonts w:ascii="Arial" w:hAnsi="Arial" w:cs="Arial"/>
          <w:spacing w:val="3"/>
          <w:sz w:val="24"/>
          <w:szCs w:val="24"/>
        </w:rPr>
        <w:t xml:space="preserve">/la </w:t>
      </w:r>
      <w:r w:rsidRPr="00242465">
        <w:rPr>
          <w:rFonts w:ascii="Arial" w:hAnsi="Arial" w:cs="Arial"/>
          <w:spacing w:val="-4"/>
          <w:sz w:val="24"/>
          <w:szCs w:val="24"/>
        </w:rPr>
        <w:t xml:space="preserve">NNAJ </w:t>
      </w:r>
      <w:r w:rsidRPr="00242465">
        <w:rPr>
          <w:rFonts w:ascii="Arial" w:hAnsi="Arial" w:cs="Arial"/>
          <w:spacing w:val="-3"/>
          <w:sz w:val="24"/>
          <w:szCs w:val="24"/>
        </w:rPr>
        <w:t xml:space="preserve">no </w:t>
      </w:r>
      <w:proofErr w:type="spellStart"/>
      <w:r w:rsidRPr="00242465">
        <w:rPr>
          <w:rFonts w:ascii="Arial" w:hAnsi="Arial" w:cs="Arial"/>
          <w:sz w:val="24"/>
          <w:szCs w:val="24"/>
        </w:rPr>
        <w:t>está</w:t>
      </w:r>
      <w:proofErr w:type="spellEnd"/>
      <w:r w:rsidRPr="00242465">
        <w:rPr>
          <w:rFonts w:ascii="Arial" w:hAnsi="Arial" w:cs="Arial"/>
          <w:sz w:val="24"/>
          <w:szCs w:val="24"/>
        </w:rPr>
        <w:t xml:space="preserve"> </w:t>
      </w:r>
      <w:proofErr w:type="spellStart"/>
      <w:r w:rsidRPr="00242465">
        <w:rPr>
          <w:rFonts w:ascii="Arial" w:hAnsi="Arial" w:cs="Arial"/>
          <w:sz w:val="24"/>
          <w:szCs w:val="24"/>
        </w:rPr>
        <w:t>logrando</w:t>
      </w:r>
      <w:proofErr w:type="spellEnd"/>
      <w:r w:rsidRPr="00242465">
        <w:rPr>
          <w:rFonts w:ascii="Arial" w:hAnsi="Arial" w:cs="Arial"/>
          <w:sz w:val="24"/>
          <w:szCs w:val="24"/>
        </w:rPr>
        <w:t xml:space="preserve"> </w:t>
      </w:r>
      <w:proofErr w:type="spellStart"/>
      <w:r w:rsidRPr="00242465">
        <w:rPr>
          <w:rFonts w:ascii="Arial" w:hAnsi="Arial" w:cs="Arial"/>
          <w:sz w:val="24"/>
          <w:szCs w:val="24"/>
        </w:rPr>
        <w:t>conectar</w:t>
      </w:r>
      <w:proofErr w:type="spellEnd"/>
      <w:r w:rsidRPr="00242465">
        <w:rPr>
          <w:rFonts w:ascii="Arial" w:hAnsi="Arial" w:cs="Arial"/>
          <w:sz w:val="24"/>
          <w:szCs w:val="24"/>
        </w:rPr>
        <w:t xml:space="preserve"> </w:t>
      </w:r>
      <w:r w:rsidRPr="00242465">
        <w:rPr>
          <w:rFonts w:ascii="Arial" w:hAnsi="Arial" w:cs="Arial"/>
          <w:spacing w:val="5"/>
          <w:sz w:val="24"/>
          <w:szCs w:val="24"/>
        </w:rPr>
        <w:t xml:space="preserve">con </w:t>
      </w:r>
      <w:proofErr w:type="spellStart"/>
      <w:r w:rsidRPr="00242465">
        <w:rPr>
          <w:rFonts w:ascii="Arial" w:hAnsi="Arial" w:cs="Arial"/>
          <w:spacing w:val="3"/>
          <w:sz w:val="24"/>
          <w:szCs w:val="24"/>
        </w:rPr>
        <w:t>su</w:t>
      </w:r>
      <w:proofErr w:type="spellEnd"/>
      <w:r w:rsidRPr="00242465">
        <w:rPr>
          <w:rFonts w:ascii="Arial" w:hAnsi="Arial" w:cs="Arial"/>
          <w:spacing w:val="3"/>
          <w:sz w:val="24"/>
          <w:szCs w:val="24"/>
        </w:rPr>
        <w:t xml:space="preserve"> </w:t>
      </w:r>
      <w:proofErr w:type="spellStart"/>
      <w:r w:rsidRPr="00242465">
        <w:rPr>
          <w:rFonts w:ascii="Arial" w:hAnsi="Arial" w:cs="Arial"/>
          <w:sz w:val="24"/>
          <w:szCs w:val="24"/>
        </w:rPr>
        <w:t>entorno</w:t>
      </w:r>
      <w:proofErr w:type="spellEnd"/>
      <w:r w:rsidRPr="00242465">
        <w:rPr>
          <w:rFonts w:ascii="Arial" w:hAnsi="Arial" w:cs="Arial"/>
          <w:sz w:val="24"/>
          <w:szCs w:val="24"/>
        </w:rPr>
        <w:t xml:space="preserve"> </w:t>
      </w:r>
      <w:r w:rsidRPr="00242465">
        <w:rPr>
          <w:rFonts w:ascii="Arial" w:hAnsi="Arial" w:cs="Arial"/>
          <w:spacing w:val="5"/>
          <w:sz w:val="24"/>
          <w:szCs w:val="24"/>
        </w:rPr>
        <w:t xml:space="preserve">de </w:t>
      </w:r>
      <w:proofErr w:type="spellStart"/>
      <w:r w:rsidRPr="00242465">
        <w:rPr>
          <w:rFonts w:ascii="Arial" w:hAnsi="Arial" w:cs="Arial"/>
          <w:sz w:val="24"/>
          <w:szCs w:val="24"/>
        </w:rPr>
        <w:t>manera</w:t>
      </w:r>
      <w:proofErr w:type="spellEnd"/>
      <w:r w:rsidRPr="00242465">
        <w:rPr>
          <w:rFonts w:ascii="Arial" w:hAnsi="Arial" w:cs="Arial"/>
          <w:spacing w:val="24"/>
          <w:sz w:val="24"/>
          <w:szCs w:val="24"/>
        </w:rPr>
        <w:t xml:space="preserve"> </w:t>
      </w:r>
      <w:proofErr w:type="spellStart"/>
      <w:r w:rsidRPr="00242465">
        <w:rPr>
          <w:rFonts w:ascii="Arial" w:hAnsi="Arial" w:cs="Arial"/>
          <w:spacing w:val="4"/>
          <w:sz w:val="24"/>
          <w:szCs w:val="24"/>
        </w:rPr>
        <w:t>esperable</w:t>
      </w:r>
      <w:proofErr w:type="spellEnd"/>
      <w:r w:rsidRPr="00242465">
        <w:rPr>
          <w:rFonts w:ascii="Arial" w:hAnsi="Arial" w:cs="Arial"/>
          <w:spacing w:val="4"/>
          <w:sz w:val="24"/>
          <w:szCs w:val="24"/>
        </w:rPr>
        <w:t>.</w:t>
      </w:r>
    </w:p>
    <w:p w14:paraId="2BEB4DFB" w14:textId="77777777" w:rsidR="00893C50" w:rsidRPr="00901BC0" w:rsidRDefault="00893C50" w:rsidP="00893C50">
      <w:pPr>
        <w:pStyle w:val="Textoindependiente"/>
        <w:spacing w:before="7" w:line="360" w:lineRule="auto"/>
        <w:ind w:right="49"/>
        <w:jc w:val="both"/>
        <w:rPr>
          <w:rFonts w:ascii="Arial" w:hAnsi="Arial" w:cs="Arial"/>
        </w:rPr>
      </w:pPr>
    </w:p>
    <w:p w14:paraId="7D1B715E" w14:textId="77777777" w:rsidR="00893C50" w:rsidRPr="00893C50" w:rsidRDefault="00893C50" w:rsidP="00893C50">
      <w:pPr>
        <w:pStyle w:val="Ttulo1"/>
        <w:keepNext w:val="0"/>
        <w:keepLines w:val="0"/>
        <w:widowControl w:val="0"/>
        <w:numPr>
          <w:ilvl w:val="0"/>
          <w:numId w:val="49"/>
        </w:numPr>
        <w:autoSpaceDE w:val="0"/>
        <w:autoSpaceDN w:val="0"/>
        <w:spacing w:before="0" w:line="360" w:lineRule="auto"/>
        <w:ind w:right="49"/>
        <w:jc w:val="both"/>
        <w:rPr>
          <w:rFonts w:ascii="Arial" w:hAnsi="Arial" w:cs="Arial"/>
          <w:color w:val="auto"/>
          <w:sz w:val="24"/>
          <w:szCs w:val="24"/>
        </w:rPr>
      </w:pPr>
      <w:proofErr w:type="spellStart"/>
      <w:r w:rsidRPr="00893C50">
        <w:rPr>
          <w:rFonts w:ascii="Arial" w:hAnsi="Arial" w:cs="Arial"/>
          <w:color w:val="auto"/>
          <w:sz w:val="24"/>
          <w:szCs w:val="24"/>
        </w:rPr>
        <w:lastRenderedPageBreak/>
        <w:t>Algunos</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ejemplos</w:t>
      </w:r>
      <w:proofErr w:type="spellEnd"/>
      <w:r w:rsidRPr="00893C50">
        <w:rPr>
          <w:rFonts w:ascii="Arial" w:hAnsi="Arial" w:cs="Arial"/>
          <w:color w:val="auto"/>
          <w:sz w:val="24"/>
          <w:szCs w:val="24"/>
        </w:rPr>
        <w:t xml:space="preserve"> de </w:t>
      </w:r>
      <w:proofErr w:type="spellStart"/>
      <w:r w:rsidRPr="00893C50">
        <w:rPr>
          <w:rFonts w:ascii="Arial" w:hAnsi="Arial" w:cs="Arial"/>
          <w:color w:val="auto"/>
          <w:sz w:val="24"/>
          <w:szCs w:val="24"/>
        </w:rPr>
        <w:t>acciones</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generales</w:t>
      </w:r>
      <w:proofErr w:type="spellEnd"/>
      <w:r w:rsidRPr="00893C50">
        <w:rPr>
          <w:rFonts w:ascii="Arial" w:hAnsi="Arial" w:cs="Arial"/>
          <w:color w:val="auto"/>
          <w:sz w:val="24"/>
          <w:szCs w:val="24"/>
        </w:rPr>
        <w:t xml:space="preserve"> </w:t>
      </w:r>
      <w:proofErr w:type="spellStart"/>
      <w:r w:rsidRPr="00893C50">
        <w:rPr>
          <w:rFonts w:ascii="Arial" w:hAnsi="Arial" w:cs="Arial"/>
          <w:color w:val="auto"/>
          <w:spacing w:val="-3"/>
          <w:sz w:val="24"/>
          <w:szCs w:val="24"/>
        </w:rPr>
        <w:t>adaptables</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z w:val="24"/>
          <w:szCs w:val="24"/>
        </w:rPr>
        <w:t>conforme</w:t>
      </w:r>
      <w:proofErr w:type="spellEnd"/>
      <w:r w:rsidRPr="00893C50">
        <w:rPr>
          <w:rFonts w:ascii="Arial" w:hAnsi="Arial" w:cs="Arial"/>
          <w:color w:val="auto"/>
          <w:sz w:val="24"/>
          <w:szCs w:val="24"/>
        </w:rPr>
        <w:t xml:space="preserve"> </w:t>
      </w:r>
      <w:proofErr w:type="gramStart"/>
      <w:r w:rsidRPr="00893C50">
        <w:rPr>
          <w:rFonts w:ascii="Arial" w:hAnsi="Arial" w:cs="Arial"/>
          <w:color w:val="auto"/>
          <w:sz w:val="24"/>
          <w:szCs w:val="24"/>
        </w:rPr>
        <w:t>a</w:t>
      </w:r>
      <w:proofErr w:type="gramEnd"/>
      <w:r w:rsidRPr="00893C50">
        <w:rPr>
          <w:rFonts w:ascii="Arial" w:hAnsi="Arial" w:cs="Arial"/>
          <w:color w:val="auto"/>
          <w:sz w:val="24"/>
          <w:szCs w:val="24"/>
        </w:rPr>
        <w:t xml:space="preserve"> </w:t>
      </w:r>
      <w:proofErr w:type="spellStart"/>
      <w:r w:rsidRPr="00893C50">
        <w:rPr>
          <w:rFonts w:ascii="Arial" w:hAnsi="Arial" w:cs="Arial"/>
          <w:color w:val="auto"/>
          <w:spacing w:val="-3"/>
          <w:sz w:val="24"/>
          <w:szCs w:val="24"/>
        </w:rPr>
        <w:t>edad</w:t>
      </w:r>
      <w:proofErr w:type="spellEnd"/>
      <w:r w:rsidRPr="00893C50">
        <w:rPr>
          <w:rFonts w:ascii="Arial" w:hAnsi="Arial" w:cs="Arial"/>
          <w:color w:val="auto"/>
          <w:spacing w:val="-3"/>
          <w:sz w:val="24"/>
          <w:szCs w:val="24"/>
        </w:rPr>
        <w:t xml:space="preserve"> </w:t>
      </w:r>
      <w:r w:rsidRPr="00893C50">
        <w:rPr>
          <w:rFonts w:ascii="Arial" w:hAnsi="Arial" w:cs="Arial"/>
          <w:color w:val="auto"/>
          <w:sz w:val="24"/>
          <w:szCs w:val="24"/>
        </w:rPr>
        <w:t xml:space="preserve">y </w:t>
      </w:r>
      <w:proofErr w:type="spellStart"/>
      <w:r w:rsidRPr="00893C50">
        <w:rPr>
          <w:rFonts w:ascii="Arial" w:hAnsi="Arial" w:cs="Arial"/>
          <w:color w:val="auto"/>
          <w:spacing w:val="-4"/>
          <w:sz w:val="24"/>
          <w:szCs w:val="24"/>
        </w:rPr>
        <w:t>características</w:t>
      </w:r>
      <w:proofErr w:type="spellEnd"/>
      <w:r w:rsidRPr="00893C50">
        <w:rPr>
          <w:rFonts w:ascii="Arial" w:hAnsi="Arial" w:cs="Arial"/>
          <w:color w:val="auto"/>
          <w:spacing w:val="-4"/>
          <w:sz w:val="24"/>
          <w:szCs w:val="24"/>
        </w:rPr>
        <w:t xml:space="preserve"> </w:t>
      </w:r>
      <w:proofErr w:type="gramStart"/>
      <w:r w:rsidRPr="00893C50">
        <w:rPr>
          <w:rFonts w:ascii="Arial" w:hAnsi="Arial" w:cs="Arial"/>
          <w:color w:val="auto"/>
          <w:sz w:val="24"/>
          <w:szCs w:val="24"/>
        </w:rPr>
        <w:t xml:space="preserve">del  </w:t>
      </w:r>
      <w:proofErr w:type="spellStart"/>
      <w:r w:rsidRPr="00893C50">
        <w:rPr>
          <w:rFonts w:ascii="Arial" w:hAnsi="Arial" w:cs="Arial"/>
          <w:color w:val="auto"/>
          <w:spacing w:val="-3"/>
          <w:sz w:val="24"/>
          <w:szCs w:val="24"/>
        </w:rPr>
        <w:t>estudiante</w:t>
      </w:r>
      <w:proofErr w:type="spellEnd"/>
      <w:proofErr w:type="gramEnd"/>
      <w:r w:rsidRPr="00893C50">
        <w:rPr>
          <w:rFonts w:ascii="Arial" w:hAnsi="Arial" w:cs="Arial"/>
          <w:color w:val="auto"/>
          <w:spacing w:val="-3"/>
          <w:sz w:val="24"/>
          <w:szCs w:val="24"/>
        </w:rPr>
        <w:t xml:space="preserve">, </w:t>
      </w:r>
      <w:r w:rsidRPr="00893C50">
        <w:rPr>
          <w:rFonts w:ascii="Arial" w:hAnsi="Arial" w:cs="Arial"/>
          <w:color w:val="auto"/>
          <w:sz w:val="24"/>
          <w:szCs w:val="24"/>
        </w:rPr>
        <w:t xml:space="preserve">para </w:t>
      </w:r>
      <w:proofErr w:type="spellStart"/>
      <w:r w:rsidRPr="00893C50">
        <w:rPr>
          <w:rFonts w:ascii="Arial" w:hAnsi="Arial" w:cs="Arial"/>
          <w:color w:val="auto"/>
          <w:spacing w:val="-4"/>
          <w:sz w:val="24"/>
          <w:szCs w:val="24"/>
        </w:rPr>
        <w:t>esta</w:t>
      </w:r>
      <w:proofErr w:type="spellEnd"/>
      <w:r w:rsidRPr="00893C50">
        <w:rPr>
          <w:rFonts w:ascii="Arial" w:hAnsi="Arial" w:cs="Arial"/>
          <w:color w:val="auto"/>
          <w:spacing w:val="-4"/>
          <w:sz w:val="24"/>
          <w:szCs w:val="24"/>
        </w:rPr>
        <w:t xml:space="preserve"> </w:t>
      </w:r>
      <w:proofErr w:type="spellStart"/>
      <w:r w:rsidRPr="00893C50">
        <w:rPr>
          <w:rFonts w:ascii="Arial" w:hAnsi="Arial" w:cs="Arial"/>
          <w:color w:val="auto"/>
          <w:spacing w:val="-4"/>
          <w:sz w:val="24"/>
          <w:szCs w:val="24"/>
        </w:rPr>
        <w:t>etapa</w:t>
      </w:r>
      <w:proofErr w:type="spellEnd"/>
      <w:r w:rsidRPr="00893C50">
        <w:rPr>
          <w:rFonts w:ascii="Arial" w:hAnsi="Arial" w:cs="Arial"/>
          <w:color w:val="auto"/>
          <w:spacing w:val="-4"/>
          <w:sz w:val="24"/>
          <w:szCs w:val="24"/>
        </w:rPr>
        <w:t xml:space="preserve"> </w:t>
      </w:r>
      <w:proofErr w:type="spellStart"/>
      <w:r w:rsidRPr="00893C50">
        <w:rPr>
          <w:rFonts w:ascii="Arial" w:hAnsi="Arial" w:cs="Arial"/>
          <w:color w:val="auto"/>
          <w:sz w:val="24"/>
          <w:szCs w:val="24"/>
        </w:rPr>
        <w:t>podrían</w:t>
      </w:r>
      <w:proofErr w:type="spellEnd"/>
      <w:r w:rsidRPr="00893C50">
        <w:rPr>
          <w:rFonts w:ascii="Arial" w:hAnsi="Arial" w:cs="Arial"/>
          <w:color w:val="auto"/>
          <w:spacing w:val="20"/>
          <w:sz w:val="24"/>
          <w:szCs w:val="24"/>
        </w:rPr>
        <w:t xml:space="preserve"> </w:t>
      </w:r>
      <w:r w:rsidRPr="00893C50">
        <w:rPr>
          <w:rFonts w:ascii="Arial" w:hAnsi="Arial" w:cs="Arial"/>
          <w:color w:val="auto"/>
          <w:spacing w:val="-3"/>
          <w:sz w:val="24"/>
          <w:szCs w:val="24"/>
        </w:rPr>
        <w:t>ser:</w:t>
      </w:r>
    </w:p>
    <w:p w14:paraId="20D92587" w14:textId="77777777" w:rsidR="00893C50" w:rsidRPr="00901BC0" w:rsidRDefault="00893C50" w:rsidP="00893C50">
      <w:pPr>
        <w:pStyle w:val="Textoindependiente"/>
        <w:spacing w:before="2" w:line="360" w:lineRule="auto"/>
        <w:ind w:right="49"/>
        <w:jc w:val="both"/>
        <w:rPr>
          <w:rFonts w:ascii="Arial" w:hAnsi="Arial" w:cs="Arial"/>
          <w:b/>
        </w:rPr>
      </w:pPr>
    </w:p>
    <w:p w14:paraId="4581619E" w14:textId="77777777" w:rsidR="00893C50" w:rsidRPr="00901BC0" w:rsidRDefault="00893C50" w:rsidP="00893C50">
      <w:pPr>
        <w:pStyle w:val="Prrafodelista"/>
        <w:widowControl w:val="0"/>
        <w:numPr>
          <w:ilvl w:val="0"/>
          <w:numId w:val="48"/>
        </w:numPr>
        <w:tabs>
          <w:tab w:val="left" w:pos="1233"/>
        </w:tabs>
        <w:autoSpaceDE w:val="0"/>
        <w:autoSpaceDN w:val="0"/>
        <w:spacing w:before="100" w:after="0" w:line="360" w:lineRule="auto"/>
        <w:ind w:right="49"/>
        <w:contextualSpacing w:val="0"/>
        <w:jc w:val="both"/>
        <w:rPr>
          <w:rFonts w:ascii="Arial" w:hAnsi="Arial" w:cs="Arial"/>
          <w:sz w:val="24"/>
          <w:szCs w:val="24"/>
        </w:rPr>
      </w:pPr>
      <w:proofErr w:type="spellStart"/>
      <w:r w:rsidRPr="00901BC0">
        <w:rPr>
          <w:rFonts w:ascii="Arial" w:hAnsi="Arial" w:cs="Arial"/>
          <w:sz w:val="24"/>
          <w:szCs w:val="24"/>
        </w:rPr>
        <w:t>Permitirle</w:t>
      </w:r>
      <w:proofErr w:type="spellEnd"/>
      <w:r w:rsidRPr="00901BC0">
        <w:rPr>
          <w:rFonts w:ascii="Arial" w:hAnsi="Arial" w:cs="Arial"/>
          <w:sz w:val="24"/>
          <w:szCs w:val="24"/>
        </w:rPr>
        <w:t xml:space="preserve"> </w:t>
      </w:r>
      <w:proofErr w:type="spellStart"/>
      <w:r w:rsidRPr="00901BC0">
        <w:rPr>
          <w:rFonts w:ascii="Arial" w:hAnsi="Arial" w:cs="Arial"/>
          <w:sz w:val="24"/>
          <w:szCs w:val="24"/>
        </w:rPr>
        <w:t>ir</w:t>
      </w:r>
      <w:proofErr w:type="spellEnd"/>
      <w:r w:rsidRPr="00901BC0">
        <w:rPr>
          <w:rFonts w:ascii="Arial" w:hAnsi="Arial" w:cs="Arial"/>
          <w:sz w:val="24"/>
          <w:szCs w:val="24"/>
        </w:rPr>
        <w:t xml:space="preserve"> a </w:t>
      </w:r>
      <w:r w:rsidRPr="00901BC0">
        <w:rPr>
          <w:rFonts w:ascii="Arial" w:hAnsi="Arial" w:cs="Arial"/>
          <w:spacing w:val="-3"/>
          <w:sz w:val="24"/>
          <w:szCs w:val="24"/>
        </w:rPr>
        <w:t xml:space="preserve">un </w:t>
      </w:r>
      <w:proofErr w:type="spellStart"/>
      <w:r w:rsidRPr="00901BC0">
        <w:rPr>
          <w:rFonts w:ascii="Arial" w:hAnsi="Arial" w:cs="Arial"/>
          <w:sz w:val="24"/>
          <w:szCs w:val="24"/>
        </w:rPr>
        <w:t>lugar</w:t>
      </w:r>
      <w:proofErr w:type="spellEnd"/>
      <w:r w:rsidRPr="00901BC0">
        <w:rPr>
          <w:rFonts w:ascii="Arial" w:hAnsi="Arial" w:cs="Arial"/>
          <w:sz w:val="24"/>
          <w:szCs w:val="24"/>
        </w:rPr>
        <w:t xml:space="preserve"> que le </w:t>
      </w:r>
      <w:proofErr w:type="spellStart"/>
      <w:r w:rsidRPr="00901BC0">
        <w:rPr>
          <w:rFonts w:ascii="Arial" w:hAnsi="Arial" w:cs="Arial"/>
          <w:spacing w:val="2"/>
          <w:sz w:val="24"/>
          <w:szCs w:val="24"/>
        </w:rPr>
        <w:t>ofrezca</w:t>
      </w:r>
      <w:proofErr w:type="spellEnd"/>
      <w:r w:rsidRPr="00901BC0">
        <w:rPr>
          <w:rFonts w:ascii="Arial" w:hAnsi="Arial" w:cs="Arial"/>
          <w:spacing w:val="2"/>
          <w:sz w:val="24"/>
          <w:szCs w:val="24"/>
        </w:rPr>
        <w:t xml:space="preserve"> </w:t>
      </w:r>
      <w:proofErr w:type="spellStart"/>
      <w:r w:rsidRPr="00901BC0">
        <w:rPr>
          <w:rFonts w:ascii="Arial" w:hAnsi="Arial" w:cs="Arial"/>
          <w:sz w:val="24"/>
          <w:szCs w:val="24"/>
        </w:rPr>
        <w:t>calma</w:t>
      </w:r>
      <w:proofErr w:type="spellEnd"/>
      <w:r w:rsidRPr="00901BC0">
        <w:rPr>
          <w:rFonts w:ascii="Arial" w:hAnsi="Arial" w:cs="Arial"/>
          <w:sz w:val="24"/>
          <w:szCs w:val="24"/>
        </w:rPr>
        <w:t xml:space="preserve"> o </w:t>
      </w:r>
      <w:proofErr w:type="spellStart"/>
      <w:r w:rsidRPr="00901BC0">
        <w:rPr>
          <w:rFonts w:ascii="Arial" w:hAnsi="Arial" w:cs="Arial"/>
          <w:spacing w:val="2"/>
          <w:sz w:val="24"/>
          <w:szCs w:val="24"/>
        </w:rPr>
        <w:t>regulación</w:t>
      </w:r>
      <w:proofErr w:type="spellEnd"/>
      <w:r w:rsidRPr="00901BC0">
        <w:rPr>
          <w:rFonts w:ascii="Arial" w:hAnsi="Arial" w:cs="Arial"/>
          <w:spacing w:val="2"/>
          <w:sz w:val="24"/>
          <w:szCs w:val="24"/>
        </w:rPr>
        <w:t xml:space="preserve"> sensoria </w:t>
      </w:r>
      <w:proofErr w:type="spellStart"/>
      <w:r w:rsidRPr="00901BC0">
        <w:rPr>
          <w:rFonts w:ascii="Arial" w:hAnsi="Arial" w:cs="Arial"/>
          <w:sz w:val="24"/>
          <w:szCs w:val="24"/>
        </w:rPr>
        <w:t>motriz</w:t>
      </w:r>
      <w:proofErr w:type="spellEnd"/>
      <w:r w:rsidRPr="00901BC0">
        <w:rPr>
          <w:rFonts w:ascii="Arial" w:hAnsi="Arial" w:cs="Arial"/>
          <w:sz w:val="24"/>
          <w:szCs w:val="24"/>
        </w:rPr>
        <w:t xml:space="preserve"> </w:t>
      </w:r>
      <w:r w:rsidRPr="00901BC0">
        <w:rPr>
          <w:rFonts w:ascii="Arial" w:hAnsi="Arial" w:cs="Arial"/>
          <w:spacing w:val="3"/>
          <w:sz w:val="24"/>
          <w:szCs w:val="24"/>
        </w:rPr>
        <w:t>(</w:t>
      </w:r>
      <w:proofErr w:type="spellStart"/>
      <w:r w:rsidRPr="00901BC0">
        <w:rPr>
          <w:rFonts w:ascii="Arial" w:hAnsi="Arial" w:cs="Arial"/>
          <w:spacing w:val="3"/>
          <w:sz w:val="24"/>
          <w:szCs w:val="24"/>
        </w:rPr>
        <w:t>por</w:t>
      </w:r>
      <w:proofErr w:type="spellEnd"/>
      <w:r w:rsidRPr="00901BC0">
        <w:rPr>
          <w:rFonts w:ascii="Arial" w:hAnsi="Arial" w:cs="Arial"/>
          <w:spacing w:val="3"/>
          <w:sz w:val="24"/>
          <w:szCs w:val="24"/>
        </w:rPr>
        <w:t xml:space="preserve"> </w:t>
      </w:r>
      <w:proofErr w:type="spellStart"/>
      <w:r w:rsidRPr="00901BC0">
        <w:rPr>
          <w:rFonts w:ascii="Arial" w:hAnsi="Arial" w:cs="Arial"/>
          <w:spacing w:val="5"/>
          <w:sz w:val="24"/>
          <w:szCs w:val="24"/>
        </w:rPr>
        <w:t>ejemplo</w:t>
      </w:r>
      <w:proofErr w:type="spellEnd"/>
      <w:r w:rsidRPr="00901BC0">
        <w:rPr>
          <w:rFonts w:ascii="Arial" w:hAnsi="Arial" w:cs="Arial"/>
          <w:spacing w:val="5"/>
          <w:sz w:val="24"/>
          <w:szCs w:val="24"/>
        </w:rPr>
        <w:t xml:space="preserve">, </w:t>
      </w:r>
      <w:proofErr w:type="spellStart"/>
      <w:r w:rsidRPr="00901BC0">
        <w:rPr>
          <w:rFonts w:ascii="Arial" w:hAnsi="Arial" w:cs="Arial"/>
          <w:spacing w:val="-4"/>
          <w:sz w:val="24"/>
          <w:szCs w:val="24"/>
        </w:rPr>
        <w:t>una</w:t>
      </w:r>
      <w:proofErr w:type="spellEnd"/>
      <w:r w:rsidRPr="00901BC0">
        <w:rPr>
          <w:rFonts w:ascii="Arial" w:hAnsi="Arial" w:cs="Arial"/>
          <w:spacing w:val="-4"/>
          <w:sz w:val="24"/>
          <w:szCs w:val="24"/>
        </w:rPr>
        <w:t xml:space="preserve"> </w:t>
      </w:r>
      <w:r w:rsidRPr="00901BC0">
        <w:rPr>
          <w:rFonts w:ascii="Arial" w:hAnsi="Arial" w:cs="Arial"/>
          <w:sz w:val="24"/>
          <w:szCs w:val="24"/>
        </w:rPr>
        <w:t xml:space="preserve">sala </w:t>
      </w:r>
      <w:proofErr w:type="spellStart"/>
      <w:r w:rsidRPr="00901BC0">
        <w:rPr>
          <w:rFonts w:ascii="Arial" w:hAnsi="Arial" w:cs="Arial"/>
          <w:sz w:val="24"/>
          <w:szCs w:val="24"/>
        </w:rPr>
        <w:t>previamente</w:t>
      </w:r>
      <w:proofErr w:type="spellEnd"/>
      <w:r w:rsidRPr="00901BC0">
        <w:rPr>
          <w:rFonts w:ascii="Arial" w:hAnsi="Arial" w:cs="Arial"/>
          <w:sz w:val="24"/>
          <w:szCs w:val="24"/>
        </w:rPr>
        <w:t xml:space="preserve"> </w:t>
      </w:r>
      <w:proofErr w:type="spellStart"/>
      <w:r w:rsidRPr="00901BC0">
        <w:rPr>
          <w:rFonts w:ascii="Arial" w:hAnsi="Arial" w:cs="Arial"/>
          <w:spacing w:val="2"/>
          <w:sz w:val="24"/>
          <w:szCs w:val="24"/>
        </w:rPr>
        <w:t>acordada</w:t>
      </w:r>
      <w:proofErr w:type="spellEnd"/>
      <w:r w:rsidRPr="00901BC0">
        <w:rPr>
          <w:rFonts w:ascii="Arial" w:hAnsi="Arial" w:cs="Arial"/>
          <w:spacing w:val="2"/>
          <w:sz w:val="24"/>
          <w:szCs w:val="24"/>
        </w:rPr>
        <w:t xml:space="preserve"> </w:t>
      </w:r>
      <w:r w:rsidRPr="00901BC0">
        <w:rPr>
          <w:rFonts w:ascii="Arial" w:hAnsi="Arial" w:cs="Arial"/>
          <w:sz w:val="24"/>
          <w:szCs w:val="24"/>
        </w:rPr>
        <w:t xml:space="preserve">que </w:t>
      </w:r>
      <w:proofErr w:type="spellStart"/>
      <w:r w:rsidRPr="00901BC0">
        <w:rPr>
          <w:rFonts w:ascii="Arial" w:hAnsi="Arial" w:cs="Arial"/>
          <w:sz w:val="24"/>
          <w:szCs w:val="24"/>
        </w:rPr>
        <w:t>tenga</w:t>
      </w:r>
      <w:proofErr w:type="spellEnd"/>
      <w:r w:rsidRPr="00901BC0">
        <w:rPr>
          <w:rFonts w:ascii="Arial" w:hAnsi="Arial" w:cs="Arial"/>
          <w:sz w:val="24"/>
          <w:szCs w:val="24"/>
        </w:rPr>
        <w:t xml:space="preserve"> </w:t>
      </w:r>
      <w:proofErr w:type="spellStart"/>
      <w:r w:rsidRPr="00901BC0">
        <w:rPr>
          <w:rFonts w:ascii="Arial" w:hAnsi="Arial" w:cs="Arial"/>
          <w:sz w:val="24"/>
          <w:szCs w:val="24"/>
        </w:rPr>
        <w:t>algunos</w:t>
      </w:r>
      <w:proofErr w:type="spellEnd"/>
      <w:r w:rsidRPr="00901BC0">
        <w:rPr>
          <w:rFonts w:ascii="Arial" w:hAnsi="Arial" w:cs="Arial"/>
          <w:sz w:val="24"/>
          <w:szCs w:val="24"/>
        </w:rPr>
        <w:t xml:space="preserve"> </w:t>
      </w:r>
      <w:proofErr w:type="spellStart"/>
      <w:r w:rsidRPr="00901BC0">
        <w:rPr>
          <w:rFonts w:ascii="Arial" w:hAnsi="Arial" w:cs="Arial"/>
          <w:spacing w:val="2"/>
          <w:sz w:val="24"/>
          <w:szCs w:val="24"/>
        </w:rPr>
        <w:t>implementos</w:t>
      </w:r>
      <w:proofErr w:type="spellEnd"/>
      <w:r w:rsidRPr="00901BC0">
        <w:rPr>
          <w:rFonts w:ascii="Arial" w:hAnsi="Arial" w:cs="Arial"/>
          <w:spacing w:val="2"/>
          <w:sz w:val="24"/>
          <w:szCs w:val="24"/>
        </w:rPr>
        <w:t xml:space="preserve"> </w:t>
      </w:r>
      <w:r w:rsidRPr="00901BC0">
        <w:rPr>
          <w:rFonts w:ascii="Arial" w:hAnsi="Arial" w:cs="Arial"/>
          <w:sz w:val="24"/>
          <w:szCs w:val="24"/>
        </w:rPr>
        <w:t xml:space="preserve">que le </w:t>
      </w:r>
      <w:proofErr w:type="spellStart"/>
      <w:r w:rsidRPr="00901BC0">
        <w:rPr>
          <w:rFonts w:ascii="Arial" w:hAnsi="Arial" w:cs="Arial"/>
          <w:sz w:val="24"/>
          <w:szCs w:val="24"/>
        </w:rPr>
        <w:t>faciliten</w:t>
      </w:r>
      <w:proofErr w:type="spellEnd"/>
      <w:r w:rsidRPr="00901BC0">
        <w:rPr>
          <w:rFonts w:ascii="Arial" w:hAnsi="Arial" w:cs="Arial"/>
          <w:sz w:val="24"/>
          <w:szCs w:val="24"/>
        </w:rPr>
        <w:t xml:space="preserve"> </w:t>
      </w:r>
      <w:proofErr w:type="spellStart"/>
      <w:r w:rsidRPr="00901BC0">
        <w:rPr>
          <w:rFonts w:ascii="Arial" w:hAnsi="Arial" w:cs="Arial"/>
          <w:spacing w:val="5"/>
          <w:sz w:val="24"/>
          <w:szCs w:val="24"/>
        </w:rPr>
        <w:t>volver</w:t>
      </w:r>
      <w:proofErr w:type="spellEnd"/>
      <w:r w:rsidRPr="00901BC0">
        <w:rPr>
          <w:rFonts w:ascii="Arial" w:hAnsi="Arial" w:cs="Arial"/>
          <w:spacing w:val="32"/>
          <w:sz w:val="24"/>
          <w:szCs w:val="24"/>
        </w:rPr>
        <w:t xml:space="preserve"> </w:t>
      </w:r>
      <w:r w:rsidRPr="00901BC0">
        <w:rPr>
          <w:rFonts w:ascii="Arial" w:hAnsi="Arial" w:cs="Arial"/>
          <w:sz w:val="24"/>
          <w:szCs w:val="24"/>
        </w:rPr>
        <w:t xml:space="preserve">a la </w:t>
      </w:r>
      <w:proofErr w:type="spellStart"/>
      <w:r w:rsidRPr="00901BC0">
        <w:rPr>
          <w:rFonts w:ascii="Arial" w:hAnsi="Arial" w:cs="Arial"/>
          <w:sz w:val="24"/>
          <w:szCs w:val="24"/>
        </w:rPr>
        <w:t>calma</w:t>
      </w:r>
      <w:proofErr w:type="spellEnd"/>
      <w:r w:rsidRPr="00901BC0">
        <w:rPr>
          <w:rFonts w:ascii="Arial" w:hAnsi="Arial" w:cs="Arial"/>
          <w:sz w:val="24"/>
          <w:szCs w:val="24"/>
        </w:rPr>
        <w:t>).</w:t>
      </w:r>
    </w:p>
    <w:p w14:paraId="0F8ABF5F" w14:textId="77777777" w:rsidR="00893C50" w:rsidRPr="00901BC0" w:rsidRDefault="00893C50" w:rsidP="00893C50">
      <w:pPr>
        <w:pStyle w:val="Prrafodelista"/>
        <w:widowControl w:val="0"/>
        <w:numPr>
          <w:ilvl w:val="0"/>
          <w:numId w:val="48"/>
        </w:numPr>
        <w:tabs>
          <w:tab w:val="left" w:pos="1233"/>
        </w:tabs>
        <w:autoSpaceDE w:val="0"/>
        <w:autoSpaceDN w:val="0"/>
        <w:spacing w:after="0" w:line="360" w:lineRule="auto"/>
        <w:ind w:right="49"/>
        <w:contextualSpacing w:val="0"/>
        <w:jc w:val="both"/>
        <w:rPr>
          <w:rFonts w:ascii="Arial" w:hAnsi="Arial" w:cs="Arial"/>
          <w:sz w:val="24"/>
          <w:szCs w:val="24"/>
        </w:rPr>
      </w:pPr>
      <w:proofErr w:type="spellStart"/>
      <w:r w:rsidRPr="00901BC0">
        <w:rPr>
          <w:rFonts w:ascii="Arial" w:hAnsi="Arial" w:cs="Arial"/>
          <w:sz w:val="24"/>
          <w:szCs w:val="24"/>
        </w:rPr>
        <w:t>Permitir</w:t>
      </w:r>
      <w:proofErr w:type="spellEnd"/>
      <w:r w:rsidRPr="00901BC0">
        <w:rPr>
          <w:rFonts w:ascii="Arial" w:hAnsi="Arial" w:cs="Arial"/>
          <w:sz w:val="24"/>
          <w:szCs w:val="24"/>
        </w:rPr>
        <w:t>,</w:t>
      </w:r>
      <w:r w:rsidRPr="00901BC0">
        <w:rPr>
          <w:rFonts w:ascii="Arial" w:hAnsi="Arial" w:cs="Arial"/>
          <w:spacing w:val="14"/>
          <w:sz w:val="24"/>
          <w:szCs w:val="24"/>
        </w:rPr>
        <w:t xml:space="preserve"> </w:t>
      </w:r>
      <w:proofErr w:type="spellStart"/>
      <w:r w:rsidRPr="00901BC0">
        <w:rPr>
          <w:rFonts w:ascii="Arial" w:hAnsi="Arial" w:cs="Arial"/>
          <w:sz w:val="24"/>
          <w:szCs w:val="24"/>
        </w:rPr>
        <w:t>cuando</w:t>
      </w:r>
      <w:proofErr w:type="spellEnd"/>
      <w:r w:rsidRPr="00901BC0">
        <w:rPr>
          <w:rFonts w:ascii="Arial" w:hAnsi="Arial" w:cs="Arial"/>
          <w:spacing w:val="3"/>
          <w:sz w:val="24"/>
          <w:szCs w:val="24"/>
        </w:rPr>
        <w:t xml:space="preserve"> </w:t>
      </w:r>
      <w:r w:rsidRPr="00901BC0">
        <w:rPr>
          <w:rFonts w:ascii="Arial" w:hAnsi="Arial" w:cs="Arial"/>
          <w:sz w:val="24"/>
          <w:szCs w:val="24"/>
        </w:rPr>
        <w:t>la</w:t>
      </w:r>
      <w:r w:rsidRPr="00901BC0">
        <w:rPr>
          <w:rFonts w:ascii="Arial" w:hAnsi="Arial" w:cs="Arial"/>
          <w:spacing w:val="-12"/>
          <w:sz w:val="24"/>
          <w:szCs w:val="24"/>
        </w:rPr>
        <w:t xml:space="preserve"> </w:t>
      </w:r>
      <w:proofErr w:type="spellStart"/>
      <w:r w:rsidRPr="00901BC0">
        <w:rPr>
          <w:rFonts w:ascii="Arial" w:hAnsi="Arial" w:cs="Arial"/>
          <w:sz w:val="24"/>
          <w:szCs w:val="24"/>
        </w:rPr>
        <w:t>intensidad</w:t>
      </w:r>
      <w:proofErr w:type="spellEnd"/>
      <w:r w:rsidRPr="00901BC0">
        <w:rPr>
          <w:rFonts w:ascii="Arial" w:hAnsi="Arial" w:cs="Arial"/>
          <w:spacing w:val="3"/>
          <w:sz w:val="24"/>
          <w:szCs w:val="24"/>
        </w:rPr>
        <w:t xml:space="preserve"> </w:t>
      </w:r>
      <w:proofErr w:type="spellStart"/>
      <w:r w:rsidRPr="00901BC0">
        <w:rPr>
          <w:rFonts w:ascii="Arial" w:hAnsi="Arial" w:cs="Arial"/>
          <w:sz w:val="24"/>
          <w:szCs w:val="24"/>
        </w:rPr>
        <w:t>vaya</w:t>
      </w:r>
      <w:proofErr w:type="spellEnd"/>
      <w:r w:rsidRPr="00901BC0">
        <w:rPr>
          <w:rFonts w:ascii="Arial" w:hAnsi="Arial" w:cs="Arial"/>
          <w:spacing w:val="-13"/>
          <w:sz w:val="24"/>
          <w:szCs w:val="24"/>
        </w:rPr>
        <w:t xml:space="preserve"> </w:t>
      </w:r>
      <w:proofErr w:type="spellStart"/>
      <w:r w:rsidRPr="00901BC0">
        <w:rPr>
          <w:rFonts w:ascii="Arial" w:hAnsi="Arial" w:cs="Arial"/>
          <w:spacing w:val="4"/>
          <w:sz w:val="24"/>
          <w:szCs w:val="24"/>
        </w:rPr>
        <w:t>cediendo</w:t>
      </w:r>
      <w:proofErr w:type="spellEnd"/>
      <w:r w:rsidRPr="00901BC0">
        <w:rPr>
          <w:rFonts w:ascii="Arial" w:hAnsi="Arial" w:cs="Arial"/>
          <w:spacing w:val="4"/>
          <w:sz w:val="24"/>
          <w:szCs w:val="24"/>
        </w:rPr>
        <w:t>,</w:t>
      </w:r>
      <w:r w:rsidRPr="00901BC0">
        <w:rPr>
          <w:rFonts w:ascii="Arial" w:hAnsi="Arial" w:cs="Arial"/>
          <w:spacing w:val="-1"/>
          <w:sz w:val="24"/>
          <w:szCs w:val="24"/>
        </w:rPr>
        <w:t xml:space="preserve"> </w:t>
      </w:r>
      <w:r w:rsidRPr="00901BC0">
        <w:rPr>
          <w:rFonts w:ascii="Arial" w:hAnsi="Arial" w:cs="Arial"/>
          <w:sz w:val="24"/>
          <w:szCs w:val="24"/>
        </w:rPr>
        <w:t>la</w:t>
      </w:r>
      <w:r w:rsidRPr="00901BC0">
        <w:rPr>
          <w:rFonts w:ascii="Arial" w:hAnsi="Arial" w:cs="Arial"/>
          <w:spacing w:val="-13"/>
          <w:sz w:val="24"/>
          <w:szCs w:val="24"/>
        </w:rPr>
        <w:t xml:space="preserve"> </w:t>
      </w:r>
      <w:proofErr w:type="spellStart"/>
      <w:r w:rsidRPr="00901BC0">
        <w:rPr>
          <w:rFonts w:ascii="Arial" w:hAnsi="Arial" w:cs="Arial"/>
          <w:sz w:val="24"/>
          <w:szCs w:val="24"/>
        </w:rPr>
        <w:t>expresión</w:t>
      </w:r>
      <w:proofErr w:type="spellEnd"/>
      <w:r w:rsidRPr="00901BC0">
        <w:rPr>
          <w:rFonts w:ascii="Arial" w:hAnsi="Arial" w:cs="Arial"/>
          <w:spacing w:val="-12"/>
          <w:sz w:val="24"/>
          <w:szCs w:val="24"/>
        </w:rPr>
        <w:t xml:space="preserve"> </w:t>
      </w:r>
      <w:r w:rsidRPr="00901BC0">
        <w:rPr>
          <w:rFonts w:ascii="Arial" w:hAnsi="Arial" w:cs="Arial"/>
          <w:spacing w:val="5"/>
          <w:sz w:val="24"/>
          <w:szCs w:val="24"/>
        </w:rPr>
        <w:t>de</w:t>
      </w:r>
      <w:r w:rsidRPr="00901BC0">
        <w:rPr>
          <w:rFonts w:ascii="Arial" w:hAnsi="Arial" w:cs="Arial"/>
          <w:spacing w:val="3"/>
          <w:sz w:val="24"/>
          <w:szCs w:val="24"/>
        </w:rPr>
        <w:t xml:space="preserve"> </w:t>
      </w:r>
      <w:r w:rsidRPr="00901BC0">
        <w:rPr>
          <w:rFonts w:ascii="Arial" w:hAnsi="Arial" w:cs="Arial"/>
          <w:sz w:val="24"/>
          <w:szCs w:val="24"/>
        </w:rPr>
        <w:t>lo</w:t>
      </w:r>
      <w:r w:rsidRPr="00901BC0">
        <w:rPr>
          <w:rFonts w:ascii="Arial" w:hAnsi="Arial" w:cs="Arial"/>
          <w:spacing w:val="-12"/>
          <w:sz w:val="24"/>
          <w:szCs w:val="24"/>
        </w:rPr>
        <w:t xml:space="preserve"> </w:t>
      </w:r>
      <w:r w:rsidRPr="00901BC0">
        <w:rPr>
          <w:rFonts w:ascii="Arial" w:hAnsi="Arial" w:cs="Arial"/>
          <w:sz w:val="24"/>
          <w:szCs w:val="24"/>
        </w:rPr>
        <w:t>que</w:t>
      </w:r>
      <w:r w:rsidRPr="00901BC0">
        <w:rPr>
          <w:rFonts w:ascii="Arial" w:hAnsi="Arial" w:cs="Arial"/>
          <w:spacing w:val="3"/>
          <w:sz w:val="24"/>
          <w:szCs w:val="24"/>
        </w:rPr>
        <w:t xml:space="preserve"> </w:t>
      </w:r>
      <w:r w:rsidRPr="00901BC0">
        <w:rPr>
          <w:rFonts w:ascii="Arial" w:hAnsi="Arial" w:cs="Arial"/>
          <w:sz w:val="24"/>
          <w:szCs w:val="24"/>
        </w:rPr>
        <w:t>le</w:t>
      </w:r>
      <w:r w:rsidRPr="00901BC0">
        <w:rPr>
          <w:rFonts w:ascii="Arial" w:hAnsi="Arial" w:cs="Arial"/>
          <w:spacing w:val="3"/>
          <w:sz w:val="24"/>
          <w:szCs w:val="24"/>
        </w:rPr>
        <w:t xml:space="preserve"> </w:t>
      </w:r>
      <w:proofErr w:type="spellStart"/>
      <w:r w:rsidRPr="00901BC0">
        <w:rPr>
          <w:rFonts w:ascii="Arial" w:hAnsi="Arial" w:cs="Arial"/>
          <w:sz w:val="24"/>
          <w:szCs w:val="24"/>
        </w:rPr>
        <w:t>sucede</w:t>
      </w:r>
      <w:proofErr w:type="spellEnd"/>
      <w:r w:rsidRPr="00901BC0">
        <w:rPr>
          <w:rFonts w:ascii="Arial" w:hAnsi="Arial" w:cs="Arial"/>
          <w:spacing w:val="-12"/>
          <w:sz w:val="24"/>
          <w:szCs w:val="24"/>
        </w:rPr>
        <w:t xml:space="preserve"> </w:t>
      </w:r>
      <w:r w:rsidRPr="00901BC0">
        <w:rPr>
          <w:rFonts w:ascii="Arial" w:hAnsi="Arial" w:cs="Arial"/>
          <w:sz w:val="24"/>
          <w:szCs w:val="24"/>
        </w:rPr>
        <w:t>o</w:t>
      </w:r>
      <w:r w:rsidRPr="00901BC0">
        <w:rPr>
          <w:rFonts w:ascii="Arial" w:hAnsi="Arial" w:cs="Arial"/>
          <w:spacing w:val="3"/>
          <w:sz w:val="24"/>
          <w:szCs w:val="24"/>
        </w:rPr>
        <w:t xml:space="preserve"> </w:t>
      </w:r>
      <w:r w:rsidRPr="00901BC0">
        <w:rPr>
          <w:rFonts w:ascii="Arial" w:hAnsi="Arial" w:cs="Arial"/>
          <w:spacing w:val="5"/>
          <w:sz w:val="24"/>
          <w:szCs w:val="24"/>
        </w:rPr>
        <w:t>de</w:t>
      </w:r>
      <w:r w:rsidRPr="00901BC0">
        <w:rPr>
          <w:rFonts w:ascii="Arial" w:hAnsi="Arial" w:cs="Arial"/>
          <w:spacing w:val="-12"/>
          <w:sz w:val="24"/>
          <w:szCs w:val="24"/>
        </w:rPr>
        <w:t xml:space="preserve"> </w:t>
      </w:r>
      <w:proofErr w:type="spellStart"/>
      <w:r w:rsidRPr="00901BC0">
        <w:rPr>
          <w:rFonts w:ascii="Arial" w:hAnsi="Arial" w:cs="Arial"/>
          <w:spacing w:val="4"/>
          <w:sz w:val="24"/>
          <w:szCs w:val="24"/>
        </w:rPr>
        <w:t>cómo</w:t>
      </w:r>
      <w:proofErr w:type="spellEnd"/>
      <w:r w:rsidRPr="00901BC0">
        <w:rPr>
          <w:rFonts w:ascii="Arial" w:hAnsi="Arial" w:cs="Arial"/>
          <w:spacing w:val="13"/>
          <w:sz w:val="24"/>
          <w:szCs w:val="24"/>
        </w:rPr>
        <w:t xml:space="preserve"> </w:t>
      </w:r>
      <w:r w:rsidRPr="00901BC0">
        <w:rPr>
          <w:rFonts w:ascii="Arial" w:hAnsi="Arial" w:cs="Arial"/>
          <w:spacing w:val="3"/>
          <w:sz w:val="24"/>
          <w:szCs w:val="24"/>
        </w:rPr>
        <w:t>se</w:t>
      </w:r>
      <w:r w:rsidRPr="00901BC0">
        <w:rPr>
          <w:rFonts w:ascii="Arial" w:hAnsi="Arial" w:cs="Arial"/>
          <w:spacing w:val="4"/>
          <w:sz w:val="24"/>
          <w:szCs w:val="24"/>
        </w:rPr>
        <w:t xml:space="preserve"> </w:t>
      </w:r>
      <w:proofErr w:type="spellStart"/>
      <w:r w:rsidRPr="00901BC0">
        <w:rPr>
          <w:rFonts w:ascii="Arial" w:hAnsi="Arial" w:cs="Arial"/>
          <w:sz w:val="24"/>
          <w:szCs w:val="24"/>
        </w:rPr>
        <w:t>siente</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con </w:t>
      </w:r>
      <w:proofErr w:type="spellStart"/>
      <w:r w:rsidRPr="00901BC0">
        <w:rPr>
          <w:rFonts w:ascii="Arial" w:hAnsi="Arial" w:cs="Arial"/>
          <w:spacing w:val="-4"/>
          <w:sz w:val="24"/>
          <w:szCs w:val="24"/>
        </w:rPr>
        <w:t>una</w:t>
      </w:r>
      <w:proofErr w:type="spellEnd"/>
      <w:r w:rsidRPr="00901BC0">
        <w:rPr>
          <w:rFonts w:ascii="Arial" w:hAnsi="Arial" w:cs="Arial"/>
          <w:spacing w:val="-4"/>
          <w:sz w:val="24"/>
          <w:szCs w:val="24"/>
        </w:rPr>
        <w:t xml:space="preserve"> </w:t>
      </w:r>
      <w:r w:rsidRPr="00901BC0">
        <w:rPr>
          <w:rFonts w:ascii="Arial" w:hAnsi="Arial" w:cs="Arial"/>
          <w:spacing w:val="3"/>
          <w:sz w:val="24"/>
          <w:szCs w:val="24"/>
        </w:rPr>
        <w:t xml:space="preserve">persona </w:t>
      </w:r>
      <w:r w:rsidRPr="00901BC0">
        <w:rPr>
          <w:rFonts w:ascii="Arial" w:hAnsi="Arial" w:cs="Arial"/>
          <w:sz w:val="24"/>
          <w:szCs w:val="24"/>
        </w:rPr>
        <w:t xml:space="preserve">que </w:t>
      </w:r>
      <w:proofErr w:type="spellStart"/>
      <w:r w:rsidRPr="00901BC0">
        <w:rPr>
          <w:rFonts w:ascii="Arial" w:hAnsi="Arial" w:cs="Arial"/>
          <w:sz w:val="24"/>
          <w:szCs w:val="24"/>
        </w:rPr>
        <w:t>represente</w:t>
      </w:r>
      <w:proofErr w:type="spellEnd"/>
      <w:r w:rsidRPr="00901BC0">
        <w:rPr>
          <w:rFonts w:ascii="Arial" w:hAnsi="Arial" w:cs="Arial"/>
          <w:sz w:val="24"/>
          <w:szCs w:val="24"/>
        </w:rPr>
        <w:t xml:space="preserve"> </w:t>
      </w:r>
      <w:proofErr w:type="spellStart"/>
      <w:r w:rsidRPr="00901BC0">
        <w:rPr>
          <w:rFonts w:ascii="Arial" w:hAnsi="Arial" w:cs="Arial"/>
          <w:sz w:val="24"/>
          <w:szCs w:val="24"/>
        </w:rPr>
        <w:t>algún</w:t>
      </w:r>
      <w:proofErr w:type="spellEnd"/>
      <w:r w:rsidRPr="00901BC0">
        <w:rPr>
          <w:rFonts w:ascii="Arial" w:hAnsi="Arial" w:cs="Arial"/>
          <w:sz w:val="24"/>
          <w:szCs w:val="24"/>
        </w:rPr>
        <w:t xml:space="preserve"> </w:t>
      </w:r>
      <w:proofErr w:type="spellStart"/>
      <w:r w:rsidRPr="00901BC0">
        <w:rPr>
          <w:rFonts w:ascii="Arial" w:hAnsi="Arial" w:cs="Arial"/>
          <w:sz w:val="24"/>
          <w:szCs w:val="24"/>
        </w:rPr>
        <w:t>vínculo</w:t>
      </w:r>
      <w:proofErr w:type="spellEnd"/>
      <w:r w:rsidRPr="00901BC0">
        <w:rPr>
          <w:rFonts w:ascii="Arial" w:hAnsi="Arial" w:cs="Arial"/>
          <w:sz w:val="24"/>
          <w:szCs w:val="24"/>
        </w:rPr>
        <w:t xml:space="preserve"> para </w:t>
      </w:r>
      <w:proofErr w:type="spellStart"/>
      <w:r w:rsidRPr="00901BC0">
        <w:rPr>
          <w:rFonts w:ascii="Arial" w:hAnsi="Arial" w:cs="Arial"/>
          <w:spacing w:val="2"/>
          <w:sz w:val="24"/>
          <w:szCs w:val="24"/>
        </w:rPr>
        <w:t>él</w:t>
      </w:r>
      <w:proofErr w:type="spellEnd"/>
      <w:r w:rsidRPr="00901BC0">
        <w:rPr>
          <w:rFonts w:ascii="Arial" w:hAnsi="Arial" w:cs="Arial"/>
          <w:spacing w:val="2"/>
          <w:sz w:val="24"/>
          <w:szCs w:val="24"/>
        </w:rPr>
        <w:t>/</w:t>
      </w:r>
      <w:proofErr w:type="spellStart"/>
      <w:r w:rsidRPr="00901BC0">
        <w:rPr>
          <w:rFonts w:ascii="Arial" w:hAnsi="Arial" w:cs="Arial"/>
          <w:spacing w:val="2"/>
          <w:sz w:val="24"/>
          <w:szCs w:val="24"/>
        </w:rPr>
        <w:t>ella</w:t>
      </w:r>
      <w:proofErr w:type="spellEnd"/>
      <w:r w:rsidRPr="00901BC0">
        <w:rPr>
          <w:rFonts w:ascii="Arial" w:hAnsi="Arial" w:cs="Arial"/>
          <w:spacing w:val="2"/>
          <w:sz w:val="24"/>
          <w:szCs w:val="24"/>
        </w:rPr>
        <w:t xml:space="preserve">, </w:t>
      </w:r>
      <w:proofErr w:type="spellStart"/>
      <w:r w:rsidRPr="00901BC0">
        <w:rPr>
          <w:rFonts w:ascii="Arial" w:hAnsi="Arial" w:cs="Arial"/>
          <w:spacing w:val="5"/>
          <w:sz w:val="24"/>
          <w:szCs w:val="24"/>
        </w:rPr>
        <w:t>en</w:t>
      </w:r>
      <w:proofErr w:type="spellEnd"/>
      <w:r w:rsidRPr="00901BC0">
        <w:rPr>
          <w:rFonts w:ascii="Arial" w:hAnsi="Arial" w:cs="Arial"/>
          <w:spacing w:val="5"/>
          <w:sz w:val="24"/>
          <w:szCs w:val="24"/>
        </w:rPr>
        <w:t xml:space="preserve"> </w:t>
      </w:r>
      <w:r w:rsidRPr="00901BC0">
        <w:rPr>
          <w:rFonts w:ascii="Arial" w:hAnsi="Arial" w:cs="Arial"/>
          <w:spacing w:val="-3"/>
          <w:sz w:val="24"/>
          <w:szCs w:val="24"/>
        </w:rPr>
        <w:t xml:space="preserve">un </w:t>
      </w:r>
      <w:proofErr w:type="spellStart"/>
      <w:r w:rsidRPr="00901BC0">
        <w:rPr>
          <w:rFonts w:ascii="Arial" w:hAnsi="Arial" w:cs="Arial"/>
          <w:spacing w:val="4"/>
          <w:sz w:val="24"/>
          <w:szCs w:val="24"/>
        </w:rPr>
        <w:t>espacio</w:t>
      </w:r>
      <w:proofErr w:type="spellEnd"/>
      <w:r w:rsidRPr="00901BC0">
        <w:rPr>
          <w:rFonts w:ascii="Arial" w:hAnsi="Arial" w:cs="Arial"/>
          <w:spacing w:val="4"/>
          <w:sz w:val="24"/>
          <w:szCs w:val="24"/>
        </w:rPr>
        <w:t xml:space="preserve"> </w:t>
      </w:r>
      <w:proofErr w:type="spellStart"/>
      <w:r w:rsidRPr="00901BC0">
        <w:rPr>
          <w:rFonts w:ascii="Arial" w:hAnsi="Arial" w:cs="Arial"/>
          <w:sz w:val="24"/>
          <w:szCs w:val="24"/>
        </w:rPr>
        <w:t>diferente</w:t>
      </w:r>
      <w:proofErr w:type="spellEnd"/>
      <w:r w:rsidRPr="00901BC0">
        <w:rPr>
          <w:rFonts w:ascii="Arial" w:hAnsi="Arial" w:cs="Arial"/>
          <w:sz w:val="24"/>
          <w:szCs w:val="24"/>
        </w:rPr>
        <w:t xml:space="preserve"> </w:t>
      </w:r>
      <w:r w:rsidRPr="00901BC0">
        <w:rPr>
          <w:rFonts w:ascii="Arial" w:hAnsi="Arial" w:cs="Arial"/>
          <w:spacing w:val="-3"/>
          <w:sz w:val="24"/>
          <w:szCs w:val="24"/>
        </w:rPr>
        <w:t xml:space="preserve">al aula </w:t>
      </w:r>
      <w:proofErr w:type="spellStart"/>
      <w:r w:rsidRPr="00901BC0">
        <w:rPr>
          <w:rFonts w:ascii="Arial" w:hAnsi="Arial" w:cs="Arial"/>
          <w:sz w:val="24"/>
          <w:szCs w:val="24"/>
        </w:rPr>
        <w:t>común</w:t>
      </w:r>
      <w:proofErr w:type="spellEnd"/>
      <w:r w:rsidRPr="00901BC0">
        <w:rPr>
          <w:rFonts w:ascii="Arial" w:hAnsi="Arial" w:cs="Arial"/>
          <w:sz w:val="24"/>
          <w:szCs w:val="24"/>
        </w:rPr>
        <w:t xml:space="preserve">, a </w:t>
      </w:r>
      <w:proofErr w:type="spellStart"/>
      <w:r w:rsidRPr="00901BC0">
        <w:rPr>
          <w:rFonts w:ascii="Arial" w:hAnsi="Arial" w:cs="Arial"/>
          <w:sz w:val="24"/>
          <w:szCs w:val="24"/>
        </w:rPr>
        <w:t>través</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de </w:t>
      </w:r>
      <w:proofErr w:type="spellStart"/>
      <w:r w:rsidRPr="00901BC0">
        <w:rPr>
          <w:rFonts w:ascii="Arial" w:hAnsi="Arial" w:cs="Arial"/>
          <w:spacing w:val="2"/>
          <w:sz w:val="24"/>
          <w:szCs w:val="24"/>
        </w:rPr>
        <w:t>conversación</w:t>
      </w:r>
      <w:proofErr w:type="spellEnd"/>
      <w:r w:rsidRPr="00901BC0">
        <w:rPr>
          <w:rFonts w:ascii="Arial" w:hAnsi="Arial" w:cs="Arial"/>
          <w:spacing w:val="2"/>
          <w:sz w:val="24"/>
          <w:szCs w:val="24"/>
        </w:rPr>
        <w:t xml:space="preserve">, </w:t>
      </w:r>
      <w:proofErr w:type="spellStart"/>
      <w:r w:rsidRPr="00901BC0">
        <w:rPr>
          <w:rFonts w:ascii="Arial" w:hAnsi="Arial" w:cs="Arial"/>
          <w:spacing w:val="3"/>
          <w:sz w:val="24"/>
          <w:szCs w:val="24"/>
        </w:rPr>
        <w:t>dibujos</w:t>
      </w:r>
      <w:proofErr w:type="spellEnd"/>
      <w:r w:rsidRPr="00901BC0">
        <w:rPr>
          <w:rFonts w:ascii="Arial" w:hAnsi="Arial" w:cs="Arial"/>
          <w:spacing w:val="3"/>
          <w:sz w:val="24"/>
          <w:szCs w:val="24"/>
        </w:rPr>
        <w:t xml:space="preserve"> </w:t>
      </w:r>
      <w:r w:rsidRPr="00901BC0">
        <w:rPr>
          <w:rFonts w:ascii="Arial" w:hAnsi="Arial" w:cs="Arial"/>
          <w:sz w:val="24"/>
          <w:szCs w:val="24"/>
        </w:rPr>
        <w:t xml:space="preserve">u </w:t>
      </w:r>
      <w:proofErr w:type="spellStart"/>
      <w:r w:rsidRPr="00901BC0">
        <w:rPr>
          <w:rFonts w:ascii="Arial" w:hAnsi="Arial" w:cs="Arial"/>
          <w:sz w:val="24"/>
          <w:szCs w:val="24"/>
        </w:rPr>
        <w:t>otra</w:t>
      </w:r>
      <w:proofErr w:type="spellEnd"/>
      <w:r w:rsidRPr="00901BC0">
        <w:rPr>
          <w:rFonts w:ascii="Arial" w:hAnsi="Arial" w:cs="Arial"/>
          <w:sz w:val="24"/>
          <w:szCs w:val="24"/>
        </w:rPr>
        <w:t xml:space="preserve"> </w:t>
      </w:r>
      <w:proofErr w:type="spellStart"/>
      <w:r w:rsidRPr="00901BC0">
        <w:rPr>
          <w:rFonts w:ascii="Arial" w:hAnsi="Arial" w:cs="Arial"/>
          <w:sz w:val="24"/>
          <w:szCs w:val="24"/>
        </w:rPr>
        <w:t>actividad</w:t>
      </w:r>
      <w:proofErr w:type="spellEnd"/>
      <w:r w:rsidRPr="00901BC0">
        <w:rPr>
          <w:rFonts w:ascii="Arial" w:hAnsi="Arial" w:cs="Arial"/>
          <w:sz w:val="24"/>
          <w:szCs w:val="24"/>
        </w:rPr>
        <w:t xml:space="preserve"> que le </w:t>
      </w:r>
      <w:r w:rsidRPr="00901BC0">
        <w:rPr>
          <w:rFonts w:ascii="Arial" w:hAnsi="Arial" w:cs="Arial"/>
          <w:spacing w:val="5"/>
          <w:sz w:val="24"/>
          <w:szCs w:val="24"/>
        </w:rPr>
        <w:t>sea</w:t>
      </w:r>
      <w:r w:rsidRPr="00901BC0">
        <w:rPr>
          <w:rFonts w:ascii="Arial" w:hAnsi="Arial" w:cs="Arial"/>
          <w:spacing w:val="26"/>
          <w:sz w:val="24"/>
          <w:szCs w:val="24"/>
        </w:rPr>
        <w:t xml:space="preserve"> </w:t>
      </w:r>
      <w:proofErr w:type="spellStart"/>
      <w:r w:rsidRPr="00901BC0">
        <w:rPr>
          <w:rFonts w:ascii="Arial" w:hAnsi="Arial" w:cs="Arial"/>
          <w:spacing w:val="4"/>
          <w:sz w:val="24"/>
          <w:szCs w:val="24"/>
        </w:rPr>
        <w:t>cómoda</w:t>
      </w:r>
      <w:proofErr w:type="spellEnd"/>
      <w:r w:rsidRPr="00901BC0">
        <w:rPr>
          <w:rFonts w:ascii="Arial" w:hAnsi="Arial" w:cs="Arial"/>
          <w:spacing w:val="4"/>
          <w:sz w:val="24"/>
          <w:szCs w:val="24"/>
        </w:rPr>
        <w:t>.</w:t>
      </w:r>
    </w:p>
    <w:p w14:paraId="58DC523D" w14:textId="77777777" w:rsidR="00893C50" w:rsidRPr="00901BC0" w:rsidRDefault="00893C50" w:rsidP="00893C50">
      <w:pPr>
        <w:pStyle w:val="Prrafodelista"/>
        <w:widowControl w:val="0"/>
        <w:numPr>
          <w:ilvl w:val="0"/>
          <w:numId w:val="48"/>
        </w:numPr>
        <w:tabs>
          <w:tab w:val="left" w:pos="1233"/>
        </w:tabs>
        <w:autoSpaceDE w:val="0"/>
        <w:autoSpaceDN w:val="0"/>
        <w:spacing w:after="0" w:line="360" w:lineRule="auto"/>
        <w:ind w:right="49"/>
        <w:contextualSpacing w:val="0"/>
        <w:jc w:val="both"/>
        <w:rPr>
          <w:rFonts w:ascii="Arial" w:hAnsi="Arial" w:cs="Arial"/>
          <w:sz w:val="24"/>
          <w:szCs w:val="24"/>
        </w:rPr>
      </w:pPr>
      <w:proofErr w:type="spellStart"/>
      <w:r w:rsidRPr="00901BC0">
        <w:rPr>
          <w:rFonts w:ascii="Arial" w:hAnsi="Arial" w:cs="Arial"/>
          <w:spacing w:val="4"/>
          <w:sz w:val="24"/>
          <w:szCs w:val="24"/>
        </w:rPr>
        <w:t>Conceder</w:t>
      </w:r>
      <w:proofErr w:type="spellEnd"/>
      <w:r w:rsidRPr="00901BC0">
        <w:rPr>
          <w:rFonts w:ascii="Arial" w:hAnsi="Arial" w:cs="Arial"/>
          <w:spacing w:val="4"/>
          <w:sz w:val="24"/>
          <w:szCs w:val="24"/>
        </w:rPr>
        <w:t xml:space="preserve"> </w:t>
      </w:r>
      <w:r w:rsidRPr="00901BC0">
        <w:rPr>
          <w:rFonts w:ascii="Arial" w:hAnsi="Arial" w:cs="Arial"/>
          <w:spacing w:val="-3"/>
          <w:sz w:val="24"/>
          <w:szCs w:val="24"/>
        </w:rPr>
        <w:t xml:space="preserve">un </w:t>
      </w:r>
      <w:proofErr w:type="spellStart"/>
      <w:r w:rsidRPr="00901BC0">
        <w:rPr>
          <w:rFonts w:ascii="Arial" w:hAnsi="Arial" w:cs="Arial"/>
          <w:sz w:val="24"/>
          <w:szCs w:val="24"/>
        </w:rPr>
        <w:t>tiempo</w:t>
      </w:r>
      <w:proofErr w:type="spellEnd"/>
      <w:r w:rsidRPr="00901BC0">
        <w:rPr>
          <w:rFonts w:ascii="Arial" w:hAnsi="Arial" w:cs="Arial"/>
          <w:sz w:val="24"/>
          <w:szCs w:val="24"/>
        </w:rPr>
        <w:t xml:space="preserve"> </w:t>
      </w:r>
      <w:r w:rsidRPr="00901BC0">
        <w:rPr>
          <w:rFonts w:ascii="Arial" w:hAnsi="Arial" w:cs="Arial"/>
          <w:spacing w:val="5"/>
          <w:sz w:val="24"/>
          <w:szCs w:val="24"/>
        </w:rPr>
        <w:t xml:space="preserve">de </w:t>
      </w:r>
      <w:proofErr w:type="spellStart"/>
      <w:r w:rsidRPr="00901BC0">
        <w:rPr>
          <w:rFonts w:ascii="Arial" w:hAnsi="Arial" w:cs="Arial"/>
          <w:spacing w:val="3"/>
          <w:sz w:val="24"/>
          <w:szCs w:val="24"/>
        </w:rPr>
        <w:t>descanso</w:t>
      </w:r>
      <w:proofErr w:type="spellEnd"/>
      <w:r w:rsidRPr="00901BC0">
        <w:rPr>
          <w:rFonts w:ascii="Arial" w:hAnsi="Arial" w:cs="Arial"/>
          <w:spacing w:val="3"/>
          <w:sz w:val="24"/>
          <w:szCs w:val="24"/>
        </w:rPr>
        <w:t xml:space="preserve"> </w:t>
      </w:r>
      <w:proofErr w:type="spellStart"/>
      <w:r w:rsidRPr="00901BC0">
        <w:rPr>
          <w:rFonts w:ascii="Arial" w:hAnsi="Arial" w:cs="Arial"/>
          <w:sz w:val="24"/>
          <w:szCs w:val="24"/>
        </w:rPr>
        <w:t>cuando</w:t>
      </w:r>
      <w:proofErr w:type="spellEnd"/>
      <w:r w:rsidRPr="00901BC0">
        <w:rPr>
          <w:rFonts w:ascii="Arial" w:hAnsi="Arial" w:cs="Arial"/>
          <w:sz w:val="24"/>
          <w:szCs w:val="24"/>
        </w:rPr>
        <w:t xml:space="preserve"> la </w:t>
      </w:r>
      <w:proofErr w:type="spellStart"/>
      <w:r w:rsidRPr="00901BC0">
        <w:rPr>
          <w:rFonts w:ascii="Arial" w:hAnsi="Arial" w:cs="Arial"/>
          <w:spacing w:val="3"/>
          <w:sz w:val="24"/>
          <w:szCs w:val="24"/>
        </w:rPr>
        <w:t>desregulación</w:t>
      </w:r>
      <w:proofErr w:type="spellEnd"/>
      <w:r w:rsidRPr="00901BC0">
        <w:rPr>
          <w:rFonts w:ascii="Arial" w:hAnsi="Arial" w:cs="Arial"/>
          <w:spacing w:val="3"/>
          <w:sz w:val="24"/>
          <w:szCs w:val="24"/>
        </w:rPr>
        <w:t xml:space="preserve"> </w:t>
      </w:r>
      <w:proofErr w:type="spellStart"/>
      <w:r w:rsidRPr="00901BC0">
        <w:rPr>
          <w:rFonts w:ascii="Arial" w:hAnsi="Arial" w:cs="Arial"/>
          <w:sz w:val="24"/>
          <w:szCs w:val="24"/>
        </w:rPr>
        <w:t>haya</w:t>
      </w:r>
      <w:proofErr w:type="spellEnd"/>
      <w:r w:rsidRPr="00901BC0">
        <w:rPr>
          <w:rFonts w:ascii="Arial" w:hAnsi="Arial" w:cs="Arial"/>
          <w:spacing w:val="52"/>
          <w:sz w:val="24"/>
          <w:szCs w:val="24"/>
        </w:rPr>
        <w:t xml:space="preserve"> </w:t>
      </w:r>
      <w:proofErr w:type="spellStart"/>
      <w:r w:rsidRPr="00901BC0">
        <w:rPr>
          <w:rFonts w:ascii="Arial" w:hAnsi="Arial" w:cs="Arial"/>
          <w:spacing w:val="6"/>
          <w:sz w:val="24"/>
          <w:szCs w:val="24"/>
        </w:rPr>
        <w:t>cedido</w:t>
      </w:r>
      <w:proofErr w:type="spellEnd"/>
      <w:r w:rsidRPr="00901BC0">
        <w:rPr>
          <w:rFonts w:ascii="Arial" w:hAnsi="Arial" w:cs="Arial"/>
          <w:spacing w:val="6"/>
          <w:sz w:val="24"/>
          <w:szCs w:val="24"/>
        </w:rPr>
        <w:t>.</w:t>
      </w:r>
    </w:p>
    <w:p w14:paraId="174BC6E1" w14:textId="77777777" w:rsidR="00893C50" w:rsidRPr="00901BC0" w:rsidRDefault="00893C50" w:rsidP="00893C50">
      <w:pPr>
        <w:pStyle w:val="Textoindependiente"/>
        <w:spacing w:line="360" w:lineRule="auto"/>
        <w:ind w:right="49"/>
        <w:jc w:val="both"/>
        <w:rPr>
          <w:rFonts w:ascii="Arial" w:hAnsi="Arial" w:cs="Arial"/>
        </w:rPr>
      </w:pPr>
    </w:p>
    <w:p w14:paraId="51195B9C" w14:textId="77777777" w:rsidR="00893C50" w:rsidRPr="00901BC0" w:rsidRDefault="00893C50" w:rsidP="00893C50">
      <w:pPr>
        <w:pStyle w:val="Textoindependiente"/>
        <w:spacing w:before="10" w:line="360" w:lineRule="auto"/>
        <w:ind w:right="49"/>
        <w:jc w:val="both"/>
        <w:rPr>
          <w:rFonts w:ascii="Arial" w:hAnsi="Arial" w:cs="Arial"/>
        </w:rPr>
      </w:pPr>
    </w:p>
    <w:p w14:paraId="54DC6083" w14:textId="77777777" w:rsidR="00893C50" w:rsidRPr="00893C50" w:rsidRDefault="00893C50" w:rsidP="00893C50">
      <w:pPr>
        <w:pStyle w:val="Ttulo1"/>
        <w:keepNext w:val="0"/>
        <w:keepLines w:val="0"/>
        <w:widowControl w:val="0"/>
        <w:numPr>
          <w:ilvl w:val="0"/>
          <w:numId w:val="49"/>
        </w:numPr>
        <w:tabs>
          <w:tab w:val="left" w:pos="797"/>
        </w:tabs>
        <w:autoSpaceDE w:val="0"/>
        <w:autoSpaceDN w:val="0"/>
        <w:spacing w:before="0" w:line="360" w:lineRule="auto"/>
        <w:ind w:right="49"/>
        <w:jc w:val="both"/>
        <w:rPr>
          <w:rFonts w:ascii="Arial" w:hAnsi="Arial" w:cs="Arial"/>
          <w:color w:val="auto"/>
          <w:sz w:val="24"/>
          <w:szCs w:val="24"/>
        </w:rPr>
      </w:pPr>
      <w:proofErr w:type="spellStart"/>
      <w:r w:rsidRPr="00893C50">
        <w:rPr>
          <w:rFonts w:ascii="Arial" w:hAnsi="Arial" w:cs="Arial"/>
          <w:color w:val="auto"/>
          <w:spacing w:val="-4"/>
          <w:sz w:val="24"/>
          <w:szCs w:val="24"/>
        </w:rPr>
        <w:t>Características</w:t>
      </w:r>
      <w:proofErr w:type="spellEnd"/>
      <w:r w:rsidRPr="00893C50">
        <w:rPr>
          <w:rFonts w:ascii="Arial" w:hAnsi="Arial" w:cs="Arial"/>
          <w:color w:val="auto"/>
          <w:spacing w:val="-4"/>
          <w:sz w:val="24"/>
          <w:szCs w:val="24"/>
        </w:rPr>
        <w:t xml:space="preserve"> </w:t>
      </w:r>
      <w:proofErr w:type="spellStart"/>
      <w:r w:rsidRPr="00893C50">
        <w:rPr>
          <w:rFonts w:ascii="Arial" w:hAnsi="Arial" w:cs="Arial"/>
          <w:color w:val="auto"/>
          <w:sz w:val="24"/>
          <w:szCs w:val="24"/>
        </w:rPr>
        <w:t>requeridas</w:t>
      </w:r>
      <w:proofErr w:type="spellEnd"/>
      <w:r w:rsidRPr="00893C50">
        <w:rPr>
          <w:rFonts w:ascii="Arial" w:hAnsi="Arial" w:cs="Arial"/>
          <w:color w:val="auto"/>
          <w:sz w:val="24"/>
          <w:szCs w:val="24"/>
        </w:rPr>
        <w:t xml:space="preserve"> del </w:t>
      </w:r>
      <w:proofErr w:type="spellStart"/>
      <w:r w:rsidRPr="00893C50">
        <w:rPr>
          <w:rFonts w:ascii="Arial" w:hAnsi="Arial" w:cs="Arial"/>
          <w:color w:val="auto"/>
          <w:sz w:val="24"/>
          <w:szCs w:val="24"/>
        </w:rPr>
        <w:t>ambiente</w:t>
      </w:r>
      <w:proofErr w:type="spellEnd"/>
      <w:r w:rsidRPr="00893C50">
        <w:rPr>
          <w:rFonts w:ascii="Arial" w:hAnsi="Arial" w:cs="Arial"/>
          <w:color w:val="auto"/>
          <w:sz w:val="24"/>
          <w:szCs w:val="24"/>
        </w:rPr>
        <w:t xml:space="preserve"> </w:t>
      </w:r>
      <w:proofErr w:type="spellStart"/>
      <w:r w:rsidRPr="00893C50">
        <w:rPr>
          <w:rFonts w:ascii="Arial" w:hAnsi="Arial" w:cs="Arial"/>
          <w:color w:val="auto"/>
          <w:spacing w:val="-3"/>
          <w:sz w:val="24"/>
          <w:szCs w:val="24"/>
        </w:rPr>
        <w:t>en</w:t>
      </w:r>
      <w:proofErr w:type="spellEnd"/>
      <w:r w:rsidRPr="00893C50">
        <w:rPr>
          <w:rFonts w:ascii="Arial" w:hAnsi="Arial" w:cs="Arial"/>
          <w:color w:val="auto"/>
          <w:spacing w:val="-3"/>
          <w:sz w:val="24"/>
          <w:szCs w:val="24"/>
        </w:rPr>
        <w:t xml:space="preserve"> </w:t>
      </w:r>
      <w:proofErr w:type="spellStart"/>
      <w:proofErr w:type="gramStart"/>
      <w:r w:rsidRPr="00893C50">
        <w:rPr>
          <w:rFonts w:ascii="Arial" w:hAnsi="Arial" w:cs="Arial"/>
          <w:color w:val="auto"/>
          <w:spacing w:val="-4"/>
          <w:sz w:val="24"/>
          <w:szCs w:val="24"/>
        </w:rPr>
        <w:t>esta</w:t>
      </w:r>
      <w:proofErr w:type="spellEnd"/>
      <w:r w:rsidRPr="00893C50">
        <w:rPr>
          <w:rFonts w:ascii="Arial" w:hAnsi="Arial" w:cs="Arial"/>
          <w:color w:val="auto"/>
          <w:spacing w:val="-4"/>
          <w:sz w:val="24"/>
          <w:szCs w:val="24"/>
        </w:rPr>
        <w:t xml:space="preserve">  </w:t>
      </w:r>
      <w:proofErr w:type="spellStart"/>
      <w:r w:rsidRPr="00893C50">
        <w:rPr>
          <w:rFonts w:ascii="Arial" w:hAnsi="Arial" w:cs="Arial"/>
          <w:color w:val="auto"/>
          <w:sz w:val="24"/>
          <w:szCs w:val="24"/>
        </w:rPr>
        <w:t>etapa</w:t>
      </w:r>
      <w:proofErr w:type="spellEnd"/>
      <w:proofErr w:type="gramEnd"/>
      <w:r w:rsidRPr="00893C50">
        <w:rPr>
          <w:rFonts w:ascii="Arial" w:hAnsi="Arial" w:cs="Arial"/>
          <w:color w:val="auto"/>
          <w:sz w:val="24"/>
          <w:szCs w:val="24"/>
        </w:rPr>
        <w:t xml:space="preserve"> de </w:t>
      </w:r>
      <w:proofErr w:type="spellStart"/>
      <w:r w:rsidRPr="00893C50">
        <w:rPr>
          <w:rFonts w:ascii="Arial" w:hAnsi="Arial" w:cs="Arial"/>
          <w:color w:val="auto"/>
          <w:sz w:val="24"/>
          <w:szCs w:val="24"/>
        </w:rPr>
        <w:t>desregulación</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emocional</w:t>
      </w:r>
      <w:proofErr w:type="spellEnd"/>
      <w:r w:rsidRPr="00893C50">
        <w:rPr>
          <w:rFonts w:ascii="Arial" w:hAnsi="Arial" w:cs="Arial"/>
          <w:color w:val="auto"/>
          <w:sz w:val="24"/>
          <w:szCs w:val="24"/>
        </w:rPr>
        <w:t xml:space="preserve"> y </w:t>
      </w:r>
      <w:proofErr w:type="spellStart"/>
      <w:r w:rsidRPr="00893C50">
        <w:rPr>
          <w:rFonts w:ascii="Arial" w:hAnsi="Arial" w:cs="Arial"/>
          <w:color w:val="auto"/>
          <w:sz w:val="24"/>
          <w:szCs w:val="24"/>
        </w:rPr>
        <w:t>conductual</w:t>
      </w:r>
      <w:proofErr w:type="spellEnd"/>
      <w:r w:rsidRPr="00893C50">
        <w:rPr>
          <w:rFonts w:ascii="Arial" w:hAnsi="Arial" w:cs="Arial"/>
          <w:color w:val="auto"/>
          <w:sz w:val="24"/>
          <w:szCs w:val="24"/>
        </w:rPr>
        <w:t xml:space="preserve">: El </w:t>
      </w:r>
      <w:proofErr w:type="spellStart"/>
      <w:r w:rsidRPr="00893C50">
        <w:rPr>
          <w:rFonts w:ascii="Arial" w:hAnsi="Arial" w:cs="Arial"/>
          <w:color w:val="auto"/>
          <w:spacing w:val="-3"/>
          <w:sz w:val="24"/>
          <w:szCs w:val="24"/>
        </w:rPr>
        <w:t>encargado</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z w:val="24"/>
          <w:szCs w:val="24"/>
        </w:rPr>
        <w:t>establecido</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por</w:t>
      </w:r>
      <w:proofErr w:type="spellEnd"/>
      <w:r w:rsidRPr="00893C50">
        <w:rPr>
          <w:rFonts w:ascii="Arial" w:hAnsi="Arial" w:cs="Arial"/>
          <w:color w:val="auto"/>
          <w:sz w:val="24"/>
          <w:szCs w:val="24"/>
        </w:rPr>
        <w:t xml:space="preserve"> </w:t>
      </w:r>
      <w:proofErr w:type="spellStart"/>
      <w:r w:rsidRPr="00893C50">
        <w:rPr>
          <w:rFonts w:ascii="Arial" w:hAnsi="Arial" w:cs="Arial"/>
          <w:color w:val="auto"/>
          <w:spacing w:val="-3"/>
          <w:sz w:val="24"/>
          <w:szCs w:val="24"/>
        </w:rPr>
        <w:t>el</w:t>
      </w:r>
      <w:proofErr w:type="spellEnd"/>
      <w:r w:rsidRPr="00893C50">
        <w:rPr>
          <w:rFonts w:ascii="Arial" w:hAnsi="Arial" w:cs="Arial"/>
          <w:color w:val="auto"/>
          <w:spacing w:val="-3"/>
          <w:sz w:val="24"/>
          <w:szCs w:val="24"/>
        </w:rPr>
        <w:t xml:space="preserve"> </w:t>
      </w:r>
      <w:r w:rsidRPr="00893C50">
        <w:rPr>
          <w:rFonts w:ascii="Arial" w:hAnsi="Arial" w:cs="Arial"/>
          <w:color w:val="auto"/>
          <w:sz w:val="24"/>
          <w:szCs w:val="24"/>
        </w:rPr>
        <w:t xml:space="preserve">colegio </w:t>
      </w:r>
      <w:proofErr w:type="spellStart"/>
      <w:r w:rsidRPr="00893C50">
        <w:rPr>
          <w:rFonts w:ascii="Arial" w:hAnsi="Arial" w:cs="Arial"/>
          <w:color w:val="auto"/>
          <w:spacing w:val="-3"/>
          <w:sz w:val="24"/>
          <w:szCs w:val="24"/>
        </w:rPr>
        <w:t>deberá</w:t>
      </w:r>
      <w:proofErr w:type="spellEnd"/>
      <w:r w:rsidRPr="00893C50">
        <w:rPr>
          <w:rFonts w:ascii="Arial" w:hAnsi="Arial" w:cs="Arial"/>
          <w:color w:val="auto"/>
          <w:spacing w:val="-3"/>
          <w:sz w:val="24"/>
          <w:szCs w:val="24"/>
        </w:rPr>
        <w:t>:</w:t>
      </w:r>
    </w:p>
    <w:p w14:paraId="256F7090" w14:textId="77777777" w:rsidR="00893C50" w:rsidRPr="007653B3" w:rsidRDefault="00893C50" w:rsidP="00893C50">
      <w:pPr>
        <w:pStyle w:val="Prrafodelista"/>
        <w:widowControl w:val="0"/>
        <w:numPr>
          <w:ilvl w:val="0"/>
          <w:numId w:val="50"/>
        </w:numPr>
        <w:tabs>
          <w:tab w:val="left" w:pos="812"/>
        </w:tabs>
        <w:autoSpaceDE w:val="0"/>
        <w:autoSpaceDN w:val="0"/>
        <w:spacing w:before="165"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Llevar</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el</w:t>
      </w:r>
      <w:proofErr w:type="spellEnd"/>
      <w:r w:rsidRPr="007653B3">
        <w:rPr>
          <w:rFonts w:ascii="Arial" w:hAnsi="Arial" w:cs="Arial"/>
          <w:spacing w:val="3"/>
          <w:sz w:val="24"/>
          <w:szCs w:val="24"/>
        </w:rPr>
        <w:t xml:space="preserve">/la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a </w:t>
      </w:r>
      <w:r w:rsidRPr="007653B3">
        <w:rPr>
          <w:rFonts w:ascii="Arial" w:hAnsi="Arial" w:cs="Arial"/>
          <w:spacing w:val="-3"/>
          <w:sz w:val="24"/>
          <w:szCs w:val="24"/>
        </w:rPr>
        <w:t xml:space="preserve">un </w:t>
      </w:r>
      <w:proofErr w:type="spellStart"/>
      <w:r w:rsidRPr="007653B3">
        <w:rPr>
          <w:rFonts w:ascii="Arial" w:hAnsi="Arial" w:cs="Arial"/>
          <w:sz w:val="24"/>
          <w:szCs w:val="24"/>
        </w:rPr>
        <w:t>lugar</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seguro</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y </w:t>
      </w:r>
      <w:proofErr w:type="spellStart"/>
      <w:r w:rsidRPr="007653B3">
        <w:rPr>
          <w:rFonts w:ascii="Arial" w:hAnsi="Arial" w:cs="Arial"/>
          <w:spacing w:val="3"/>
          <w:sz w:val="24"/>
          <w:szCs w:val="24"/>
        </w:rPr>
        <w:t>resguardado</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Por </w:t>
      </w:r>
      <w:proofErr w:type="spellStart"/>
      <w:r w:rsidRPr="007653B3">
        <w:rPr>
          <w:rFonts w:ascii="Arial" w:hAnsi="Arial" w:cs="Arial"/>
          <w:spacing w:val="5"/>
          <w:sz w:val="24"/>
          <w:szCs w:val="24"/>
        </w:rPr>
        <w:t>ejemplo</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sala </w:t>
      </w:r>
      <w:r w:rsidRPr="007653B3">
        <w:rPr>
          <w:rFonts w:ascii="Arial" w:hAnsi="Arial" w:cs="Arial"/>
          <w:spacing w:val="5"/>
          <w:sz w:val="24"/>
          <w:szCs w:val="24"/>
        </w:rPr>
        <w:t xml:space="preserve">de </w:t>
      </w:r>
      <w:proofErr w:type="spellStart"/>
      <w:r w:rsidRPr="007653B3">
        <w:rPr>
          <w:rFonts w:ascii="Arial" w:hAnsi="Arial" w:cs="Arial"/>
          <w:spacing w:val="2"/>
          <w:sz w:val="24"/>
          <w:szCs w:val="24"/>
        </w:rPr>
        <w:t>recursos</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sala sensorial, sala </w:t>
      </w:r>
      <w:proofErr w:type="spellStart"/>
      <w:r w:rsidRPr="007653B3">
        <w:rPr>
          <w:rFonts w:ascii="Arial" w:hAnsi="Arial" w:cs="Arial"/>
          <w:spacing w:val="2"/>
          <w:sz w:val="24"/>
          <w:szCs w:val="24"/>
        </w:rPr>
        <w:t>acondicionada</w:t>
      </w:r>
      <w:proofErr w:type="spellEnd"/>
      <w:r w:rsidRPr="007653B3">
        <w:rPr>
          <w:rFonts w:ascii="Arial" w:hAnsi="Arial" w:cs="Arial"/>
          <w:spacing w:val="2"/>
          <w:sz w:val="24"/>
          <w:szCs w:val="24"/>
        </w:rPr>
        <w:t>.</w:t>
      </w:r>
    </w:p>
    <w:p w14:paraId="3F3DF82A" w14:textId="77777777" w:rsidR="00893C50" w:rsidRPr="007653B3" w:rsidRDefault="00893C50" w:rsidP="00893C50">
      <w:pPr>
        <w:pStyle w:val="Prrafodelista"/>
        <w:widowControl w:val="0"/>
        <w:numPr>
          <w:ilvl w:val="0"/>
          <w:numId w:val="50"/>
        </w:numPr>
        <w:tabs>
          <w:tab w:val="left" w:pos="812"/>
        </w:tabs>
        <w:autoSpaceDE w:val="0"/>
        <w:autoSpaceDN w:val="0"/>
        <w:spacing w:before="13"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Evitar</w:t>
      </w:r>
      <w:proofErr w:type="spellEnd"/>
      <w:r w:rsidRPr="007653B3">
        <w:rPr>
          <w:rFonts w:ascii="Arial" w:hAnsi="Arial" w:cs="Arial"/>
          <w:sz w:val="24"/>
          <w:szCs w:val="24"/>
        </w:rPr>
        <w:t xml:space="preserve"> </w:t>
      </w:r>
      <w:proofErr w:type="spellStart"/>
      <w:r w:rsidRPr="007653B3">
        <w:rPr>
          <w:rFonts w:ascii="Arial" w:hAnsi="Arial" w:cs="Arial"/>
          <w:sz w:val="24"/>
          <w:szCs w:val="24"/>
        </w:rPr>
        <w:t>trasladarlo</w:t>
      </w:r>
      <w:proofErr w:type="spellEnd"/>
      <w:r w:rsidRPr="007653B3">
        <w:rPr>
          <w:rFonts w:ascii="Arial" w:hAnsi="Arial" w:cs="Arial"/>
          <w:sz w:val="24"/>
          <w:szCs w:val="24"/>
        </w:rPr>
        <w:t xml:space="preserve"> a </w:t>
      </w:r>
      <w:proofErr w:type="spellStart"/>
      <w:r w:rsidRPr="007653B3">
        <w:rPr>
          <w:rFonts w:ascii="Arial" w:hAnsi="Arial" w:cs="Arial"/>
          <w:sz w:val="24"/>
          <w:szCs w:val="24"/>
        </w:rPr>
        <w:t>lugares</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con </w:t>
      </w:r>
      <w:proofErr w:type="spellStart"/>
      <w:r w:rsidRPr="007653B3">
        <w:rPr>
          <w:rFonts w:ascii="Arial" w:hAnsi="Arial" w:cs="Arial"/>
          <w:sz w:val="24"/>
          <w:szCs w:val="24"/>
        </w:rPr>
        <w:t>ventanales</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techos</w:t>
      </w:r>
      <w:proofErr w:type="spellEnd"/>
      <w:r w:rsidRPr="007653B3">
        <w:rPr>
          <w:rFonts w:ascii="Arial" w:hAnsi="Arial" w:cs="Arial"/>
          <w:sz w:val="24"/>
          <w:szCs w:val="24"/>
        </w:rPr>
        <w:t xml:space="preserve"> o </w:t>
      </w:r>
      <w:proofErr w:type="spellStart"/>
      <w:r w:rsidRPr="007653B3">
        <w:rPr>
          <w:rFonts w:ascii="Arial" w:hAnsi="Arial" w:cs="Arial"/>
          <w:sz w:val="24"/>
          <w:szCs w:val="24"/>
        </w:rPr>
        <w:t>ventanas</w:t>
      </w:r>
      <w:proofErr w:type="spellEnd"/>
      <w:r w:rsidRPr="007653B3">
        <w:rPr>
          <w:rFonts w:ascii="Arial" w:hAnsi="Arial" w:cs="Arial"/>
          <w:sz w:val="24"/>
          <w:szCs w:val="24"/>
        </w:rPr>
        <w:t xml:space="preserve"> </w:t>
      </w:r>
      <w:r w:rsidRPr="007653B3">
        <w:rPr>
          <w:rFonts w:ascii="Arial" w:hAnsi="Arial" w:cs="Arial"/>
          <w:spacing w:val="2"/>
          <w:sz w:val="24"/>
          <w:szCs w:val="24"/>
        </w:rPr>
        <w:t xml:space="preserve">sin </w:t>
      </w:r>
      <w:proofErr w:type="spellStart"/>
      <w:r w:rsidRPr="007653B3">
        <w:rPr>
          <w:rFonts w:ascii="Arial" w:hAnsi="Arial" w:cs="Arial"/>
          <w:sz w:val="24"/>
          <w:szCs w:val="24"/>
        </w:rPr>
        <w:t>cortinaje</w:t>
      </w:r>
      <w:proofErr w:type="spellEnd"/>
      <w:r w:rsidRPr="007653B3">
        <w:rPr>
          <w:rFonts w:ascii="Arial" w:hAnsi="Arial" w:cs="Arial"/>
          <w:sz w:val="24"/>
          <w:szCs w:val="24"/>
        </w:rPr>
        <w:t xml:space="preserve">, o </w:t>
      </w:r>
      <w:r w:rsidRPr="007653B3">
        <w:rPr>
          <w:rFonts w:ascii="Arial" w:hAnsi="Arial" w:cs="Arial"/>
          <w:spacing w:val="5"/>
          <w:sz w:val="24"/>
          <w:szCs w:val="24"/>
        </w:rPr>
        <w:t xml:space="preserve">con </w:t>
      </w:r>
      <w:proofErr w:type="spellStart"/>
      <w:r w:rsidRPr="007653B3">
        <w:rPr>
          <w:rFonts w:ascii="Arial" w:hAnsi="Arial" w:cs="Arial"/>
          <w:sz w:val="24"/>
          <w:szCs w:val="24"/>
        </w:rPr>
        <w:t>estímulos</w:t>
      </w:r>
      <w:proofErr w:type="spellEnd"/>
      <w:r w:rsidRPr="007653B3">
        <w:rPr>
          <w:rFonts w:ascii="Arial" w:hAnsi="Arial" w:cs="Arial"/>
          <w:sz w:val="24"/>
          <w:szCs w:val="24"/>
        </w:rPr>
        <w:t xml:space="preserve"> </w:t>
      </w:r>
      <w:proofErr w:type="spellStart"/>
      <w:r w:rsidRPr="007653B3">
        <w:rPr>
          <w:rFonts w:ascii="Arial" w:hAnsi="Arial" w:cs="Arial"/>
          <w:sz w:val="24"/>
          <w:szCs w:val="24"/>
        </w:rPr>
        <w:t>similares</w:t>
      </w:r>
      <w:proofErr w:type="spellEnd"/>
      <w:r w:rsidRPr="007653B3">
        <w:rPr>
          <w:rFonts w:ascii="Arial" w:hAnsi="Arial" w:cs="Arial"/>
          <w:sz w:val="24"/>
          <w:szCs w:val="24"/>
        </w:rPr>
        <w:t xml:space="preserve"> a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desencadenantes</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 xml:space="preserve">la crisis </w:t>
      </w:r>
      <w:r w:rsidRPr="007653B3">
        <w:rPr>
          <w:rFonts w:ascii="Arial" w:hAnsi="Arial" w:cs="Arial"/>
          <w:spacing w:val="5"/>
          <w:sz w:val="24"/>
          <w:szCs w:val="24"/>
        </w:rPr>
        <w:t xml:space="preserve">de </w:t>
      </w:r>
      <w:proofErr w:type="spellStart"/>
      <w:r w:rsidRPr="007653B3">
        <w:rPr>
          <w:rFonts w:ascii="Arial" w:hAnsi="Arial" w:cs="Arial"/>
          <w:sz w:val="24"/>
          <w:szCs w:val="24"/>
        </w:rPr>
        <w:t>desregulación</w:t>
      </w:r>
      <w:proofErr w:type="spellEnd"/>
      <w:r w:rsidRPr="007653B3">
        <w:rPr>
          <w:rFonts w:ascii="Arial" w:hAnsi="Arial" w:cs="Arial"/>
          <w:sz w:val="24"/>
          <w:szCs w:val="24"/>
        </w:rPr>
        <w:t xml:space="preserve"> </w:t>
      </w:r>
      <w:r w:rsidRPr="007653B3">
        <w:rPr>
          <w:rFonts w:ascii="Arial" w:hAnsi="Arial" w:cs="Arial"/>
          <w:spacing w:val="3"/>
          <w:sz w:val="24"/>
          <w:szCs w:val="24"/>
        </w:rPr>
        <w:t>(</w:t>
      </w:r>
      <w:proofErr w:type="spellStart"/>
      <w:r w:rsidRPr="007653B3">
        <w:rPr>
          <w:rFonts w:ascii="Arial" w:hAnsi="Arial" w:cs="Arial"/>
          <w:spacing w:val="3"/>
          <w:sz w:val="24"/>
          <w:szCs w:val="24"/>
        </w:rPr>
        <w:t>por</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ejemplo</w:t>
      </w:r>
      <w:proofErr w:type="spellEnd"/>
      <w:r w:rsidRPr="007653B3">
        <w:rPr>
          <w:rFonts w:ascii="Arial" w:hAnsi="Arial" w:cs="Arial"/>
          <w:sz w:val="24"/>
          <w:szCs w:val="24"/>
        </w:rPr>
        <w:t xml:space="preserve">, </w:t>
      </w:r>
      <w:proofErr w:type="spellStart"/>
      <w:r w:rsidRPr="007653B3">
        <w:rPr>
          <w:rFonts w:ascii="Arial" w:hAnsi="Arial" w:cs="Arial"/>
          <w:sz w:val="24"/>
          <w:szCs w:val="24"/>
        </w:rPr>
        <w:t>imágenes</w:t>
      </w:r>
      <w:proofErr w:type="spellEnd"/>
      <w:r w:rsidRPr="007653B3">
        <w:rPr>
          <w:rFonts w:ascii="Arial" w:hAnsi="Arial" w:cs="Arial"/>
          <w:sz w:val="24"/>
          <w:szCs w:val="24"/>
        </w:rPr>
        <w:t xml:space="preserve">, </w:t>
      </w:r>
      <w:proofErr w:type="spellStart"/>
      <w:r w:rsidRPr="007653B3">
        <w:rPr>
          <w:rFonts w:ascii="Arial" w:hAnsi="Arial" w:cs="Arial"/>
          <w:sz w:val="24"/>
          <w:szCs w:val="24"/>
        </w:rPr>
        <w:t>olores</w:t>
      </w:r>
      <w:proofErr w:type="spellEnd"/>
      <w:r w:rsidRPr="007653B3">
        <w:rPr>
          <w:rFonts w:ascii="Arial" w:hAnsi="Arial" w:cs="Arial"/>
          <w:sz w:val="24"/>
          <w:szCs w:val="24"/>
        </w:rPr>
        <w:t xml:space="preserve">, que lo </w:t>
      </w:r>
      <w:proofErr w:type="spellStart"/>
      <w:r w:rsidRPr="007653B3">
        <w:rPr>
          <w:rFonts w:ascii="Arial" w:hAnsi="Arial" w:cs="Arial"/>
          <w:sz w:val="24"/>
          <w:szCs w:val="24"/>
        </w:rPr>
        <w:t>miren</w:t>
      </w:r>
      <w:proofErr w:type="spellEnd"/>
      <w:r w:rsidRPr="007653B3">
        <w:rPr>
          <w:rFonts w:ascii="Arial" w:hAnsi="Arial" w:cs="Arial"/>
          <w:sz w:val="24"/>
          <w:szCs w:val="24"/>
        </w:rPr>
        <w:t xml:space="preserve"> a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r w:rsidRPr="007653B3">
        <w:rPr>
          <w:rFonts w:ascii="Arial" w:hAnsi="Arial" w:cs="Arial"/>
          <w:spacing w:val="6"/>
          <w:sz w:val="24"/>
          <w:szCs w:val="24"/>
        </w:rPr>
        <w:t xml:space="preserve">ojos </w:t>
      </w:r>
      <w:proofErr w:type="spellStart"/>
      <w:r w:rsidRPr="007653B3">
        <w:rPr>
          <w:rFonts w:ascii="Arial" w:hAnsi="Arial" w:cs="Arial"/>
          <w:sz w:val="24"/>
          <w:szCs w:val="24"/>
        </w:rPr>
        <w:t>preguntándole</w:t>
      </w:r>
      <w:proofErr w:type="spellEnd"/>
      <w:r w:rsidRPr="007653B3">
        <w:rPr>
          <w:rFonts w:ascii="Arial" w:hAnsi="Arial" w:cs="Arial"/>
          <w:sz w:val="24"/>
          <w:szCs w:val="24"/>
        </w:rPr>
        <w:t xml:space="preserve"> </w:t>
      </w:r>
      <w:proofErr w:type="spellStart"/>
      <w:r w:rsidRPr="007653B3">
        <w:rPr>
          <w:rFonts w:ascii="Arial" w:hAnsi="Arial" w:cs="Arial"/>
          <w:spacing w:val="6"/>
          <w:sz w:val="24"/>
          <w:szCs w:val="24"/>
        </w:rPr>
        <w:t>por</w:t>
      </w:r>
      <w:proofErr w:type="spellEnd"/>
      <w:r w:rsidRPr="007653B3">
        <w:rPr>
          <w:rFonts w:ascii="Arial" w:hAnsi="Arial" w:cs="Arial"/>
          <w:spacing w:val="6"/>
          <w:sz w:val="24"/>
          <w:szCs w:val="24"/>
        </w:rPr>
        <w:t xml:space="preserve"> </w:t>
      </w:r>
      <w:proofErr w:type="spellStart"/>
      <w:r w:rsidRPr="007653B3">
        <w:rPr>
          <w:rFonts w:ascii="Arial" w:hAnsi="Arial" w:cs="Arial"/>
          <w:spacing w:val="3"/>
          <w:sz w:val="24"/>
          <w:szCs w:val="24"/>
        </w:rPr>
        <w:t>su</w:t>
      </w:r>
      <w:proofErr w:type="spellEnd"/>
      <w:r w:rsidRPr="007653B3">
        <w:rPr>
          <w:rFonts w:ascii="Arial" w:hAnsi="Arial" w:cs="Arial"/>
          <w:spacing w:val="8"/>
          <w:sz w:val="24"/>
          <w:szCs w:val="24"/>
        </w:rPr>
        <w:t xml:space="preserve"> </w:t>
      </w:r>
      <w:proofErr w:type="spellStart"/>
      <w:r w:rsidRPr="007653B3">
        <w:rPr>
          <w:rFonts w:ascii="Arial" w:hAnsi="Arial" w:cs="Arial"/>
          <w:sz w:val="24"/>
          <w:szCs w:val="24"/>
        </w:rPr>
        <w:t>estado</w:t>
      </w:r>
      <w:proofErr w:type="spellEnd"/>
      <w:r w:rsidRPr="007653B3">
        <w:rPr>
          <w:rFonts w:ascii="Arial" w:hAnsi="Arial" w:cs="Arial"/>
          <w:sz w:val="24"/>
          <w:szCs w:val="24"/>
        </w:rPr>
        <w:t>).</w:t>
      </w:r>
    </w:p>
    <w:p w14:paraId="47663168" w14:textId="77777777" w:rsidR="00893C50" w:rsidRPr="007653B3" w:rsidRDefault="00893C50" w:rsidP="00893C50">
      <w:pPr>
        <w:pStyle w:val="Prrafodelista"/>
        <w:widowControl w:val="0"/>
        <w:numPr>
          <w:ilvl w:val="0"/>
          <w:numId w:val="50"/>
        </w:numPr>
        <w:tabs>
          <w:tab w:val="left" w:pos="812"/>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pacing w:val="-3"/>
          <w:sz w:val="24"/>
          <w:szCs w:val="24"/>
        </w:rPr>
        <w:t>Retirar</w:t>
      </w:r>
      <w:proofErr w:type="spellEnd"/>
      <w:r w:rsidRPr="007653B3">
        <w:rPr>
          <w:rFonts w:ascii="Arial" w:hAnsi="Arial" w:cs="Arial"/>
          <w:spacing w:val="-3"/>
          <w:sz w:val="24"/>
          <w:szCs w:val="24"/>
        </w:rPr>
        <w:t xml:space="preserve"> </w:t>
      </w:r>
      <w:proofErr w:type="spellStart"/>
      <w:r w:rsidRPr="007653B3">
        <w:rPr>
          <w:rFonts w:ascii="Arial" w:hAnsi="Arial" w:cs="Arial"/>
          <w:spacing w:val="2"/>
          <w:sz w:val="24"/>
          <w:szCs w:val="24"/>
        </w:rPr>
        <w:t>elementos</w:t>
      </w:r>
      <w:proofErr w:type="spellEnd"/>
      <w:r w:rsidRPr="007653B3">
        <w:rPr>
          <w:rFonts w:ascii="Arial" w:hAnsi="Arial" w:cs="Arial"/>
          <w:spacing w:val="2"/>
          <w:sz w:val="24"/>
          <w:szCs w:val="24"/>
        </w:rPr>
        <w:t xml:space="preserve"> </w:t>
      </w:r>
      <w:proofErr w:type="spellStart"/>
      <w:r w:rsidRPr="007653B3">
        <w:rPr>
          <w:rFonts w:ascii="Arial" w:hAnsi="Arial" w:cs="Arial"/>
          <w:spacing w:val="2"/>
          <w:sz w:val="24"/>
          <w:szCs w:val="24"/>
        </w:rPr>
        <w:t>peligrosos</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que </w:t>
      </w:r>
      <w:proofErr w:type="spellStart"/>
      <w:r w:rsidRPr="007653B3">
        <w:rPr>
          <w:rFonts w:ascii="Arial" w:hAnsi="Arial" w:cs="Arial"/>
          <w:spacing w:val="3"/>
          <w:sz w:val="24"/>
          <w:szCs w:val="24"/>
        </w:rPr>
        <w:t>estén</w:t>
      </w:r>
      <w:proofErr w:type="spellEnd"/>
      <w:r w:rsidRPr="007653B3">
        <w:rPr>
          <w:rFonts w:ascii="Arial" w:hAnsi="Arial" w:cs="Arial"/>
          <w:spacing w:val="3"/>
          <w:sz w:val="24"/>
          <w:szCs w:val="24"/>
        </w:rPr>
        <w:t xml:space="preserve"> </w:t>
      </w:r>
      <w:r w:rsidRPr="007653B3">
        <w:rPr>
          <w:rFonts w:ascii="Arial" w:hAnsi="Arial" w:cs="Arial"/>
          <w:spacing w:val="-3"/>
          <w:sz w:val="24"/>
          <w:szCs w:val="24"/>
        </w:rPr>
        <w:t xml:space="preserve">al </w:t>
      </w:r>
      <w:proofErr w:type="spellStart"/>
      <w:r w:rsidRPr="007653B3">
        <w:rPr>
          <w:rFonts w:ascii="Arial" w:hAnsi="Arial" w:cs="Arial"/>
          <w:sz w:val="24"/>
          <w:szCs w:val="24"/>
        </w:rPr>
        <w:t>alcance</w:t>
      </w:r>
      <w:proofErr w:type="spellEnd"/>
      <w:r w:rsidRPr="007653B3">
        <w:rPr>
          <w:rFonts w:ascii="Arial" w:hAnsi="Arial" w:cs="Arial"/>
          <w:sz w:val="24"/>
          <w:szCs w:val="24"/>
        </w:rPr>
        <w:t xml:space="preserve"> </w:t>
      </w:r>
      <w:r w:rsidRPr="007653B3">
        <w:rPr>
          <w:rFonts w:ascii="Arial" w:hAnsi="Arial" w:cs="Arial"/>
          <w:spacing w:val="6"/>
          <w:sz w:val="24"/>
          <w:szCs w:val="24"/>
        </w:rPr>
        <w:t xml:space="preserve">del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w:t>
      </w:r>
      <w:proofErr w:type="spellStart"/>
      <w:r w:rsidRPr="007653B3">
        <w:rPr>
          <w:rFonts w:ascii="Arial" w:hAnsi="Arial" w:cs="Arial"/>
          <w:sz w:val="24"/>
          <w:szCs w:val="24"/>
        </w:rPr>
        <w:t>tijeras</w:t>
      </w:r>
      <w:proofErr w:type="spellEnd"/>
      <w:r w:rsidRPr="007653B3">
        <w:rPr>
          <w:rFonts w:ascii="Arial" w:hAnsi="Arial" w:cs="Arial"/>
          <w:sz w:val="24"/>
          <w:szCs w:val="24"/>
        </w:rPr>
        <w:t xml:space="preserve">, </w:t>
      </w:r>
      <w:proofErr w:type="spellStart"/>
      <w:r w:rsidRPr="007653B3">
        <w:rPr>
          <w:rFonts w:ascii="Arial" w:hAnsi="Arial" w:cs="Arial"/>
          <w:sz w:val="24"/>
          <w:szCs w:val="24"/>
        </w:rPr>
        <w:t>cuchillos</w:t>
      </w:r>
      <w:proofErr w:type="spellEnd"/>
      <w:r w:rsidRPr="007653B3">
        <w:rPr>
          <w:rFonts w:ascii="Arial" w:hAnsi="Arial" w:cs="Arial"/>
          <w:sz w:val="24"/>
          <w:szCs w:val="24"/>
        </w:rPr>
        <w:t xml:space="preserve"> cartoneros, </w:t>
      </w:r>
      <w:proofErr w:type="spellStart"/>
      <w:r w:rsidRPr="007653B3">
        <w:rPr>
          <w:rFonts w:ascii="Arial" w:hAnsi="Arial" w:cs="Arial"/>
          <w:spacing w:val="3"/>
          <w:sz w:val="24"/>
          <w:szCs w:val="24"/>
        </w:rPr>
        <w:t>piedras</w:t>
      </w:r>
      <w:proofErr w:type="spellEnd"/>
      <w:r w:rsidRPr="007653B3">
        <w:rPr>
          <w:rFonts w:ascii="Arial" w:hAnsi="Arial" w:cs="Arial"/>
          <w:spacing w:val="3"/>
          <w:sz w:val="24"/>
          <w:szCs w:val="24"/>
        </w:rPr>
        <w:t>, palos,</w:t>
      </w:r>
      <w:r w:rsidRPr="007653B3">
        <w:rPr>
          <w:rFonts w:ascii="Arial" w:hAnsi="Arial" w:cs="Arial"/>
          <w:spacing w:val="10"/>
          <w:sz w:val="24"/>
          <w:szCs w:val="24"/>
        </w:rPr>
        <w:t xml:space="preserve"> </w:t>
      </w:r>
      <w:proofErr w:type="spellStart"/>
      <w:r w:rsidRPr="007653B3">
        <w:rPr>
          <w:rFonts w:ascii="Arial" w:hAnsi="Arial" w:cs="Arial"/>
          <w:sz w:val="24"/>
          <w:szCs w:val="24"/>
        </w:rPr>
        <w:t>otros</w:t>
      </w:r>
      <w:proofErr w:type="spellEnd"/>
      <w:r w:rsidRPr="007653B3">
        <w:rPr>
          <w:rFonts w:ascii="Arial" w:hAnsi="Arial" w:cs="Arial"/>
          <w:sz w:val="24"/>
          <w:szCs w:val="24"/>
        </w:rPr>
        <w:t>.</w:t>
      </w:r>
    </w:p>
    <w:p w14:paraId="36824DEE" w14:textId="77777777" w:rsidR="00893C50" w:rsidRPr="007653B3" w:rsidRDefault="00893C50" w:rsidP="00893C50">
      <w:pPr>
        <w:pStyle w:val="Prrafodelista"/>
        <w:widowControl w:val="0"/>
        <w:numPr>
          <w:ilvl w:val="0"/>
          <w:numId w:val="50"/>
        </w:numPr>
        <w:tabs>
          <w:tab w:val="left" w:pos="812"/>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Reducir</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estímulos</w:t>
      </w:r>
      <w:proofErr w:type="spellEnd"/>
      <w:r w:rsidRPr="007653B3">
        <w:rPr>
          <w:rFonts w:ascii="Arial" w:hAnsi="Arial" w:cs="Arial"/>
          <w:sz w:val="24"/>
          <w:szCs w:val="24"/>
        </w:rPr>
        <w:t xml:space="preserve"> que </w:t>
      </w:r>
      <w:proofErr w:type="spellStart"/>
      <w:r w:rsidRPr="007653B3">
        <w:rPr>
          <w:rFonts w:ascii="Arial" w:hAnsi="Arial" w:cs="Arial"/>
          <w:spacing w:val="5"/>
          <w:sz w:val="24"/>
          <w:szCs w:val="24"/>
        </w:rPr>
        <w:t>provoquen</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inquietud</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como</w:t>
      </w:r>
      <w:proofErr w:type="spellEnd"/>
      <w:r w:rsidRPr="007653B3">
        <w:rPr>
          <w:rFonts w:ascii="Arial" w:hAnsi="Arial" w:cs="Arial"/>
          <w:spacing w:val="4"/>
          <w:sz w:val="24"/>
          <w:szCs w:val="24"/>
        </w:rPr>
        <w:t xml:space="preserve"> </w:t>
      </w:r>
      <w:r w:rsidRPr="007653B3">
        <w:rPr>
          <w:rFonts w:ascii="Arial" w:hAnsi="Arial" w:cs="Arial"/>
          <w:sz w:val="24"/>
          <w:szCs w:val="24"/>
        </w:rPr>
        <w:t>luz,</w:t>
      </w:r>
      <w:r w:rsidRPr="007653B3">
        <w:rPr>
          <w:rFonts w:ascii="Arial" w:hAnsi="Arial" w:cs="Arial"/>
          <w:spacing w:val="8"/>
          <w:sz w:val="24"/>
          <w:szCs w:val="24"/>
        </w:rPr>
        <w:t xml:space="preserve"> </w:t>
      </w:r>
      <w:proofErr w:type="spellStart"/>
      <w:r w:rsidRPr="007653B3">
        <w:rPr>
          <w:rFonts w:ascii="Arial" w:hAnsi="Arial" w:cs="Arial"/>
          <w:spacing w:val="2"/>
          <w:sz w:val="24"/>
          <w:szCs w:val="24"/>
        </w:rPr>
        <w:t>ruidos</w:t>
      </w:r>
      <w:proofErr w:type="spellEnd"/>
      <w:r w:rsidRPr="007653B3">
        <w:rPr>
          <w:rFonts w:ascii="Arial" w:hAnsi="Arial" w:cs="Arial"/>
          <w:spacing w:val="2"/>
          <w:sz w:val="24"/>
          <w:szCs w:val="24"/>
        </w:rPr>
        <w:t>.</w:t>
      </w:r>
    </w:p>
    <w:p w14:paraId="3FF4738F" w14:textId="77777777" w:rsidR="00893C50" w:rsidRPr="00107EBD" w:rsidRDefault="00893C50" w:rsidP="00893C50">
      <w:pPr>
        <w:pStyle w:val="Prrafodelista"/>
        <w:widowControl w:val="0"/>
        <w:numPr>
          <w:ilvl w:val="0"/>
          <w:numId w:val="50"/>
        </w:numPr>
        <w:tabs>
          <w:tab w:val="left" w:pos="812"/>
        </w:tabs>
        <w:autoSpaceDE w:val="0"/>
        <w:autoSpaceDN w:val="0"/>
        <w:spacing w:before="25"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Evitar</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aglomeraciones</w:t>
      </w:r>
      <w:proofErr w:type="spellEnd"/>
      <w:r w:rsidRPr="007653B3">
        <w:rPr>
          <w:rFonts w:ascii="Arial" w:hAnsi="Arial" w:cs="Arial"/>
          <w:spacing w:val="2"/>
          <w:sz w:val="24"/>
          <w:szCs w:val="24"/>
        </w:rPr>
        <w:t xml:space="preserve"> </w:t>
      </w:r>
      <w:r w:rsidRPr="007653B3">
        <w:rPr>
          <w:rFonts w:ascii="Arial" w:hAnsi="Arial" w:cs="Arial"/>
          <w:spacing w:val="5"/>
          <w:sz w:val="24"/>
          <w:szCs w:val="24"/>
        </w:rPr>
        <w:t xml:space="preserve">de </w:t>
      </w:r>
      <w:r w:rsidRPr="007653B3">
        <w:rPr>
          <w:rFonts w:ascii="Arial" w:hAnsi="Arial" w:cs="Arial"/>
          <w:spacing w:val="2"/>
          <w:sz w:val="24"/>
          <w:szCs w:val="24"/>
        </w:rPr>
        <w:t xml:space="preserve">personas </w:t>
      </w:r>
      <w:r w:rsidRPr="007653B3">
        <w:rPr>
          <w:rFonts w:ascii="Arial" w:hAnsi="Arial" w:cs="Arial"/>
          <w:sz w:val="24"/>
          <w:szCs w:val="24"/>
        </w:rPr>
        <w:t>que</w:t>
      </w:r>
      <w:r w:rsidRPr="007653B3">
        <w:rPr>
          <w:rFonts w:ascii="Arial" w:hAnsi="Arial" w:cs="Arial"/>
          <w:spacing w:val="43"/>
          <w:sz w:val="24"/>
          <w:szCs w:val="24"/>
        </w:rPr>
        <w:t xml:space="preserve"> </w:t>
      </w:r>
      <w:proofErr w:type="spellStart"/>
      <w:r w:rsidRPr="007653B3">
        <w:rPr>
          <w:rFonts w:ascii="Arial" w:hAnsi="Arial" w:cs="Arial"/>
          <w:spacing w:val="2"/>
          <w:sz w:val="24"/>
          <w:szCs w:val="24"/>
        </w:rPr>
        <w:t>observan</w:t>
      </w:r>
      <w:proofErr w:type="spellEnd"/>
      <w:r w:rsidRPr="007653B3">
        <w:rPr>
          <w:rFonts w:ascii="Arial" w:hAnsi="Arial" w:cs="Arial"/>
          <w:spacing w:val="2"/>
          <w:sz w:val="24"/>
          <w:szCs w:val="24"/>
        </w:rPr>
        <w:t>.</w:t>
      </w:r>
    </w:p>
    <w:p w14:paraId="20021576" w14:textId="77777777" w:rsidR="00893C50" w:rsidRPr="007653B3" w:rsidRDefault="00893C50" w:rsidP="00893C50">
      <w:pPr>
        <w:pStyle w:val="Prrafodelista"/>
        <w:tabs>
          <w:tab w:val="left" w:pos="812"/>
        </w:tabs>
        <w:spacing w:before="25" w:line="360" w:lineRule="auto"/>
        <w:ind w:right="49"/>
        <w:rPr>
          <w:rFonts w:ascii="Arial" w:hAnsi="Arial" w:cs="Arial"/>
          <w:sz w:val="24"/>
          <w:szCs w:val="24"/>
        </w:rPr>
      </w:pPr>
    </w:p>
    <w:p w14:paraId="0AFE018C" w14:textId="77777777" w:rsidR="00893C50" w:rsidRPr="00893C50" w:rsidRDefault="00893C50" w:rsidP="00893C50">
      <w:pPr>
        <w:pStyle w:val="Ttulo1"/>
        <w:keepNext w:val="0"/>
        <w:keepLines w:val="0"/>
        <w:widowControl w:val="0"/>
        <w:numPr>
          <w:ilvl w:val="0"/>
          <w:numId w:val="40"/>
        </w:numPr>
        <w:tabs>
          <w:tab w:val="left" w:pos="752"/>
        </w:tabs>
        <w:autoSpaceDE w:val="0"/>
        <w:autoSpaceDN w:val="0"/>
        <w:spacing w:before="191" w:line="360" w:lineRule="auto"/>
        <w:ind w:left="0" w:right="49" w:firstLine="0"/>
        <w:jc w:val="both"/>
        <w:rPr>
          <w:rFonts w:ascii="Arial" w:hAnsi="Arial" w:cs="Arial"/>
          <w:color w:val="auto"/>
          <w:sz w:val="24"/>
          <w:szCs w:val="24"/>
        </w:rPr>
      </w:pPr>
      <w:proofErr w:type="spellStart"/>
      <w:r w:rsidRPr="00893C50">
        <w:rPr>
          <w:rFonts w:ascii="Arial" w:hAnsi="Arial" w:cs="Arial"/>
          <w:color w:val="auto"/>
          <w:spacing w:val="-4"/>
          <w:sz w:val="24"/>
          <w:szCs w:val="24"/>
        </w:rPr>
        <w:lastRenderedPageBreak/>
        <w:t>Características</w:t>
      </w:r>
      <w:proofErr w:type="spellEnd"/>
      <w:r w:rsidRPr="00893C50">
        <w:rPr>
          <w:rFonts w:ascii="Arial" w:hAnsi="Arial" w:cs="Arial"/>
          <w:color w:val="auto"/>
          <w:spacing w:val="-4"/>
          <w:sz w:val="24"/>
          <w:szCs w:val="24"/>
        </w:rPr>
        <w:t xml:space="preserve"> </w:t>
      </w:r>
      <w:proofErr w:type="spellStart"/>
      <w:r w:rsidRPr="00893C50">
        <w:rPr>
          <w:rFonts w:ascii="Arial" w:hAnsi="Arial" w:cs="Arial"/>
          <w:color w:val="auto"/>
          <w:sz w:val="24"/>
          <w:szCs w:val="24"/>
        </w:rPr>
        <w:t>requeridas</w:t>
      </w:r>
      <w:proofErr w:type="spellEnd"/>
      <w:r w:rsidRPr="00893C50">
        <w:rPr>
          <w:rFonts w:ascii="Arial" w:hAnsi="Arial" w:cs="Arial"/>
          <w:color w:val="auto"/>
          <w:sz w:val="24"/>
          <w:szCs w:val="24"/>
        </w:rPr>
        <w:t xml:space="preserve"> del </w:t>
      </w:r>
      <w:r w:rsidRPr="00893C50">
        <w:rPr>
          <w:rFonts w:ascii="Arial" w:hAnsi="Arial" w:cs="Arial"/>
          <w:color w:val="auto"/>
          <w:spacing w:val="-3"/>
          <w:sz w:val="24"/>
          <w:szCs w:val="24"/>
        </w:rPr>
        <w:t xml:space="preserve">personal </w:t>
      </w:r>
      <w:r w:rsidRPr="00893C50">
        <w:rPr>
          <w:rFonts w:ascii="Arial" w:hAnsi="Arial" w:cs="Arial"/>
          <w:color w:val="auto"/>
          <w:sz w:val="24"/>
          <w:szCs w:val="24"/>
        </w:rPr>
        <w:t xml:space="preserve">a </w:t>
      </w:r>
      <w:r w:rsidRPr="00893C50">
        <w:rPr>
          <w:rFonts w:ascii="Arial" w:hAnsi="Arial" w:cs="Arial"/>
          <w:color w:val="auto"/>
          <w:spacing w:val="-3"/>
          <w:sz w:val="24"/>
          <w:szCs w:val="24"/>
        </w:rPr>
        <w:t xml:space="preserve">cargo </w:t>
      </w:r>
      <w:proofErr w:type="spellStart"/>
      <w:r w:rsidRPr="00893C50">
        <w:rPr>
          <w:rFonts w:ascii="Arial" w:hAnsi="Arial" w:cs="Arial"/>
          <w:color w:val="auto"/>
          <w:spacing w:val="-3"/>
          <w:sz w:val="24"/>
          <w:szCs w:val="24"/>
        </w:rPr>
        <w:t>en</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pacing w:val="-4"/>
          <w:sz w:val="24"/>
          <w:szCs w:val="24"/>
        </w:rPr>
        <w:t>etapa</w:t>
      </w:r>
      <w:proofErr w:type="spellEnd"/>
      <w:r w:rsidRPr="00893C50">
        <w:rPr>
          <w:rFonts w:ascii="Arial" w:hAnsi="Arial" w:cs="Arial"/>
          <w:color w:val="auto"/>
          <w:spacing w:val="-4"/>
          <w:sz w:val="24"/>
          <w:szCs w:val="24"/>
        </w:rPr>
        <w:t xml:space="preserve"> </w:t>
      </w:r>
      <w:r w:rsidRPr="00893C50">
        <w:rPr>
          <w:rFonts w:ascii="Arial" w:hAnsi="Arial" w:cs="Arial"/>
          <w:color w:val="auto"/>
          <w:sz w:val="24"/>
          <w:szCs w:val="24"/>
        </w:rPr>
        <w:t>2 y 3 de</w:t>
      </w:r>
      <w:r w:rsidRPr="00893C50">
        <w:rPr>
          <w:rFonts w:ascii="Arial" w:hAnsi="Arial" w:cs="Arial"/>
          <w:color w:val="auto"/>
          <w:spacing w:val="21"/>
          <w:sz w:val="24"/>
          <w:szCs w:val="24"/>
        </w:rPr>
        <w:t xml:space="preserve"> </w:t>
      </w:r>
      <w:r w:rsidRPr="00893C50">
        <w:rPr>
          <w:rFonts w:ascii="Arial" w:hAnsi="Arial" w:cs="Arial"/>
          <w:color w:val="auto"/>
          <w:spacing w:val="-4"/>
          <w:sz w:val="24"/>
          <w:szCs w:val="24"/>
        </w:rPr>
        <w:t>DEC:</w:t>
      </w:r>
    </w:p>
    <w:p w14:paraId="4D8E1BBE" w14:textId="77777777" w:rsidR="00893C50" w:rsidRPr="00901BC0" w:rsidRDefault="00893C50" w:rsidP="00893C50">
      <w:pPr>
        <w:pStyle w:val="Textoindependiente"/>
        <w:spacing w:before="175"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estas</w:t>
      </w:r>
      <w:proofErr w:type="spellEnd"/>
      <w:r w:rsidRPr="00901BC0">
        <w:rPr>
          <w:rFonts w:ascii="Arial" w:hAnsi="Arial" w:cs="Arial"/>
        </w:rPr>
        <w:t xml:space="preserve"> </w:t>
      </w:r>
      <w:proofErr w:type="spellStart"/>
      <w:r w:rsidRPr="00901BC0">
        <w:rPr>
          <w:rFonts w:ascii="Arial" w:hAnsi="Arial" w:cs="Arial"/>
        </w:rPr>
        <w:t>etapas</w:t>
      </w:r>
      <w:proofErr w:type="spellEnd"/>
      <w:r w:rsidRPr="00901BC0">
        <w:rPr>
          <w:rFonts w:ascii="Arial" w:hAnsi="Arial" w:cs="Arial"/>
        </w:rPr>
        <w:t xml:space="preserve">, </w:t>
      </w:r>
      <w:proofErr w:type="spellStart"/>
      <w:r w:rsidRPr="00901BC0">
        <w:rPr>
          <w:rFonts w:ascii="Arial" w:hAnsi="Arial" w:cs="Arial"/>
        </w:rPr>
        <w:t>idealmente</w:t>
      </w:r>
      <w:proofErr w:type="spellEnd"/>
      <w:r w:rsidRPr="00901BC0">
        <w:rPr>
          <w:rFonts w:ascii="Arial" w:hAnsi="Arial" w:cs="Arial"/>
        </w:rPr>
        <w:t xml:space="preserve">, </w:t>
      </w:r>
      <w:proofErr w:type="spellStart"/>
      <w:r w:rsidRPr="00901BC0">
        <w:rPr>
          <w:rFonts w:ascii="Arial" w:hAnsi="Arial" w:cs="Arial"/>
        </w:rPr>
        <w:t>debe</w:t>
      </w:r>
      <w:proofErr w:type="spellEnd"/>
      <w:r w:rsidRPr="00901BC0">
        <w:rPr>
          <w:rFonts w:ascii="Arial" w:hAnsi="Arial" w:cs="Arial"/>
        </w:rPr>
        <w:t xml:space="preserve"> </w:t>
      </w:r>
      <w:proofErr w:type="spellStart"/>
      <w:r w:rsidRPr="00901BC0">
        <w:rPr>
          <w:rFonts w:ascii="Arial" w:hAnsi="Arial" w:cs="Arial"/>
        </w:rPr>
        <w:t>haber</w:t>
      </w:r>
      <w:proofErr w:type="spellEnd"/>
      <w:r w:rsidRPr="00901BC0">
        <w:rPr>
          <w:rFonts w:ascii="Arial" w:hAnsi="Arial" w:cs="Arial"/>
        </w:rPr>
        <w:t xml:space="preserve"> </w:t>
      </w:r>
      <w:proofErr w:type="spellStart"/>
      <w:r w:rsidRPr="00901BC0">
        <w:rPr>
          <w:rFonts w:ascii="Arial" w:hAnsi="Arial" w:cs="Arial"/>
        </w:rPr>
        <w:t>tres</w:t>
      </w:r>
      <w:proofErr w:type="spellEnd"/>
      <w:r w:rsidRPr="00901BC0">
        <w:rPr>
          <w:rFonts w:ascii="Arial" w:hAnsi="Arial" w:cs="Arial"/>
        </w:rPr>
        <w:t xml:space="preserve"> </w:t>
      </w:r>
      <w:proofErr w:type="spellStart"/>
      <w:r w:rsidRPr="00901BC0">
        <w:rPr>
          <w:rFonts w:ascii="Arial" w:hAnsi="Arial" w:cs="Arial"/>
        </w:rPr>
        <w:t>adultos</w:t>
      </w:r>
      <w:proofErr w:type="spellEnd"/>
      <w:r w:rsidRPr="00901BC0">
        <w:rPr>
          <w:rFonts w:ascii="Arial" w:hAnsi="Arial" w:cs="Arial"/>
        </w:rPr>
        <w:t xml:space="preserve"> a cargo de la </w:t>
      </w:r>
      <w:proofErr w:type="spellStart"/>
      <w:r w:rsidRPr="00901BC0">
        <w:rPr>
          <w:rFonts w:ascii="Arial" w:hAnsi="Arial" w:cs="Arial"/>
        </w:rPr>
        <w:t>situación</w:t>
      </w:r>
      <w:proofErr w:type="spellEnd"/>
      <w:r w:rsidRPr="00901BC0">
        <w:rPr>
          <w:rFonts w:ascii="Arial" w:hAnsi="Arial" w:cs="Arial"/>
        </w:rPr>
        <w:t xml:space="preserve"> de DEC, </w:t>
      </w:r>
      <w:proofErr w:type="spellStart"/>
      <w:r w:rsidRPr="00901BC0">
        <w:rPr>
          <w:rFonts w:ascii="Arial" w:hAnsi="Arial" w:cs="Arial"/>
        </w:rPr>
        <w:t>cada</w:t>
      </w:r>
      <w:proofErr w:type="spellEnd"/>
      <w:r w:rsidRPr="00901BC0">
        <w:rPr>
          <w:rFonts w:ascii="Arial" w:hAnsi="Arial" w:cs="Arial"/>
        </w:rPr>
        <w:t xml:space="preserve"> uno con </w:t>
      </w:r>
      <w:proofErr w:type="spellStart"/>
      <w:r w:rsidRPr="00901BC0">
        <w:rPr>
          <w:rFonts w:ascii="Arial" w:hAnsi="Arial" w:cs="Arial"/>
        </w:rPr>
        <w:t>diferentes</w:t>
      </w:r>
      <w:proofErr w:type="spellEnd"/>
      <w:r w:rsidRPr="00901BC0">
        <w:rPr>
          <w:rFonts w:ascii="Arial" w:hAnsi="Arial" w:cs="Arial"/>
        </w:rPr>
        <w:t xml:space="preserve"> </w:t>
      </w:r>
      <w:proofErr w:type="spellStart"/>
      <w:r w:rsidRPr="00901BC0">
        <w:rPr>
          <w:rFonts w:ascii="Arial" w:hAnsi="Arial" w:cs="Arial"/>
        </w:rPr>
        <w:t>funciones</w:t>
      </w:r>
      <w:proofErr w:type="spellEnd"/>
      <w:r w:rsidRPr="00901BC0">
        <w:rPr>
          <w:rFonts w:ascii="Arial" w:hAnsi="Arial" w:cs="Arial"/>
        </w:rPr>
        <w:t xml:space="preserve">: </w:t>
      </w:r>
      <w:proofErr w:type="spellStart"/>
      <w:r w:rsidRPr="00901BC0">
        <w:rPr>
          <w:rFonts w:ascii="Arial" w:hAnsi="Arial" w:cs="Arial"/>
        </w:rPr>
        <w:t>encargado</w:t>
      </w:r>
      <w:proofErr w:type="spellEnd"/>
      <w:r w:rsidRPr="00901BC0">
        <w:rPr>
          <w:rFonts w:ascii="Arial" w:hAnsi="Arial" w:cs="Arial"/>
        </w:rPr>
        <w:t xml:space="preserve">, </w:t>
      </w:r>
      <w:proofErr w:type="spellStart"/>
      <w:r w:rsidRPr="00901BC0">
        <w:rPr>
          <w:rFonts w:ascii="Arial" w:hAnsi="Arial" w:cs="Arial"/>
        </w:rPr>
        <w:t>acompañante</w:t>
      </w:r>
      <w:proofErr w:type="spellEnd"/>
      <w:r w:rsidRPr="00901BC0">
        <w:rPr>
          <w:rFonts w:ascii="Arial" w:hAnsi="Arial" w:cs="Arial"/>
        </w:rPr>
        <w:t xml:space="preserve"> </w:t>
      </w:r>
      <w:proofErr w:type="spellStart"/>
      <w:r w:rsidRPr="00901BC0">
        <w:rPr>
          <w:rFonts w:ascii="Arial" w:hAnsi="Arial" w:cs="Arial"/>
        </w:rPr>
        <w:t>interno</w:t>
      </w:r>
      <w:proofErr w:type="spellEnd"/>
      <w:r w:rsidRPr="00901BC0">
        <w:rPr>
          <w:rFonts w:ascii="Arial" w:hAnsi="Arial" w:cs="Arial"/>
        </w:rPr>
        <w:t xml:space="preserve"> y </w:t>
      </w:r>
      <w:proofErr w:type="spellStart"/>
      <w:r w:rsidRPr="00901BC0">
        <w:rPr>
          <w:rFonts w:ascii="Arial" w:hAnsi="Arial" w:cs="Arial"/>
        </w:rPr>
        <w:t>acompañante</w:t>
      </w:r>
      <w:proofErr w:type="spellEnd"/>
      <w:r w:rsidRPr="00901BC0">
        <w:rPr>
          <w:rFonts w:ascii="Arial" w:hAnsi="Arial" w:cs="Arial"/>
        </w:rPr>
        <w:t xml:space="preserve"> </w:t>
      </w:r>
      <w:proofErr w:type="spellStart"/>
      <w:r w:rsidRPr="00901BC0">
        <w:rPr>
          <w:rFonts w:ascii="Arial" w:hAnsi="Arial" w:cs="Arial"/>
        </w:rPr>
        <w:t>externo</w:t>
      </w:r>
      <w:proofErr w:type="spellEnd"/>
      <w:r w:rsidRPr="00901BC0">
        <w:rPr>
          <w:rFonts w:ascii="Arial" w:hAnsi="Arial" w:cs="Arial"/>
        </w:rPr>
        <w:t>.</w:t>
      </w:r>
    </w:p>
    <w:p w14:paraId="5FCB3797" w14:textId="77777777" w:rsidR="00893C50" w:rsidRPr="005F1480" w:rsidRDefault="00893C50" w:rsidP="00893C50">
      <w:pPr>
        <w:pStyle w:val="Prrafodelista"/>
        <w:widowControl w:val="0"/>
        <w:numPr>
          <w:ilvl w:val="0"/>
          <w:numId w:val="51"/>
        </w:numPr>
        <w:tabs>
          <w:tab w:val="left" w:pos="1232"/>
          <w:tab w:val="left" w:pos="1233"/>
        </w:tabs>
        <w:autoSpaceDE w:val="0"/>
        <w:autoSpaceDN w:val="0"/>
        <w:spacing w:before="13" w:after="0" w:line="360" w:lineRule="auto"/>
        <w:ind w:right="49"/>
        <w:contextualSpacing w:val="0"/>
        <w:jc w:val="both"/>
        <w:rPr>
          <w:rFonts w:ascii="Arial" w:hAnsi="Arial" w:cs="Arial"/>
          <w:sz w:val="24"/>
          <w:szCs w:val="24"/>
        </w:rPr>
      </w:pPr>
      <w:proofErr w:type="spellStart"/>
      <w:r w:rsidRPr="005F1480">
        <w:rPr>
          <w:rFonts w:ascii="Arial" w:hAnsi="Arial" w:cs="Arial"/>
          <w:b/>
          <w:sz w:val="24"/>
          <w:szCs w:val="24"/>
          <w:u w:val="single"/>
        </w:rPr>
        <w:t>Encargado</w:t>
      </w:r>
      <w:proofErr w:type="spellEnd"/>
      <w:r w:rsidRPr="005F1480">
        <w:rPr>
          <w:rFonts w:ascii="Arial" w:hAnsi="Arial" w:cs="Arial"/>
          <w:b/>
          <w:sz w:val="24"/>
          <w:szCs w:val="24"/>
          <w:u w:val="single"/>
        </w:rPr>
        <w:t>/a:</w:t>
      </w:r>
      <w:r w:rsidRPr="005F1480">
        <w:rPr>
          <w:rFonts w:ascii="Arial" w:hAnsi="Arial" w:cs="Arial"/>
          <w:b/>
          <w:sz w:val="24"/>
          <w:szCs w:val="24"/>
        </w:rPr>
        <w:t xml:space="preserve"> </w:t>
      </w:r>
      <w:r w:rsidRPr="005F1480">
        <w:rPr>
          <w:rFonts w:ascii="Arial" w:hAnsi="Arial" w:cs="Arial"/>
          <w:spacing w:val="2"/>
          <w:sz w:val="24"/>
          <w:szCs w:val="24"/>
        </w:rPr>
        <w:t xml:space="preserve">Persona </w:t>
      </w:r>
      <w:r w:rsidRPr="005F1480">
        <w:rPr>
          <w:rFonts w:ascii="Arial" w:hAnsi="Arial" w:cs="Arial"/>
          <w:sz w:val="24"/>
          <w:szCs w:val="24"/>
        </w:rPr>
        <w:t xml:space="preserve">a cargo </w:t>
      </w:r>
      <w:r w:rsidRPr="005F1480">
        <w:rPr>
          <w:rFonts w:ascii="Arial" w:hAnsi="Arial" w:cs="Arial"/>
          <w:spacing w:val="5"/>
          <w:sz w:val="24"/>
          <w:szCs w:val="24"/>
        </w:rPr>
        <w:t xml:space="preserve">de </w:t>
      </w:r>
      <w:r w:rsidRPr="005F1480">
        <w:rPr>
          <w:rFonts w:ascii="Arial" w:hAnsi="Arial" w:cs="Arial"/>
          <w:sz w:val="24"/>
          <w:szCs w:val="24"/>
        </w:rPr>
        <w:t xml:space="preserve">la </w:t>
      </w:r>
      <w:proofErr w:type="spellStart"/>
      <w:r w:rsidRPr="005F1480">
        <w:rPr>
          <w:rFonts w:ascii="Arial" w:hAnsi="Arial" w:cs="Arial"/>
          <w:sz w:val="24"/>
          <w:szCs w:val="24"/>
        </w:rPr>
        <w:t>situación</w:t>
      </w:r>
      <w:proofErr w:type="spellEnd"/>
      <w:r w:rsidRPr="005F1480">
        <w:rPr>
          <w:rFonts w:ascii="Arial" w:hAnsi="Arial" w:cs="Arial"/>
          <w:sz w:val="24"/>
          <w:szCs w:val="24"/>
        </w:rPr>
        <w:t xml:space="preserve">, </w:t>
      </w:r>
      <w:r w:rsidRPr="005F1480">
        <w:rPr>
          <w:rFonts w:ascii="Arial" w:hAnsi="Arial" w:cs="Arial"/>
          <w:spacing w:val="5"/>
          <w:sz w:val="24"/>
          <w:szCs w:val="24"/>
        </w:rPr>
        <w:t xml:space="preserve">con </w:t>
      </w:r>
      <w:proofErr w:type="spellStart"/>
      <w:r w:rsidRPr="005F1480">
        <w:rPr>
          <w:rFonts w:ascii="Arial" w:hAnsi="Arial" w:cs="Arial"/>
          <w:sz w:val="24"/>
          <w:szCs w:val="24"/>
        </w:rPr>
        <w:t>rol</w:t>
      </w:r>
      <w:proofErr w:type="spellEnd"/>
      <w:r w:rsidRPr="005F1480">
        <w:rPr>
          <w:rFonts w:ascii="Arial" w:hAnsi="Arial" w:cs="Arial"/>
          <w:sz w:val="24"/>
          <w:szCs w:val="24"/>
        </w:rPr>
        <w:t xml:space="preserve"> </w:t>
      </w:r>
      <w:proofErr w:type="spellStart"/>
      <w:r w:rsidRPr="005F1480">
        <w:rPr>
          <w:rFonts w:ascii="Arial" w:hAnsi="Arial" w:cs="Arial"/>
          <w:spacing w:val="4"/>
          <w:sz w:val="24"/>
          <w:szCs w:val="24"/>
        </w:rPr>
        <w:t>mediador</w:t>
      </w:r>
      <w:proofErr w:type="spellEnd"/>
      <w:r w:rsidRPr="005F1480">
        <w:rPr>
          <w:rFonts w:ascii="Arial" w:hAnsi="Arial" w:cs="Arial"/>
          <w:spacing w:val="4"/>
          <w:sz w:val="24"/>
          <w:szCs w:val="24"/>
        </w:rPr>
        <w:t xml:space="preserve"> </w:t>
      </w:r>
      <w:r w:rsidRPr="005F1480">
        <w:rPr>
          <w:rFonts w:ascii="Arial" w:hAnsi="Arial" w:cs="Arial"/>
          <w:sz w:val="24"/>
          <w:szCs w:val="24"/>
        </w:rPr>
        <w:t xml:space="preserve">y </w:t>
      </w:r>
      <w:proofErr w:type="spellStart"/>
      <w:r w:rsidRPr="005F1480">
        <w:rPr>
          <w:rFonts w:ascii="Arial" w:hAnsi="Arial" w:cs="Arial"/>
          <w:sz w:val="24"/>
          <w:szCs w:val="24"/>
        </w:rPr>
        <w:t>acompañante</w:t>
      </w:r>
      <w:proofErr w:type="spellEnd"/>
      <w:r w:rsidRPr="005F1480">
        <w:rPr>
          <w:rFonts w:ascii="Arial" w:hAnsi="Arial" w:cs="Arial"/>
          <w:sz w:val="24"/>
          <w:szCs w:val="24"/>
        </w:rPr>
        <w:t xml:space="preserve"> </w:t>
      </w:r>
      <w:proofErr w:type="spellStart"/>
      <w:r w:rsidRPr="005F1480">
        <w:rPr>
          <w:rFonts w:ascii="Arial" w:hAnsi="Arial" w:cs="Arial"/>
          <w:sz w:val="24"/>
          <w:szCs w:val="24"/>
        </w:rPr>
        <w:t>directo</w:t>
      </w:r>
      <w:proofErr w:type="spellEnd"/>
      <w:r w:rsidRPr="005F1480">
        <w:rPr>
          <w:rFonts w:ascii="Arial" w:hAnsi="Arial" w:cs="Arial"/>
          <w:sz w:val="24"/>
          <w:szCs w:val="24"/>
        </w:rPr>
        <w:t xml:space="preserve"> </w:t>
      </w:r>
      <w:proofErr w:type="spellStart"/>
      <w:r w:rsidRPr="005F1480">
        <w:rPr>
          <w:rFonts w:ascii="Arial" w:hAnsi="Arial" w:cs="Arial"/>
          <w:spacing w:val="-3"/>
          <w:sz w:val="24"/>
          <w:szCs w:val="24"/>
        </w:rPr>
        <w:t>durante</w:t>
      </w:r>
      <w:proofErr w:type="spellEnd"/>
      <w:r w:rsidRPr="005F1480">
        <w:rPr>
          <w:rFonts w:ascii="Arial" w:hAnsi="Arial" w:cs="Arial"/>
          <w:spacing w:val="-3"/>
          <w:sz w:val="24"/>
          <w:szCs w:val="24"/>
        </w:rPr>
        <w:t xml:space="preserve"> </w:t>
      </w:r>
      <w:proofErr w:type="spellStart"/>
      <w:r w:rsidRPr="005F1480">
        <w:rPr>
          <w:rFonts w:ascii="Arial" w:hAnsi="Arial" w:cs="Arial"/>
          <w:spacing w:val="2"/>
          <w:sz w:val="24"/>
          <w:szCs w:val="24"/>
        </w:rPr>
        <w:t>todo</w:t>
      </w:r>
      <w:proofErr w:type="spellEnd"/>
      <w:r w:rsidRPr="005F1480">
        <w:rPr>
          <w:rFonts w:ascii="Arial" w:hAnsi="Arial" w:cs="Arial"/>
          <w:spacing w:val="2"/>
          <w:sz w:val="24"/>
          <w:szCs w:val="24"/>
        </w:rPr>
        <w:t xml:space="preserve"> </w:t>
      </w:r>
      <w:proofErr w:type="spellStart"/>
      <w:r w:rsidRPr="005F1480">
        <w:rPr>
          <w:rFonts w:ascii="Arial" w:hAnsi="Arial" w:cs="Arial"/>
          <w:spacing w:val="5"/>
          <w:sz w:val="24"/>
          <w:szCs w:val="24"/>
        </w:rPr>
        <w:t>el</w:t>
      </w:r>
      <w:proofErr w:type="spellEnd"/>
      <w:r w:rsidRPr="005F1480">
        <w:rPr>
          <w:rFonts w:ascii="Arial" w:hAnsi="Arial" w:cs="Arial"/>
          <w:spacing w:val="5"/>
          <w:sz w:val="24"/>
          <w:szCs w:val="24"/>
        </w:rPr>
        <w:t xml:space="preserve"> </w:t>
      </w:r>
      <w:proofErr w:type="spellStart"/>
      <w:r w:rsidRPr="005F1480">
        <w:rPr>
          <w:rFonts w:ascii="Arial" w:hAnsi="Arial" w:cs="Arial"/>
          <w:spacing w:val="5"/>
          <w:sz w:val="24"/>
          <w:szCs w:val="24"/>
        </w:rPr>
        <w:t>proceso</w:t>
      </w:r>
      <w:proofErr w:type="spellEnd"/>
      <w:r w:rsidRPr="005F1480">
        <w:rPr>
          <w:rFonts w:ascii="Arial" w:hAnsi="Arial" w:cs="Arial"/>
          <w:spacing w:val="5"/>
          <w:sz w:val="24"/>
          <w:szCs w:val="24"/>
        </w:rPr>
        <w:t xml:space="preserve">. </w:t>
      </w:r>
      <w:r w:rsidRPr="005F1480">
        <w:rPr>
          <w:rFonts w:ascii="Arial" w:hAnsi="Arial" w:cs="Arial"/>
          <w:sz w:val="24"/>
          <w:szCs w:val="24"/>
        </w:rPr>
        <w:t xml:space="preserve">Es </w:t>
      </w:r>
      <w:proofErr w:type="spellStart"/>
      <w:r w:rsidRPr="005F1480">
        <w:rPr>
          <w:rFonts w:ascii="Arial" w:hAnsi="Arial" w:cs="Arial"/>
          <w:spacing w:val="5"/>
          <w:sz w:val="24"/>
          <w:szCs w:val="24"/>
        </w:rPr>
        <w:t>deseable</w:t>
      </w:r>
      <w:proofErr w:type="spellEnd"/>
      <w:r w:rsidRPr="005F1480">
        <w:rPr>
          <w:rFonts w:ascii="Arial" w:hAnsi="Arial" w:cs="Arial"/>
          <w:spacing w:val="5"/>
          <w:sz w:val="24"/>
          <w:szCs w:val="24"/>
        </w:rPr>
        <w:t xml:space="preserve"> </w:t>
      </w:r>
      <w:r w:rsidRPr="005F1480">
        <w:rPr>
          <w:rFonts w:ascii="Arial" w:hAnsi="Arial" w:cs="Arial"/>
          <w:sz w:val="24"/>
          <w:szCs w:val="24"/>
        </w:rPr>
        <w:t xml:space="preserve">que </w:t>
      </w:r>
      <w:proofErr w:type="spellStart"/>
      <w:r w:rsidRPr="005F1480">
        <w:rPr>
          <w:rFonts w:ascii="Arial" w:hAnsi="Arial" w:cs="Arial"/>
          <w:sz w:val="24"/>
          <w:szCs w:val="24"/>
        </w:rPr>
        <w:t>tenga</w:t>
      </w:r>
      <w:proofErr w:type="spellEnd"/>
      <w:r w:rsidRPr="005F1480">
        <w:rPr>
          <w:rFonts w:ascii="Arial" w:hAnsi="Arial" w:cs="Arial"/>
          <w:sz w:val="24"/>
          <w:szCs w:val="24"/>
        </w:rPr>
        <w:t xml:space="preserve"> </w:t>
      </w:r>
      <w:r w:rsidRPr="005F1480">
        <w:rPr>
          <w:rFonts w:ascii="Arial" w:hAnsi="Arial" w:cs="Arial"/>
          <w:spacing w:val="-3"/>
          <w:sz w:val="24"/>
          <w:szCs w:val="24"/>
        </w:rPr>
        <w:t xml:space="preserve">un </w:t>
      </w:r>
      <w:proofErr w:type="spellStart"/>
      <w:r w:rsidRPr="005F1480">
        <w:rPr>
          <w:rFonts w:ascii="Arial" w:hAnsi="Arial" w:cs="Arial"/>
          <w:sz w:val="24"/>
          <w:szCs w:val="24"/>
        </w:rPr>
        <w:t>vínculo</w:t>
      </w:r>
      <w:proofErr w:type="spellEnd"/>
      <w:r w:rsidRPr="005F1480">
        <w:rPr>
          <w:rFonts w:ascii="Arial" w:hAnsi="Arial" w:cs="Arial"/>
          <w:sz w:val="24"/>
          <w:szCs w:val="24"/>
        </w:rPr>
        <w:t xml:space="preserve"> </w:t>
      </w:r>
      <w:proofErr w:type="spellStart"/>
      <w:r w:rsidRPr="005F1480">
        <w:rPr>
          <w:rFonts w:ascii="Arial" w:hAnsi="Arial" w:cs="Arial"/>
          <w:spacing w:val="3"/>
          <w:sz w:val="24"/>
          <w:szCs w:val="24"/>
        </w:rPr>
        <w:t>previo</w:t>
      </w:r>
      <w:proofErr w:type="spellEnd"/>
      <w:r w:rsidRPr="005F1480">
        <w:rPr>
          <w:rFonts w:ascii="Arial" w:hAnsi="Arial" w:cs="Arial"/>
          <w:spacing w:val="3"/>
          <w:sz w:val="24"/>
          <w:szCs w:val="24"/>
        </w:rPr>
        <w:t xml:space="preserve"> </w:t>
      </w:r>
      <w:r w:rsidRPr="005F1480">
        <w:rPr>
          <w:rFonts w:ascii="Arial" w:hAnsi="Arial" w:cs="Arial"/>
          <w:spacing w:val="5"/>
          <w:sz w:val="24"/>
          <w:szCs w:val="24"/>
        </w:rPr>
        <w:t xml:space="preserve">de </w:t>
      </w:r>
      <w:proofErr w:type="spellStart"/>
      <w:r w:rsidRPr="005F1480">
        <w:rPr>
          <w:rFonts w:ascii="Arial" w:hAnsi="Arial" w:cs="Arial"/>
          <w:sz w:val="24"/>
          <w:szCs w:val="24"/>
        </w:rPr>
        <w:t>confianza</w:t>
      </w:r>
      <w:proofErr w:type="spellEnd"/>
      <w:r w:rsidRPr="005F1480">
        <w:rPr>
          <w:rFonts w:ascii="Arial" w:hAnsi="Arial" w:cs="Arial"/>
          <w:sz w:val="24"/>
          <w:szCs w:val="24"/>
        </w:rPr>
        <w:t xml:space="preserve"> </w:t>
      </w:r>
      <w:r w:rsidRPr="005F1480">
        <w:rPr>
          <w:rFonts w:ascii="Arial" w:hAnsi="Arial" w:cs="Arial"/>
          <w:spacing w:val="5"/>
          <w:sz w:val="24"/>
          <w:szCs w:val="24"/>
        </w:rPr>
        <w:t xml:space="preserve">con </w:t>
      </w:r>
      <w:proofErr w:type="spellStart"/>
      <w:r w:rsidRPr="005F1480">
        <w:rPr>
          <w:rFonts w:ascii="Arial" w:hAnsi="Arial" w:cs="Arial"/>
          <w:spacing w:val="5"/>
          <w:sz w:val="24"/>
          <w:szCs w:val="24"/>
        </w:rPr>
        <w:t>el</w:t>
      </w:r>
      <w:proofErr w:type="spellEnd"/>
      <w:r w:rsidRPr="005F1480">
        <w:rPr>
          <w:rFonts w:ascii="Arial" w:hAnsi="Arial" w:cs="Arial"/>
          <w:spacing w:val="5"/>
          <w:sz w:val="24"/>
          <w:szCs w:val="24"/>
        </w:rPr>
        <w:t xml:space="preserve"> </w:t>
      </w:r>
      <w:r w:rsidRPr="005F1480">
        <w:rPr>
          <w:rFonts w:ascii="Arial" w:hAnsi="Arial" w:cs="Arial"/>
          <w:spacing w:val="-4"/>
          <w:sz w:val="24"/>
          <w:szCs w:val="24"/>
        </w:rPr>
        <w:t xml:space="preserve">NNAJ </w:t>
      </w:r>
      <w:r w:rsidRPr="005F1480">
        <w:rPr>
          <w:rFonts w:ascii="Arial" w:hAnsi="Arial" w:cs="Arial"/>
          <w:sz w:val="24"/>
          <w:szCs w:val="24"/>
        </w:rPr>
        <w:t xml:space="preserve">y </w:t>
      </w:r>
      <w:proofErr w:type="spellStart"/>
      <w:r w:rsidRPr="005F1480">
        <w:rPr>
          <w:rFonts w:ascii="Arial" w:hAnsi="Arial" w:cs="Arial"/>
          <w:sz w:val="24"/>
          <w:szCs w:val="24"/>
        </w:rPr>
        <w:t>algún</w:t>
      </w:r>
      <w:proofErr w:type="spellEnd"/>
      <w:r w:rsidRPr="005F1480">
        <w:rPr>
          <w:rFonts w:ascii="Arial" w:hAnsi="Arial" w:cs="Arial"/>
          <w:sz w:val="24"/>
          <w:szCs w:val="24"/>
        </w:rPr>
        <w:t xml:space="preserve"> </w:t>
      </w:r>
      <w:proofErr w:type="spellStart"/>
      <w:r w:rsidRPr="005F1480">
        <w:rPr>
          <w:rFonts w:ascii="Arial" w:hAnsi="Arial" w:cs="Arial"/>
          <w:sz w:val="24"/>
          <w:szCs w:val="24"/>
        </w:rPr>
        <w:t>grado</w:t>
      </w:r>
      <w:proofErr w:type="spellEnd"/>
      <w:r w:rsidRPr="005F1480">
        <w:rPr>
          <w:rFonts w:ascii="Arial" w:hAnsi="Arial" w:cs="Arial"/>
          <w:sz w:val="24"/>
          <w:szCs w:val="24"/>
        </w:rPr>
        <w:t xml:space="preserve"> </w:t>
      </w:r>
      <w:r w:rsidRPr="005F1480">
        <w:rPr>
          <w:rFonts w:ascii="Arial" w:hAnsi="Arial" w:cs="Arial"/>
          <w:spacing w:val="5"/>
          <w:sz w:val="24"/>
          <w:szCs w:val="24"/>
        </w:rPr>
        <w:t xml:space="preserve">de </w:t>
      </w:r>
      <w:proofErr w:type="spellStart"/>
      <w:r w:rsidRPr="005F1480">
        <w:rPr>
          <w:rFonts w:ascii="Arial" w:hAnsi="Arial" w:cs="Arial"/>
          <w:sz w:val="24"/>
          <w:szCs w:val="24"/>
        </w:rPr>
        <w:t>preparación</w:t>
      </w:r>
      <w:proofErr w:type="spellEnd"/>
      <w:r w:rsidRPr="005F1480">
        <w:rPr>
          <w:rFonts w:ascii="Arial" w:hAnsi="Arial" w:cs="Arial"/>
          <w:sz w:val="24"/>
          <w:szCs w:val="24"/>
        </w:rPr>
        <w:t xml:space="preserve">. Para </w:t>
      </w:r>
      <w:proofErr w:type="spellStart"/>
      <w:r w:rsidRPr="005F1480">
        <w:rPr>
          <w:rFonts w:ascii="Arial" w:hAnsi="Arial" w:cs="Arial"/>
          <w:spacing w:val="-5"/>
          <w:sz w:val="24"/>
          <w:szCs w:val="24"/>
        </w:rPr>
        <w:t>tal</w:t>
      </w:r>
      <w:proofErr w:type="spellEnd"/>
      <w:r w:rsidRPr="005F1480">
        <w:rPr>
          <w:rFonts w:ascii="Arial" w:hAnsi="Arial" w:cs="Arial"/>
          <w:spacing w:val="-5"/>
          <w:sz w:val="24"/>
          <w:szCs w:val="24"/>
        </w:rPr>
        <w:t xml:space="preserve"> </w:t>
      </w:r>
      <w:proofErr w:type="spellStart"/>
      <w:r w:rsidRPr="005F1480">
        <w:rPr>
          <w:rFonts w:ascii="Arial" w:hAnsi="Arial" w:cs="Arial"/>
          <w:spacing w:val="2"/>
          <w:sz w:val="24"/>
          <w:szCs w:val="24"/>
        </w:rPr>
        <w:t>efecto</w:t>
      </w:r>
      <w:proofErr w:type="spellEnd"/>
      <w:r w:rsidRPr="005F1480">
        <w:rPr>
          <w:rFonts w:ascii="Arial" w:hAnsi="Arial" w:cs="Arial"/>
          <w:spacing w:val="2"/>
          <w:sz w:val="24"/>
          <w:szCs w:val="24"/>
        </w:rPr>
        <w:t xml:space="preserve">, </w:t>
      </w:r>
      <w:proofErr w:type="spellStart"/>
      <w:r w:rsidRPr="005F1480">
        <w:rPr>
          <w:rFonts w:ascii="Arial" w:hAnsi="Arial" w:cs="Arial"/>
          <w:sz w:val="24"/>
          <w:szCs w:val="24"/>
        </w:rPr>
        <w:t>varias</w:t>
      </w:r>
      <w:proofErr w:type="spellEnd"/>
      <w:r w:rsidRPr="005F1480">
        <w:rPr>
          <w:rFonts w:ascii="Arial" w:hAnsi="Arial" w:cs="Arial"/>
          <w:sz w:val="24"/>
          <w:szCs w:val="24"/>
        </w:rPr>
        <w:t xml:space="preserve"> </w:t>
      </w:r>
      <w:r w:rsidRPr="005F1480">
        <w:rPr>
          <w:rFonts w:ascii="Arial" w:hAnsi="Arial" w:cs="Arial"/>
          <w:spacing w:val="2"/>
          <w:sz w:val="24"/>
          <w:szCs w:val="24"/>
        </w:rPr>
        <w:t xml:space="preserve">personas </w:t>
      </w:r>
      <w:proofErr w:type="spellStart"/>
      <w:r w:rsidRPr="005F1480">
        <w:rPr>
          <w:rFonts w:ascii="Arial" w:hAnsi="Arial" w:cs="Arial"/>
          <w:spacing w:val="8"/>
          <w:sz w:val="24"/>
          <w:szCs w:val="24"/>
        </w:rPr>
        <w:t>deben</w:t>
      </w:r>
      <w:proofErr w:type="spellEnd"/>
      <w:r w:rsidRPr="005F1480">
        <w:rPr>
          <w:rFonts w:ascii="Arial" w:hAnsi="Arial" w:cs="Arial"/>
          <w:spacing w:val="8"/>
          <w:sz w:val="24"/>
          <w:szCs w:val="24"/>
        </w:rPr>
        <w:t xml:space="preserve"> </w:t>
      </w:r>
      <w:proofErr w:type="spellStart"/>
      <w:r w:rsidRPr="005F1480">
        <w:rPr>
          <w:rFonts w:ascii="Arial" w:hAnsi="Arial" w:cs="Arial"/>
          <w:sz w:val="24"/>
          <w:szCs w:val="24"/>
        </w:rPr>
        <w:t>contar</w:t>
      </w:r>
      <w:proofErr w:type="spellEnd"/>
      <w:r w:rsidRPr="005F1480">
        <w:rPr>
          <w:rFonts w:ascii="Arial" w:hAnsi="Arial" w:cs="Arial"/>
          <w:sz w:val="24"/>
          <w:szCs w:val="24"/>
        </w:rPr>
        <w:t xml:space="preserve"> </w:t>
      </w:r>
      <w:r w:rsidRPr="005F1480">
        <w:rPr>
          <w:rFonts w:ascii="Arial" w:hAnsi="Arial" w:cs="Arial"/>
          <w:spacing w:val="5"/>
          <w:sz w:val="24"/>
          <w:szCs w:val="24"/>
        </w:rPr>
        <w:t xml:space="preserve">con </w:t>
      </w:r>
      <w:proofErr w:type="spellStart"/>
      <w:r w:rsidRPr="005F1480">
        <w:rPr>
          <w:rFonts w:ascii="Arial" w:hAnsi="Arial" w:cs="Arial"/>
          <w:sz w:val="24"/>
          <w:szCs w:val="24"/>
        </w:rPr>
        <w:t>entrenamiento</w:t>
      </w:r>
      <w:proofErr w:type="spellEnd"/>
      <w:r w:rsidRPr="005F1480">
        <w:rPr>
          <w:rFonts w:ascii="Arial" w:hAnsi="Arial" w:cs="Arial"/>
          <w:spacing w:val="48"/>
          <w:sz w:val="24"/>
          <w:szCs w:val="24"/>
        </w:rPr>
        <w:t xml:space="preserve"> </w:t>
      </w:r>
      <w:proofErr w:type="spellStart"/>
      <w:r w:rsidRPr="005F1480">
        <w:rPr>
          <w:rFonts w:ascii="Arial" w:hAnsi="Arial" w:cs="Arial"/>
          <w:spacing w:val="4"/>
          <w:sz w:val="24"/>
          <w:szCs w:val="24"/>
        </w:rPr>
        <w:t>previo</w:t>
      </w:r>
      <w:proofErr w:type="spellEnd"/>
      <w:r w:rsidRPr="005F1480">
        <w:rPr>
          <w:rFonts w:ascii="Arial" w:hAnsi="Arial" w:cs="Arial"/>
          <w:spacing w:val="4"/>
          <w:sz w:val="24"/>
          <w:szCs w:val="24"/>
        </w:rPr>
        <w:t>.</w:t>
      </w:r>
    </w:p>
    <w:p w14:paraId="12208775" w14:textId="77777777" w:rsidR="00893C50" w:rsidRPr="00901BC0" w:rsidRDefault="00893C50" w:rsidP="00893C50">
      <w:pPr>
        <w:pStyle w:val="Textoindependiente"/>
        <w:spacing w:before="175" w:line="360" w:lineRule="auto"/>
        <w:ind w:left="720" w:right="49"/>
        <w:jc w:val="both"/>
        <w:rPr>
          <w:rFonts w:ascii="Arial" w:hAnsi="Arial" w:cs="Arial"/>
        </w:rPr>
      </w:pPr>
      <w:r w:rsidRPr="00901BC0">
        <w:rPr>
          <w:rFonts w:ascii="Arial" w:hAnsi="Arial" w:cs="Arial"/>
        </w:rPr>
        <w:t xml:space="preserve">Para </w:t>
      </w:r>
      <w:proofErr w:type="spellStart"/>
      <w:r w:rsidRPr="00901BC0">
        <w:rPr>
          <w:rFonts w:ascii="Arial" w:hAnsi="Arial" w:cs="Arial"/>
          <w:spacing w:val="2"/>
        </w:rPr>
        <w:t>abordar</w:t>
      </w:r>
      <w:proofErr w:type="spellEnd"/>
      <w:r w:rsidRPr="00901BC0">
        <w:rPr>
          <w:rFonts w:ascii="Arial" w:hAnsi="Arial" w:cs="Arial"/>
          <w:spacing w:val="2"/>
        </w:rPr>
        <w:t xml:space="preserve"> </w:t>
      </w:r>
      <w:proofErr w:type="spellStart"/>
      <w:r w:rsidRPr="00901BC0">
        <w:rPr>
          <w:rFonts w:ascii="Arial" w:hAnsi="Arial" w:cs="Arial"/>
          <w:spacing w:val="-4"/>
        </w:rPr>
        <w:t>una</w:t>
      </w:r>
      <w:proofErr w:type="spellEnd"/>
      <w:r w:rsidRPr="00901BC0">
        <w:rPr>
          <w:rFonts w:ascii="Arial" w:hAnsi="Arial" w:cs="Arial"/>
          <w:spacing w:val="-4"/>
        </w:rPr>
        <w:t xml:space="preserve"> </w:t>
      </w:r>
      <w:proofErr w:type="spellStart"/>
      <w:r w:rsidRPr="00901BC0">
        <w:rPr>
          <w:rFonts w:ascii="Arial" w:hAnsi="Arial" w:cs="Arial"/>
        </w:rPr>
        <w:t>situación</w:t>
      </w:r>
      <w:proofErr w:type="spellEnd"/>
      <w:r w:rsidRPr="00901BC0">
        <w:rPr>
          <w:rFonts w:ascii="Arial" w:hAnsi="Arial" w:cs="Arial"/>
        </w:rPr>
        <w:t xml:space="preserve"> </w:t>
      </w:r>
      <w:r w:rsidRPr="00901BC0">
        <w:rPr>
          <w:rFonts w:ascii="Arial" w:hAnsi="Arial" w:cs="Arial"/>
          <w:spacing w:val="5"/>
        </w:rPr>
        <w:t xml:space="preserve">de </w:t>
      </w:r>
      <w:r w:rsidRPr="00901BC0">
        <w:rPr>
          <w:rFonts w:ascii="Arial" w:hAnsi="Arial" w:cs="Arial"/>
        </w:rPr>
        <w:t xml:space="preserve">DEC </w:t>
      </w:r>
      <w:proofErr w:type="spellStart"/>
      <w:r w:rsidRPr="00901BC0">
        <w:rPr>
          <w:rFonts w:ascii="Arial" w:hAnsi="Arial" w:cs="Arial"/>
          <w:spacing w:val="5"/>
        </w:rPr>
        <w:t>en</w:t>
      </w:r>
      <w:proofErr w:type="spellEnd"/>
      <w:r w:rsidRPr="00901BC0">
        <w:rPr>
          <w:rFonts w:ascii="Arial" w:hAnsi="Arial" w:cs="Arial"/>
          <w:spacing w:val="5"/>
        </w:rPr>
        <w:t xml:space="preserve"> </w:t>
      </w:r>
      <w:proofErr w:type="spellStart"/>
      <w:r w:rsidRPr="00901BC0">
        <w:rPr>
          <w:rFonts w:ascii="Arial" w:hAnsi="Arial" w:cs="Arial"/>
        </w:rPr>
        <w:t>esta</w:t>
      </w:r>
      <w:proofErr w:type="spellEnd"/>
      <w:r w:rsidRPr="00901BC0">
        <w:rPr>
          <w:rFonts w:ascii="Arial" w:hAnsi="Arial" w:cs="Arial"/>
        </w:rPr>
        <w:t xml:space="preserve"> </w:t>
      </w:r>
      <w:proofErr w:type="spellStart"/>
      <w:r w:rsidRPr="00901BC0">
        <w:rPr>
          <w:rFonts w:ascii="Arial" w:hAnsi="Arial" w:cs="Arial"/>
        </w:rPr>
        <w:t>etapa</w:t>
      </w:r>
      <w:proofErr w:type="spellEnd"/>
      <w:r w:rsidRPr="00901BC0">
        <w:rPr>
          <w:rFonts w:ascii="Arial" w:hAnsi="Arial" w:cs="Arial"/>
        </w:rPr>
        <w:t xml:space="preserve">, la </w:t>
      </w:r>
      <w:r w:rsidRPr="00901BC0">
        <w:rPr>
          <w:rFonts w:ascii="Arial" w:hAnsi="Arial" w:cs="Arial"/>
          <w:spacing w:val="3"/>
        </w:rPr>
        <w:t xml:space="preserve">persona </w:t>
      </w:r>
      <w:proofErr w:type="spellStart"/>
      <w:r w:rsidRPr="00901BC0">
        <w:rPr>
          <w:rFonts w:ascii="Arial" w:hAnsi="Arial" w:cs="Arial"/>
        </w:rPr>
        <w:t>encargada</w:t>
      </w:r>
      <w:proofErr w:type="spellEnd"/>
      <w:r w:rsidRPr="00901BC0">
        <w:rPr>
          <w:rFonts w:ascii="Arial" w:hAnsi="Arial" w:cs="Arial"/>
        </w:rPr>
        <w:t xml:space="preserve"> </w:t>
      </w:r>
      <w:proofErr w:type="spellStart"/>
      <w:r w:rsidRPr="00901BC0">
        <w:rPr>
          <w:rFonts w:ascii="Arial" w:hAnsi="Arial" w:cs="Arial"/>
          <w:spacing w:val="7"/>
        </w:rPr>
        <w:t>debe</w:t>
      </w:r>
      <w:proofErr w:type="spellEnd"/>
      <w:r w:rsidRPr="00901BC0">
        <w:rPr>
          <w:rFonts w:ascii="Arial" w:hAnsi="Arial" w:cs="Arial"/>
          <w:spacing w:val="7"/>
        </w:rPr>
        <w:t xml:space="preserve"> </w:t>
      </w:r>
      <w:proofErr w:type="spellStart"/>
      <w:r w:rsidRPr="00901BC0">
        <w:rPr>
          <w:rFonts w:ascii="Arial" w:hAnsi="Arial" w:cs="Arial"/>
        </w:rPr>
        <w:t>comunicarse</w:t>
      </w:r>
      <w:proofErr w:type="spellEnd"/>
      <w:r w:rsidRPr="00901BC0">
        <w:rPr>
          <w:rFonts w:ascii="Arial" w:hAnsi="Arial" w:cs="Arial"/>
        </w:rPr>
        <w:t xml:space="preserve"> </w:t>
      </w:r>
      <w:r w:rsidRPr="00901BC0">
        <w:rPr>
          <w:rFonts w:ascii="Arial" w:hAnsi="Arial" w:cs="Arial"/>
          <w:spacing w:val="5"/>
        </w:rPr>
        <w:t xml:space="preserve">con </w:t>
      </w:r>
      <w:r w:rsidRPr="00901BC0">
        <w:rPr>
          <w:rFonts w:ascii="Arial" w:hAnsi="Arial" w:cs="Arial"/>
          <w:spacing w:val="-3"/>
        </w:rPr>
        <w:t xml:space="preserve">un </w:t>
      </w:r>
      <w:proofErr w:type="spellStart"/>
      <w:r w:rsidRPr="00901BC0">
        <w:rPr>
          <w:rFonts w:ascii="Arial" w:hAnsi="Arial" w:cs="Arial"/>
        </w:rPr>
        <w:t>tono</w:t>
      </w:r>
      <w:proofErr w:type="spellEnd"/>
      <w:r w:rsidRPr="00901BC0">
        <w:rPr>
          <w:rFonts w:ascii="Arial" w:hAnsi="Arial" w:cs="Arial"/>
        </w:rPr>
        <w:t xml:space="preserve"> </w:t>
      </w:r>
      <w:r w:rsidRPr="00901BC0">
        <w:rPr>
          <w:rFonts w:ascii="Arial" w:hAnsi="Arial" w:cs="Arial"/>
          <w:spacing w:val="5"/>
        </w:rPr>
        <w:t xml:space="preserve">de </w:t>
      </w:r>
      <w:proofErr w:type="spellStart"/>
      <w:r w:rsidRPr="00901BC0">
        <w:rPr>
          <w:rFonts w:ascii="Arial" w:hAnsi="Arial" w:cs="Arial"/>
          <w:spacing w:val="5"/>
        </w:rPr>
        <w:t>voz</w:t>
      </w:r>
      <w:proofErr w:type="spellEnd"/>
      <w:r w:rsidRPr="00901BC0">
        <w:rPr>
          <w:rFonts w:ascii="Arial" w:hAnsi="Arial" w:cs="Arial"/>
          <w:spacing w:val="5"/>
        </w:rPr>
        <w:t xml:space="preserve"> </w:t>
      </w:r>
      <w:proofErr w:type="spellStart"/>
      <w:r w:rsidRPr="00901BC0">
        <w:rPr>
          <w:rFonts w:ascii="Arial" w:hAnsi="Arial" w:cs="Arial"/>
        </w:rPr>
        <w:t>tranquilo</w:t>
      </w:r>
      <w:proofErr w:type="spellEnd"/>
      <w:r w:rsidRPr="00901BC0">
        <w:rPr>
          <w:rFonts w:ascii="Arial" w:hAnsi="Arial" w:cs="Arial"/>
        </w:rPr>
        <w:t xml:space="preserve">, </w:t>
      </w:r>
      <w:proofErr w:type="spellStart"/>
      <w:r w:rsidRPr="00901BC0">
        <w:rPr>
          <w:rFonts w:ascii="Arial" w:hAnsi="Arial" w:cs="Arial"/>
        </w:rPr>
        <w:t>pausado</w:t>
      </w:r>
      <w:proofErr w:type="spellEnd"/>
      <w:r w:rsidRPr="00901BC0">
        <w:rPr>
          <w:rFonts w:ascii="Arial" w:hAnsi="Arial" w:cs="Arial"/>
        </w:rPr>
        <w:t xml:space="preserve"> y </w:t>
      </w:r>
      <w:proofErr w:type="spellStart"/>
      <w:r w:rsidRPr="00901BC0">
        <w:rPr>
          <w:rFonts w:ascii="Arial" w:hAnsi="Arial" w:cs="Arial"/>
        </w:rPr>
        <w:t>cariñoso</w:t>
      </w:r>
      <w:proofErr w:type="spellEnd"/>
      <w:r w:rsidRPr="00901BC0">
        <w:rPr>
          <w:rFonts w:ascii="Arial" w:hAnsi="Arial" w:cs="Arial"/>
        </w:rPr>
        <w:t xml:space="preserve">. </w:t>
      </w:r>
      <w:r w:rsidRPr="00901BC0">
        <w:rPr>
          <w:rFonts w:ascii="Arial" w:hAnsi="Arial" w:cs="Arial"/>
          <w:spacing w:val="-4"/>
        </w:rPr>
        <w:t xml:space="preserve">No </w:t>
      </w:r>
      <w:proofErr w:type="spellStart"/>
      <w:r w:rsidRPr="00901BC0">
        <w:rPr>
          <w:rFonts w:ascii="Arial" w:hAnsi="Arial" w:cs="Arial"/>
        </w:rPr>
        <w:t>demostrar</w:t>
      </w:r>
      <w:proofErr w:type="spellEnd"/>
      <w:r w:rsidRPr="00901BC0">
        <w:rPr>
          <w:rFonts w:ascii="Arial" w:hAnsi="Arial" w:cs="Arial"/>
        </w:rPr>
        <w:t xml:space="preserve"> </w:t>
      </w:r>
      <w:proofErr w:type="spellStart"/>
      <w:r w:rsidRPr="00901BC0">
        <w:rPr>
          <w:rFonts w:ascii="Arial" w:hAnsi="Arial" w:cs="Arial"/>
          <w:spacing w:val="4"/>
        </w:rPr>
        <w:t>enojo</w:t>
      </w:r>
      <w:proofErr w:type="spellEnd"/>
      <w:r w:rsidRPr="00901BC0">
        <w:rPr>
          <w:rFonts w:ascii="Arial" w:hAnsi="Arial" w:cs="Arial"/>
          <w:spacing w:val="4"/>
        </w:rPr>
        <w:t xml:space="preserve">, </w:t>
      </w:r>
      <w:proofErr w:type="spellStart"/>
      <w:r w:rsidRPr="00901BC0">
        <w:rPr>
          <w:rFonts w:ascii="Arial" w:hAnsi="Arial" w:cs="Arial"/>
        </w:rPr>
        <w:t>ansiedad</w:t>
      </w:r>
      <w:proofErr w:type="spellEnd"/>
      <w:r w:rsidRPr="00901BC0">
        <w:rPr>
          <w:rFonts w:ascii="Arial" w:hAnsi="Arial" w:cs="Arial"/>
        </w:rPr>
        <w:t xml:space="preserve"> o </w:t>
      </w:r>
      <w:proofErr w:type="spellStart"/>
      <w:r w:rsidRPr="00901BC0">
        <w:rPr>
          <w:rFonts w:ascii="Arial" w:hAnsi="Arial" w:cs="Arial"/>
          <w:spacing w:val="5"/>
        </w:rPr>
        <w:t>miedo</w:t>
      </w:r>
      <w:proofErr w:type="spellEnd"/>
      <w:r w:rsidRPr="00901BC0">
        <w:rPr>
          <w:rFonts w:ascii="Arial" w:hAnsi="Arial" w:cs="Arial"/>
          <w:spacing w:val="5"/>
        </w:rPr>
        <w:t xml:space="preserve">, </w:t>
      </w:r>
      <w:proofErr w:type="spellStart"/>
      <w:r w:rsidRPr="00901BC0">
        <w:rPr>
          <w:rFonts w:ascii="Arial" w:hAnsi="Arial" w:cs="Arial"/>
        </w:rPr>
        <w:t>sino</w:t>
      </w:r>
      <w:proofErr w:type="spellEnd"/>
      <w:r w:rsidRPr="00901BC0">
        <w:rPr>
          <w:rFonts w:ascii="Arial" w:hAnsi="Arial" w:cs="Arial"/>
        </w:rPr>
        <w:t xml:space="preserve"> </w:t>
      </w:r>
      <w:proofErr w:type="spellStart"/>
      <w:r w:rsidRPr="00901BC0">
        <w:rPr>
          <w:rFonts w:ascii="Arial" w:hAnsi="Arial" w:cs="Arial"/>
          <w:spacing w:val="-4"/>
        </w:rPr>
        <w:t>una</w:t>
      </w:r>
      <w:proofErr w:type="spellEnd"/>
      <w:r w:rsidRPr="00901BC0">
        <w:rPr>
          <w:rFonts w:ascii="Arial" w:hAnsi="Arial" w:cs="Arial"/>
          <w:spacing w:val="-4"/>
        </w:rPr>
        <w:t xml:space="preserve"> </w:t>
      </w:r>
      <w:proofErr w:type="spellStart"/>
      <w:r w:rsidRPr="00901BC0">
        <w:rPr>
          <w:rFonts w:ascii="Arial" w:hAnsi="Arial" w:cs="Arial"/>
          <w:spacing w:val="-4"/>
        </w:rPr>
        <w:t>actitud</w:t>
      </w:r>
      <w:proofErr w:type="spellEnd"/>
      <w:r w:rsidRPr="00901BC0">
        <w:rPr>
          <w:rFonts w:ascii="Arial" w:hAnsi="Arial" w:cs="Arial"/>
          <w:spacing w:val="-4"/>
        </w:rPr>
        <w:t xml:space="preserve"> </w:t>
      </w:r>
      <w:r w:rsidRPr="00901BC0">
        <w:rPr>
          <w:rFonts w:ascii="Arial" w:hAnsi="Arial" w:cs="Arial"/>
          <w:spacing w:val="5"/>
        </w:rPr>
        <w:t xml:space="preserve">de </w:t>
      </w:r>
      <w:proofErr w:type="spellStart"/>
      <w:r w:rsidRPr="00901BC0">
        <w:rPr>
          <w:rFonts w:ascii="Arial" w:hAnsi="Arial" w:cs="Arial"/>
        </w:rPr>
        <w:t>calma</w:t>
      </w:r>
      <w:proofErr w:type="spellEnd"/>
      <w:r w:rsidRPr="00901BC0">
        <w:rPr>
          <w:rFonts w:ascii="Arial" w:hAnsi="Arial" w:cs="Arial"/>
        </w:rPr>
        <w:t xml:space="preserve"> y </w:t>
      </w:r>
      <w:proofErr w:type="spellStart"/>
      <w:r w:rsidRPr="00901BC0">
        <w:rPr>
          <w:rFonts w:ascii="Arial" w:hAnsi="Arial" w:cs="Arial"/>
          <w:spacing w:val="3"/>
        </w:rPr>
        <w:t>serenidad</w:t>
      </w:r>
      <w:proofErr w:type="spellEnd"/>
      <w:r w:rsidRPr="00901BC0">
        <w:rPr>
          <w:rFonts w:ascii="Arial" w:hAnsi="Arial" w:cs="Arial"/>
          <w:spacing w:val="3"/>
        </w:rPr>
        <w:t xml:space="preserve">, </w:t>
      </w:r>
      <w:proofErr w:type="spellStart"/>
      <w:r w:rsidRPr="00901BC0">
        <w:rPr>
          <w:rFonts w:ascii="Arial" w:hAnsi="Arial" w:cs="Arial"/>
        </w:rPr>
        <w:t>procurando</w:t>
      </w:r>
      <w:proofErr w:type="spellEnd"/>
      <w:r w:rsidRPr="00901BC0">
        <w:rPr>
          <w:rFonts w:ascii="Arial" w:hAnsi="Arial" w:cs="Arial"/>
        </w:rPr>
        <w:t xml:space="preserve"> </w:t>
      </w:r>
      <w:r w:rsidRPr="00901BC0">
        <w:rPr>
          <w:rFonts w:ascii="Arial" w:hAnsi="Arial" w:cs="Arial"/>
          <w:spacing w:val="-3"/>
        </w:rPr>
        <w:t xml:space="preserve">no </w:t>
      </w:r>
      <w:proofErr w:type="spellStart"/>
      <w:r w:rsidRPr="00901BC0">
        <w:rPr>
          <w:rFonts w:ascii="Arial" w:hAnsi="Arial" w:cs="Arial"/>
          <w:spacing w:val="-3"/>
        </w:rPr>
        <w:t>alterar</w:t>
      </w:r>
      <w:proofErr w:type="spellEnd"/>
      <w:r w:rsidRPr="00901BC0">
        <w:rPr>
          <w:rFonts w:ascii="Arial" w:hAnsi="Arial" w:cs="Arial"/>
          <w:spacing w:val="-3"/>
        </w:rPr>
        <w:t xml:space="preserve"> </w:t>
      </w:r>
      <w:proofErr w:type="spellStart"/>
      <w:r w:rsidRPr="00901BC0">
        <w:rPr>
          <w:rFonts w:ascii="Arial" w:hAnsi="Arial" w:cs="Arial"/>
        </w:rPr>
        <w:t>más</w:t>
      </w:r>
      <w:proofErr w:type="spellEnd"/>
      <w:r w:rsidRPr="00901BC0">
        <w:rPr>
          <w:rFonts w:ascii="Arial" w:hAnsi="Arial" w:cs="Arial"/>
        </w:rPr>
        <w:t xml:space="preserve"> la </w:t>
      </w:r>
      <w:proofErr w:type="spellStart"/>
      <w:r w:rsidRPr="00901BC0">
        <w:rPr>
          <w:rFonts w:ascii="Arial" w:hAnsi="Arial" w:cs="Arial"/>
        </w:rPr>
        <w:t>situación</w:t>
      </w:r>
      <w:proofErr w:type="spellEnd"/>
      <w:r w:rsidRPr="00901BC0">
        <w:rPr>
          <w:rFonts w:ascii="Arial" w:hAnsi="Arial" w:cs="Arial"/>
        </w:rPr>
        <w:t xml:space="preserve">. Si </w:t>
      </w:r>
      <w:r w:rsidRPr="00901BC0">
        <w:rPr>
          <w:rFonts w:ascii="Arial" w:hAnsi="Arial" w:cs="Arial"/>
          <w:spacing w:val="-3"/>
        </w:rPr>
        <w:t xml:space="preserve">no </w:t>
      </w:r>
      <w:proofErr w:type="spellStart"/>
      <w:r w:rsidRPr="00901BC0">
        <w:rPr>
          <w:rFonts w:ascii="Arial" w:hAnsi="Arial" w:cs="Arial"/>
          <w:spacing w:val="3"/>
        </w:rPr>
        <w:t>logra</w:t>
      </w:r>
      <w:proofErr w:type="spellEnd"/>
      <w:r w:rsidRPr="00901BC0">
        <w:rPr>
          <w:rFonts w:ascii="Arial" w:hAnsi="Arial" w:cs="Arial"/>
          <w:spacing w:val="3"/>
        </w:rPr>
        <w:t xml:space="preserve"> </w:t>
      </w:r>
      <w:proofErr w:type="spellStart"/>
      <w:r w:rsidRPr="00901BC0">
        <w:rPr>
          <w:rFonts w:ascii="Arial" w:hAnsi="Arial" w:cs="Arial"/>
        </w:rPr>
        <w:t>afrontar</w:t>
      </w:r>
      <w:proofErr w:type="spellEnd"/>
      <w:r w:rsidRPr="00901BC0">
        <w:rPr>
          <w:rFonts w:ascii="Arial" w:hAnsi="Arial" w:cs="Arial"/>
        </w:rPr>
        <w:t xml:space="preserve"> </w:t>
      </w:r>
      <w:proofErr w:type="spellStart"/>
      <w:proofErr w:type="gramStart"/>
      <w:r w:rsidRPr="00901BC0">
        <w:rPr>
          <w:rFonts w:ascii="Arial" w:hAnsi="Arial" w:cs="Arial"/>
        </w:rPr>
        <w:t>apropiadamente</w:t>
      </w:r>
      <w:proofErr w:type="spellEnd"/>
      <w:r w:rsidRPr="00901BC0">
        <w:rPr>
          <w:rFonts w:ascii="Arial" w:hAnsi="Arial" w:cs="Arial"/>
        </w:rPr>
        <w:t xml:space="preserve">  la</w:t>
      </w:r>
      <w:proofErr w:type="gramEnd"/>
      <w:r w:rsidRPr="00901BC0">
        <w:rPr>
          <w:rFonts w:ascii="Arial" w:hAnsi="Arial" w:cs="Arial"/>
        </w:rPr>
        <w:t xml:space="preserve"> </w:t>
      </w:r>
      <w:proofErr w:type="spellStart"/>
      <w:r w:rsidRPr="00901BC0">
        <w:rPr>
          <w:rFonts w:ascii="Arial" w:hAnsi="Arial" w:cs="Arial"/>
        </w:rPr>
        <w:t>situación</w:t>
      </w:r>
      <w:proofErr w:type="spellEnd"/>
      <w:r w:rsidRPr="00901BC0">
        <w:rPr>
          <w:rFonts w:ascii="Arial" w:hAnsi="Arial" w:cs="Arial"/>
        </w:rPr>
        <w:t xml:space="preserve"> </w:t>
      </w:r>
      <w:proofErr w:type="spellStart"/>
      <w:r w:rsidRPr="00901BC0">
        <w:rPr>
          <w:rFonts w:ascii="Arial" w:hAnsi="Arial" w:cs="Arial"/>
          <w:spacing w:val="7"/>
        </w:rPr>
        <w:t>desde</w:t>
      </w:r>
      <w:proofErr w:type="spellEnd"/>
      <w:r w:rsidRPr="00901BC0">
        <w:rPr>
          <w:rFonts w:ascii="Arial" w:hAnsi="Arial" w:cs="Arial"/>
          <w:spacing w:val="7"/>
        </w:rPr>
        <w:t xml:space="preserve"> </w:t>
      </w:r>
      <w:proofErr w:type="spellStart"/>
      <w:r w:rsidRPr="00901BC0">
        <w:rPr>
          <w:rFonts w:ascii="Arial" w:hAnsi="Arial" w:cs="Arial"/>
          <w:spacing w:val="5"/>
        </w:rPr>
        <w:t>el</w:t>
      </w:r>
      <w:proofErr w:type="spellEnd"/>
      <w:r w:rsidRPr="00901BC0">
        <w:rPr>
          <w:rFonts w:ascii="Arial" w:hAnsi="Arial" w:cs="Arial"/>
          <w:spacing w:val="5"/>
        </w:rPr>
        <w:t xml:space="preserve"> </w:t>
      </w:r>
      <w:proofErr w:type="spellStart"/>
      <w:r w:rsidRPr="00901BC0">
        <w:rPr>
          <w:rFonts w:ascii="Arial" w:hAnsi="Arial" w:cs="Arial"/>
        </w:rPr>
        <w:t>ámbito</w:t>
      </w:r>
      <w:proofErr w:type="spellEnd"/>
      <w:r w:rsidRPr="00901BC0">
        <w:rPr>
          <w:rFonts w:ascii="Arial" w:hAnsi="Arial" w:cs="Arial"/>
        </w:rPr>
        <w:t xml:space="preserve"> </w:t>
      </w:r>
      <w:r w:rsidRPr="00901BC0">
        <w:rPr>
          <w:rFonts w:ascii="Arial" w:hAnsi="Arial" w:cs="Arial"/>
          <w:spacing w:val="2"/>
        </w:rPr>
        <w:t xml:space="preserve">personal, </w:t>
      </w:r>
      <w:r w:rsidRPr="00901BC0">
        <w:rPr>
          <w:rFonts w:ascii="Arial" w:hAnsi="Arial" w:cs="Arial"/>
          <w:spacing w:val="5"/>
        </w:rPr>
        <w:t xml:space="preserve">es </w:t>
      </w:r>
      <w:proofErr w:type="spellStart"/>
      <w:r w:rsidRPr="00901BC0">
        <w:rPr>
          <w:rFonts w:ascii="Arial" w:hAnsi="Arial" w:cs="Arial"/>
        </w:rPr>
        <w:t>importante</w:t>
      </w:r>
      <w:proofErr w:type="spellEnd"/>
      <w:r w:rsidRPr="00901BC0">
        <w:rPr>
          <w:rFonts w:ascii="Arial" w:hAnsi="Arial" w:cs="Arial"/>
        </w:rPr>
        <w:t xml:space="preserve"> </w:t>
      </w:r>
      <w:proofErr w:type="spellStart"/>
      <w:r w:rsidRPr="00901BC0">
        <w:rPr>
          <w:rFonts w:ascii="Arial" w:hAnsi="Arial" w:cs="Arial"/>
          <w:spacing w:val="2"/>
        </w:rPr>
        <w:t>pensar</w:t>
      </w:r>
      <w:proofErr w:type="spellEnd"/>
      <w:r w:rsidRPr="00901BC0">
        <w:rPr>
          <w:rFonts w:ascii="Arial" w:hAnsi="Arial" w:cs="Arial"/>
          <w:spacing w:val="2"/>
        </w:rPr>
        <w:t xml:space="preserve"> </w:t>
      </w:r>
      <w:proofErr w:type="spellStart"/>
      <w:r w:rsidRPr="00901BC0">
        <w:rPr>
          <w:rFonts w:ascii="Arial" w:hAnsi="Arial" w:cs="Arial"/>
          <w:spacing w:val="5"/>
        </w:rPr>
        <w:t>en</w:t>
      </w:r>
      <w:proofErr w:type="spellEnd"/>
      <w:r w:rsidRPr="00901BC0">
        <w:rPr>
          <w:rFonts w:ascii="Arial" w:hAnsi="Arial" w:cs="Arial"/>
          <w:spacing w:val="5"/>
        </w:rPr>
        <w:t xml:space="preserve"> </w:t>
      </w:r>
      <w:proofErr w:type="spellStart"/>
      <w:r w:rsidRPr="00901BC0">
        <w:rPr>
          <w:rFonts w:ascii="Arial" w:hAnsi="Arial" w:cs="Arial"/>
        </w:rPr>
        <w:t>hacer</w:t>
      </w:r>
      <w:proofErr w:type="spellEnd"/>
      <w:r w:rsidRPr="00901BC0">
        <w:rPr>
          <w:rFonts w:ascii="Arial" w:hAnsi="Arial" w:cs="Arial"/>
        </w:rPr>
        <w:t xml:space="preserve"> </w:t>
      </w:r>
      <w:r w:rsidRPr="00901BC0">
        <w:rPr>
          <w:rFonts w:ascii="Arial" w:hAnsi="Arial" w:cs="Arial"/>
          <w:spacing w:val="-3"/>
        </w:rPr>
        <w:t xml:space="preserve">un </w:t>
      </w:r>
      <w:proofErr w:type="spellStart"/>
      <w:r w:rsidRPr="00901BC0">
        <w:rPr>
          <w:rFonts w:ascii="Arial" w:hAnsi="Arial" w:cs="Arial"/>
          <w:spacing w:val="2"/>
        </w:rPr>
        <w:t>cambio</w:t>
      </w:r>
      <w:proofErr w:type="spellEnd"/>
      <w:r w:rsidRPr="00901BC0">
        <w:rPr>
          <w:rFonts w:ascii="Arial" w:hAnsi="Arial" w:cs="Arial"/>
          <w:spacing w:val="2"/>
        </w:rPr>
        <w:t xml:space="preserve"> </w:t>
      </w:r>
      <w:r w:rsidRPr="00901BC0">
        <w:rPr>
          <w:rFonts w:ascii="Arial" w:hAnsi="Arial" w:cs="Arial"/>
          <w:spacing w:val="5"/>
        </w:rPr>
        <w:t xml:space="preserve">de </w:t>
      </w:r>
      <w:proofErr w:type="spellStart"/>
      <w:r w:rsidRPr="00901BC0">
        <w:rPr>
          <w:rFonts w:ascii="Arial" w:hAnsi="Arial" w:cs="Arial"/>
          <w:spacing w:val="2"/>
        </w:rPr>
        <w:t>encargado</w:t>
      </w:r>
      <w:proofErr w:type="spellEnd"/>
      <w:r w:rsidRPr="00901BC0">
        <w:rPr>
          <w:rFonts w:ascii="Arial" w:hAnsi="Arial" w:cs="Arial"/>
          <w:spacing w:val="2"/>
        </w:rPr>
        <w:t xml:space="preserve">/a, </w:t>
      </w:r>
      <w:r w:rsidRPr="00901BC0">
        <w:rPr>
          <w:rFonts w:ascii="Arial" w:hAnsi="Arial" w:cs="Arial"/>
        </w:rPr>
        <w:t xml:space="preserve">lo </w:t>
      </w:r>
      <w:proofErr w:type="spellStart"/>
      <w:r w:rsidRPr="00901BC0">
        <w:rPr>
          <w:rFonts w:ascii="Arial" w:hAnsi="Arial" w:cs="Arial"/>
        </w:rPr>
        <w:t>cual</w:t>
      </w:r>
      <w:proofErr w:type="spellEnd"/>
      <w:r w:rsidRPr="00901BC0">
        <w:rPr>
          <w:rFonts w:ascii="Arial" w:hAnsi="Arial" w:cs="Arial"/>
        </w:rPr>
        <w:t xml:space="preserve"> </w:t>
      </w:r>
      <w:proofErr w:type="spellStart"/>
      <w:r w:rsidRPr="00901BC0">
        <w:rPr>
          <w:rFonts w:ascii="Arial" w:hAnsi="Arial" w:cs="Arial"/>
          <w:spacing w:val="5"/>
        </w:rPr>
        <w:t>puede</w:t>
      </w:r>
      <w:proofErr w:type="spellEnd"/>
      <w:r w:rsidRPr="00901BC0">
        <w:rPr>
          <w:rFonts w:ascii="Arial" w:hAnsi="Arial" w:cs="Arial"/>
          <w:spacing w:val="5"/>
        </w:rPr>
        <w:t xml:space="preserve"> ser </w:t>
      </w:r>
      <w:r w:rsidRPr="00901BC0">
        <w:rPr>
          <w:rFonts w:ascii="Arial" w:hAnsi="Arial" w:cs="Arial"/>
        </w:rPr>
        <w:t xml:space="preserve">temporal, </w:t>
      </w:r>
      <w:proofErr w:type="spellStart"/>
      <w:r w:rsidRPr="00901BC0">
        <w:rPr>
          <w:rFonts w:ascii="Arial" w:hAnsi="Arial" w:cs="Arial"/>
        </w:rPr>
        <w:t>mientras</w:t>
      </w:r>
      <w:proofErr w:type="spellEnd"/>
      <w:r w:rsidRPr="00901BC0">
        <w:rPr>
          <w:rFonts w:ascii="Arial" w:hAnsi="Arial" w:cs="Arial"/>
        </w:rPr>
        <w:t xml:space="preserve"> </w:t>
      </w:r>
      <w:r w:rsidRPr="00901BC0">
        <w:rPr>
          <w:rFonts w:ascii="Arial" w:hAnsi="Arial" w:cs="Arial"/>
          <w:spacing w:val="3"/>
        </w:rPr>
        <w:t xml:space="preserve">se </w:t>
      </w:r>
      <w:r w:rsidRPr="00901BC0">
        <w:rPr>
          <w:rFonts w:ascii="Arial" w:hAnsi="Arial" w:cs="Arial"/>
        </w:rPr>
        <w:t xml:space="preserve">le </w:t>
      </w:r>
      <w:proofErr w:type="spellStart"/>
      <w:r w:rsidRPr="00901BC0">
        <w:rPr>
          <w:rFonts w:ascii="Arial" w:hAnsi="Arial" w:cs="Arial"/>
        </w:rPr>
        <w:t>capacita</w:t>
      </w:r>
      <w:proofErr w:type="spellEnd"/>
      <w:r w:rsidRPr="00901BC0">
        <w:rPr>
          <w:rFonts w:ascii="Arial" w:hAnsi="Arial" w:cs="Arial"/>
        </w:rPr>
        <w:t>, o</w:t>
      </w:r>
      <w:r w:rsidRPr="00901BC0">
        <w:rPr>
          <w:rFonts w:ascii="Arial" w:hAnsi="Arial" w:cs="Arial"/>
          <w:spacing w:val="8"/>
        </w:rPr>
        <w:t xml:space="preserve"> </w:t>
      </w:r>
      <w:proofErr w:type="spellStart"/>
      <w:r w:rsidRPr="00901BC0">
        <w:rPr>
          <w:rFonts w:ascii="Arial" w:hAnsi="Arial" w:cs="Arial"/>
        </w:rPr>
        <w:t>definitivo</w:t>
      </w:r>
      <w:proofErr w:type="spellEnd"/>
      <w:r w:rsidRPr="00901BC0">
        <w:rPr>
          <w:rFonts w:ascii="Arial" w:hAnsi="Arial" w:cs="Arial"/>
        </w:rPr>
        <w:t>.</w:t>
      </w:r>
    </w:p>
    <w:p w14:paraId="04F940B1" w14:textId="77777777" w:rsidR="00893C50" w:rsidRPr="005F1480" w:rsidRDefault="00893C50" w:rsidP="00893C50">
      <w:pPr>
        <w:pStyle w:val="Prrafodelista"/>
        <w:widowControl w:val="0"/>
        <w:numPr>
          <w:ilvl w:val="0"/>
          <w:numId w:val="51"/>
        </w:numPr>
        <w:tabs>
          <w:tab w:val="left" w:pos="917"/>
        </w:tabs>
        <w:autoSpaceDE w:val="0"/>
        <w:autoSpaceDN w:val="0"/>
        <w:spacing w:before="165" w:after="0" w:line="360" w:lineRule="auto"/>
        <w:ind w:right="49"/>
        <w:contextualSpacing w:val="0"/>
        <w:jc w:val="both"/>
        <w:rPr>
          <w:rFonts w:ascii="Arial" w:hAnsi="Arial" w:cs="Arial"/>
          <w:sz w:val="24"/>
          <w:szCs w:val="24"/>
        </w:rPr>
      </w:pPr>
      <w:proofErr w:type="spellStart"/>
      <w:r w:rsidRPr="005F1480">
        <w:rPr>
          <w:rFonts w:ascii="Arial" w:hAnsi="Arial" w:cs="Arial"/>
          <w:b/>
          <w:spacing w:val="-3"/>
          <w:sz w:val="24"/>
          <w:szCs w:val="24"/>
        </w:rPr>
        <w:t>Acompañante</w:t>
      </w:r>
      <w:proofErr w:type="spellEnd"/>
      <w:r w:rsidRPr="005F1480">
        <w:rPr>
          <w:rFonts w:ascii="Arial" w:hAnsi="Arial" w:cs="Arial"/>
          <w:b/>
          <w:spacing w:val="-3"/>
          <w:sz w:val="24"/>
          <w:szCs w:val="24"/>
        </w:rPr>
        <w:t xml:space="preserve"> </w:t>
      </w:r>
      <w:proofErr w:type="spellStart"/>
      <w:r w:rsidRPr="005F1480">
        <w:rPr>
          <w:rFonts w:ascii="Arial" w:hAnsi="Arial" w:cs="Arial"/>
          <w:b/>
          <w:sz w:val="24"/>
          <w:szCs w:val="24"/>
        </w:rPr>
        <w:t>interno</w:t>
      </w:r>
      <w:proofErr w:type="spellEnd"/>
      <w:r w:rsidRPr="005F1480">
        <w:rPr>
          <w:rFonts w:ascii="Arial" w:hAnsi="Arial" w:cs="Arial"/>
          <w:sz w:val="24"/>
          <w:szCs w:val="24"/>
        </w:rPr>
        <w:t xml:space="preserve">: </w:t>
      </w:r>
      <w:proofErr w:type="spellStart"/>
      <w:r w:rsidRPr="005F1480">
        <w:rPr>
          <w:rFonts w:ascii="Arial" w:hAnsi="Arial" w:cs="Arial"/>
          <w:sz w:val="24"/>
          <w:szCs w:val="24"/>
        </w:rPr>
        <w:t>adulto</w:t>
      </w:r>
      <w:proofErr w:type="spellEnd"/>
      <w:r w:rsidRPr="005F1480">
        <w:rPr>
          <w:rFonts w:ascii="Arial" w:hAnsi="Arial" w:cs="Arial"/>
          <w:sz w:val="24"/>
          <w:szCs w:val="24"/>
        </w:rPr>
        <w:t xml:space="preserve"> que </w:t>
      </w:r>
      <w:proofErr w:type="spellStart"/>
      <w:r w:rsidRPr="005F1480">
        <w:rPr>
          <w:rFonts w:ascii="Arial" w:hAnsi="Arial" w:cs="Arial"/>
          <w:spacing w:val="2"/>
          <w:sz w:val="24"/>
          <w:szCs w:val="24"/>
        </w:rPr>
        <w:t>permanecerá</w:t>
      </w:r>
      <w:proofErr w:type="spellEnd"/>
      <w:r w:rsidRPr="005F1480">
        <w:rPr>
          <w:rFonts w:ascii="Arial" w:hAnsi="Arial" w:cs="Arial"/>
          <w:spacing w:val="2"/>
          <w:sz w:val="24"/>
          <w:szCs w:val="24"/>
        </w:rPr>
        <w:t xml:space="preserve"> </w:t>
      </w:r>
      <w:proofErr w:type="spellStart"/>
      <w:r w:rsidRPr="005F1480">
        <w:rPr>
          <w:rFonts w:ascii="Arial" w:hAnsi="Arial" w:cs="Arial"/>
          <w:spacing w:val="5"/>
          <w:sz w:val="24"/>
          <w:szCs w:val="24"/>
        </w:rPr>
        <w:t>en</w:t>
      </w:r>
      <w:proofErr w:type="spellEnd"/>
      <w:r w:rsidRPr="005F1480">
        <w:rPr>
          <w:rFonts w:ascii="Arial" w:hAnsi="Arial" w:cs="Arial"/>
          <w:spacing w:val="5"/>
          <w:sz w:val="24"/>
          <w:szCs w:val="24"/>
        </w:rPr>
        <w:t xml:space="preserve"> </w:t>
      </w:r>
      <w:proofErr w:type="spellStart"/>
      <w:r w:rsidRPr="005F1480">
        <w:rPr>
          <w:rFonts w:ascii="Arial" w:hAnsi="Arial" w:cs="Arial"/>
          <w:spacing w:val="5"/>
          <w:sz w:val="24"/>
          <w:szCs w:val="24"/>
        </w:rPr>
        <w:t>el</w:t>
      </w:r>
      <w:proofErr w:type="spellEnd"/>
      <w:r w:rsidRPr="005F1480">
        <w:rPr>
          <w:rFonts w:ascii="Arial" w:hAnsi="Arial" w:cs="Arial"/>
          <w:spacing w:val="5"/>
          <w:sz w:val="24"/>
          <w:szCs w:val="24"/>
        </w:rPr>
        <w:t xml:space="preserve"> </w:t>
      </w:r>
      <w:r w:rsidRPr="005F1480">
        <w:rPr>
          <w:rFonts w:ascii="Arial" w:hAnsi="Arial" w:cs="Arial"/>
          <w:sz w:val="24"/>
          <w:szCs w:val="24"/>
        </w:rPr>
        <w:t xml:space="preserve">interior </w:t>
      </w:r>
      <w:r w:rsidRPr="005F1480">
        <w:rPr>
          <w:rFonts w:ascii="Arial" w:hAnsi="Arial" w:cs="Arial"/>
          <w:spacing w:val="6"/>
          <w:sz w:val="24"/>
          <w:szCs w:val="24"/>
        </w:rPr>
        <w:t xml:space="preserve">del </w:t>
      </w:r>
      <w:proofErr w:type="spellStart"/>
      <w:r w:rsidRPr="005F1480">
        <w:rPr>
          <w:rFonts w:ascii="Arial" w:hAnsi="Arial" w:cs="Arial"/>
          <w:sz w:val="24"/>
          <w:szCs w:val="24"/>
        </w:rPr>
        <w:t>recinto</w:t>
      </w:r>
      <w:proofErr w:type="spellEnd"/>
      <w:r w:rsidRPr="005F1480">
        <w:rPr>
          <w:rFonts w:ascii="Arial" w:hAnsi="Arial" w:cs="Arial"/>
          <w:sz w:val="24"/>
          <w:szCs w:val="24"/>
        </w:rPr>
        <w:t xml:space="preserve"> </w:t>
      </w:r>
      <w:r w:rsidRPr="005F1480">
        <w:rPr>
          <w:rFonts w:ascii="Arial" w:hAnsi="Arial" w:cs="Arial"/>
          <w:spacing w:val="-4"/>
          <w:sz w:val="24"/>
          <w:szCs w:val="24"/>
        </w:rPr>
        <w:t xml:space="preserve">junto </w:t>
      </w:r>
      <w:r w:rsidRPr="005F1480">
        <w:rPr>
          <w:rFonts w:ascii="Arial" w:hAnsi="Arial" w:cs="Arial"/>
          <w:spacing w:val="-3"/>
          <w:sz w:val="24"/>
          <w:szCs w:val="24"/>
        </w:rPr>
        <w:t xml:space="preserve">al </w:t>
      </w:r>
      <w:proofErr w:type="spellStart"/>
      <w:r w:rsidRPr="005F1480">
        <w:rPr>
          <w:rFonts w:ascii="Arial" w:hAnsi="Arial" w:cs="Arial"/>
          <w:sz w:val="24"/>
          <w:szCs w:val="24"/>
        </w:rPr>
        <w:t>estudiante</w:t>
      </w:r>
      <w:proofErr w:type="spellEnd"/>
      <w:r w:rsidRPr="005F1480">
        <w:rPr>
          <w:rFonts w:ascii="Arial" w:hAnsi="Arial" w:cs="Arial"/>
          <w:sz w:val="24"/>
          <w:szCs w:val="24"/>
        </w:rPr>
        <w:t xml:space="preserve"> y </w:t>
      </w:r>
      <w:proofErr w:type="spellStart"/>
      <w:r w:rsidRPr="005F1480">
        <w:rPr>
          <w:rFonts w:ascii="Arial" w:hAnsi="Arial" w:cs="Arial"/>
          <w:spacing w:val="2"/>
          <w:sz w:val="24"/>
          <w:szCs w:val="24"/>
        </w:rPr>
        <w:t>encargado</w:t>
      </w:r>
      <w:proofErr w:type="spellEnd"/>
      <w:r w:rsidRPr="005F1480">
        <w:rPr>
          <w:rFonts w:ascii="Arial" w:hAnsi="Arial" w:cs="Arial"/>
          <w:spacing w:val="2"/>
          <w:sz w:val="24"/>
          <w:szCs w:val="24"/>
        </w:rPr>
        <w:t xml:space="preserve">, </w:t>
      </w:r>
      <w:proofErr w:type="spellStart"/>
      <w:r w:rsidRPr="005F1480">
        <w:rPr>
          <w:rFonts w:ascii="Arial" w:hAnsi="Arial" w:cs="Arial"/>
          <w:spacing w:val="3"/>
          <w:sz w:val="24"/>
          <w:szCs w:val="24"/>
        </w:rPr>
        <w:t>pero</w:t>
      </w:r>
      <w:proofErr w:type="spellEnd"/>
      <w:r w:rsidRPr="005F1480">
        <w:rPr>
          <w:rFonts w:ascii="Arial" w:hAnsi="Arial" w:cs="Arial"/>
          <w:spacing w:val="3"/>
          <w:sz w:val="24"/>
          <w:szCs w:val="24"/>
        </w:rPr>
        <w:t xml:space="preserve"> </w:t>
      </w:r>
      <w:r w:rsidRPr="005F1480">
        <w:rPr>
          <w:rFonts w:ascii="Arial" w:hAnsi="Arial" w:cs="Arial"/>
          <w:sz w:val="24"/>
          <w:szCs w:val="24"/>
        </w:rPr>
        <w:t xml:space="preserve">a </w:t>
      </w:r>
      <w:proofErr w:type="spellStart"/>
      <w:r w:rsidRPr="005F1480">
        <w:rPr>
          <w:rFonts w:ascii="Arial" w:hAnsi="Arial" w:cs="Arial"/>
          <w:spacing w:val="-4"/>
          <w:sz w:val="24"/>
          <w:szCs w:val="24"/>
        </w:rPr>
        <w:t>una</w:t>
      </w:r>
      <w:proofErr w:type="spellEnd"/>
      <w:r w:rsidRPr="005F1480">
        <w:rPr>
          <w:rFonts w:ascii="Arial" w:hAnsi="Arial" w:cs="Arial"/>
          <w:spacing w:val="-4"/>
          <w:sz w:val="24"/>
          <w:szCs w:val="24"/>
        </w:rPr>
        <w:t xml:space="preserve"> </w:t>
      </w:r>
      <w:proofErr w:type="spellStart"/>
      <w:r w:rsidRPr="005F1480">
        <w:rPr>
          <w:rFonts w:ascii="Arial" w:hAnsi="Arial" w:cs="Arial"/>
          <w:sz w:val="24"/>
          <w:szCs w:val="24"/>
        </w:rPr>
        <w:t>distancia</w:t>
      </w:r>
      <w:proofErr w:type="spellEnd"/>
      <w:r w:rsidRPr="005F1480">
        <w:rPr>
          <w:rFonts w:ascii="Arial" w:hAnsi="Arial" w:cs="Arial"/>
          <w:sz w:val="24"/>
          <w:szCs w:val="24"/>
        </w:rPr>
        <w:t xml:space="preserve"> mayor, </w:t>
      </w:r>
      <w:r w:rsidRPr="005F1480">
        <w:rPr>
          <w:rFonts w:ascii="Arial" w:hAnsi="Arial" w:cs="Arial"/>
          <w:spacing w:val="2"/>
          <w:sz w:val="24"/>
          <w:szCs w:val="24"/>
        </w:rPr>
        <w:t xml:space="preserve">sin </w:t>
      </w:r>
      <w:proofErr w:type="spellStart"/>
      <w:r w:rsidRPr="005F1480">
        <w:rPr>
          <w:rFonts w:ascii="Arial" w:hAnsi="Arial" w:cs="Arial"/>
          <w:sz w:val="24"/>
          <w:szCs w:val="24"/>
        </w:rPr>
        <w:t>intervenir</w:t>
      </w:r>
      <w:proofErr w:type="spellEnd"/>
      <w:r w:rsidRPr="005F1480">
        <w:rPr>
          <w:rFonts w:ascii="Arial" w:hAnsi="Arial" w:cs="Arial"/>
          <w:sz w:val="24"/>
          <w:szCs w:val="24"/>
        </w:rPr>
        <w:t xml:space="preserve"> </w:t>
      </w:r>
      <w:proofErr w:type="spellStart"/>
      <w:r w:rsidRPr="005F1480">
        <w:rPr>
          <w:rFonts w:ascii="Arial" w:hAnsi="Arial" w:cs="Arial"/>
          <w:sz w:val="24"/>
          <w:szCs w:val="24"/>
        </w:rPr>
        <w:t>directamente</w:t>
      </w:r>
      <w:proofErr w:type="spellEnd"/>
      <w:r w:rsidRPr="005F1480">
        <w:rPr>
          <w:rFonts w:ascii="Arial" w:hAnsi="Arial" w:cs="Arial"/>
          <w:sz w:val="24"/>
          <w:szCs w:val="24"/>
        </w:rPr>
        <w:t xml:space="preserve"> </w:t>
      </w:r>
      <w:proofErr w:type="spellStart"/>
      <w:r w:rsidRPr="005F1480">
        <w:rPr>
          <w:rFonts w:ascii="Arial" w:hAnsi="Arial" w:cs="Arial"/>
          <w:spacing w:val="5"/>
          <w:sz w:val="24"/>
          <w:szCs w:val="24"/>
        </w:rPr>
        <w:t>en</w:t>
      </w:r>
      <w:proofErr w:type="spellEnd"/>
      <w:r w:rsidRPr="005F1480">
        <w:rPr>
          <w:rFonts w:ascii="Arial" w:hAnsi="Arial" w:cs="Arial"/>
          <w:spacing w:val="5"/>
          <w:sz w:val="24"/>
          <w:szCs w:val="24"/>
        </w:rPr>
        <w:t xml:space="preserve"> </w:t>
      </w:r>
      <w:r w:rsidRPr="005F1480">
        <w:rPr>
          <w:rFonts w:ascii="Arial" w:hAnsi="Arial" w:cs="Arial"/>
          <w:sz w:val="24"/>
          <w:szCs w:val="24"/>
        </w:rPr>
        <w:t xml:space="preserve">la </w:t>
      </w:r>
      <w:proofErr w:type="spellStart"/>
      <w:r w:rsidRPr="005F1480">
        <w:rPr>
          <w:rFonts w:ascii="Arial" w:hAnsi="Arial" w:cs="Arial"/>
          <w:sz w:val="24"/>
          <w:szCs w:val="24"/>
        </w:rPr>
        <w:t>situación</w:t>
      </w:r>
      <w:proofErr w:type="spellEnd"/>
      <w:r w:rsidRPr="005F1480">
        <w:rPr>
          <w:rFonts w:ascii="Arial" w:hAnsi="Arial" w:cs="Arial"/>
          <w:sz w:val="24"/>
          <w:szCs w:val="24"/>
        </w:rPr>
        <w:t xml:space="preserve">. </w:t>
      </w:r>
      <w:proofErr w:type="spellStart"/>
      <w:r w:rsidRPr="005F1480">
        <w:rPr>
          <w:rFonts w:ascii="Arial" w:hAnsi="Arial" w:cs="Arial"/>
          <w:sz w:val="24"/>
          <w:szCs w:val="24"/>
        </w:rPr>
        <w:t>Permanecerá</w:t>
      </w:r>
      <w:proofErr w:type="spellEnd"/>
      <w:r w:rsidRPr="005F1480">
        <w:rPr>
          <w:rFonts w:ascii="Arial" w:hAnsi="Arial" w:cs="Arial"/>
          <w:sz w:val="24"/>
          <w:szCs w:val="24"/>
        </w:rPr>
        <w:t xml:space="preserve"> </w:t>
      </w:r>
      <w:proofErr w:type="spellStart"/>
      <w:r w:rsidRPr="005F1480">
        <w:rPr>
          <w:rFonts w:ascii="Arial" w:hAnsi="Arial" w:cs="Arial"/>
          <w:sz w:val="24"/>
          <w:szCs w:val="24"/>
        </w:rPr>
        <w:t>mayormente</w:t>
      </w:r>
      <w:proofErr w:type="spellEnd"/>
      <w:r w:rsidRPr="005F1480">
        <w:rPr>
          <w:rFonts w:ascii="Arial" w:hAnsi="Arial" w:cs="Arial"/>
          <w:sz w:val="24"/>
          <w:szCs w:val="24"/>
        </w:rPr>
        <w:t xml:space="preserve"> </w:t>
      </w:r>
      <w:proofErr w:type="spellStart"/>
      <w:r w:rsidRPr="005F1480">
        <w:rPr>
          <w:rFonts w:ascii="Arial" w:hAnsi="Arial" w:cs="Arial"/>
          <w:spacing w:val="5"/>
          <w:sz w:val="24"/>
          <w:szCs w:val="24"/>
        </w:rPr>
        <w:t>en</w:t>
      </w:r>
      <w:proofErr w:type="spellEnd"/>
      <w:r w:rsidRPr="005F1480">
        <w:rPr>
          <w:rFonts w:ascii="Arial" w:hAnsi="Arial" w:cs="Arial"/>
          <w:spacing w:val="5"/>
          <w:sz w:val="24"/>
          <w:szCs w:val="24"/>
        </w:rPr>
        <w:t xml:space="preserve"> </w:t>
      </w:r>
      <w:proofErr w:type="spellStart"/>
      <w:r w:rsidRPr="005F1480">
        <w:rPr>
          <w:rFonts w:ascii="Arial" w:hAnsi="Arial" w:cs="Arial"/>
          <w:spacing w:val="3"/>
          <w:sz w:val="24"/>
          <w:szCs w:val="24"/>
        </w:rPr>
        <w:t>silencio</w:t>
      </w:r>
      <w:proofErr w:type="spellEnd"/>
      <w:r w:rsidRPr="005F1480">
        <w:rPr>
          <w:rFonts w:ascii="Arial" w:hAnsi="Arial" w:cs="Arial"/>
          <w:spacing w:val="3"/>
          <w:sz w:val="24"/>
          <w:szCs w:val="24"/>
        </w:rPr>
        <w:t xml:space="preserve">, </w:t>
      </w:r>
      <w:proofErr w:type="spellStart"/>
      <w:r w:rsidRPr="005F1480">
        <w:rPr>
          <w:rFonts w:ascii="Arial" w:hAnsi="Arial" w:cs="Arial"/>
          <w:spacing w:val="3"/>
          <w:sz w:val="24"/>
          <w:szCs w:val="24"/>
        </w:rPr>
        <w:t>siempre</w:t>
      </w:r>
      <w:proofErr w:type="spellEnd"/>
      <w:r w:rsidRPr="005F1480">
        <w:rPr>
          <w:rFonts w:ascii="Arial" w:hAnsi="Arial" w:cs="Arial"/>
          <w:spacing w:val="3"/>
          <w:sz w:val="24"/>
          <w:szCs w:val="24"/>
        </w:rPr>
        <w:t xml:space="preserve"> </w:t>
      </w:r>
      <w:proofErr w:type="spellStart"/>
      <w:r w:rsidRPr="005F1480">
        <w:rPr>
          <w:rFonts w:ascii="Arial" w:hAnsi="Arial" w:cs="Arial"/>
          <w:sz w:val="24"/>
          <w:szCs w:val="24"/>
        </w:rPr>
        <w:t>alerta</w:t>
      </w:r>
      <w:proofErr w:type="spellEnd"/>
      <w:r w:rsidRPr="005F1480">
        <w:rPr>
          <w:rFonts w:ascii="Arial" w:hAnsi="Arial" w:cs="Arial"/>
          <w:sz w:val="24"/>
          <w:szCs w:val="24"/>
        </w:rPr>
        <w:t xml:space="preserve"> y </w:t>
      </w:r>
      <w:r w:rsidRPr="005F1480">
        <w:rPr>
          <w:rFonts w:ascii="Arial" w:hAnsi="Arial" w:cs="Arial"/>
          <w:spacing w:val="5"/>
          <w:sz w:val="24"/>
          <w:szCs w:val="24"/>
        </w:rPr>
        <w:t xml:space="preserve">de </w:t>
      </w:r>
      <w:proofErr w:type="spellStart"/>
      <w:r w:rsidRPr="005F1480">
        <w:rPr>
          <w:rFonts w:ascii="Arial" w:hAnsi="Arial" w:cs="Arial"/>
          <w:spacing w:val="-4"/>
          <w:sz w:val="24"/>
          <w:szCs w:val="24"/>
        </w:rPr>
        <w:t>frente</w:t>
      </w:r>
      <w:proofErr w:type="spellEnd"/>
      <w:r w:rsidRPr="005F1480">
        <w:rPr>
          <w:rFonts w:ascii="Arial" w:hAnsi="Arial" w:cs="Arial"/>
          <w:spacing w:val="-4"/>
          <w:sz w:val="24"/>
          <w:szCs w:val="24"/>
        </w:rPr>
        <w:t xml:space="preserve"> </w:t>
      </w:r>
      <w:r w:rsidRPr="005F1480">
        <w:rPr>
          <w:rFonts w:ascii="Arial" w:hAnsi="Arial" w:cs="Arial"/>
          <w:spacing w:val="-3"/>
          <w:sz w:val="24"/>
          <w:szCs w:val="24"/>
        </w:rPr>
        <w:t xml:space="preserve">al </w:t>
      </w:r>
      <w:proofErr w:type="spellStart"/>
      <w:r w:rsidRPr="005F1480">
        <w:rPr>
          <w:rFonts w:ascii="Arial" w:hAnsi="Arial" w:cs="Arial"/>
          <w:sz w:val="24"/>
          <w:szCs w:val="24"/>
        </w:rPr>
        <w:t>estudiante</w:t>
      </w:r>
      <w:proofErr w:type="spellEnd"/>
      <w:r w:rsidRPr="005F1480">
        <w:rPr>
          <w:rFonts w:ascii="Arial" w:hAnsi="Arial" w:cs="Arial"/>
          <w:sz w:val="24"/>
          <w:szCs w:val="24"/>
        </w:rPr>
        <w:t xml:space="preserve"> </w:t>
      </w:r>
      <w:r w:rsidRPr="005F1480">
        <w:rPr>
          <w:rFonts w:ascii="Arial" w:hAnsi="Arial" w:cs="Arial"/>
          <w:spacing w:val="5"/>
          <w:sz w:val="24"/>
          <w:szCs w:val="24"/>
        </w:rPr>
        <w:t xml:space="preserve">con </w:t>
      </w:r>
      <w:proofErr w:type="spellStart"/>
      <w:r w:rsidRPr="005F1480">
        <w:rPr>
          <w:rFonts w:ascii="Arial" w:hAnsi="Arial" w:cs="Arial"/>
          <w:spacing w:val="-4"/>
          <w:sz w:val="24"/>
          <w:szCs w:val="24"/>
        </w:rPr>
        <w:t>una</w:t>
      </w:r>
      <w:proofErr w:type="spellEnd"/>
      <w:r w:rsidRPr="005F1480">
        <w:rPr>
          <w:rFonts w:ascii="Arial" w:hAnsi="Arial" w:cs="Arial"/>
          <w:spacing w:val="-4"/>
          <w:sz w:val="24"/>
          <w:szCs w:val="24"/>
        </w:rPr>
        <w:t xml:space="preserve"> </w:t>
      </w:r>
      <w:proofErr w:type="spellStart"/>
      <w:r w:rsidRPr="005F1480">
        <w:rPr>
          <w:rFonts w:ascii="Arial" w:hAnsi="Arial" w:cs="Arial"/>
          <w:spacing w:val="-4"/>
          <w:sz w:val="24"/>
          <w:szCs w:val="24"/>
        </w:rPr>
        <w:t>actitud</w:t>
      </w:r>
      <w:proofErr w:type="spellEnd"/>
      <w:r w:rsidRPr="005F1480">
        <w:rPr>
          <w:rFonts w:ascii="Arial" w:hAnsi="Arial" w:cs="Arial"/>
          <w:spacing w:val="-4"/>
          <w:sz w:val="24"/>
          <w:szCs w:val="24"/>
        </w:rPr>
        <w:t xml:space="preserve"> </w:t>
      </w:r>
      <w:r w:rsidRPr="005F1480">
        <w:rPr>
          <w:rFonts w:ascii="Arial" w:hAnsi="Arial" w:cs="Arial"/>
          <w:spacing w:val="5"/>
          <w:sz w:val="24"/>
          <w:szCs w:val="24"/>
        </w:rPr>
        <w:t xml:space="preserve">de </w:t>
      </w:r>
      <w:proofErr w:type="spellStart"/>
      <w:r w:rsidRPr="005F1480">
        <w:rPr>
          <w:rFonts w:ascii="Arial" w:hAnsi="Arial" w:cs="Arial"/>
          <w:sz w:val="24"/>
          <w:szCs w:val="24"/>
        </w:rPr>
        <w:t>resguardo</w:t>
      </w:r>
      <w:proofErr w:type="spellEnd"/>
      <w:r w:rsidRPr="005F1480">
        <w:rPr>
          <w:rFonts w:ascii="Arial" w:hAnsi="Arial" w:cs="Arial"/>
          <w:sz w:val="24"/>
          <w:szCs w:val="24"/>
        </w:rPr>
        <w:t xml:space="preserve"> y </w:t>
      </w:r>
      <w:proofErr w:type="spellStart"/>
      <w:r w:rsidRPr="005F1480">
        <w:rPr>
          <w:rFonts w:ascii="Arial" w:hAnsi="Arial" w:cs="Arial"/>
          <w:spacing w:val="3"/>
          <w:sz w:val="24"/>
          <w:szCs w:val="24"/>
        </w:rPr>
        <w:t>comprensión</w:t>
      </w:r>
      <w:proofErr w:type="spellEnd"/>
      <w:r w:rsidRPr="005F1480">
        <w:rPr>
          <w:rFonts w:ascii="Arial" w:hAnsi="Arial" w:cs="Arial"/>
          <w:spacing w:val="3"/>
          <w:sz w:val="24"/>
          <w:szCs w:val="24"/>
        </w:rPr>
        <w:t>.</w:t>
      </w:r>
    </w:p>
    <w:p w14:paraId="693367B7" w14:textId="77777777" w:rsidR="00893C50" w:rsidRPr="005F1480" w:rsidRDefault="00893C50" w:rsidP="00893C50">
      <w:pPr>
        <w:pStyle w:val="Prrafodelista"/>
        <w:widowControl w:val="0"/>
        <w:numPr>
          <w:ilvl w:val="0"/>
          <w:numId w:val="51"/>
        </w:numPr>
        <w:tabs>
          <w:tab w:val="left" w:pos="812"/>
        </w:tabs>
        <w:autoSpaceDE w:val="0"/>
        <w:autoSpaceDN w:val="0"/>
        <w:spacing w:before="158" w:after="0" w:line="360" w:lineRule="auto"/>
        <w:ind w:right="49"/>
        <w:contextualSpacing w:val="0"/>
        <w:jc w:val="both"/>
        <w:rPr>
          <w:rFonts w:ascii="Arial" w:hAnsi="Arial" w:cs="Arial"/>
          <w:sz w:val="24"/>
          <w:szCs w:val="24"/>
        </w:rPr>
      </w:pPr>
      <w:proofErr w:type="spellStart"/>
      <w:r w:rsidRPr="005F1480">
        <w:rPr>
          <w:rFonts w:ascii="Arial" w:hAnsi="Arial" w:cs="Arial"/>
          <w:b/>
          <w:spacing w:val="-3"/>
          <w:sz w:val="24"/>
          <w:szCs w:val="24"/>
        </w:rPr>
        <w:t>Acompañante</w:t>
      </w:r>
      <w:proofErr w:type="spellEnd"/>
      <w:r w:rsidRPr="005F1480">
        <w:rPr>
          <w:rFonts w:ascii="Arial" w:hAnsi="Arial" w:cs="Arial"/>
          <w:b/>
          <w:spacing w:val="-3"/>
          <w:sz w:val="24"/>
          <w:szCs w:val="24"/>
        </w:rPr>
        <w:t xml:space="preserve"> </w:t>
      </w:r>
      <w:proofErr w:type="spellStart"/>
      <w:r w:rsidRPr="005F1480">
        <w:rPr>
          <w:rFonts w:ascii="Arial" w:hAnsi="Arial" w:cs="Arial"/>
          <w:b/>
          <w:spacing w:val="-5"/>
          <w:sz w:val="24"/>
          <w:szCs w:val="24"/>
        </w:rPr>
        <w:t>externo</w:t>
      </w:r>
      <w:proofErr w:type="spellEnd"/>
      <w:r w:rsidRPr="005F1480">
        <w:rPr>
          <w:rFonts w:ascii="Arial" w:hAnsi="Arial" w:cs="Arial"/>
          <w:spacing w:val="-5"/>
          <w:sz w:val="24"/>
          <w:szCs w:val="24"/>
        </w:rPr>
        <w:t xml:space="preserve">: </w:t>
      </w:r>
      <w:proofErr w:type="spellStart"/>
      <w:r w:rsidRPr="005F1480">
        <w:rPr>
          <w:rFonts w:ascii="Arial" w:hAnsi="Arial" w:cs="Arial"/>
          <w:sz w:val="24"/>
          <w:szCs w:val="24"/>
        </w:rPr>
        <w:t>adulto</w:t>
      </w:r>
      <w:proofErr w:type="spellEnd"/>
      <w:r w:rsidRPr="005F1480">
        <w:rPr>
          <w:rFonts w:ascii="Arial" w:hAnsi="Arial" w:cs="Arial"/>
          <w:sz w:val="24"/>
          <w:szCs w:val="24"/>
        </w:rPr>
        <w:t xml:space="preserve"> que </w:t>
      </w:r>
      <w:proofErr w:type="spellStart"/>
      <w:r w:rsidRPr="005F1480">
        <w:rPr>
          <w:rFonts w:ascii="Arial" w:hAnsi="Arial" w:cs="Arial"/>
          <w:spacing w:val="2"/>
          <w:sz w:val="24"/>
          <w:szCs w:val="24"/>
        </w:rPr>
        <w:t>permanecerá</w:t>
      </w:r>
      <w:proofErr w:type="spellEnd"/>
      <w:r w:rsidRPr="005F1480">
        <w:rPr>
          <w:rFonts w:ascii="Arial" w:hAnsi="Arial" w:cs="Arial"/>
          <w:spacing w:val="2"/>
          <w:sz w:val="24"/>
          <w:szCs w:val="24"/>
        </w:rPr>
        <w:t xml:space="preserve"> </w:t>
      </w:r>
      <w:r w:rsidRPr="005F1480">
        <w:rPr>
          <w:rFonts w:ascii="Arial" w:hAnsi="Arial" w:cs="Arial"/>
          <w:spacing w:val="-3"/>
          <w:sz w:val="24"/>
          <w:szCs w:val="24"/>
        </w:rPr>
        <w:t xml:space="preserve">fuera </w:t>
      </w:r>
      <w:r w:rsidRPr="005F1480">
        <w:rPr>
          <w:rFonts w:ascii="Arial" w:hAnsi="Arial" w:cs="Arial"/>
          <w:spacing w:val="5"/>
          <w:sz w:val="24"/>
          <w:szCs w:val="24"/>
        </w:rPr>
        <w:t xml:space="preserve">de </w:t>
      </w:r>
      <w:r w:rsidRPr="005F1480">
        <w:rPr>
          <w:rFonts w:ascii="Arial" w:hAnsi="Arial" w:cs="Arial"/>
          <w:sz w:val="24"/>
          <w:szCs w:val="24"/>
        </w:rPr>
        <w:t xml:space="preserve">la sala o </w:t>
      </w:r>
      <w:proofErr w:type="spellStart"/>
      <w:r w:rsidRPr="005F1480">
        <w:rPr>
          <w:rFonts w:ascii="Arial" w:hAnsi="Arial" w:cs="Arial"/>
          <w:sz w:val="24"/>
          <w:szCs w:val="24"/>
        </w:rPr>
        <w:t>recinto</w:t>
      </w:r>
      <w:proofErr w:type="spellEnd"/>
      <w:r w:rsidRPr="005F1480">
        <w:rPr>
          <w:rFonts w:ascii="Arial" w:hAnsi="Arial" w:cs="Arial"/>
          <w:sz w:val="24"/>
          <w:szCs w:val="24"/>
        </w:rPr>
        <w:t xml:space="preserve"> </w:t>
      </w:r>
      <w:proofErr w:type="spellStart"/>
      <w:r w:rsidRPr="005F1480">
        <w:rPr>
          <w:rFonts w:ascii="Arial" w:hAnsi="Arial" w:cs="Arial"/>
          <w:spacing w:val="5"/>
          <w:sz w:val="24"/>
          <w:szCs w:val="24"/>
        </w:rPr>
        <w:t>en</w:t>
      </w:r>
      <w:proofErr w:type="spellEnd"/>
      <w:r w:rsidRPr="005F1480">
        <w:rPr>
          <w:rFonts w:ascii="Arial" w:hAnsi="Arial" w:cs="Arial"/>
          <w:spacing w:val="5"/>
          <w:sz w:val="24"/>
          <w:szCs w:val="24"/>
        </w:rPr>
        <w:t xml:space="preserve"> </w:t>
      </w:r>
      <w:proofErr w:type="spellStart"/>
      <w:r w:rsidRPr="005F1480">
        <w:rPr>
          <w:rFonts w:ascii="Arial" w:hAnsi="Arial" w:cs="Arial"/>
          <w:spacing w:val="5"/>
          <w:sz w:val="24"/>
          <w:szCs w:val="24"/>
        </w:rPr>
        <w:t>donde</w:t>
      </w:r>
      <w:proofErr w:type="spellEnd"/>
      <w:r w:rsidRPr="005F1480">
        <w:rPr>
          <w:rFonts w:ascii="Arial" w:hAnsi="Arial" w:cs="Arial"/>
          <w:spacing w:val="5"/>
          <w:sz w:val="24"/>
          <w:szCs w:val="24"/>
        </w:rPr>
        <w:t xml:space="preserve"> </w:t>
      </w:r>
      <w:proofErr w:type="spellStart"/>
      <w:r w:rsidRPr="005F1480">
        <w:rPr>
          <w:rFonts w:ascii="Arial" w:hAnsi="Arial" w:cs="Arial"/>
          <w:sz w:val="24"/>
          <w:szCs w:val="24"/>
        </w:rPr>
        <w:t>ocurra</w:t>
      </w:r>
      <w:proofErr w:type="spellEnd"/>
      <w:r w:rsidRPr="005F1480">
        <w:rPr>
          <w:rFonts w:ascii="Arial" w:hAnsi="Arial" w:cs="Arial"/>
          <w:sz w:val="24"/>
          <w:szCs w:val="24"/>
        </w:rPr>
        <w:t xml:space="preserve"> la </w:t>
      </w:r>
      <w:proofErr w:type="spellStart"/>
      <w:r w:rsidRPr="005F1480">
        <w:rPr>
          <w:rFonts w:ascii="Arial" w:hAnsi="Arial" w:cs="Arial"/>
          <w:sz w:val="24"/>
          <w:szCs w:val="24"/>
        </w:rPr>
        <w:t>situación</w:t>
      </w:r>
      <w:proofErr w:type="spellEnd"/>
      <w:r w:rsidRPr="005F1480">
        <w:rPr>
          <w:rFonts w:ascii="Arial" w:hAnsi="Arial" w:cs="Arial"/>
          <w:sz w:val="24"/>
          <w:szCs w:val="24"/>
        </w:rPr>
        <w:t xml:space="preserve"> </w:t>
      </w:r>
      <w:r w:rsidRPr="005F1480">
        <w:rPr>
          <w:rFonts w:ascii="Arial" w:hAnsi="Arial" w:cs="Arial"/>
          <w:spacing w:val="5"/>
          <w:sz w:val="24"/>
          <w:szCs w:val="24"/>
        </w:rPr>
        <w:t>de</w:t>
      </w:r>
      <w:r w:rsidRPr="005F1480">
        <w:rPr>
          <w:rFonts w:ascii="Arial" w:hAnsi="Arial" w:cs="Arial"/>
          <w:spacing w:val="3"/>
          <w:sz w:val="24"/>
          <w:szCs w:val="24"/>
        </w:rPr>
        <w:t xml:space="preserve"> </w:t>
      </w:r>
      <w:proofErr w:type="spellStart"/>
      <w:r w:rsidRPr="005F1480">
        <w:rPr>
          <w:rFonts w:ascii="Arial" w:hAnsi="Arial" w:cs="Arial"/>
          <w:sz w:val="24"/>
          <w:szCs w:val="24"/>
        </w:rPr>
        <w:t>contención</w:t>
      </w:r>
      <w:proofErr w:type="spellEnd"/>
      <w:r w:rsidRPr="005F1480">
        <w:rPr>
          <w:rFonts w:ascii="Arial" w:hAnsi="Arial" w:cs="Arial"/>
          <w:sz w:val="24"/>
          <w:szCs w:val="24"/>
        </w:rPr>
        <w:t>;</w:t>
      </w:r>
      <w:r w:rsidRPr="005F1480">
        <w:rPr>
          <w:rFonts w:ascii="Arial" w:hAnsi="Arial" w:cs="Arial"/>
          <w:spacing w:val="-1"/>
          <w:sz w:val="24"/>
          <w:szCs w:val="24"/>
        </w:rPr>
        <w:t xml:space="preserve"> </w:t>
      </w:r>
      <w:proofErr w:type="spellStart"/>
      <w:r w:rsidRPr="005F1480">
        <w:rPr>
          <w:rFonts w:ascii="Arial" w:hAnsi="Arial" w:cs="Arial"/>
          <w:spacing w:val="3"/>
          <w:sz w:val="24"/>
          <w:szCs w:val="24"/>
        </w:rPr>
        <w:t>debe</w:t>
      </w:r>
      <w:proofErr w:type="spellEnd"/>
      <w:r w:rsidRPr="005F1480">
        <w:rPr>
          <w:rFonts w:ascii="Arial" w:hAnsi="Arial" w:cs="Arial"/>
          <w:spacing w:val="-12"/>
          <w:sz w:val="24"/>
          <w:szCs w:val="24"/>
        </w:rPr>
        <w:t xml:space="preserve"> </w:t>
      </w:r>
      <w:proofErr w:type="spellStart"/>
      <w:r w:rsidRPr="005F1480">
        <w:rPr>
          <w:rFonts w:ascii="Arial" w:hAnsi="Arial" w:cs="Arial"/>
          <w:sz w:val="24"/>
          <w:szCs w:val="24"/>
        </w:rPr>
        <w:t>coordinar</w:t>
      </w:r>
      <w:proofErr w:type="spellEnd"/>
      <w:r w:rsidRPr="005F1480">
        <w:rPr>
          <w:rFonts w:ascii="Arial" w:hAnsi="Arial" w:cs="Arial"/>
          <w:spacing w:val="-14"/>
          <w:sz w:val="24"/>
          <w:szCs w:val="24"/>
        </w:rPr>
        <w:t xml:space="preserve"> </w:t>
      </w:r>
      <w:r w:rsidRPr="005F1480">
        <w:rPr>
          <w:rFonts w:ascii="Arial" w:hAnsi="Arial" w:cs="Arial"/>
          <w:sz w:val="24"/>
          <w:szCs w:val="24"/>
        </w:rPr>
        <w:t>la</w:t>
      </w:r>
      <w:r w:rsidRPr="005F1480">
        <w:rPr>
          <w:rFonts w:ascii="Arial" w:hAnsi="Arial" w:cs="Arial"/>
          <w:spacing w:val="-12"/>
          <w:sz w:val="24"/>
          <w:szCs w:val="24"/>
        </w:rPr>
        <w:t xml:space="preserve"> </w:t>
      </w:r>
      <w:proofErr w:type="spellStart"/>
      <w:r w:rsidRPr="005F1480">
        <w:rPr>
          <w:rFonts w:ascii="Arial" w:hAnsi="Arial" w:cs="Arial"/>
          <w:sz w:val="24"/>
          <w:szCs w:val="24"/>
        </w:rPr>
        <w:t>información</w:t>
      </w:r>
      <w:proofErr w:type="spellEnd"/>
      <w:r w:rsidRPr="005F1480">
        <w:rPr>
          <w:rFonts w:ascii="Arial" w:hAnsi="Arial" w:cs="Arial"/>
          <w:spacing w:val="-12"/>
          <w:sz w:val="24"/>
          <w:szCs w:val="24"/>
        </w:rPr>
        <w:t xml:space="preserve"> </w:t>
      </w:r>
      <w:r w:rsidRPr="005F1480">
        <w:rPr>
          <w:rFonts w:ascii="Arial" w:hAnsi="Arial" w:cs="Arial"/>
          <w:sz w:val="24"/>
          <w:szCs w:val="24"/>
        </w:rPr>
        <w:t xml:space="preserve">y </w:t>
      </w:r>
      <w:proofErr w:type="spellStart"/>
      <w:r w:rsidRPr="005F1480">
        <w:rPr>
          <w:rFonts w:ascii="Arial" w:hAnsi="Arial" w:cs="Arial"/>
          <w:sz w:val="24"/>
          <w:szCs w:val="24"/>
        </w:rPr>
        <w:t>dar</w:t>
      </w:r>
      <w:proofErr w:type="spellEnd"/>
      <w:r w:rsidRPr="005F1480">
        <w:rPr>
          <w:rFonts w:ascii="Arial" w:hAnsi="Arial" w:cs="Arial"/>
          <w:spacing w:val="-14"/>
          <w:sz w:val="24"/>
          <w:szCs w:val="24"/>
        </w:rPr>
        <w:t xml:space="preserve"> </w:t>
      </w:r>
      <w:r w:rsidRPr="005F1480">
        <w:rPr>
          <w:rFonts w:ascii="Arial" w:hAnsi="Arial" w:cs="Arial"/>
          <w:sz w:val="24"/>
          <w:szCs w:val="24"/>
        </w:rPr>
        <w:t>aviso</w:t>
      </w:r>
      <w:r w:rsidRPr="005F1480">
        <w:rPr>
          <w:rFonts w:ascii="Arial" w:hAnsi="Arial" w:cs="Arial"/>
          <w:spacing w:val="4"/>
          <w:sz w:val="24"/>
          <w:szCs w:val="24"/>
        </w:rPr>
        <w:t xml:space="preserve"> </w:t>
      </w:r>
      <w:r w:rsidRPr="005F1480">
        <w:rPr>
          <w:rFonts w:ascii="Arial" w:hAnsi="Arial" w:cs="Arial"/>
          <w:spacing w:val="-3"/>
          <w:sz w:val="24"/>
          <w:szCs w:val="24"/>
        </w:rPr>
        <w:t>al</w:t>
      </w:r>
      <w:r w:rsidRPr="005F1480">
        <w:rPr>
          <w:rFonts w:ascii="Arial" w:hAnsi="Arial" w:cs="Arial"/>
          <w:spacing w:val="11"/>
          <w:sz w:val="24"/>
          <w:szCs w:val="24"/>
        </w:rPr>
        <w:t xml:space="preserve"> </w:t>
      </w:r>
      <w:r w:rsidRPr="005F1480">
        <w:rPr>
          <w:rFonts w:ascii="Arial" w:hAnsi="Arial" w:cs="Arial"/>
          <w:sz w:val="24"/>
          <w:szCs w:val="24"/>
        </w:rPr>
        <w:t>resto</w:t>
      </w:r>
      <w:r w:rsidRPr="005F1480">
        <w:rPr>
          <w:rFonts w:ascii="Arial" w:hAnsi="Arial" w:cs="Arial"/>
          <w:spacing w:val="4"/>
          <w:sz w:val="24"/>
          <w:szCs w:val="24"/>
        </w:rPr>
        <w:t xml:space="preserve"> </w:t>
      </w:r>
      <w:r w:rsidRPr="005F1480">
        <w:rPr>
          <w:rFonts w:ascii="Arial" w:hAnsi="Arial" w:cs="Arial"/>
          <w:spacing w:val="6"/>
          <w:sz w:val="24"/>
          <w:szCs w:val="24"/>
        </w:rPr>
        <w:t>del</w:t>
      </w:r>
      <w:r w:rsidRPr="005F1480">
        <w:rPr>
          <w:rFonts w:ascii="Arial" w:hAnsi="Arial" w:cs="Arial"/>
          <w:spacing w:val="-6"/>
          <w:sz w:val="24"/>
          <w:szCs w:val="24"/>
        </w:rPr>
        <w:t xml:space="preserve"> </w:t>
      </w:r>
      <w:r w:rsidRPr="005F1480">
        <w:rPr>
          <w:rFonts w:ascii="Arial" w:hAnsi="Arial" w:cs="Arial"/>
          <w:sz w:val="24"/>
          <w:szCs w:val="24"/>
        </w:rPr>
        <w:t>personal</w:t>
      </w:r>
      <w:r w:rsidRPr="005F1480">
        <w:rPr>
          <w:rFonts w:ascii="Arial" w:hAnsi="Arial" w:cs="Arial"/>
          <w:spacing w:val="-6"/>
          <w:sz w:val="24"/>
          <w:szCs w:val="24"/>
        </w:rPr>
        <w:t xml:space="preserve"> </w:t>
      </w:r>
      <w:proofErr w:type="spellStart"/>
      <w:r w:rsidRPr="005F1480">
        <w:rPr>
          <w:rFonts w:ascii="Arial" w:hAnsi="Arial" w:cs="Arial"/>
          <w:spacing w:val="4"/>
          <w:sz w:val="24"/>
          <w:szCs w:val="24"/>
        </w:rPr>
        <w:t>según</w:t>
      </w:r>
      <w:proofErr w:type="spellEnd"/>
      <w:r w:rsidRPr="005F1480">
        <w:rPr>
          <w:rFonts w:ascii="Arial" w:hAnsi="Arial" w:cs="Arial"/>
          <w:spacing w:val="-12"/>
          <w:sz w:val="24"/>
          <w:szCs w:val="24"/>
        </w:rPr>
        <w:t xml:space="preserve"> </w:t>
      </w:r>
      <w:proofErr w:type="spellStart"/>
      <w:r w:rsidRPr="005F1480">
        <w:rPr>
          <w:rFonts w:ascii="Arial" w:hAnsi="Arial" w:cs="Arial"/>
          <w:sz w:val="24"/>
          <w:szCs w:val="24"/>
        </w:rPr>
        <w:t>corresponda</w:t>
      </w:r>
      <w:proofErr w:type="spellEnd"/>
      <w:r w:rsidRPr="005F1480">
        <w:rPr>
          <w:rFonts w:ascii="Arial" w:hAnsi="Arial" w:cs="Arial"/>
          <w:spacing w:val="-12"/>
          <w:sz w:val="24"/>
          <w:szCs w:val="24"/>
        </w:rPr>
        <w:t xml:space="preserve"> </w:t>
      </w:r>
      <w:r w:rsidRPr="005F1480">
        <w:rPr>
          <w:rFonts w:ascii="Arial" w:hAnsi="Arial" w:cs="Arial"/>
          <w:sz w:val="24"/>
          <w:szCs w:val="24"/>
        </w:rPr>
        <w:t>(</w:t>
      </w:r>
      <w:proofErr w:type="spellStart"/>
      <w:r w:rsidRPr="005F1480">
        <w:rPr>
          <w:rFonts w:ascii="Arial" w:hAnsi="Arial" w:cs="Arial"/>
          <w:sz w:val="24"/>
          <w:szCs w:val="24"/>
        </w:rPr>
        <w:t>llamar</w:t>
      </w:r>
      <w:proofErr w:type="spellEnd"/>
      <w:r w:rsidRPr="005F1480">
        <w:rPr>
          <w:rFonts w:ascii="Arial" w:hAnsi="Arial" w:cs="Arial"/>
          <w:spacing w:val="-14"/>
          <w:sz w:val="24"/>
          <w:szCs w:val="24"/>
        </w:rPr>
        <w:t xml:space="preserve"> </w:t>
      </w:r>
      <w:proofErr w:type="spellStart"/>
      <w:r w:rsidRPr="005F1480">
        <w:rPr>
          <w:rFonts w:ascii="Arial" w:hAnsi="Arial" w:cs="Arial"/>
          <w:spacing w:val="-4"/>
          <w:sz w:val="24"/>
          <w:szCs w:val="24"/>
        </w:rPr>
        <w:t>por</w:t>
      </w:r>
      <w:proofErr w:type="spellEnd"/>
      <w:r w:rsidRPr="005F1480">
        <w:rPr>
          <w:rFonts w:ascii="Arial" w:hAnsi="Arial" w:cs="Arial"/>
          <w:spacing w:val="-4"/>
          <w:sz w:val="24"/>
          <w:szCs w:val="24"/>
        </w:rPr>
        <w:t xml:space="preserve"> </w:t>
      </w:r>
      <w:proofErr w:type="spellStart"/>
      <w:r w:rsidRPr="005F1480">
        <w:rPr>
          <w:rFonts w:ascii="Arial" w:hAnsi="Arial" w:cs="Arial"/>
          <w:sz w:val="24"/>
          <w:szCs w:val="24"/>
        </w:rPr>
        <w:t>teléfono</w:t>
      </w:r>
      <w:proofErr w:type="spellEnd"/>
      <w:r w:rsidRPr="005F1480">
        <w:rPr>
          <w:rFonts w:ascii="Arial" w:hAnsi="Arial" w:cs="Arial"/>
          <w:sz w:val="24"/>
          <w:szCs w:val="24"/>
        </w:rPr>
        <w:t xml:space="preserve">, </w:t>
      </w:r>
      <w:proofErr w:type="spellStart"/>
      <w:r w:rsidRPr="005F1480">
        <w:rPr>
          <w:rFonts w:ascii="Arial" w:hAnsi="Arial" w:cs="Arial"/>
          <w:sz w:val="24"/>
          <w:szCs w:val="24"/>
        </w:rPr>
        <w:t>informar</w:t>
      </w:r>
      <w:proofErr w:type="spellEnd"/>
      <w:r w:rsidRPr="005F1480">
        <w:rPr>
          <w:rFonts w:ascii="Arial" w:hAnsi="Arial" w:cs="Arial"/>
          <w:sz w:val="24"/>
          <w:szCs w:val="24"/>
        </w:rPr>
        <w:t xml:space="preserve"> a </w:t>
      </w:r>
      <w:proofErr w:type="spellStart"/>
      <w:r w:rsidRPr="005F1480">
        <w:rPr>
          <w:rFonts w:ascii="Arial" w:hAnsi="Arial" w:cs="Arial"/>
          <w:spacing w:val="2"/>
          <w:sz w:val="24"/>
          <w:szCs w:val="24"/>
        </w:rPr>
        <w:t>directivos</w:t>
      </w:r>
      <w:proofErr w:type="spellEnd"/>
      <w:r w:rsidRPr="005F1480">
        <w:rPr>
          <w:rFonts w:ascii="Arial" w:hAnsi="Arial" w:cs="Arial"/>
          <w:spacing w:val="2"/>
          <w:sz w:val="24"/>
          <w:szCs w:val="24"/>
        </w:rPr>
        <w:t xml:space="preserve"> </w:t>
      </w:r>
      <w:r w:rsidRPr="005F1480">
        <w:rPr>
          <w:rFonts w:ascii="Arial" w:hAnsi="Arial" w:cs="Arial"/>
          <w:sz w:val="24"/>
          <w:szCs w:val="24"/>
        </w:rPr>
        <w:t>u</w:t>
      </w:r>
      <w:r w:rsidRPr="005F1480">
        <w:rPr>
          <w:rFonts w:ascii="Arial" w:hAnsi="Arial" w:cs="Arial"/>
          <w:spacing w:val="18"/>
          <w:sz w:val="24"/>
          <w:szCs w:val="24"/>
        </w:rPr>
        <w:t xml:space="preserve"> </w:t>
      </w:r>
      <w:proofErr w:type="spellStart"/>
      <w:r w:rsidRPr="005F1480">
        <w:rPr>
          <w:rFonts w:ascii="Arial" w:hAnsi="Arial" w:cs="Arial"/>
          <w:sz w:val="24"/>
          <w:szCs w:val="24"/>
        </w:rPr>
        <w:t>otros</w:t>
      </w:r>
      <w:proofErr w:type="spellEnd"/>
      <w:r w:rsidRPr="005F1480">
        <w:rPr>
          <w:rFonts w:ascii="Arial" w:hAnsi="Arial" w:cs="Arial"/>
          <w:sz w:val="24"/>
          <w:szCs w:val="24"/>
        </w:rPr>
        <w:t>).</w:t>
      </w:r>
    </w:p>
    <w:p w14:paraId="741ED821" w14:textId="77777777" w:rsidR="00893C50" w:rsidRPr="00901BC0" w:rsidRDefault="00893C50" w:rsidP="00893C50">
      <w:pPr>
        <w:pStyle w:val="Textoindependiente"/>
        <w:spacing w:before="165" w:line="360" w:lineRule="auto"/>
        <w:ind w:right="49"/>
        <w:jc w:val="both"/>
        <w:rPr>
          <w:rFonts w:ascii="Arial" w:hAnsi="Arial" w:cs="Arial"/>
        </w:rPr>
      </w:pPr>
      <w:r w:rsidRPr="00901BC0">
        <w:rPr>
          <w:rFonts w:ascii="Arial" w:hAnsi="Arial" w:cs="Arial"/>
        </w:rPr>
        <w:t xml:space="preserve">Al </w:t>
      </w:r>
      <w:proofErr w:type="spellStart"/>
      <w:r w:rsidRPr="00901BC0">
        <w:rPr>
          <w:rFonts w:ascii="Arial" w:hAnsi="Arial" w:cs="Arial"/>
        </w:rPr>
        <w:t>finalizar</w:t>
      </w:r>
      <w:proofErr w:type="spellEnd"/>
      <w:r w:rsidRPr="00901BC0">
        <w:rPr>
          <w:rFonts w:ascii="Arial" w:hAnsi="Arial" w:cs="Arial"/>
        </w:rPr>
        <w:t xml:space="preserve"> la </w:t>
      </w:r>
      <w:proofErr w:type="spellStart"/>
      <w:r w:rsidRPr="00901BC0">
        <w:rPr>
          <w:rFonts w:ascii="Arial" w:hAnsi="Arial" w:cs="Arial"/>
        </w:rPr>
        <w:t>intervención</w:t>
      </w:r>
      <w:proofErr w:type="spellEnd"/>
      <w:r w:rsidRPr="00901BC0">
        <w:rPr>
          <w:rFonts w:ascii="Arial" w:hAnsi="Arial" w:cs="Arial"/>
        </w:rPr>
        <w:t xml:space="preserve"> es </w:t>
      </w:r>
      <w:proofErr w:type="spellStart"/>
      <w:r w:rsidRPr="00901BC0">
        <w:rPr>
          <w:rFonts w:ascii="Arial" w:hAnsi="Arial" w:cs="Arial"/>
        </w:rPr>
        <w:t>deseable</w:t>
      </w:r>
      <w:proofErr w:type="spellEnd"/>
      <w:r w:rsidRPr="00901BC0">
        <w:rPr>
          <w:rFonts w:ascii="Arial" w:hAnsi="Arial" w:cs="Arial"/>
        </w:rPr>
        <w:t xml:space="preserve"> </w:t>
      </w:r>
      <w:proofErr w:type="spellStart"/>
      <w:r w:rsidRPr="00901BC0">
        <w:rPr>
          <w:rFonts w:ascii="Arial" w:hAnsi="Arial" w:cs="Arial"/>
        </w:rPr>
        <w:t>dejar</w:t>
      </w:r>
      <w:proofErr w:type="spellEnd"/>
      <w:r w:rsidRPr="00901BC0">
        <w:rPr>
          <w:rFonts w:ascii="Arial" w:hAnsi="Arial" w:cs="Arial"/>
        </w:rPr>
        <w:t xml:space="preserve"> </w:t>
      </w:r>
      <w:proofErr w:type="spellStart"/>
      <w:r w:rsidRPr="00901BC0">
        <w:rPr>
          <w:rFonts w:ascii="Arial" w:hAnsi="Arial" w:cs="Arial"/>
        </w:rPr>
        <w:t>registro</w:t>
      </w:r>
      <w:proofErr w:type="spellEnd"/>
      <w:r w:rsidRPr="00901BC0">
        <w:rPr>
          <w:rFonts w:ascii="Arial" w:hAnsi="Arial" w:cs="Arial"/>
        </w:rPr>
        <w:t xml:space="preserve"> del </w:t>
      </w:r>
      <w:proofErr w:type="spellStart"/>
      <w:r w:rsidRPr="00901BC0">
        <w:rPr>
          <w:rFonts w:ascii="Arial" w:hAnsi="Arial" w:cs="Arial"/>
        </w:rPr>
        <w:t>desarrollo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la </w:t>
      </w:r>
      <w:proofErr w:type="spellStart"/>
      <w:r w:rsidRPr="00901BC0">
        <w:rPr>
          <w:rFonts w:ascii="Arial" w:hAnsi="Arial" w:cs="Arial"/>
        </w:rPr>
        <w:t>Bitácora</w:t>
      </w:r>
      <w:proofErr w:type="spellEnd"/>
      <w:r w:rsidRPr="00901BC0">
        <w:rPr>
          <w:rFonts w:ascii="Arial" w:hAnsi="Arial" w:cs="Arial"/>
        </w:rPr>
        <w:t xml:space="preserve"> (Anexo al </w:t>
      </w:r>
      <w:proofErr w:type="spellStart"/>
      <w:r w:rsidRPr="00901BC0">
        <w:rPr>
          <w:rFonts w:ascii="Arial" w:hAnsi="Arial" w:cs="Arial"/>
        </w:rPr>
        <w:t>protocolo</w:t>
      </w:r>
      <w:proofErr w:type="spellEnd"/>
      <w:r w:rsidRPr="00901BC0">
        <w:rPr>
          <w:rFonts w:ascii="Arial" w:hAnsi="Arial" w:cs="Arial"/>
        </w:rPr>
        <w:t xml:space="preserve">) para </w:t>
      </w:r>
      <w:proofErr w:type="spellStart"/>
      <w:r w:rsidRPr="00901BC0">
        <w:rPr>
          <w:rFonts w:ascii="Arial" w:hAnsi="Arial" w:cs="Arial"/>
        </w:rPr>
        <w:t>evaluar</w:t>
      </w:r>
      <w:proofErr w:type="spellEnd"/>
      <w:r w:rsidRPr="00901BC0">
        <w:rPr>
          <w:rFonts w:ascii="Arial" w:hAnsi="Arial" w:cs="Arial"/>
        </w:rPr>
        <w:t xml:space="preserve"> la </w:t>
      </w:r>
      <w:proofErr w:type="spellStart"/>
      <w:r w:rsidRPr="00901BC0">
        <w:rPr>
          <w:rFonts w:ascii="Arial" w:hAnsi="Arial" w:cs="Arial"/>
        </w:rPr>
        <w:t>evolución</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tiempo</w:t>
      </w:r>
      <w:proofErr w:type="spellEnd"/>
      <w:r w:rsidRPr="00901BC0">
        <w:rPr>
          <w:rFonts w:ascii="Arial" w:hAnsi="Arial" w:cs="Arial"/>
        </w:rPr>
        <w:t xml:space="preserve"> de la </w:t>
      </w:r>
      <w:proofErr w:type="spellStart"/>
      <w:r w:rsidRPr="00901BC0">
        <w:rPr>
          <w:rFonts w:ascii="Arial" w:hAnsi="Arial" w:cs="Arial"/>
        </w:rPr>
        <w:t>conducta</w:t>
      </w:r>
      <w:proofErr w:type="spellEnd"/>
      <w:r w:rsidRPr="00901BC0">
        <w:rPr>
          <w:rFonts w:ascii="Arial" w:hAnsi="Arial" w:cs="Arial"/>
        </w:rPr>
        <w:t xml:space="preserve"> del </w:t>
      </w:r>
      <w:proofErr w:type="spellStart"/>
      <w:r w:rsidRPr="00901BC0">
        <w:rPr>
          <w:rFonts w:ascii="Arial" w:hAnsi="Arial" w:cs="Arial"/>
        </w:rPr>
        <w:t>estudiante</w:t>
      </w:r>
      <w:proofErr w:type="spellEnd"/>
      <w:r w:rsidRPr="00901BC0">
        <w:rPr>
          <w:rFonts w:ascii="Arial" w:hAnsi="Arial" w:cs="Arial"/>
        </w:rPr>
        <w:t xml:space="preserve"> </w:t>
      </w:r>
      <w:proofErr w:type="spellStart"/>
      <w:r w:rsidRPr="00901BC0">
        <w:rPr>
          <w:rFonts w:ascii="Arial" w:hAnsi="Arial" w:cs="Arial"/>
        </w:rPr>
        <w:t>conforme</w:t>
      </w:r>
      <w:proofErr w:type="spellEnd"/>
      <w:r w:rsidRPr="00901BC0">
        <w:rPr>
          <w:rFonts w:ascii="Arial" w:hAnsi="Arial" w:cs="Arial"/>
        </w:rPr>
        <w:t xml:space="preserve"> a la </w:t>
      </w:r>
      <w:proofErr w:type="spellStart"/>
      <w:r w:rsidRPr="00901BC0">
        <w:rPr>
          <w:rFonts w:ascii="Arial" w:hAnsi="Arial" w:cs="Arial"/>
        </w:rPr>
        <w:t>intervención</w:t>
      </w:r>
      <w:proofErr w:type="spellEnd"/>
      <w:r w:rsidRPr="00901BC0">
        <w:rPr>
          <w:rFonts w:ascii="Arial" w:hAnsi="Arial" w:cs="Arial"/>
        </w:rPr>
        <w:t xml:space="preserve"> </w:t>
      </w:r>
      <w:proofErr w:type="spellStart"/>
      <w:r w:rsidRPr="00901BC0">
        <w:rPr>
          <w:rFonts w:ascii="Arial" w:hAnsi="Arial" w:cs="Arial"/>
        </w:rPr>
        <w:t>planificada</w:t>
      </w:r>
      <w:proofErr w:type="spellEnd"/>
      <w:r w:rsidRPr="00901BC0">
        <w:rPr>
          <w:rFonts w:ascii="Arial" w:hAnsi="Arial" w:cs="Arial"/>
        </w:rPr>
        <w:t xml:space="preserve">, </w:t>
      </w:r>
      <w:proofErr w:type="spellStart"/>
      <w:r w:rsidRPr="00901BC0">
        <w:rPr>
          <w:rFonts w:ascii="Arial" w:hAnsi="Arial" w:cs="Arial"/>
        </w:rPr>
        <w:t>así</w:t>
      </w:r>
      <w:proofErr w:type="spellEnd"/>
      <w:r w:rsidRPr="00901BC0">
        <w:rPr>
          <w:rFonts w:ascii="Arial" w:hAnsi="Arial" w:cs="Arial"/>
        </w:rPr>
        <w:t xml:space="preserve"> </w:t>
      </w:r>
      <w:proofErr w:type="spellStart"/>
      <w:r w:rsidRPr="00901BC0">
        <w:rPr>
          <w:rFonts w:ascii="Arial" w:hAnsi="Arial" w:cs="Arial"/>
        </w:rPr>
        <w:t>como</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progreso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las </w:t>
      </w:r>
      <w:proofErr w:type="spellStart"/>
      <w:r w:rsidRPr="00901BC0">
        <w:rPr>
          <w:rFonts w:ascii="Arial" w:hAnsi="Arial" w:cs="Arial"/>
        </w:rPr>
        <w:t>capacidades</w:t>
      </w:r>
      <w:proofErr w:type="spellEnd"/>
      <w:r w:rsidRPr="00901BC0">
        <w:rPr>
          <w:rFonts w:ascii="Arial" w:hAnsi="Arial" w:cs="Arial"/>
        </w:rPr>
        <w:t xml:space="preserve"> y </w:t>
      </w:r>
      <w:proofErr w:type="spellStart"/>
      <w:r w:rsidRPr="00901BC0">
        <w:rPr>
          <w:rFonts w:ascii="Arial" w:hAnsi="Arial" w:cs="Arial"/>
        </w:rPr>
        <w:t>competencias</w:t>
      </w:r>
      <w:proofErr w:type="spellEnd"/>
      <w:r w:rsidRPr="00901BC0">
        <w:rPr>
          <w:rFonts w:ascii="Arial" w:hAnsi="Arial" w:cs="Arial"/>
        </w:rPr>
        <w:t xml:space="preserve"> de la </w:t>
      </w:r>
      <w:proofErr w:type="spellStart"/>
      <w:r w:rsidRPr="00901BC0">
        <w:rPr>
          <w:rFonts w:ascii="Arial" w:hAnsi="Arial" w:cs="Arial"/>
        </w:rPr>
        <w:t>comunidad</w:t>
      </w:r>
      <w:proofErr w:type="spellEnd"/>
      <w:r w:rsidRPr="00901BC0">
        <w:rPr>
          <w:rFonts w:ascii="Arial" w:hAnsi="Arial" w:cs="Arial"/>
        </w:rPr>
        <w:t xml:space="preserve"> escolar para </w:t>
      </w:r>
      <w:proofErr w:type="spellStart"/>
      <w:r w:rsidRPr="00901BC0">
        <w:rPr>
          <w:rFonts w:ascii="Arial" w:hAnsi="Arial" w:cs="Arial"/>
        </w:rPr>
        <w:t>abordar</w:t>
      </w:r>
      <w:proofErr w:type="spellEnd"/>
      <w:r w:rsidRPr="00901BC0">
        <w:rPr>
          <w:rFonts w:ascii="Arial" w:hAnsi="Arial" w:cs="Arial"/>
        </w:rPr>
        <w:t xml:space="preserve"> </w:t>
      </w:r>
      <w:proofErr w:type="spellStart"/>
      <w:r w:rsidRPr="00901BC0">
        <w:rPr>
          <w:rFonts w:ascii="Arial" w:hAnsi="Arial" w:cs="Arial"/>
        </w:rPr>
        <w:t>este</w:t>
      </w:r>
      <w:proofErr w:type="spellEnd"/>
      <w:r w:rsidRPr="00901BC0">
        <w:rPr>
          <w:rFonts w:ascii="Arial" w:hAnsi="Arial" w:cs="Arial"/>
        </w:rPr>
        <w:t xml:space="preserve"> </w:t>
      </w:r>
      <w:proofErr w:type="spellStart"/>
      <w:r w:rsidRPr="00901BC0">
        <w:rPr>
          <w:rFonts w:ascii="Arial" w:hAnsi="Arial" w:cs="Arial"/>
        </w:rPr>
        <w:t>tipo</w:t>
      </w:r>
      <w:proofErr w:type="spellEnd"/>
      <w:r w:rsidRPr="00901BC0">
        <w:rPr>
          <w:rFonts w:ascii="Arial" w:hAnsi="Arial" w:cs="Arial"/>
        </w:rPr>
        <w:t xml:space="preserve"> de </w:t>
      </w:r>
      <w:proofErr w:type="spellStart"/>
      <w:r w:rsidRPr="00901BC0">
        <w:rPr>
          <w:rFonts w:ascii="Arial" w:hAnsi="Arial" w:cs="Arial"/>
        </w:rPr>
        <w:t>situaciones</w:t>
      </w:r>
      <w:proofErr w:type="spellEnd"/>
      <w:r w:rsidRPr="00901BC0">
        <w:rPr>
          <w:rFonts w:ascii="Arial" w:hAnsi="Arial" w:cs="Arial"/>
        </w:rPr>
        <w:t>.</w:t>
      </w:r>
    </w:p>
    <w:p w14:paraId="5E566578" w14:textId="77777777" w:rsidR="00893C50" w:rsidRPr="00901BC0" w:rsidRDefault="00893C50" w:rsidP="00893C50">
      <w:pPr>
        <w:pStyle w:val="Textoindependiente"/>
        <w:spacing w:before="158" w:line="360" w:lineRule="auto"/>
        <w:ind w:right="49"/>
        <w:jc w:val="both"/>
        <w:rPr>
          <w:rFonts w:ascii="Arial" w:hAnsi="Arial" w:cs="Arial"/>
        </w:rPr>
      </w:pPr>
      <w:r w:rsidRPr="00901BC0">
        <w:rPr>
          <w:rFonts w:ascii="Arial" w:hAnsi="Arial" w:cs="Arial"/>
        </w:rPr>
        <w:lastRenderedPageBreak/>
        <w:t xml:space="preserve">Es </w:t>
      </w:r>
      <w:proofErr w:type="spellStart"/>
      <w:r w:rsidRPr="00901BC0">
        <w:rPr>
          <w:rFonts w:ascii="Arial" w:hAnsi="Arial" w:cs="Arial"/>
        </w:rPr>
        <w:t>relevante</w:t>
      </w:r>
      <w:proofErr w:type="spellEnd"/>
      <w:r w:rsidRPr="00901BC0">
        <w:rPr>
          <w:rFonts w:ascii="Arial" w:hAnsi="Arial" w:cs="Arial"/>
        </w:rPr>
        <w:t xml:space="preserve"> que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establecimiento</w:t>
      </w:r>
      <w:proofErr w:type="spellEnd"/>
      <w:r w:rsidRPr="00901BC0">
        <w:rPr>
          <w:rFonts w:ascii="Arial" w:hAnsi="Arial" w:cs="Arial"/>
        </w:rPr>
        <w:t xml:space="preserve"> </w:t>
      </w:r>
      <w:proofErr w:type="spellStart"/>
      <w:r w:rsidRPr="00901BC0">
        <w:rPr>
          <w:rFonts w:ascii="Arial" w:hAnsi="Arial" w:cs="Arial"/>
        </w:rPr>
        <w:t>educacional</w:t>
      </w:r>
      <w:proofErr w:type="spellEnd"/>
      <w:r w:rsidRPr="00901BC0">
        <w:rPr>
          <w:rFonts w:ascii="Arial" w:hAnsi="Arial" w:cs="Arial"/>
        </w:rPr>
        <w:t xml:space="preserve"> se </w:t>
      </w:r>
      <w:proofErr w:type="spellStart"/>
      <w:r w:rsidRPr="00901BC0">
        <w:rPr>
          <w:rFonts w:ascii="Arial" w:hAnsi="Arial" w:cs="Arial"/>
        </w:rPr>
        <w:t>cuente</w:t>
      </w:r>
      <w:proofErr w:type="spellEnd"/>
      <w:r w:rsidRPr="00901BC0">
        <w:rPr>
          <w:rFonts w:ascii="Arial" w:hAnsi="Arial" w:cs="Arial"/>
        </w:rPr>
        <w:t xml:space="preserve"> con un plan </w:t>
      </w:r>
      <w:proofErr w:type="gramStart"/>
      <w:r w:rsidRPr="00901BC0">
        <w:rPr>
          <w:rFonts w:ascii="Arial" w:hAnsi="Arial" w:cs="Arial"/>
        </w:rPr>
        <w:t xml:space="preserve">de  </w:t>
      </w:r>
      <w:proofErr w:type="spellStart"/>
      <w:r w:rsidRPr="00901BC0">
        <w:rPr>
          <w:rFonts w:ascii="Arial" w:hAnsi="Arial" w:cs="Arial"/>
        </w:rPr>
        <w:t>autocuidado</w:t>
      </w:r>
      <w:proofErr w:type="spellEnd"/>
      <w:proofErr w:type="gramEnd"/>
      <w:r w:rsidRPr="00901BC0">
        <w:rPr>
          <w:rFonts w:ascii="Arial" w:hAnsi="Arial" w:cs="Arial"/>
        </w:rPr>
        <w:t xml:space="preserve"> para </w:t>
      </w:r>
      <w:proofErr w:type="spellStart"/>
      <w:r w:rsidRPr="00901BC0">
        <w:rPr>
          <w:rFonts w:ascii="Arial" w:hAnsi="Arial" w:cs="Arial"/>
        </w:rPr>
        <w:t>profesionales</w:t>
      </w:r>
      <w:proofErr w:type="spellEnd"/>
      <w:r w:rsidRPr="00901BC0">
        <w:rPr>
          <w:rFonts w:ascii="Arial" w:hAnsi="Arial" w:cs="Arial"/>
        </w:rPr>
        <w:t xml:space="preserve"> que </w:t>
      </w:r>
      <w:proofErr w:type="spellStart"/>
      <w:r w:rsidRPr="00901BC0">
        <w:rPr>
          <w:rFonts w:ascii="Arial" w:hAnsi="Arial" w:cs="Arial"/>
        </w:rPr>
        <w:t>trabajan</w:t>
      </w:r>
      <w:proofErr w:type="spellEnd"/>
      <w:r w:rsidRPr="00901BC0">
        <w:rPr>
          <w:rFonts w:ascii="Arial" w:hAnsi="Arial" w:cs="Arial"/>
        </w:rPr>
        <w:t xml:space="preserve"> con </w:t>
      </w:r>
      <w:proofErr w:type="spellStart"/>
      <w:r w:rsidRPr="00901BC0">
        <w:rPr>
          <w:rFonts w:ascii="Arial" w:hAnsi="Arial" w:cs="Arial"/>
        </w:rPr>
        <w:t>estudiantes</w:t>
      </w:r>
      <w:proofErr w:type="spellEnd"/>
      <w:r w:rsidRPr="00901BC0">
        <w:rPr>
          <w:rFonts w:ascii="Arial" w:hAnsi="Arial" w:cs="Arial"/>
        </w:rPr>
        <w:t xml:space="preserve"> de mayor </w:t>
      </w:r>
      <w:proofErr w:type="spellStart"/>
      <w:r w:rsidRPr="00901BC0">
        <w:rPr>
          <w:rFonts w:ascii="Arial" w:hAnsi="Arial" w:cs="Arial"/>
        </w:rPr>
        <w:t>desregulación</w:t>
      </w:r>
      <w:proofErr w:type="spellEnd"/>
      <w:r w:rsidRPr="00901BC0">
        <w:rPr>
          <w:rFonts w:ascii="Arial" w:hAnsi="Arial" w:cs="Arial"/>
        </w:rPr>
        <w:t xml:space="preserve"> </w:t>
      </w:r>
      <w:proofErr w:type="spellStart"/>
      <w:r w:rsidRPr="00901BC0">
        <w:rPr>
          <w:rFonts w:ascii="Arial" w:hAnsi="Arial" w:cs="Arial"/>
        </w:rPr>
        <w:t>emocional</w:t>
      </w:r>
      <w:proofErr w:type="spellEnd"/>
      <w:r w:rsidRPr="00901BC0">
        <w:rPr>
          <w:rFonts w:ascii="Arial" w:hAnsi="Arial" w:cs="Arial"/>
        </w:rPr>
        <w:t xml:space="preserve"> y </w:t>
      </w:r>
      <w:proofErr w:type="spellStart"/>
      <w:r w:rsidRPr="00901BC0">
        <w:rPr>
          <w:rFonts w:ascii="Arial" w:hAnsi="Arial" w:cs="Arial"/>
        </w:rPr>
        <w:t>conductual</w:t>
      </w:r>
      <w:proofErr w:type="spellEnd"/>
      <w:r w:rsidRPr="00901BC0">
        <w:rPr>
          <w:rFonts w:ascii="Arial" w:hAnsi="Arial" w:cs="Arial"/>
        </w:rPr>
        <w:t>.</w:t>
      </w:r>
    </w:p>
    <w:p w14:paraId="337F939F" w14:textId="77777777" w:rsidR="00893C50" w:rsidRDefault="00893C50" w:rsidP="00893C50">
      <w:pPr>
        <w:pStyle w:val="Textoindependiente"/>
        <w:spacing w:line="360" w:lineRule="auto"/>
        <w:ind w:right="49"/>
        <w:jc w:val="both"/>
        <w:rPr>
          <w:rFonts w:ascii="Arial" w:hAnsi="Arial" w:cs="Arial"/>
        </w:rPr>
      </w:pPr>
    </w:p>
    <w:p w14:paraId="404F0B3C" w14:textId="77777777" w:rsidR="00893C50" w:rsidRPr="00901BC0" w:rsidRDefault="00893C50" w:rsidP="00893C50">
      <w:pPr>
        <w:pStyle w:val="Textoindependiente"/>
        <w:spacing w:line="360" w:lineRule="auto"/>
        <w:ind w:right="49"/>
        <w:jc w:val="both"/>
        <w:rPr>
          <w:rFonts w:ascii="Arial" w:hAnsi="Arial" w:cs="Arial"/>
        </w:rPr>
      </w:pPr>
      <w:r w:rsidRPr="00107EBD">
        <w:rPr>
          <w:rFonts w:ascii="Arial" w:hAnsi="Arial" w:cs="Arial"/>
          <w:b/>
          <w:bCs/>
        </w:rPr>
        <w:t>RESPONSABLES</w:t>
      </w:r>
      <w:r w:rsidRPr="00107EBD">
        <w:rPr>
          <w:rFonts w:ascii="Arial" w:hAnsi="Arial" w:cs="Arial"/>
        </w:rPr>
        <w:t xml:space="preserve">: </w:t>
      </w:r>
      <w:proofErr w:type="spellStart"/>
      <w:r w:rsidRPr="00107EBD">
        <w:rPr>
          <w:rFonts w:ascii="Arial" w:hAnsi="Arial" w:cs="Arial"/>
        </w:rPr>
        <w:t>Considerando</w:t>
      </w:r>
      <w:proofErr w:type="spellEnd"/>
      <w:r w:rsidRPr="00107EBD">
        <w:rPr>
          <w:rFonts w:ascii="Arial" w:hAnsi="Arial" w:cs="Arial"/>
        </w:rPr>
        <w:t xml:space="preserve"> que las </w:t>
      </w:r>
      <w:proofErr w:type="spellStart"/>
      <w:r w:rsidRPr="00107EBD">
        <w:rPr>
          <w:rFonts w:ascii="Arial" w:hAnsi="Arial" w:cs="Arial"/>
        </w:rPr>
        <w:t>situaciones</w:t>
      </w:r>
      <w:proofErr w:type="spellEnd"/>
      <w:r w:rsidRPr="00107EBD">
        <w:rPr>
          <w:rFonts w:ascii="Arial" w:hAnsi="Arial" w:cs="Arial"/>
        </w:rPr>
        <w:t xml:space="preserve"> de (DEC) </w:t>
      </w:r>
      <w:proofErr w:type="spellStart"/>
      <w:r w:rsidRPr="00107EBD">
        <w:rPr>
          <w:rFonts w:ascii="Arial" w:hAnsi="Arial" w:cs="Arial"/>
        </w:rPr>
        <w:t>requieren</w:t>
      </w:r>
      <w:proofErr w:type="spellEnd"/>
      <w:r w:rsidRPr="00107EBD">
        <w:rPr>
          <w:rFonts w:ascii="Arial" w:hAnsi="Arial" w:cs="Arial"/>
        </w:rPr>
        <w:t xml:space="preserve"> la </w:t>
      </w:r>
      <w:proofErr w:type="spellStart"/>
      <w:r w:rsidRPr="00107EBD">
        <w:rPr>
          <w:rFonts w:ascii="Arial" w:hAnsi="Arial" w:cs="Arial"/>
        </w:rPr>
        <w:t>atención</w:t>
      </w:r>
      <w:proofErr w:type="spellEnd"/>
      <w:r w:rsidRPr="00107EBD">
        <w:rPr>
          <w:rFonts w:ascii="Arial" w:hAnsi="Arial" w:cs="Arial"/>
        </w:rPr>
        <w:t xml:space="preserve"> de</w:t>
      </w:r>
      <w:r>
        <w:rPr>
          <w:rFonts w:ascii="Arial" w:hAnsi="Arial" w:cs="Arial"/>
        </w:rPr>
        <w:t xml:space="preserve"> </w:t>
      </w:r>
      <w:proofErr w:type="spellStart"/>
      <w:r w:rsidRPr="00107EBD">
        <w:rPr>
          <w:rFonts w:ascii="Arial" w:hAnsi="Arial" w:cs="Arial"/>
        </w:rPr>
        <w:t>profesionales</w:t>
      </w:r>
      <w:proofErr w:type="spellEnd"/>
      <w:r w:rsidRPr="00107EBD">
        <w:rPr>
          <w:rFonts w:ascii="Arial" w:hAnsi="Arial" w:cs="Arial"/>
        </w:rPr>
        <w:t xml:space="preserve"> </w:t>
      </w:r>
      <w:proofErr w:type="spellStart"/>
      <w:r w:rsidRPr="00107EBD">
        <w:rPr>
          <w:rFonts w:ascii="Arial" w:hAnsi="Arial" w:cs="Arial"/>
        </w:rPr>
        <w:t>preparados</w:t>
      </w:r>
      <w:proofErr w:type="spellEnd"/>
      <w:r w:rsidRPr="00107EBD">
        <w:rPr>
          <w:rFonts w:ascii="Arial" w:hAnsi="Arial" w:cs="Arial"/>
        </w:rPr>
        <w:t xml:space="preserve"> y con la </w:t>
      </w:r>
      <w:proofErr w:type="spellStart"/>
      <w:r w:rsidRPr="00107EBD">
        <w:rPr>
          <w:rFonts w:ascii="Arial" w:hAnsi="Arial" w:cs="Arial"/>
        </w:rPr>
        <w:t>mejor</w:t>
      </w:r>
      <w:proofErr w:type="spellEnd"/>
      <w:r w:rsidRPr="00107EBD">
        <w:rPr>
          <w:rFonts w:ascii="Arial" w:hAnsi="Arial" w:cs="Arial"/>
        </w:rPr>
        <w:t xml:space="preserve"> </w:t>
      </w:r>
      <w:proofErr w:type="spellStart"/>
      <w:r w:rsidRPr="00107EBD">
        <w:rPr>
          <w:rFonts w:ascii="Arial" w:hAnsi="Arial" w:cs="Arial"/>
        </w:rPr>
        <w:t>disposición</w:t>
      </w:r>
      <w:proofErr w:type="spellEnd"/>
      <w:r w:rsidRPr="00107EBD">
        <w:rPr>
          <w:rFonts w:ascii="Arial" w:hAnsi="Arial" w:cs="Arial"/>
        </w:rPr>
        <w:t xml:space="preserve"> para </w:t>
      </w:r>
      <w:proofErr w:type="spellStart"/>
      <w:r w:rsidRPr="00107EBD">
        <w:rPr>
          <w:rFonts w:ascii="Arial" w:hAnsi="Arial" w:cs="Arial"/>
        </w:rPr>
        <w:t>tratar</w:t>
      </w:r>
      <w:proofErr w:type="spellEnd"/>
      <w:r w:rsidRPr="00107EBD">
        <w:rPr>
          <w:rFonts w:ascii="Arial" w:hAnsi="Arial" w:cs="Arial"/>
        </w:rPr>
        <w:t xml:space="preserve"> y </w:t>
      </w:r>
      <w:proofErr w:type="spellStart"/>
      <w:r w:rsidRPr="00107EBD">
        <w:rPr>
          <w:rFonts w:ascii="Arial" w:hAnsi="Arial" w:cs="Arial"/>
        </w:rPr>
        <w:t>enfrentar</w:t>
      </w:r>
      <w:proofErr w:type="spellEnd"/>
      <w:r w:rsidRPr="00107EBD">
        <w:rPr>
          <w:rFonts w:ascii="Arial" w:hAnsi="Arial" w:cs="Arial"/>
        </w:rPr>
        <w:t xml:space="preserve"> a </w:t>
      </w:r>
      <w:proofErr w:type="spellStart"/>
      <w:r w:rsidRPr="00107EBD">
        <w:rPr>
          <w:rFonts w:ascii="Arial" w:hAnsi="Arial" w:cs="Arial"/>
        </w:rPr>
        <w:t>los</w:t>
      </w:r>
      <w:proofErr w:type="spellEnd"/>
      <w:r w:rsidRPr="00107EBD">
        <w:rPr>
          <w:rFonts w:ascii="Arial" w:hAnsi="Arial" w:cs="Arial"/>
        </w:rPr>
        <w:t xml:space="preserve"> </w:t>
      </w:r>
      <w:proofErr w:type="spellStart"/>
      <w:r w:rsidRPr="00107EBD">
        <w:rPr>
          <w:rFonts w:ascii="Arial" w:hAnsi="Arial" w:cs="Arial"/>
        </w:rPr>
        <w:t>niños</w:t>
      </w:r>
      <w:proofErr w:type="spellEnd"/>
      <w:r w:rsidRPr="00107EBD">
        <w:rPr>
          <w:rFonts w:ascii="Arial" w:hAnsi="Arial" w:cs="Arial"/>
        </w:rPr>
        <w:t>,</w:t>
      </w:r>
      <w:r>
        <w:rPr>
          <w:rFonts w:ascii="Arial" w:hAnsi="Arial" w:cs="Arial"/>
        </w:rPr>
        <w:t xml:space="preserve"> </w:t>
      </w:r>
      <w:proofErr w:type="spellStart"/>
      <w:r w:rsidRPr="00107EBD">
        <w:rPr>
          <w:rFonts w:ascii="Arial" w:hAnsi="Arial" w:cs="Arial"/>
        </w:rPr>
        <w:t>niñas</w:t>
      </w:r>
      <w:proofErr w:type="spellEnd"/>
      <w:r w:rsidRPr="00107EBD">
        <w:rPr>
          <w:rFonts w:ascii="Arial" w:hAnsi="Arial" w:cs="Arial"/>
        </w:rPr>
        <w:t xml:space="preserve"> y </w:t>
      </w:r>
      <w:proofErr w:type="spellStart"/>
      <w:r w:rsidRPr="00107EBD">
        <w:rPr>
          <w:rFonts w:ascii="Arial" w:hAnsi="Arial" w:cs="Arial"/>
        </w:rPr>
        <w:t>adolescentes</w:t>
      </w:r>
      <w:proofErr w:type="spellEnd"/>
      <w:r w:rsidRPr="00107EBD">
        <w:rPr>
          <w:rFonts w:ascii="Arial" w:hAnsi="Arial" w:cs="Arial"/>
        </w:rPr>
        <w:t xml:space="preserve"> que se </w:t>
      </w:r>
      <w:proofErr w:type="spellStart"/>
      <w:r w:rsidRPr="00107EBD">
        <w:rPr>
          <w:rFonts w:ascii="Arial" w:hAnsi="Arial" w:cs="Arial"/>
        </w:rPr>
        <w:t>enfrenten</w:t>
      </w:r>
      <w:proofErr w:type="spellEnd"/>
      <w:r w:rsidRPr="00107EBD">
        <w:rPr>
          <w:rFonts w:ascii="Arial" w:hAnsi="Arial" w:cs="Arial"/>
        </w:rPr>
        <w:t xml:space="preserve"> a la </w:t>
      </w:r>
      <w:proofErr w:type="spellStart"/>
      <w:r w:rsidRPr="00107EBD">
        <w:rPr>
          <w:rFonts w:ascii="Arial" w:hAnsi="Arial" w:cs="Arial"/>
        </w:rPr>
        <w:t>desregulación</w:t>
      </w:r>
      <w:proofErr w:type="spellEnd"/>
      <w:r w:rsidRPr="00107EBD">
        <w:rPr>
          <w:rFonts w:ascii="Arial" w:hAnsi="Arial" w:cs="Arial"/>
        </w:rPr>
        <w:t xml:space="preserve">, </w:t>
      </w:r>
      <w:proofErr w:type="spellStart"/>
      <w:r w:rsidRPr="00107EBD">
        <w:rPr>
          <w:rFonts w:ascii="Arial" w:hAnsi="Arial" w:cs="Arial"/>
        </w:rPr>
        <w:t>el</w:t>
      </w:r>
      <w:proofErr w:type="spellEnd"/>
      <w:r w:rsidRPr="00107EBD">
        <w:rPr>
          <w:rFonts w:ascii="Arial" w:hAnsi="Arial" w:cs="Arial"/>
        </w:rPr>
        <w:t xml:space="preserve"> </w:t>
      </w:r>
      <w:proofErr w:type="spellStart"/>
      <w:r w:rsidRPr="00107EBD">
        <w:rPr>
          <w:rFonts w:ascii="Arial" w:hAnsi="Arial" w:cs="Arial"/>
        </w:rPr>
        <w:t>adulto</w:t>
      </w:r>
      <w:proofErr w:type="spellEnd"/>
      <w:r w:rsidRPr="00107EBD">
        <w:rPr>
          <w:rFonts w:ascii="Arial" w:hAnsi="Arial" w:cs="Arial"/>
        </w:rPr>
        <w:t xml:space="preserve"> </w:t>
      </w:r>
      <w:proofErr w:type="spellStart"/>
      <w:r w:rsidRPr="00107EBD">
        <w:rPr>
          <w:rFonts w:ascii="Arial" w:hAnsi="Arial" w:cs="Arial"/>
        </w:rPr>
        <w:t>responsable</w:t>
      </w:r>
      <w:proofErr w:type="spellEnd"/>
      <w:r w:rsidRPr="00107EBD">
        <w:rPr>
          <w:rFonts w:ascii="Arial" w:hAnsi="Arial" w:cs="Arial"/>
        </w:rPr>
        <w:t xml:space="preserve"> que se</w:t>
      </w:r>
      <w:r>
        <w:rPr>
          <w:rFonts w:ascii="Arial" w:hAnsi="Arial" w:cs="Arial"/>
        </w:rPr>
        <w:t xml:space="preserve"> </w:t>
      </w:r>
      <w:proofErr w:type="spellStart"/>
      <w:r w:rsidRPr="00107EBD">
        <w:rPr>
          <w:rFonts w:ascii="Arial" w:hAnsi="Arial" w:cs="Arial"/>
        </w:rPr>
        <w:t>encuentre</w:t>
      </w:r>
      <w:proofErr w:type="spellEnd"/>
      <w:r w:rsidRPr="00107EBD">
        <w:rPr>
          <w:rFonts w:ascii="Arial" w:hAnsi="Arial" w:cs="Arial"/>
        </w:rPr>
        <w:t xml:space="preserve"> </w:t>
      </w:r>
      <w:proofErr w:type="spellStart"/>
      <w:r w:rsidRPr="00107EBD">
        <w:rPr>
          <w:rFonts w:ascii="Arial" w:hAnsi="Arial" w:cs="Arial"/>
        </w:rPr>
        <w:t>en</w:t>
      </w:r>
      <w:proofErr w:type="spellEnd"/>
      <w:r w:rsidRPr="00107EBD">
        <w:rPr>
          <w:rFonts w:ascii="Arial" w:hAnsi="Arial" w:cs="Arial"/>
        </w:rPr>
        <w:t xml:space="preserve"> ese </w:t>
      </w:r>
      <w:proofErr w:type="spellStart"/>
      <w:r w:rsidRPr="00107EBD">
        <w:rPr>
          <w:rFonts w:ascii="Arial" w:hAnsi="Arial" w:cs="Arial"/>
        </w:rPr>
        <w:t>minuto</w:t>
      </w:r>
      <w:proofErr w:type="spellEnd"/>
      <w:r w:rsidRPr="00107EBD">
        <w:rPr>
          <w:rFonts w:ascii="Arial" w:hAnsi="Arial" w:cs="Arial"/>
        </w:rPr>
        <w:t xml:space="preserve"> junto al </w:t>
      </w:r>
      <w:proofErr w:type="spellStart"/>
      <w:r w:rsidRPr="00107EBD">
        <w:rPr>
          <w:rFonts w:ascii="Arial" w:hAnsi="Arial" w:cs="Arial"/>
        </w:rPr>
        <w:t>alumno</w:t>
      </w:r>
      <w:proofErr w:type="spellEnd"/>
      <w:r w:rsidRPr="00107EBD">
        <w:rPr>
          <w:rFonts w:ascii="Arial" w:hAnsi="Arial" w:cs="Arial"/>
        </w:rPr>
        <w:t xml:space="preserve">(a) </w:t>
      </w:r>
      <w:proofErr w:type="spellStart"/>
      <w:r w:rsidRPr="00107EBD">
        <w:rPr>
          <w:rFonts w:ascii="Arial" w:hAnsi="Arial" w:cs="Arial"/>
        </w:rPr>
        <w:t>debe</w:t>
      </w:r>
      <w:proofErr w:type="spellEnd"/>
      <w:r w:rsidRPr="00107EBD">
        <w:rPr>
          <w:rFonts w:ascii="Arial" w:hAnsi="Arial" w:cs="Arial"/>
        </w:rPr>
        <w:t xml:space="preserve"> </w:t>
      </w:r>
      <w:proofErr w:type="spellStart"/>
      <w:r w:rsidRPr="00107EBD">
        <w:rPr>
          <w:rFonts w:ascii="Arial" w:hAnsi="Arial" w:cs="Arial"/>
        </w:rPr>
        <w:t>tomar</w:t>
      </w:r>
      <w:proofErr w:type="spellEnd"/>
      <w:r w:rsidRPr="00107EBD">
        <w:rPr>
          <w:rFonts w:ascii="Arial" w:hAnsi="Arial" w:cs="Arial"/>
        </w:rPr>
        <w:t xml:space="preserve"> las </w:t>
      </w:r>
      <w:proofErr w:type="spellStart"/>
      <w:r w:rsidRPr="00107EBD">
        <w:rPr>
          <w:rFonts w:ascii="Arial" w:hAnsi="Arial" w:cs="Arial"/>
        </w:rPr>
        <w:t>medidas</w:t>
      </w:r>
      <w:proofErr w:type="spellEnd"/>
      <w:r w:rsidRPr="00107EBD">
        <w:rPr>
          <w:rFonts w:ascii="Arial" w:hAnsi="Arial" w:cs="Arial"/>
        </w:rPr>
        <w:t xml:space="preserve"> y </w:t>
      </w:r>
      <w:proofErr w:type="spellStart"/>
      <w:r w:rsidRPr="00107EBD">
        <w:rPr>
          <w:rFonts w:ascii="Arial" w:hAnsi="Arial" w:cs="Arial"/>
        </w:rPr>
        <w:t>resguardos</w:t>
      </w:r>
      <w:proofErr w:type="spellEnd"/>
      <w:r w:rsidRPr="00107EBD">
        <w:rPr>
          <w:rFonts w:ascii="Arial" w:hAnsi="Arial" w:cs="Arial"/>
        </w:rPr>
        <w:t xml:space="preserve"> para </w:t>
      </w:r>
      <w:proofErr w:type="spellStart"/>
      <w:r w:rsidRPr="00107EBD">
        <w:rPr>
          <w:rFonts w:ascii="Arial" w:hAnsi="Arial" w:cs="Arial"/>
        </w:rPr>
        <w:t>en</w:t>
      </w:r>
      <w:proofErr w:type="spellEnd"/>
      <w:r>
        <w:rPr>
          <w:rFonts w:ascii="Arial" w:hAnsi="Arial" w:cs="Arial"/>
        </w:rPr>
        <w:t xml:space="preserve"> </w:t>
      </w:r>
      <w:proofErr w:type="spellStart"/>
      <w:r w:rsidRPr="00107EBD">
        <w:rPr>
          <w:rFonts w:ascii="Arial" w:hAnsi="Arial" w:cs="Arial"/>
        </w:rPr>
        <w:t>una</w:t>
      </w:r>
      <w:proofErr w:type="spellEnd"/>
      <w:r w:rsidRPr="00107EBD">
        <w:rPr>
          <w:rFonts w:ascii="Arial" w:hAnsi="Arial" w:cs="Arial"/>
        </w:rPr>
        <w:t xml:space="preserve"> </w:t>
      </w:r>
      <w:proofErr w:type="spellStart"/>
      <w:r w:rsidRPr="00107EBD">
        <w:rPr>
          <w:rFonts w:ascii="Arial" w:hAnsi="Arial" w:cs="Arial"/>
        </w:rPr>
        <w:t>primera</w:t>
      </w:r>
      <w:proofErr w:type="spellEnd"/>
      <w:r w:rsidRPr="00107EBD">
        <w:rPr>
          <w:rFonts w:ascii="Arial" w:hAnsi="Arial" w:cs="Arial"/>
        </w:rPr>
        <w:t xml:space="preserve"> </w:t>
      </w:r>
      <w:proofErr w:type="spellStart"/>
      <w:r w:rsidRPr="00107EBD">
        <w:rPr>
          <w:rFonts w:ascii="Arial" w:hAnsi="Arial" w:cs="Arial"/>
        </w:rPr>
        <w:t>instancia</w:t>
      </w:r>
      <w:proofErr w:type="spellEnd"/>
      <w:r w:rsidRPr="00107EBD">
        <w:rPr>
          <w:rFonts w:ascii="Arial" w:hAnsi="Arial" w:cs="Arial"/>
        </w:rPr>
        <w:t xml:space="preserve"> </w:t>
      </w:r>
      <w:proofErr w:type="spellStart"/>
      <w:r w:rsidRPr="00107EBD">
        <w:rPr>
          <w:rFonts w:ascii="Arial" w:hAnsi="Arial" w:cs="Arial"/>
        </w:rPr>
        <w:t>hacer</w:t>
      </w:r>
      <w:proofErr w:type="spellEnd"/>
      <w:r w:rsidRPr="00107EBD">
        <w:rPr>
          <w:rFonts w:ascii="Arial" w:hAnsi="Arial" w:cs="Arial"/>
        </w:rPr>
        <w:t xml:space="preserve"> lo </w:t>
      </w:r>
      <w:proofErr w:type="spellStart"/>
      <w:r w:rsidRPr="00107EBD">
        <w:rPr>
          <w:rFonts w:ascii="Arial" w:hAnsi="Arial" w:cs="Arial"/>
        </w:rPr>
        <w:t>necesario</w:t>
      </w:r>
      <w:proofErr w:type="spellEnd"/>
      <w:r w:rsidRPr="00107EBD">
        <w:rPr>
          <w:rFonts w:ascii="Arial" w:hAnsi="Arial" w:cs="Arial"/>
        </w:rPr>
        <w:t xml:space="preserve"> para </w:t>
      </w:r>
      <w:proofErr w:type="spellStart"/>
      <w:r w:rsidRPr="00107EBD">
        <w:rPr>
          <w:rFonts w:ascii="Arial" w:hAnsi="Arial" w:cs="Arial"/>
        </w:rPr>
        <w:t>ayudar</w:t>
      </w:r>
      <w:proofErr w:type="spellEnd"/>
      <w:r w:rsidRPr="00107EBD">
        <w:rPr>
          <w:rFonts w:ascii="Arial" w:hAnsi="Arial" w:cs="Arial"/>
        </w:rPr>
        <w:t xml:space="preserve"> al </w:t>
      </w:r>
      <w:proofErr w:type="spellStart"/>
      <w:r w:rsidRPr="00107EBD">
        <w:rPr>
          <w:rFonts w:ascii="Arial" w:hAnsi="Arial" w:cs="Arial"/>
        </w:rPr>
        <w:t>alumno</w:t>
      </w:r>
      <w:proofErr w:type="spellEnd"/>
      <w:r w:rsidRPr="00107EBD">
        <w:rPr>
          <w:rFonts w:ascii="Arial" w:hAnsi="Arial" w:cs="Arial"/>
        </w:rPr>
        <w:t xml:space="preserve"> a </w:t>
      </w:r>
      <w:proofErr w:type="spellStart"/>
      <w:r w:rsidRPr="00107EBD">
        <w:rPr>
          <w:rFonts w:ascii="Arial" w:hAnsi="Arial" w:cs="Arial"/>
        </w:rPr>
        <w:t>volver</w:t>
      </w:r>
      <w:proofErr w:type="spellEnd"/>
      <w:r w:rsidRPr="00107EBD">
        <w:rPr>
          <w:rFonts w:ascii="Arial" w:hAnsi="Arial" w:cs="Arial"/>
        </w:rPr>
        <w:t xml:space="preserve"> a </w:t>
      </w:r>
      <w:proofErr w:type="spellStart"/>
      <w:r w:rsidRPr="00107EBD">
        <w:rPr>
          <w:rFonts w:ascii="Arial" w:hAnsi="Arial" w:cs="Arial"/>
        </w:rPr>
        <w:t>su</w:t>
      </w:r>
      <w:proofErr w:type="spellEnd"/>
      <w:r w:rsidRPr="00107EBD">
        <w:rPr>
          <w:rFonts w:ascii="Arial" w:hAnsi="Arial" w:cs="Arial"/>
        </w:rPr>
        <w:t xml:space="preserve"> </w:t>
      </w:r>
      <w:proofErr w:type="spellStart"/>
      <w:r w:rsidRPr="00107EBD">
        <w:rPr>
          <w:rFonts w:ascii="Arial" w:hAnsi="Arial" w:cs="Arial"/>
        </w:rPr>
        <w:t>estado</w:t>
      </w:r>
      <w:proofErr w:type="spellEnd"/>
      <w:r w:rsidRPr="00107EBD">
        <w:rPr>
          <w:rFonts w:ascii="Arial" w:hAnsi="Arial" w:cs="Arial"/>
        </w:rPr>
        <w:t xml:space="preserve"> </w:t>
      </w:r>
      <w:proofErr w:type="spellStart"/>
      <w:r w:rsidRPr="00107EBD">
        <w:rPr>
          <w:rFonts w:ascii="Arial" w:hAnsi="Arial" w:cs="Arial"/>
        </w:rPr>
        <w:t>inicial</w:t>
      </w:r>
      <w:proofErr w:type="spellEnd"/>
      <w:r w:rsidRPr="00107EBD">
        <w:rPr>
          <w:rFonts w:ascii="Arial" w:hAnsi="Arial" w:cs="Arial"/>
        </w:rPr>
        <w:t>,</w:t>
      </w:r>
      <w:r>
        <w:rPr>
          <w:rFonts w:ascii="Arial" w:hAnsi="Arial" w:cs="Arial"/>
        </w:rPr>
        <w:t xml:space="preserve"> </w:t>
      </w:r>
      <w:proofErr w:type="spellStart"/>
      <w:r w:rsidRPr="00107EBD">
        <w:rPr>
          <w:rFonts w:ascii="Arial" w:hAnsi="Arial" w:cs="Arial"/>
        </w:rPr>
        <w:t>informar</w:t>
      </w:r>
      <w:proofErr w:type="spellEnd"/>
      <w:r w:rsidRPr="00107EBD">
        <w:rPr>
          <w:rFonts w:ascii="Arial" w:hAnsi="Arial" w:cs="Arial"/>
        </w:rPr>
        <w:t xml:space="preserve"> a Convivencia Escolar o inspector general, para </w:t>
      </w:r>
      <w:proofErr w:type="spellStart"/>
      <w:r w:rsidRPr="00107EBD">
        <w:rPr>
          <w:rFonts w:ascii="Arial" w:hAnsi="Arial" w:cs="Arial"/>
        </w:rPr>
        <w:t>proceder</w:t>
      </w:r>
      <w:proofErr w:type="spellEnd"/>
      <w:r w:rsidRPr="00107EBD">
        <w:rPr>
          <w:rFonts w:ascii="Arial" w:hAnsi="Arial" w:cs="Arial"/>
        </w:rPr>
        <w:t xml:space="preserve"> y </w:t>
      </w:r>
      <w:proofErr w:type="spellStart"/>
      <w:r w:rsidRPr="00107EBD">
        <w:rPr>
          <w:rFonts w:ascii="Arial" w:hAnsi="Arial" w:cs="Arial"/>
        </w:rPr>
        <w:t>tomar</w:t>
      </w:r>
      <w:proofErr w:type="spellEnd"/>
      <w:r w:rsidRPr="00107EBD">
        <w:rPr>
          <w:rFonts w:ascii="Arial" w:hAnsi="Arial" w:cs="Arial"/>
        </w:rPr>
        <w:t xml:space="preserve"> las </w:t>
      </w:r>
      <w:proofErr w:type="spellStart"/>
      <w:r w:rsidRPr="00107EBD">
        <w:rPr>
          <w:rFonts w:ascii="Arial" w:hAnsi="Arial" w:cs="Arial"/>
        </w:rPr>
        <w:t>acciones</w:t>
      </w:r>
      <w:proofErr w:type="spellEnd"/>
      <w:r>
        <w:rPr>
          <w:rFonts w:ascii="Arial" w:hAnsi="Arial" w:cs="Arial"/>
        </w:rPr>
        <w:t xml:space="preserve"> </w:t>
      </w:r>
      <w:proofErr w:type="spellStart"/>
      <w:r w:rsidRPr="00107EBD">
        <w:rPr>
          <w:rFonts w:ascii="Arial" w:hAnsi="Arial" w:cs="Arial"/>
        </w:rPr>
        <w:t>necesarias</w:t>
      </w:r>
      <w:proofErr w:type="spellEnd"/>
      <w:r w:rsidRPr="00107EBD">
        <w:rPr>
          <w:rFonts w:ascii="Arial" w:hAnsi="Arial" w:cs="Arial"/>
        </w:rPr>
        <w:t xml:space="preserve"> </w:t>
      </w:r>
      <w:proofErr w:type="spellStart"/>
      <w:r w:rsidRPr="00107EBD">
        <w:rPr>
          <w:rFonts w:ascii="Arial" w:hAnsi="Arial" w:cs="Arial"/>
        </w:rPr>
        <w:t>en</w:t>
      </w:r>
      <w:proofErr w:type="spellEnd"/>
      <w:r w:rsidRPr="00107EBD">
        <w:rPr>
          <w:rFonts w:ascii="Arial" w:hAnsi="Arial" w:cs="Arial"/>
        </w:rPr>
        <w:t xml:space="preserve"> </w:t>
      </w:r>
      <w:proofErr w:type="spellStart"/>
      <w:r w:rsidRPr="00107EBD">
        <w:rPr>
          <w:rFonts w:ascii="Arial" w:hAnsi="Arial" w:cs="Arial"/>
        </w:rPr>
        <w:t>resguardo</w:t>
      </w:r>
      <w:proofErr w:type="spellEnd"/>
      <w:r w:rsidRPr="00107EBD">
        <w:rPr>
          <w:rFonts w:ascii="Arial" w:hAnsi="Arial" w:cs="Arial"/>
        </w:rPr>
        <w:t xml:space="preserve"> del </w:t>
      </w:r>
      <w:proofErr w:type="spellStart"/>
      <w:r w:rsidRPr="00107EBD">
        <w:rPr>
          <w:rFonts w:ascii="Arial" w:hAnsi="Arial" w:cs="Arial"/>
        </w:rPr>
        <w:t>alumno</w:t>
      </w:r>
      <w:proofErr w:type="spellEnd"/>
      <w:r w:rsidRPr="00107EBD">
        <w:rPr>
          <w:rFonts w:ascii="Arial" w:hAnsi="Arial" w:cs="Arial"/>
        </w:rPr>
        <w:t xml:space="preserve"> y </w:t>
      </w:r>
      <w:proofErr w:type="spellStart"/>
      <w:r w:rsidRPr="00107EBD">
        <w:rPr>
          <w:rFonts w:ascii="Arial" w:hAnsi="Arial" w:cs="Arial"/>
        </w:rPr>
        <w:t>bienestar</w:t>
      </w:r>
      <w:proofErr w:type="spellEnd"/>
      <w:r w:rsidRPr="00107EBD">
        <w:rPr>
          <w:rFonts w:ascii="Arial" w:hAnsi="Arial" w:cs="Arial"/>
        </w:rPr>
        <w:t xml:space="preserve"> del resto de sus </w:t>
      </w:r>
      <w:proofErr w:type="spellStart"/>
      <w:r w:rsidRPr="00107EBD">
        <w:rPr>
          <w:rFonts w:ascii="Arial" w:hAnsi="Arial" w:cs="Arial"/>
        </w:rPr>
        <w:t>compañeros</w:t>
      </w:r>
      <w:proofErr w:type="spellEnd"/>
      <w:r w:rsidRPr="00107EBD">
        <w:rPr>
          <w:rFonts w:ascii="Arial" w:hAnsi="Arial" w:cs="Arial"/>
        </w:rPr>
        <w:t xml:space="preserve"> </w:t>
      </w:r>
      <w:proofErr w:type="spellStart"/>
      <w:r w:rsidRPr="00107EBD">
        <w:rPr>
          <w:rFonts w:ascii="Arial" w:hAnsi="Arial" w:cs="Arial"/>
        </w:rPr>
        <w:t>en</w:t>
      </w:r>
      <w:proofErr w:type="spellEnd"/>
      <w:r w:rsidRPr="00107EBD">
        <w:rPr>
          <w:rFonts w:ascii="Arial" w:hAnsi="Arial" w:cs="Arial"/>
        </w:rPr>
        <w:t xml:space="preserve"> </w:t>
      </w:r>
      <w:proofErr w:type="spellStart"/>
      <w:r w:rsidRPr="00107EBD">
        <w:rPr>
          <w:rFonts w:ascii="Arial" w:hAnsi="Arial" w:cs="Arial"/>
        </w:rPr>
        <w:t>caso</w:t>
      </w:r>
      <w:proofErr w:type="spellEnd"/>
      <w:r w:rsidRPr="00107EBD">
        <w:rPr>
          <w:rFonts w:ascii="Arial" w:hAnsi="Arial" w:cs="Arial"/>
        </w:rPr>
        <w:t xml:space="preserve"> de que</w:t>
      </w:r>
      <w:r>
        <w:rPr>
          <w:rFonts w:ascii="Arial" w:hAnsi="Arial" w:cs="Arial"/>
        </w:rPr>
        <w:t xml:space="preserve"> </w:t>
      </w:r>
      <w:proofErr w:type="spellStart"/>
      <w:r w:rsidRPr="00107EBD">
        <w:rPr>
          <w:rFonts w:ascii="Arial" w:hAnsi="Arial" w:cs="Arial"/>
        </w:rPr>
        <w:t>sea</w:t>
      </w:r>
      <w:proofErr w:type="spellEnd"/>
      <w:r w:rsidRPr="00107EBD">
        <w:rPr>
          <w:rFonts w:ascii="Arial" w:hAnsi="Arial" w:cs="Arial"/>
        </w:rPr>
        <w:t xml:space="preserve"> </w:t>
      </w:r>
      <w:proofErr w:type="spellStart"/>
      <w:r w:rsidRPr="00107EBD">
        <w:rPr>
          <w:rFonts w:ascii="Arial" w:hAnsi="Arial" w:cs="Arial"/>
        </w:rPr>
        <w:t>necesario</w:t>
      </w:r>
      <w:proofErr w:type="spellEnd"/>
    </w:p>
    <w:p w14:paraId="336ED9C9" w14:textId="77777777" w:rsidR="00893C50" w:rsidRPr="00901BC0" w:rsidRDefault="00893C50" w:rsidP="00893C50">
      <w:pPr>
        <w:pStyle w:val="Textoindependiente"/>
        <w:spacing w:before="7" w:line="360" w:lineRule="auto"/>
        <w:ind w:right="49"/>
        <w:jc w:val="both"/>
        <w:rPr>
          <w:rFonts w:ascii="Arial" w:hAnsi="Arial" w:cs="Arial"/>
        </w:rPr>
      </w:pPr>
    </w:p>
    <w:p w14:paraId="3EA5B775" w14:textId="77777777" w:rsidR="00893C50" w:rsidRPr="00893C50" w:rsidRDefault="00893C50" w:rsidP="00893C50">
      <w:pPr>
        <w:pStyle w:val="Ttulo1"/>
        <w:keepNext w:val="0"/>
        <w:keepLines w:val="0"/>
        <w:widowControl w:val="0"/>
        <w:numPr>
          <w:ilvl w:val="0"/>
          <w:numId w:val="40"/>
        </w:numPr>
        <w:tabs>
          <w:tab w:val="left" w:pos="767"/>
        </w:tabs>
        <w:autoSpaceDE w:val="0"/>
        <w:autoSpaceDN w:val="0"/>
        <w:spacing w:before="1" w:line="360" w:lineRule="auto"/>
        <w:ind w:left="0" w:right="49" w:firstLine="0"/>
        <w:jc w:val="both"/>
        <w:rPr>
          <w:rFonts w:ascii="Arial" w:hAnsi="Arial" w:cs="Arial"/>
          <w:color w:val="auto"/>
        </w:rPr>
      </w:pPr>
      <w:proofErr w:type="spellStart"/>
      <w:r w:rsidRPr="00893C50">
        <w:rPr>
          <w:rFonts w:ascii="Arial" w:hAnsi="Arial" w:cs="Arial"/>
          <w:color w:val="auto"/>
        </w:rPr>
        <w:t>Información</w:t>
      </w:r>
      <w:proofErr w:type="spellEnd"/>
      <w:r w:rsidRPr="00893C50">
        <w:rPr>
          <w:rFonts w:ascii="Arial" w:hAnsi="Arial" w:cs="Arial"/>
          <w:color w:val="auto"/>
        </w:rPr>
        <w:t xml:space="preserve"> a </w:t>
      </w:r>
      <w:r w:rsidRPr="00893C50">
        <w:rPr>
          <w:rFonts w:ascii="Arial" w:hAnsi="Arial" w:cs="Arial"/>
          <w:color w:val="auto"/>
          <w:spacing w:val="2"/>
        </w:rPr>
        <w:t xml:space="preserve">la </w:t>
      </w:r>
      <w:r w:rsidRPr="00893C50">
        <w:rPr>
          <w:rFonts w:ascii="Arial" w:hAnsi="Arial" w:cs="Arial"/>
          <w:color w:val="auto"/>
        </w:rPr>
        <w:t xml:space="preserve">familia y/o </w:t>
      </w:r>
      <w:proofErr w:type="spellStart"/>
      <w:r w:rsidRPr="00893C50">
        <w:rPr>
          <w:rFonts w:ascii="Arial" w:hAnsi="Arial" w:cs="Arial"/>
          <w:color w:val="auto"/>
        </w:rPr>
        <w:t>apoderada</w:t>
      </w:r>
      <w:proofErr w:type="spellEnd"/>
      <w:r w:rsidRPr="00893C50">
        <w:rPr>
          <w:rFonts w:ascii="Arial" w:hAnsi="Arial" w:cs="Arial"/>
          <w:color w:val="auto"/>
        </w:rPr>
        <w:t xml:space="preserve">/o </w:t>
      </w:r>
      <w:r w:rsidRPr="00893C50">
        <w:rPr>
          <w:rFonts w:ascii="Arial" w:hAnsi="Arial" w:cs="Arial"/>
          <w:color w:val="auto"/>
          <w:spacing w:val="-4"/>
        </w:rPr>
        <w:t>(</w:t>
      </w:r>
      <w:proofErr w:type="spellStart"/>
      <w:r w:rsidRPr="00893C50">
        <w:rPr>
          <w:rFonts w:ascii="Arial" w:hAnsi="Arial" w:cs="Arial"/>
          <w:color w:val="auto"/>
          <w:spacing w:val="-4"/>
        </w:rPr>
        <w:t>etapa</w:t>
      </w:r>
      <w:proofErr w:type="spellEnd"/>
      <w:r w:rsidRPr="00893C50">
        <w:rPr>
          <w:rFonts w:ascii="Arial" w:hAnsi="Arial" w:cs="Arial"/>
          <w:color w:val="auto"/>
          <w:spacing w:val="-4"/>
        </w:rPr>
        <w:t xml:space="preserve"> </w:t>
      </w:r>
      <w:r w:rsidRPr="00893C50">
        <w:rPr>
          <w:rFonts w:ascii="Arial" w:hAnsi="Arial" w:cs="Arial"/>
          <w:color w:val="auto"/>
        </w:rPr>
        <w:t>2 y</w:t>
      </w:r>
      <w:r w:rsidRPr="00893C50">
        <w:rPr>
          <w:rFonts w:ascii="Arial" w:hAnsi="Arial" w:cs="Arial"/>
          <w:color w:val="auto"/>
          <w:spacing w:val="13"/>
        </w:rPr>
        <w:t xml:space="preserve"> </w:t>
      </w:r>
      <w:r w:rsidRPr="00893C50">
        <w:rPr>
          <w:rFonts w:ascii="Arial" w:hAnsi="Arial" w:cs="Arial"/>
          <w:color w:val="auto"/>
          <w:spacing w:val="-4"/>
        </w:rPr>
        <w:t>3):</w:t>
      </w:r>
    </w:p>
    <w:p w14:paraId="767BC942" w14:textId="77777777" w:rsidR="00893C50" w:rsidRPr="00901BC0" w:rsidRDefault="00893C50" w:rsidP="00893C50">
      <w:pPr>
        <w:pStyle w:val="Textoindependiente"/>
        <w:spacing w:before="190" w:line="360" w:lineRule="auto"/>
        <w:ind w:right="49"/>
        <w:jc w:val="both"/>
        <w:rPr>
          <w:rFonts w:ascii="Arial" w:hAnsi="Arial" w:cs="Arial"/>
        </w:rPr>
      </w:pPr>
      <w:r w:rsidRPr="00901BC0">
        <w:rPr>
          <w:rFonts w:ascii="Arial" w:hAnsi="Arial" w:cs="Arial"/>
        </w:rPr>
        <w:t xml:space="preserve">La persona que </w:t>
      </w:r>
      <w:proofErr w:type="spellStart"/>
      <w:r w:rsidRPr="00901BC0">
        <w:rPr>
          <w:rFonts w:ascii="Arial" w:hAnsi="Arial" w:cs="Arial"/>
        </w:rPr>
        <w:t>cumple</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papel</w:t>
      </w:r>
      <w:proofErr w:type="spellEnd"/>
      <w:r w:rsidRPr="00901BC0">
        <w:rPr>
          <w:rFonts w:ascii="Arial" w:hAnsi="Arial" w:cs="Arial"/>
        </w:rPr>
        <w:t xml:space="preserve"> de </w:t>
      </w:r>
      <w:proofErr w:type="spellStart"/>
      <w:r w:rsidRPr="00901BC0">
        <w:rPr>
          <w:rFonts w:ascii="Arial" w:hAnsi="Arial" w:cs="Arial"/>
        </w:rPr>
        <w:t>acompañante</w:t>
      </w:r>
      <w:proofErr w:type="spellEnd"/>
      <w:r w:rsidRPr="00901BC0">
        <w:rPr>
          <w:rFonts w:ascii="Arial" w:hAnsi="Arial" w:cs="Arial"/>
        </w:rPr>
        <w:t xml:space="preserve"> </w:t>
      </w:r>
      <w:proofErr w:type="spellStart"/>
      <w:r w:rsidRPr="00901BC0">
        <w:rPr>
          <w:rFonts w:ascii="Arial" w:hAnsi="Arial" w:cs="Arial"/>
        </w:rPr>
        <w:t>externo</w:t>
      </w:r>
      <w:proofErr w:type="spellEnd"/>
      <w:r w:rsidRPr="00901BC0">
        <w:rPr>
          <w:rFonts w:ascii="Arial" w:hAnsi="Arial" w:cs="Arial"/>
        </w:rPr>
        <w:t xml:space="preserve"> es la </w:t>
      </w:r>
      <w:proofErr w:type="spellStart"/>
      <w:r w:rsidRPr="00901BC0">
        <w:rPr>
          <w:rFonts w:ascii="Arial" w:hAnsi="Arial" w:cs="Arial"/>
        </w:rPr>
        <w:t>encargada</w:t>
      </w:r>
      <w:proofErr w:type="spellEnd"/>
      <w:r w:rsidRPr="00901BC0">
        <w:rPr>
          <w:rFonts w:ascii="Arial" w:hAnsi="Arial" w:cs="Arial"/>
        </w:rPr>
        <w:t xml:space="preserve"> de </w:t>
      </w:r>
      <w:proofErr w:type="spellStart"/>
      <w:r w:rsidRPr="00901BC0">
        <w:rPr>
          <w:rFonts w:ascii="Arial" w:hAnsi="Arial" w:cs="Arial"/>
        </w:rPr>
        <w:t>avisar</w:t>
      </w:r>
      <w:proofErr w:type="spellEnd"/>
      <w:r w:rsidRPr="00901BC0">
        <w:rPr>
          <w:rFonts w:ascii="Arial" w:hAnsi="Arial" w:cs="Arial"/>
        </w:rPr>
        <w:t xml:space="preserve"> a la familia y </w:t>
      </w:r>
      <w:proofErr w:type="spellStart"/>
      <w:r w:rsidRPr="00901BC0">
        <w:rPr>
          <w:rFonts w:ascii="Arial" w:hAnsi="Arial" w:cs="Arial"/>
        </w:rPr>
        <w:t>apoderado</w:t>
      </w:r>
      <w:proofErr w:type="spellEnd"/>
      <w:r w:rsidRPr="00901BC0">
        <w:rPr>
          <w:rFonts w:ascii="Arial" w:hAnsi="Arial" w:cs="Arial"/>
        </w:rPr>
        <w:t xml:space="preserve">/a. Con la </w:t>
      </w:r>
      <w:proofErr w:type="spellStart"/>
      <w:r w:rsidRPr="00901BC0">
        <w:rPr>
          <w:rFonts w:ascii="Arial" w:hAnsi="Arial" w:cs="Arial"/>
        </w:rPr>
        <w:t>llegada</w:t>
      </w:r>
      <w:proofErr w:type="spellEnd"/>
      <w:r w:rsidRPr="00901BC0">
        <w:rPr>
          <w:rFonts w:ascii="Arial" w:hAnsi="Arial" w:cs="Arial"/>
        </w:rPr>
        <w:t xml:space="preserve"> de </w:t>
      </w:r>
      <w:proofErr w:type="spellStart"/>
      <w:r w:rsidRPr="00901BC0">
        <w:rPr>
          <w:rFonts w:ascii="Arial" w:hAnsi="Arial" w:cs="Arial"/>
        </w:rPr>
        <w:t>este</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caso</w:t>
      </w:r>
      <w:proofErr w:type="spellEnd"/>
      <w:r w:rsidRPr="00901BC0">
        <w:rPr>
          <w:rFonts w:ascii="Arial" w:hAnsi="Arial" w:cs="Arial"/>
        </w:rPr>
        <w:t xml:space="preserve"> que </w:t>
      </w:r>
      <w:proofErr w:type="spellStart"/>
      <w:r w:rsidRPr="00901BC0">
        <w:rPr>
          <w:rFonts w:ascii="Arial" w:hAnsi="Arial" w:cs="Arial"/>
        </w:rPr>
        <w:t>pueda</w:t>
      </w:r>
      <w:proofErr w:type="spellEnd"/>
      <w:r w:rsidRPr="00901BC0">
        <w:rPr>
          <w:rFonts w:ascii="Arial" w:hAnsi="Arial" w:cs="Arial"/>
        </w:rPr>
        <w:t xml:space="preserve"> </w:t>
      </w:r>
      <w:proofErr w:type="spellStart"/>
      <w:r w:rsidRPr="00901BC0">
        <w:rPr>
          <w:rFonts w:ascii="Arial" w:hAnsi="Arial" w:cs="Arial"/>
        </w:rPr>
        <w:t>hacerse</w:t>
      </w:r>
      <w:proofErr w:type="spellEnd"/>
      <w:r w:rsidRPr="00901BC0">
        <w:rPr>
          <w:rFonts w:ascii="Arial" w:hAnsi="Arial" w:cs="Arial"/>
        </w:rPr>
        <w:t xml:space="preserve"> </w:t>
      </w:r>
      <w:proofErr w:type="spellStart"/>
      <w:r w:rsidRPr="00901BC0">
        <w:rPr>
          <w:rFonts w:ascii="Arial" w:hAnsi="Arial" w:cs="Arial"/>
        </w:rPr>
        <w:t>presente</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lugar</w:t>
      </w:r>
      <w:proofErr w:type="spellEnd"/>
      <w:r w:rsidRPr="00901BC0">
        <w:rPr>
          <w:rFonts w:ascii="Arial" w:hAnsi="Arial" w:cs="Arial"/>
        </w:rPr>
        <w:t xml:space="preserve">, se </w:t>
      </w:r>
      <w:proofErr w:type="spellStart"/>
      <w:r w:rsidRPr="00901BC0">
        <w:rPr>
          <w:rFonts w:ascii="Arial" w:hAnsi="Arial" w:cs="Arial"/>
        </w:rPr>
        <w:t>efectúa</w:t>
      </w:r>
      <w:proofErr w:type="spellEnd"/>
      <w:r w:rsidRPr="00901BC0">
        <w:rPr>
          <w:rFonts w:ascii="Arial" w:hAnsi="Arial" w:cs="Arial"/>
        </w:rPr>
        <w:t xml:space="preserve"> la </w:t>
      </w:r>
      <w:proofErr w:type="spellStart"/>
      <w:r w:rsidRPr="00901BC0">
        <w:rPr>
          <w:rFonts w:ascii="Arial" w:hAnsi="Arial" w:cs="Arial"/>
        </w:rPr>
        <w:t>salida</w:t>
      </w:r>
      <w:proofErr w:type="spellEnd"/>
      <w:r w:rsidRPr="00901BC0">
        <w:rPr>
          <w:rFonts w:ascii="Arial" w:hAnsi="Arial" w:cs="Arial"/>
        </w:rPr>
        <w:t xml:space="preserve"> del </w:t>
      </w:r>
      <w:proofErr w:type="spellStart"/>
      <w:r w:rsidRPr="00901BC0">
        <w:rPr>
          <w:rFonts w:ascii="Arial" w:hAnsi="Arial" w:cs="Arial"/>
        </w:rPr>
        <w:t>acompañante</w:t>
      </w:r>
      <w:proofErr w:type="spellEnd"/>
      <w:r w:rsidRPr="00901BC0">
        <w:rPr>
          <w:rFonts w:ascii="Arial" w:hAnsi="Arial" w:cs="Arial"/>
        </w:rPr>
        <w:t xml:space="preserve"> </w:t>
      </w:r>
      <w:proofErr w:type="spellStart"/>
      <w:r w:rsidRPr="00901BC0">
        <w:rPr>
          <w:rFonts w:ascii="Arial" w:hAnsi="Arial" w:cs="Arial"/>
        </w:rPr>
        <w:t>interno</w:t>
      </w:r>
      <w:proofErr w:type="spellEnd"/>
      <w:r w:rsidRPr="00901BC0">
        <w:rPr>
          <w:rFonts w:ascii="Arial" w:hAnsi="Arial" w:cs="Arial"/>
        </w:rPr>
        <w:t xml:space="preserve">, </w:t>
      </w:r>
      <w:proofErr w:type="spellStart"/>
      <w:r w:rsidRPr="00901BC0">
        <w:rPr>
          <w:rFonts w:ascii="Arial" w:hAnsi="Arial" w:cs="Arial"/>
        </w:rPr>
        <w:t>quedando</w:t>
      </w:r>
      <w:proofErr w:type="spellEnd"/>
      <w:r w:rsidRPr="00901BC0">
        <w:rPr>
          <w:rFonts w:ascii="Arial" w:hAnsi="Arial" w:cs="Arial"/>
        </w:rPr>
        <w:t xml:space="preserve"> </w:t>
      </w:r>
      <w:proofErr w:type="spellStart"/>
      <w:r w:rsidRPr="00901BC0">
        <w:rPr>
          <w:rFonts w:ascii="Arial" w:hAnsi="Arial" w:cs="Arial"/>
        </w:rPr>
        <w:t>encargado</w:t>
      </w:r>
      <w:proofErr w:type="spellEnd"/>
      <w:r w:rsidRPr="00901BC0">
        <w:rPr>
          <w:rFonts w:ascii="Arial" w:hAnsi="Arial" w:cs="Arial"/>
        </w:rPr>
        <w:t xml:space="preserve"> y </w:t>
      </w:r>
      <w:proofErr w:type="spellStart"/>
      <w:r w:rsidRPr="00901BC0">
        <w:rPr>
          <w:rFonts w:ascii="Arial" w:hAnsi="Arial" w:cs="Arial"/>
        </w:rPr>
        <w:t>apoderado</w:t>
      </w:r>
      <w:proofErr w:type="spellEnd"/>
      <w:r w:rsidRPr="00901BC0">
        <w:rPr>
          <w:rFonts w:ascii="Arial" w:hAnsi="Arial" w:cs="Arial"/>
        </w:rPr>
        <w:t xml:space="preserve">/a </w:t>
      </w:r>
      <w:proofErr w:type="spellStart"/>
      <w:r w:rsidRPr="00901BC0">
        <w:rPr>
          <w:rFonts w:ascii="Arial" w:hAnsi="Arial" w:cs="Arial"/>
        </w:rPr>
        <w:t>en</w:t>
      </w:r>
      <w:proofErr w:type="spellEnd"/>
      <w:r w:rsidRPr="00901BC0">
        <w:rPr>
          <w:rFonts w:ascii="Arial" w:hAnsi="Arial" w:cs="Arial"/>
        </w:rPr>
        <w:t xml:space="preserve"> la </w:t>
      </w:r>
      <w:proofErr w:type="spellStart"/>
      <w:r w:rsidRPr="00901BC0">
        <w:rPr>
          <w:rFonts w:ascii="Arial" w:hAnsi="Arial" w:cs="Arial"/>
        </w:rPr>
        <w:t>tarea</w:t>
      </w:r>
      <w:proofErr w:type="spellEnd"/>
      <w:r w:rsidRPr="00901BC0">
        <w:rPr>
          <w:rFonts w:ascii="Arial" w:hAnsi="Arial" w:cs="Arial"/>
        </w:rPr>
        <w:t xml:space="preserve"> de “</w:t>
      </w:r>
      <w:proofErr w:type="spellStart"/>
      <w:r w:rsidRPr="00901BC0">
        <w:rPr>
          <w:rFonts w:ascii="Arial" w:hAnsi="Arial" w:cs="Arial"/>
        </w:rPr>
        <w:t>acompañar</w:t>
      </w:r>
      <w:proofErr w:type="spellEnd"/>
      <w:r w:rsidRPr="00901BC0">
        <w:rPr>
          <w:rFonts w:ascii="Arial" w:hAnsi="Arial" w:cs="Arial"/>
        </w:rPr>
        <w:t xml:space="preserve">” al </w:t>
      </w:r>
      <w:proofErr w:type="spellStart"/>
      <w:r w:rsidRPr="00901BC0">
        <w:rPr>
          <w:rFonts w:ascii="Arial" w:hAnsi="Arial" w:cs="Arial"/>
        </w:rPr>
        <w:t>estudiante</w:t>
      </w:r>
      <w:proofErr w:type="spellEnd"/>
      <w:r w:rsidRPr="00901BC0">
        <w:rPr>
          <w:rFonts w:ascii="Arial" w:hAnsi="Arial" w:cs="Arial"/>
        </w:rPr>
        <w:t>.</w:t>
      </w:r>
    </w:p>
    <w:p w14:paraId="05E4ED4E" w14:textId="77777777" w:rsidR="00893C50" w:rsidRPr="00901BC0" w:rsidRDefault="00893C50" w:rsidP="00893C50">
      <w:pPr>
        <w:pStyle w:val="Textoindependiente"/>
        <w:spacing w:before="172" w:line="360" w:lineRule="auto"/>
        <w:ind w:right="49"/>
        <w:jc w:val="both"/>
        <w:rPr>
          <w:rFonts w:ascii="Arial" w:hAnsi="Arial" w:cs="Arial"/>
        </w:rPr>
      </w:pPr>
      <w:proofErr w:type="spellStart"/>
      <w:r w:rsidRPr="00901BC0">
        <w:rPr>
          <w:rFonts w:ascii="Arial" w:hAnsi="Arial" w:cs="Arial"/>
        </w:rPr>
        <w:t>Cuando</w:t>
      </w:r>
      <w:proofErr w:type="spellEnd"/>
      <w:r w:rsidRPr="00901BC0">
        <w:rPr>
          <w:rFonts w:ascii="Arial" w:hAnsi="Arial" w:cs="Arial"/>
        </w:rPr>
        <w:t xml:space="preserve"> las </w:t>
      </w:r>
      <w:proofErr w:type="spellStart"/>
      <w:r w:rsidRPr="00901BC0">
        <w:rPr>
          <w:rFonts w:ascii="Arial" w:hAnsi="Arial" w:cs="Arial"/>
        </w:rPr>
        <w:t>probabilidades</w:t>
      </w:r>
      <w:proofErr w:type="spellEnd"/>
      <w:r w:rsidRPr="00901BC0">
        <w:rPr>
          <w:rFonts w:ascii="Arial" w:hAnsi="Arial" w:cs="Arial"/>
        </w:rPr>
        <w:t xml:space="preserve"> de </w:t>
      </w:r>
      <w:proofErr w:type="spellStart"/>
      <w:r w:rsidRPr="00901BC0">
        <w:rPr>
          <w:rFonts w:ascii="Arial" w:hAnsi="Arial" w:cs="Arial"/>
        </w:rPr>
        <w:t>desregulación</w:t>
      </w:r>
      <w:proofErr w:type="spellEnd"/>
      <w:r w:rsidRPr="00901BC0">
        <w:rPr>
          <w:rFonts w:ascii="Arial" w:hAnsi="Arial" w:cs="Arial"/>
        </w:rPr>
        <w:t xml:space="preserve"> </w:t>
      </w:r>
      <w:proofErr w:type="spellStart"/>
      <w:r w:rsidRPr="00901BC0">
        <w:rPr>
          <w:rFonts w:ascii="Arial" w:hAnsi="Arial" w:cs="Arial"/>
        </w:rPr>
        <w:t>emocional</w:t>
      </w:r>
      <w:proofErr w:type="spellEnd"/>
      <w:r w:rsidRPr="00901BC0">
        <w:rPr>
          <w:rFonts w:ascii="Arial" w:hAnsi="Arial" w:cs="Arial"/>
        </w:rPr>
        <w:t xml:space="preserve"> y </w:t>
      </w:r>
      <w:proofErr w:type="spellStart"/>
      <w:r w:rsidRPr="00901BC0">
        <w:rPr>
          <w:rFonts w:ascii="Arial" w:hAnsi="Arial" w:cs="Arial"/>
        </w:rPr>
        <w:t>conductual</w:t>
      </w:r>
      <w:proofErr w:type="spellEnd"/>
      <w:r w:rsidRPr="00901BC0">
        <w:rPr>
          <w:rFonts w:ascii="Arial" w:hAnsi="Arial" w:cs="Arial"/>
        </w:rPr>
        <w:t xml:space="preserve"> se </w:t>
      </w:r>
      <w:proofErr w:type="spellStart"/>
      <w:r w:rsidRPr="00901BC0">
        <w:rPr>
          <w:rFonts w:ascii="Arial" w:hAnsi="Arial" w:cs="Arial"/>
        </w:rPr>
        <w:t>encuentran</w:t>
      </w:r>
      <w:proofErr w:type="spellEnd"/>
      <w:r w:rsidRPr="00901BC0">
        <w:rPr>
          <w:rFonts w:ascii="Arial" w:hAnsi="Arial" w:cs="Arial"/>
        </w:rPr>
        <w:t xml:space="preserve"> </w:t>
      </w:r>
      <w:proofErr w:type="spellStart"/>
      <w:r w:rsidRPr="00901BC0">
        <w:rPr>
          <w:rFonts w:ascii="Arial" w:hAnsi="Arial" w:cs="Arial"/>
        </w:rPr>
        <w:t>dentro</w:t>
      </w:r>
      <w:proofErr w:type="spellEnd"/>
      <w:r w:rsidRPr="00901BC0">
        <w:rPr>
          <w:rFonts w:ascii="Arial" w:hAnsi="Arial" w:cs="Arial"/>
        </w:rPr>
        <w:t xml:space="preserve"> de un </w:t>
      </w:r>
      <w:proofErr w:type="spellStart"/>
      <w:r w:rsidRPr="00901BC0">
        <w:rPr>
          <w:rFonts w:ascii="Arial" w:hAnsi="Arial" w:cs="Arial"/>
        </w:rPr>
        <w:t>cuadro</w:t>
      </w:r>
      <w:proofErr w:type="spellEnd"/>
      <w:r w:rsidRPr="00901BC0">
        <w:rPr>
          <w:rFonts w:ascii="Arial" w:hAnsi="Arial" w:cs="Arial"/>
        </w:rPr>
        <w:t xml:space="preserve"> </w:t>
      </w:r>
      <w:proofErr w:type="spellStart"/>
      <w:r w:rsidRPr="00901BC0">
        <w:rPr>
          <w:rFonts w:ascii="Arial" w:hAnsi="Arial" w:cs="Arial"/>
        </w:rPr>
        <w:t>clínico</w:t>
      </w:r>
      <w:proofErr w:type="spellEnd"/>
      <w:r w:rsidRPr="00901BC0">
        <w:rPr>
          <w:rFonts w:ascii="Arial" w:hAnsi="Arial" w:cs="Arial"/>
        </w:rPr>
        <w:t xml:space="preserve"> o de </w:t>
      </w:r>
      <w:proofErr w:type="spellStart"/>
      <w:r w:rsidRPr="00901BC0">
        <w:rPr>
          <w:rFonts w:ascii="Arial" w:hAnsi="Arial" w:cs="Arial"/>
        </w:rPr>
        <w:t>características</w:t>
      </w:r>
      <w:proofErr w:type="spellEnd"/>
      <w:r w:rsidRPr="00901BC0">
        <w:rPr>
          <w:rFonts w:ascii="Arial" w:hAnsi="Arial" w:cs="Arial"/>
        </w:rPr>
        <w:t xml:space="preserve"> </w:t>
      </w:r>
      <w:proofErr w:type="spellStart"/>
      <w:r w:rsidRPr="00901BC0">
        <w:rPr>
          <w:rFonts w:ascii="Arial" w:hAnsi="Arial" w:cs="Arial"/>
        </w:rPr>
        <w:t>definidas</w:t>
      </w:r>
      <w:proofErr w:type="spellEnd"/>
      <w:r w:rsidRPr="00901BC0">
        <w:rPr>
          <w:rFonts w:ascii="Arial" w:hAnsi="Arial" w:cs="Arial"/>
        </w:rPr>
        <w:t xml:space="preserve">, </w:t>
      </w:r>
      <w:proofErr w:type="spellStart"/>
      <w:r w:rsidRPr="00901BC0">
        <w:rPr>
          <w:rFonts w:ascii="Arial" w:hAnsi="Arial" w:cs="Arial"/>
        </w:rPr>
        <w:t>como</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ejemplo</w:t>
      </w:r>
      <w:proofErr w:type="spellEnd"/>
      <w:r w:rsidRPr="00901BC0">
        <w:rPr>
          <w:rFonts w:ascii="Arial" w:hAnsi="Arial" w:cs="Arial"/>
        </w:rPr>
        <w:t xml:space="preserve">, </w:t>
      </w:r>
      <w:proofErr w:type="spellStart"/>
      <w:r w:rsidRPr="00901BC0">
        <w:rPr>
          <w:rFonts w:ascii="Arial" w:hAnsi="Arial" w:cs="Arial"/>
        </w:rPr>
        <w:t>síndrome</w:t>
      </w:r>
      <w:proofErr w:type="spellEnd"/>
      <w:r w:rsidRPr="00901BC0">
        <w:rPr>
          <w:rFonts w:ascii="Arial" w:hAnsi="Arial" w:cs="Arial"/>
        </w:rPr>
        <w:t xml:space="preserve"> de </w:t>
      </w:r>
      <w:proofErr w:type="spellStart"/>
      <w:r w:rsidRPr="00901BC0">
        <w:rPr>
          <w:rFonts w:ascii="Arial" w:hAnsi="Arial" w:cs="Arial"/>
        </w:rPr>
        <w:t>abstinencia</w:t>
      </w:r>
      <w:proofErr w:type="spellEnd"/>
      <w:r w:rsidRPr="00901BC0">
        <w:rPr>
          <w:rFonts w:ascii="Arial" w:hAnsi="Arial" w:cs="Arial"/>
        </w:rPr>
        <w:t xml:space="preserve"> o del </w:t>
      </w:r>
      <w:proofErr w:type="spellStart"/>
      <w:r w:rsidRPr="00901BC0">
        <w:rPr>
          <w:rFonts w:ascii="Arial" w:hAnsi="Arial" w:cs="Arial"/>
        </w:rPr>
        <w:t>espectro</w:t>
      </w:r>
      <w:proofErr w:type="spellEnd"/>
      <w:r w:rsidRPr="00901BC0">
        <w:rPr>
          <w:rFonts w:ascii="Arial" w:hAnsi="Arial" w:cs="Arial"/>
        </w:rPr>
        <w:t xml:space="preserve"> </w:t>
      </w:r>
      <w:proofErr w:type="spellStart"/>
      <w:r w:rsidRPr="00901BC0">
        <w:rPr>
          <w:rFonts w:ascii="Arial" w:hAnsi="Arial" w:cs="Arial"/>
        </w:rPr>
        <w:t>autista</w:t>
      </w:r>
      <w:proofErr w:type="spellEnd"/>
      <w:r w:rsidRPr="00901BC0">
        <w:rPr>
          <w:rFonts w:ascii="Arial" w:hAnsi="Arial" w:cs="Arial"/>
        </w:rPr>
        <w:t xml:space="preserve">, entre </w:t>
      </w:r>
      <w:proofErr w:type="spellStart"/>
      <w:r w:rsidRPr="00901BC0">
        <w:rPr>
          <w:rFonts w:ascii="Arial" w:hAnsi="Arial" w:cs="Arial"/>
        </w:rPr>
        <w:t>otros</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procedimientos</w:t>
      </w:r>
      <w:proofErr w:type="spellEnd"/>
      <w:r w:rsidRPr="00901BC0">
        <w:rPr>
          <w:rFonts w:ascii="Arial" w:hAnsi="Arial" w:cs="Arial"/>
        </w:rPr>
        <w:t xml:space="preserve"> de aviso a </w:t>
      </w:r>
      <w:proofErr w:type="spellStart"/>
      <w:r w:rsidRPr="00901BC0">
        <w:rPr>
          <w:rFonts w:ascii="Arial" w:hAnsi="Arial" w:cs="Arial"/>
        </w:rPr>
        <w:t>apoderados</w:t>
      </w:r>
      <w:proofErr w:type="spellEnd"/>
      <w:r w:rsidRPr="00901BC0">
        <w:rPr>
          <w:rFonts w:ascii="Arial" w:hAnsi="Arial" w:cs="Arial"/>
        </w:rPr>
        <w:t xml:space="preserve"> y </w:t>
      </w:r>
      <w:proofErr w:type="spellStart"/>
      <w:r w:rsidRPr="00901BC0">
        <w:rPr>
          <w:rFonts w:ascii="Arial" w:hAnsi="Arial" w:cs="Arial"/>
        </w:rPr>
        <w:t>si</w:t>
      </w:r>
      <w:proofErr w:type="spellEnd"/>
      <w:r w:rsidRPr="00901BC0">
        <w:rPr>
          <w:rFonts w:ascii="Arial" w:hAnsi="Arial" w:cs="Arial"/>
        </w:rPr>
        <w:t xml:space="preserve"> </w:t>
      </w:r>
      <w:proofErr w:type="spellStart"/>
      <w:r w:rsidRPr="00901BC0">
        <w:rPr>
          <w:rFonts w:ascii="Arial" w:hAnsi="Arial" w:cs="Arial"/>
        </w:rPr>
        <w:t>este</w:t>
      </w:r>
      <w:proofErr w:type="spellEnd"/>
      <w:r w:rsidRPr="00901BC0">
        <w:rPr>
          <w:rFonts w:ascii="Arial" w:hAnsi="Arial" w:cs="Arial"/>
        </w:rPr>
        <w:t xml:space="preserve"> </w:t>
      </w:r>
      <w:proofErr w:type="spellStart"/>
      <w:r w:rsidRPr="00901BC0">
        <w:rPr>
          <w:rFonts w:ascii="Arial" w:hAnsi="Arial" w:cs="Arial"/>
        </w:rPr>
        <w:t>podrá</w:t>
      </w:r>
      <w:proofErr w:type="spellEnd"/>
      <w:r w:rsidRPr="00901BC0">
        <w:rPr>
          <w:rFonts w:ascii="Arial" w:hAnsi="Arial" w:cs="Arial"/>
        </w:rPr>
        <w:t xml:space="preserve"> o no </w:t>
      </w:r>
      <w:proofErr w:type="spellStart"/>
      <w:r w:rsidRPr="00901BC0">
        <w:rPr>
          <w:rFonts w:ascii="Arial" w:hAnsi="Arial" w:cs="Arial"/>
        </w:rPr>
        <w:t>hacerse</w:t>
      </w:r>
      <w:proofErr w:type="spellEnd"/>
      <w:r w:rsidRPr="00901BC0">
        <w:rPr>
          <w:rFonts w:ascii="Arial" w:hAnsi="Arial" w:cs="Arial"/>
        </w:rPr>
        <w:t xml:space="preserve"> </w:t>
      </w:r>
      <w:proofErr w:type="spellStart"/>
      <w:r w:rsidRPr="00901BC0">
        <w:rPr>
          <w:rFonts w:ascii="Arial" w:hAnsi="Arial" w:cs="Arial"/>
        </w:rPr>
        <w:t>presente</w:t>
      </w:r>
      <w:proofErr w:type="spellEnd"/>
      <w:r w:rsidRPr="00901BC0">
        <w:rPr>
          <w:rFonts w:ascii="Arial" w:hAnsi="Arial" w:cs="Arial"/>
        </w:rPr>
        <w:t xml:space="preserve">, </w:t>
      </w:r>
      <w:proofErr w:type="spellStart"/>
      <w:r w:rsidRPr="00901BC0">
        <w:rPr>
          <w:rFonts w:ascii="Arial" w:hAnsi="Arial" w:cs="Arial"/>
        </w:rPr>
        <w:t>deben</w:t>
      </w:r>
      <w:proofErr w:type="spellEnd"/>
      <w:r w:rsidRPr="00901BC0">
        <w:rPr>
          <w:rFonts w:ascii="Arial" w:hAnsi="Arial" w:cs="Arial"/>
        </w:rPr>
        <w:t xml:space="preserve"> </w:t>
      </w:r>
      <w:proofErr w:type="spellStart"/>
      <w:r w:rsidRPr="00901BC0">
        <w:rPr>
          <w:rFonts w:ascii="Arial" w:hAnsi="Arial" w:cs="Arial"/>
        </w:rPr>
        <w:t>estar</w:t>
      </w:r>
      <w:proofErr w:type="spellEnd"/>
      <w:r w:rsidRPr="00901BC0">
        <w:rPr>
          <w:rFonts w:ascii="Arial" w:hAnsi="Arial" w:cs="Arial"/>
        </w:rPr>
        <w:t xml:space="preserve"> </w:t>
      </w:r>
      <w:proofErr w:type="spellStart"/>
      <w:r w:rsidRPr="00901BC0">
        <w:rPr>
          <w:rFonts w:ascii="Arial" w:hAnsi="Arial" w:cs="Arial"/>
        </w:rPr>
        <w:t>establecidas</w:t>
      </w:r>
      <w:proofErr w:type="spellEnd"/>
      <w:r w:rsidRPr="00901BC0">
        <w:rPr>
          <w:rFonts w:ascii="Arial" w:hAnsi="Arial" w:cs="Arial"/>
        </w:rPr>
        <w:t xml:space="preserve"> con </w:t>
      </w:r>
      <w:proofErr w:type="spellStart"/>
      <w:r w:rsidRPr="00901BC0">
        <w:rPr>
          <w:rFonts w:ascii="Arial" w:hAnsi="Arial" w:cs="Arial"/>
        </w:rPr>
        <w:t>anterioridad</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contratos</w:t>
      </w:r>
      <w:proofErr w:type="spellEnd"/>
      <w:r w:rsidRPr="00901BC0">
        <w:rPr>
          <w:rFonts w:ascii="Arial" w:hAnsi="Arial" w:cs="Arial"/>
        </w:rPr>
        <w:t xml:space="preserve"> de </w:t>
      </w:r>
      <w:proofErr w:type="spellStart"/>
      <w:r w:rsidRPr="00901BC0">
        <w:rPr>
          <w:rFonts w:ascii="Arial" w:hAnsi="Arial" w:cs="Arial"/>
        </w:rPr>
        <w:t>contingencia</w:t>
      </w:r>
      <w:proofErr w:type="spellEnd"/>
      <w:r w:rsidRPr="00901BC0">
        <w:rPr>
          <w:rFonts w:ascii="Arial" w:hAnsi="Arial" w:cs="Arial"/>
        </w:rPr>
        <w:t xml:space="preserve">, </w:t>
      </w:r>
      <w:proofErr w:type="spellStart"/>
      <w:r w:rsidRPr="00901BC0">
        <w:rPr>
          <w:rFonts w:ascii="Arial" w:hAnsi="Arial" w:cs="Arial"/>
        </w:rPr>
        <w:t>donde</w:t>
      </w:r>
      <w:proofErr w:type="spellEnd"/>
      <w:r w:rsidRPr="00901BC0">
        <w:rPr>
          <w:rFonts w:ascii="Arial" w:hAnsi="Arial" w:cs="Arial"/>
        </w:rPr>
        <w:t xml:space="preserve"> se </w:t>
      </w:r>
      <w:proofErr w:type="spellStart"/>
      <w:r w:rsidRPr="00901BC0">
        <w:rPr>
          <w:rFonts w:ascii="Arial" w:hAnsi="Arial" w:cs="Arial"/>
        </w:rPr>
        <w:t>especifiquen</w:t>
      </w:r>
      <w:proofErr w:type="spellEnd"/>
      <w:r w:rsidRPr="00901BC0">
        <w:rPr>
          <w:rFonts w:ascii="Arial" w:hAnsi="Arial" w:cs="Arial"/>
        </w:rPr>
        <w:t xml:space="preserve"> las </w:t>
      </w:r>
      <w:proofErr w:type="spellStart"/>
      <w:r w:rsidRPr="00901BC0">
        <w:rPr>
          <w:rFonts w:ascii="Arial" w:hAnsi="Arial" w:cs="Arial"/>
        </w:rPr>
        <w:t>acciones</w:t>
      </w:r>
      <w:proofErr w:type="spellEnd"/>
      <w:r w:rsidRPr="00901BC0">
        <w:rPr>
          <w:rFonts w:ascii="Arial" w:hAnsi="Arial" w:cs="Arial"/>
        </w:rPr>
        <w:t xml:space="preserve">, </w:t>
      </w:r>
      <w:proofErr w:type="spellStart"/>
      <w:r w:rsidRPr="00901BC0">
        <w:rPr>
          <w:rFonts w:ascii="Arial" w:hAnsi="Arial" w:cs="Arial"/>
        </w:rPr>
        <w:t>medios</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que se </w:t>
      </w:r>
      <w:proofErr w:type="spellStart"/>
      <w:r w:rsidRPr="00901BC0">
        <w:rPr>
          <w:rFonts w:ascii="Arial" w:hAnsi="Arial" w:cs="Arial"/>
        </w:rPr>
        <w:t>informará</w:t>
      </w:r>
      <w:proofErr w:type="spellEnd"/>
      <w:r w:rsidRPr="00901BC0">
        <w:rPr>
          <w:rFonts w:ascii="Arial" w:hAnsi="Arial" w:cs="Arial"/>
        </w:rPr>
        <w:t xml:space="preserve"> al </w:t>
      </w:r>
      <w:proofErr w:type="spellStart"/>
      <w:r w:rsidRPr="00901BC0">
        <w:rPr>
          <w:rFonts w:ascii="Arial" w:hAnsi="Arial" w:cs="Arial"/>
        </w:rPr>
        <w:t>apoderado</w:t>
      </w:r>
      <w:proofErr w:type="spellEnd"/>
      <w:r w:rsidRPr="00901BC0">
        <w:rPr>
          <w:rFonts w:ascii="Arial" w:hAnsi="Arial" w:cs="Arial"/>
        </w:rPr>
        <w:t xml:space="preserve">/a y la </w:t>
      </w:r>
      <w:proofErr w:type="spellStart"/>
      <w:r w:rsidRPr="00901BC0">
        <w:rPr>
          <w:rFonts w:ascii="Arial" w:hAnsi="Arial" w:cs="Arial"/>
        </w:rPr>
        <w:t>autorización</w:t>
      </w:r>
      <w:proofErr w:type="spellEnd"/>
      <w:r w:rsidRPr="00901BC0">
        <w:rPr>
          <w:rFonts w:ascii="Arial" w:hAnsi="Arial" w:cs="Arial"/>
        </w:rPr>
        <w:t xml:space="preserve"> de </w:t>
      </w:r>
      <w:proofErr w:type="spellStart"/>
      <w:r w:rsidRPr="00901BC0">
        <w:rPr>
          <w:rFonts w:ascii="Arial" w:hAnsi="Arial" w:cs="Arial"/>
        </w:rPr>
        <w:t>este</w:t>
      </w:r>
      <w:proofErr w:type="spellEnd"/>
      <w:r w:rsidRPr="00901BC0">
        <w:rPr>
          <w:rFonts w:ascii="Arial" w:hAnsi="Arial" w:cs="Arial"/>
        </w:rPr>
        <w:t xml:space="preserve">/a para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mismos</w:t>
      </w:r>
      <w:proofErr w:type="spellEnd"/>
      <w:r w:rsidRPr="00901BC0">
        <w:rPr>
          <w:rFonts w:ascii="Arial" w:hAnsi="Arial" w:cs="Arial"/>
        </w:rPr>
        <w:t xml:space="preserve">; </w:t>
      </w:r>
      <w:proofErr w:type="spellStart"/>
      <w:r w:rsidRPr="00901BC0">
        <w:rPr>
          <w:rFonts w:ascii="Arial" w:hAnsi="Arial" w:cs="Arial"/>
        </w:rPr>
        <w:t>dicha</w:t>
      </w:r>
      <w:proofErr w:type="spellEnd"/>
      <w:r w:rsidRPr="00901BC0">
        <w:rPr>
          <w:rFonts w:ascii="Arial" w:hAnsi="Arial" w:cs="Arial"/>
        </w:rPr>
        <w:t xml:space="preserve"> </w:t>
      </w:r>
      <w:proofErr w:type="spellStart"/>
      <w:r w:rsidRPr="00901BC0">
        <w:rPr>
          <w:rFonts w:ascii="Arial" w:hAnsi="Arial" w:cs="Arial"/>
        </w:rPr>
        <w:t>información</w:t>
      </w:r>
      <w:proofErr w:type="spellEnd"/>
      <w:r w:rsidRPr="00901BC0">
        <w:rPr>
          <w:rFonts w:ascii="Arial" w:hAnsi="Arial" w:cs="Arial"/>
        </w:rPr>
        <w:t xml:space="preserve"> </w:t>
      </w:r>
      <w:proofErr w:type="spellStart"/>
      <w:r w:rsidRPr="00901BC0">
        <w:rPr>
          <w:rFonts w:ascii="Arial" w:hAnsi="Arial" w:cs="Arial"/>
        </w:rPr>
        <w:t>debe</w:t>
      </w:r>
      <w:proofErr w:type="spellEnd"/>
      <w:r w:rsidRPr="00901BC0">
        <w:rPr>
          <w:rFonts w:ascii="Arial" w:hAnsi="Arial" w:cs="Arial"/>
        </w:rPr>
        <w:t xml:space="preserve"> </w:t>
      </w:r>
      <w:proofErr w:type="spellStart"/>
      <w:r w:rsidRPr="00901BC0">
        <w:rPr>
          <w:rFonts w:ascii="Arial" w:hAnsi="Arial" w:cs="Arial"/>
        </w:rPr>
        <w:t>estar</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conocimiento</w:t>
      </w:r>
      <w:proofErr w:type="spellEnd"/>
      <w:r w:rsidRPr="00901BC0">
        <w:rPr>
          <w:rFonts w:ascii="Arial" w:hAnsi="Arial" w:cs="Arial"/>
        </w:rPr>
        <w:t xml:space="preserve"> del personal a cargo del </w:t>
      </w:r>
      <w:proofErr w:type="spellStart"/>
      <w:r w:rsidRPr="00901BC0">
        <w:rPr>
          <w:rFonts w:ascii="Arial" w:hAnsi="Arial" w:cs="Arial"/>
        </w:rPr>
        <w:t>manejo</w:t>
      </w:r>
      <w:proofErr w:type="spellEnd"/>
      <w:r w:rsidRPr="00901BC0">
        <w:rPr>
          <w:rFonts w:ascii="Arial" w:hAnsi="Arial" w:cs="Arial"/>
        </w:rPr>
        <w:t xml:space="preserve"> de la crisis de </w:t>
      </w:r>
      <w:proofErr w:type="spellStart"/>
      <w:r w:rsidRPr="00901BC0">
        <w:rPr>
          <w:rFonts w:ascii="Arial" w:hAnsi="Arial" w:cs="Arial"/>
        </w:rPr>
        <w:t>desregulación</w:t>
      </w:r>
      <w:proofErr w:type="spellEnd"/>
      <w:r w:rsidRPr="00901BC0">
        <w:rPr>
          <w:rFonts w:ascii="Arial" w:hAnsi="Arial" w:cs="Arial"/>
        </w:rPr>
        <w:t>.</w:t>
      </w:r>
    </w:p>
    <w:p w14:paraId="3A70746C" w14:textId="77777777" w:rsidR="00893C50" w:rsidRPr="00901BC0" w:rsidRDefault="00893C50" w:rsidP="00893C50">
      <w:pPr>
        <w:pStyle w:val="Textoindependiente"/>
        <w:spacing w:before="152"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todos</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casos</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equipo</w:t>
      </w:r>
      <w:proofErr w:type="spellEnd"/>
      <w:r w:rsidRPr="00901BC0">
        <w:rPr>
          <w:rFonts w:ascii="Arial" w:hAnsi="Arial" w:cs="Arial"/>
        </w:rPr>
        <w:t xml:space="preserve"> </w:t>
      </w:r>
      <w:proofErr w:type="spellStart"/>
      <w:r w:rsidRPr="00901BC0">
        <w:rPr>
          <w:rFonts w:ascii="Arial" w:hAnsi="Arial" w:cs="Arial"/>
        </w:rPr>
        <w:t>psicoeducativo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conocimiento</w:t>
      </w:r>
      <w:proofErr w:type="spellEnd"/>
      <w:r w:rsidRPr="00901BC0">
        <w:rPr>
          <w:rFonts w:ascii="Arial" w:hAnsi="Arial" w:cs="Arial"/>
        </w:rPr>
        <w:t xml:space="preserve"> del particular </w:t>
      </w:r>
      <w:proofErr w:type="spellStart"/>
      <w:r w:rsidRPr="00901BC0">
        <w:rPr>
          <w:rFonts w:ascii="Arial" w:hAnsi="Arial" w:cs="Arial"/>
        </w:rPr>
        <w:t>contexto</w:t>
      </w:r>
      <w:proofErr w:type="spellEnd"/>
      <w:r w:rsidRPr="00901BC0">
        <w:rPr>
          <w:rFonts w:ascii="Arial" w:hAnsi="Arial" w:cs="Arial"/>
        </w:rPr>
        <w:t xml:space="preserve"> familiar y la </w:t>
      </w:r>
      <w:proofErr w:type="spellStart"/>
      <w:r w:rsidRPr="00901BC0">
        <w:rPr>
          <w:rFonts w:ascii="Arial" w:hAnsi="Arial" w:cs="Arial"/>
        </w:rPr>
        <w:t>condición</w:t>
      </w:r>
      <w:proofErr w:type="spellEnd"/>
      <w:r w:rsidRPr="00901BC0">
        <w:rPr>
          <w:rFonts w:ascii="Arial" w:hAnsi="Arial" w:cs="Arial"/>
        </w:rPr>
        <w:t xml:space="preserve"> </w:t>
      </w:r>
      <w:proofErr w:type="spellStart"/>
      <w:r w:rsidRPr="00901BC0">
        <w:rPr>
          <w:rFonts w:ascii="Arial" w:hAnsi="Arial" w:cs="Arial"/>
        </w:rPr>
        <w:t>laboral</w:t>
      </w:r>
      <w:proofErr w:type="spellEnd"/>
      <w:r w:rsidRPr="00901BC0">
        <w:rPr>
          <w:rFonts w:ascii="Arial" w:hAnsi="Arial" w:cs="Arial"/>
        </w:rPr>
        <w:t xml:space="preserve"> y/o </w:t>
      </w:r>
      <w:proofErr w:type="spellStart"/>
      <w:r w:rsidRPr="00901BC0">
        <w:rPr>
          <w:rFonts w:ascii="Arial" w:hAnsi="Arial" w:cs="Arial"/>
        </w:rPr>
        <w:t>emocional</w:t>
      </w:r>
      <w:proofErr w:type="spellEnd"/>
      <w:r w:rsidRPr="00901BC0">
        <w:rPr>
          <w:rFonts w:ascii="Arial" w:hAnsi="Arial" w:cs="Arial"/>
        </w:rPr>
        <w:t xml:space="preserve"> del </w:t>
      </w:r>
      <w:proofErr w:type="spellStart"/>
      <w:r w:rsidRPr="00901BC0">
        <w:rPr>
          <w:rFonts w:ascii="Arial" w:hAnsi="Arial" w:cs="Arial"/>
        </w:rPr>
        <w:t>apoderado</w:t>
      </w:r>
      <w:proofErr w:type="spellEnd"/>
      <w:r w:rsidRPr="00901BC0">
        <w:rPr>
          <w:rFonts w:ascii="Arial" w:hAnsi="Arial" w:cs="Arial"/>
        </w:rPr>
        <w:t xml:space="preserve">, </w:t>
      </w:r>
      <w:proofErr w:type="spellStart"/>
      <w:r w:rsidRPr="00901BC0">
        <w:rPr>
          <w:rFonts w:ascii="Arial" w:hAnsi="Arial" w:cs="Arial"/>
        </w:rPr>
        <w:t>orientará</w:t>
      </w:r>
      <w:proofErr w:type="spellEnd"/>
      <w:r w:rsidRPr="00901BC0">
        <w:rPr>
          <w:rFonts w:ascii="Arial" w:hAnsi="Arial" w:cs="Arial"/>
        </w:rPr>
        <w:t xml:space="preserve"> </w:t>
      </w:r>
      <w:proofErr w:type="spellStart"/>
      <w:r w:rsidRPr="00901BC0">
        <w:rPr>
          <w:rFonts w:ascii="Arial" w:hAnsi="Arial" w:cs="Arial"/>
        </w:rPr>
        <w:t>sobre</w:t>
      </w:r>
      <w:proofErr w:type="spellEnd"/>
      <w:r w:rsidRPr="00901BC0">
        <w:rPr>
          <w:rFonts w:ascii="Arial" w:hAnsi="Arial" w:cs="Arial"/>
        </w:rPr>
        <w:t xml:space="preserve"> la </w:t>
      </w:r>
      <w:proofErr w:type="spellStart"/>
      <w:r w:rsidRPr="00901BC0">
        <w:rPr>
          <w:rFonts w:ascii="Arial" w:hAnsi="Arial" w:cs="Arial"/>
        </w:rPr>
        <w:t>responsabilidad</w:t>
      </w:r>
      <w:proofErr w:type="spellEnd"/>
      <w:r w:rsidRPr="00901BC0">
        <w:rPr>
          <w:rFonts w:ascii="Arial" w:hAnsi="Arial" w:cs="Arial"/>
        </w:rPr>
        <w:t xml:space="preserve"> que </w:t>
      </w:r>
      <w:proofErr w:type="spellStart"/>
      <w:r w:rsidRPr="00901BC0">
        <w:rPr>
          <w:rFonts w:ascii="Arial" w:hAnsi="Arial" w:cs="Arial"/>
        </w:rPr>
        <w:t>debiera</w:t>
      </w:r>
      <w:proofErr w:type="spellEnd"/>
      <w:r w:rsidRPr="00901BC0">
        <w:rPr>
          <w:rFonts w:ascii="Arial" w:hAnsi="Arial" w:cs="Arial"/>
        </w:rPr>
        <w:t xml:space="preserve"> </w:t>
      </w:r>
      <w:proofErr w:type="spellStart"/>
      <w:r w:rsidRPr="00901BC0">
        <w:rPr>
          <w:rFonts w:ascii="Arial" w:hAnsi="Arial" w:cs="Arial"/>
        </w:rPr>
        <w:t>asumir</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estos</w:t>
      </w:r>
      <w:proofErr w:type="spellEnd"/>
      <w:r w:rsidRPr="00901BC0">
        <w:rPr>
          <w:rFonts w:ascii="Arial" w:hAnsi="Arial" w:cs="Arial"/>
        </w:rPr>
        <w:t xml:space="preserve"> </w:t>
      </w:r>
      <w:proofErr w:type="spellStart"/>
      <w:r w:rsidRPr="00901BC0">
        <w:rPr>
          <w:rFonts w:ascii="Arial" w:hAnsi="Arial" w:cs="Arial"/>
        </w:rPr>
        <w:t>apoyos</w:t>
      </w:r>
      <w:proofErr w:type="spellEnd"/>
      <w:r w:rsidRPr="00901BC0">
        <w:rPr>
          <w:rFonts w:ascii="Arial" w:hAnsi="Arial" w:cs="Arial"/>
        </w:rPr>
        <w:t xml:space="preserve">, </w:t>
      </w:r>
      <w:proofErr w:type="spellStart"/>
      <w:r w:rsidRPr="00901BC0">
        <w:rPr>
          <w:rFonts w:ascii="Arial" w:hAnsi="Arial" w:cs="Arial"/>
        </w:rPr>
        <w:t>estableciendo</w:t>
      </w:r>
      <w:proofErr w:type="spellEnd"/>
      <w:r w:rsidRPr="00901BC0">
        <w:rPr>
          <w:rFonts w:ascii="Arial" w:hAnsi="Arial" w:cs="Arial"/>
        </w:rPr>
        <w:t xml:space="preserve"> </w:t>
      </w:r>
      <w:proofErr w:type="spellStart"/>
      <w:r w:rsidRPr="00901BC0">
        <w:rPr>
          <w:rFonts w:ascii="Arial" w:hAnsi="Arial" w:cs="Arial"/>
        </w:rPr>
        <w:t>siempre</w:t>
      </w:r>
      <w:proofErr w:type="spellEnd"/>
      <w:r w:rsidRPr="00901BC0">
        <w:rPr>
          <w:rFonts w:ascii="Arial" w:hAnsi="Arial" w:cs="Arial"/>
        </w:rPr>
        <w:t xml:space="preserve"> </w:t>
      </w:r>
      <w:proofErr w:type="spellStart"/>
      <w:r w:rsidRPr="00901BC0">
        <w:rPr>
          <w:rFonts w:ascii="Arial" w:hAnsi="Arial" w:cs="Arial"/>
        </w:rPr>
        <w:t>medios</w:t>
      </w:r>
      <w:proofErr w:type="spellEnd"/>
      <w:r w:rsidRPr="00901BC0">
        <w:rPr>
          <w:rFonts w:ascii="Arial" w:hAnsi="Arial" w:cs="Arial"/>
        </w:rPr>
        <w:t xml:space="preserve"> </w:t>
      </w:r>
      <w:r w:rsidRPr="00901BC0">
        <w:rPr>
          <w:rFonts w:ascii="Arial" w:hAnsi="Arial" w:cs="Arial"/>
        </w:rPr>
        <w:lastRenderedPageBreak/>
        <w:t xml:space="preserve">para </w:t>
      </w:r>
      <w:proofErr w:type="spellStart"/>
      <w:r w:rsidRPr="00901BC0">
        <w:rPr>
          <w:rFonts w:ascii="Arial" w:hAnsi="Arial" w:cs="Arial"/>
        </w:rPr>
        <w:t>mantenerle</w:t>
      </w:r>
      <w:proofErr w:type="spellEnd"/>
      <w:r w:rsidRPr="00901BC0">
        <w:rPr>
          <w:rFonts w:ascii="Arial" w:hAnsi="Arial" w:cs="Arial"/>
        </w:rPr>
        <w:t xml:space="preserve"> </w:t>
      </w:r>
      <w:proofErr w:type="spellStart"/>
      <w:r w:rsidRPr="00901BC0">
        <w:rPr>
          <w:rFonts w:ascii="Arial" w:hAnsi="Arial" w:cs="Arial"/>
        </w:rPr>
        <w:t>informado</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caso</w:t>
      </w:r>
      <w:proofErr w:type="spellEnd"/>
      <w:r w:rsidRPr="00901BC0">
        <w:rPr>
          <w:rFonts w:ascii="Arial" w:hAnsi="Arial" w:cs="Arial"/>
        </w:rPr>
        <w:t xml:space="preserve"> de DEC y del </w:t>
      </w:r>
      <w:proofErr w:type="spellStart"/>
      <w:r w:rsidRPr="00901BC0">
        <w:rPr>
          <w:rFonts w:ascii="Arial" w:hAnsi="Arial" w:cs="Arial"/>
        </w:rPr>
        <w:t>manejo</w:t>
      </w:r>
      <w:proofErr w:type="spellEnd"/>
      <w:r w:rsidRPr="00901BC0">
        <w:rPr>
          <w:rFonts w:ascii="Arial" w:hAnsi="Arial" w:cs="Arial"/>
        </w:rPr>
        <w:t xml:space="preserve"> que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establecimiento</w:t>
      </w:r>
      <w:proofErr w:type="spellEnd"/>
      <w:r w:rsidRPr="00901BC0">
        <w:rPr>
          <w:rFonts w:ascii="Arial" w:hAnsi="Arial" w:cs="Arial"/>
        </w:rPr>
        <w:t xml:space="preserve"> se </w:t>
      </w:r>
      <w:proofErr w:type="spellStart"/>
      <w:r w:rsidRPr="00901BC0">
        <w:rPr>
          <w:rFonts w:ascii="Arial" w:hAnsi="Arial" w:cs="Arial"/>
        </w:rPr>
        <w:t>está</w:t>
      </w:r>
      <w:proofErr w:type="spellEnd"/>
      <w:r w:rsidRPr="00901BC0">
        <w:rPr>
          <w:rFonts w:ascii="Arial" w:hAnsi="Arial" w:cs="Arial"/>
        </w:rPr>
        <w:t xml:space="preserve"> </w:t>
      </w:r>
      <w:proofErr w:type="spellStart"/>
      <w:r w:rsidRPr="00901BC0">
        <w:rPr>
          <w:rFonts w:ascii="Arial" w:hAnsi="Arial" w:cs="Arial"/>
        </w:rPr>
        <w:t>desarrollando</w:t>
      </w:r>
      <w:proofErr w:type="spellEnd"/>
      <w:r w:rsidRPr="00901BC0">
        <w:rPr>
          <w:rFonts w:ascii="Arial" w:hAnsi="Arial" w:cs="Arial"/>
        </w:rPr>
        <w:t xml:space="preserve">, a la </w:t>
      </w:r>
      <w:proofErr w:type="spellStart"/>
      <w:r w:rsidRPr="00901BC0">
        <w:rPr>
          <w:rFonts w:ascii="Arial" w:hAnsi="Arial" w:cs="Arial"/>
        </w:rPr>
        <w:t>vez</w:t>
      </w:r>
      <w:proofErr w:type="spellEnd"/>
      <w:r w:rsidRPr="00901BC0">
        <w:rPr>
          <w:rFonts w:ascii="Arial" w:hAnsi="Arial" w:cs="Arial"/>
        </w:rPr>
        <w:t xml:space="preserve"> de </w:t>
      </w:r>
      <w:proofErr w:type="spellStart"/>
      <w:r w:rsidRPr="00901BC0">
        <w:rPr>
          <w:rFonts w:ascii="Arial" w:hAnsi="Arial" w:cs="Arial"/>
        </w:rPr>
        <w:t>considerar</w:t>
      </w:r>
      <w:proofErr w:type="spellEnd"/>
      <w:r w:rsidRPr="00901BC0">
        <w:rPr>
          <w:rFonts w:ascii="Arial" w:hAnsi="Arial" w:cs="Arial"/>
        </w:rPr>
        <w:t xml:space="preserve"> </w:t>
      </w:r>
      <w:proofErr w:type="spellStart"/>
      <w:r w:rsidRPr="00901BC0">
        <w:rPr>
          <w:rFonts w:ascii="Arial" w:hAnsi="Arial" w:cs="Arial"/>
        </w:rPr>
        <w:t>siempre</w:t>
      </w:r>
      <w:proofErr w:type="spellEnd"/>
      <w:r w:rsidRPr="00901BC0">
        <w:rPr>
          <w:rFonts w:ascii="Arial" w:hAnsi="Arial" w:cs="Arial"/>
        </w:rPr>
        <w:t xml:space="preserve"> la </w:t>
      </w:r>
      <w:proofErr w:type="spellStart"/>
      <w:r w:rsidRPr="00901BC0">
        <w:rPr>
          <w:rFonts w:ascii="Arial" w:hAnsi="Arial" w:cs="Arial"/>
        </w:rPr>
        <w:t>información</w:t>
      </w:r>
      <w:proofErr w:type="spellEnd"/>
      <w:r w:rsidRPr="00901BC0">
        <w:rPr>
          <w:rFonts w:ascii="Arial" w:hAnsi="Arial" w:cs="Arial"/>
        </w:rPr>
        <w:t xml:space="preserve"> y </w:t>
      </w:r>
      <w:proofErr w:type="spellStart"/>
      <w:r w:rsidRPr="00901BC0">
        <w:rPr>
          <w:rFonts w:ascii="Arial" w:hAnsi="Arial" w:cs="Arial"/>
        </w:rPr>
        <w:t>opinión</w:t>
      </w:r>
      <w:proofErr w:type="spellEnd"/>
      <w:r w:rsidRPr="00901BC0">
        <w:rPr>
          <w:rFonts w:ascii="Arial" w:hAnsi="Arial" w:cs="Arial"/>
        </w:rPr>
        <w:t xml:space="preserve"> del </w:t>
      </w:r>
      <w:proofErr w:type="spellStart"/>
      <w:r w:rsidRPr="00901BC0">
        <w:rPr>
          <w:rFonts w:ascii="Arial" w:hAnsi="Arial" w:cs="Arial"/>
        </w:rPr>
        <w:t>apoderado</w:t>
      </w:r>
      <w:proofErr w:type="spellEnd"/>
      <w:r w:rsidRPr="00901BC0">
        <w:rPr>
          <w:rFonts w:ascii="Arial" w:hAnsi="Arial" w:cs="Arial"/>
        </w:rPr>
        <w:t xml:space="preserve">/a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los</w:t>
      </w:r>
      <w:proofErr w:type="spellEnd"/>
      <w:r w:rsidRPr="00901BC0">
        <w:rPr>
          <w:rFonts w:ascii="Arial" w:hAnsi="Arial" w:cs="Arial"/>
        </w:rPr>
        <w:t xml:space="preserve"> </w:t>
      </w:r>
      <w:proofErr w:type="spellStart"/>
      <w:r w:rsidRPr="00901BC0">
        <w:rPr>
          <w:rFonts w:ascii="Arial" w:hAnsi="Arial" w:cs="Arial"/>
        </w:rPr>
        <w:t>aspectos</w:t>
      </w:r>
      <w:proofErr w:type="spellEnd"/>
      <w:r w:rsidRPr="00901BC0">
        <w:rPr>
          <w:rFonts w:ascii="Arial" w:hAnsi="Arial" w:cs="Arial"/>
        </w:rPr>
        <w:t xml:space="preserve"> que </w:t>
      </w:r>
      <w:proofErr w:type="spellStart"/>
      <w:r w:rsidRPr="00901BC0">
        <w:rPr>
          <w:rFonts w:ascii="Arial" w:hAnsi="Arial" w:cs="Arial"/>
        </w:rPr>
        <w:t>faciliten</w:t>
      </w:r>
      <w:proofErr w:type="spellEnd"/>
      <w:r w:rsidRPr="00901BC0">
        <w:rPr>
          <w:rFonts w:ascii="Arial" w:hAnsi="Arial" w:cs="Arial"/>
        </w:rPr>
        <w:t xml:space="preserve"> la </w:t>
      </w:r>
      <w:proofErr w:type="spellStart"/>
      <w:r w:rsidRPr="00901BC0">
        <w:rPr>
          <w:rFonts w:ascii="Arial" w:hAnsi="Arial" w:cs="Arial"/>
        </w:rPr>
        <w:t>mejor</w:t>
      </w:r>
      <w:proofErr w:type="spellEnd"/>
      <w:r w:rsidRPr="00901BC0">
        <w:rPr>
          <w:rFonts w:ascii="Arial" w:hAnsi="Arial" w:cs="Arial"/>
        </w:rPr>
        <w:t xml:space="preserve"> </w:t>
      </w:r>
      <w:proofErr w:type="spellStart"/>
      <w:r w:rsidRPr="00901BC0">
        <w:rPr>
          <w:rFonts w:ascii="Arial" w:hAnsi="Arial" w:cs="Arial"/>
        </w:rPr>
        <w:t>intervención</w:t>
      </w:r>
      <w:proofErr w:type="spellEnd"/>
      <w:r w:rsidRPr="00901BC0">
        <w:rPr>
          <w:rFonts w:ascii="Arial" w:hAnsi="Arial" w:cs="Arial"/>
        </w:rPr>
        <w:t xml:space="preserve"> y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trabajo</w:t>
      </w:r>
      <w:proofErr w:type="spellEnd"/>
      <w:r w:rsidRPr="00901BC0">
        <w:rPr>
          <w:rFonts w:ascii="Arial" w:hAnsi="Arial" w:cs="Arial"/>
        </w:rPr>
        <w:t xml:space="preserve"> </w:t>
      </w:r>
      <w:proofErr w:type="spellStart"/>
      <w:r w:rsidRPr="00901BC0">
        <w:rPr>
          <w:rFonts w:ascii="Arial" w:hAnsi="Arial" w:cs="Arial"/>
        </w:rPr>
        <w:t>colaborativo</w:t>
      </w:r>
      <w:proofErr w:type="spellEnd"/>
      <w:r w:rsidRPr="00901BC0">
        <w:rPr>
          <w:rFonts w:ascii="Arial" w:hAnsi="Arial" w:cs="Arial"/>
        </w:rPr>
        <w:t>.</w:t>
      </w:r>
    </w:p>
    <w:p w14:paraId="072F17B9" w14:textId="77777777" w:rsidR="00893C50" w:rsidRPr="00901BC0" w:rsidRDefault="00893C50" w:rsidP="00893C50">
      <w:pPr>
        <w:pStyle w:val="Textoindependiente"/>
        <w:spacing w:line="360" w:lineRule="auto"/>
        <w:ind w:right="49"/>
        <w:jc w:val="both"/>
        <w:rPr>
          <w:rFonts w:ascii="Arial" w:hAnsi="Arial" w:cs="Arial"/>
        </w:rPr>
      </w:pPr>
    </w:p>
    <w:p w14:paraId="3403AB2F" w14:textId="49AC098D" w:rsidR="00893C50" w:rsidRPr="00893C50" w:rsidRDefault="00893C50" w:rsidP="00893C50">
      <w:pPr>
        <w:pStyle w:val="Ttulo1"/>
        <w:keepNext w:val="0"/>
        <w:keepLines w:val="0"/>
        <w:widowControl w:val="0"/>
        <w:numPr>
          <w:ilvl w:val="0"/>
          <w:numId w:val="52"/>
        </w:numPr>
        <w:tabs>
          <w:tab w:val="left" w:pos="1232"/>
          <w:tab w:val="left" w:pos="1233"/>
        </w:tabs>
        <w:autoSpaceDE w:val="0"/>
        <w:autoSpaceDN w:val="0"/>
        <w:spacing w:before="234" w:line="360" w:lineRule="auto"/>
        <w:ind w:right="49"/>
        <w:jc w:val="both"/>
        <w:rPr>
          <w:rFonts w:ascii="Arial" w:hAnsi="Arial" w:cs="Arial"/>
          <w:b w:val="0"/>
          <w:color w:val="auto"/>
          <w:sz w:val="24"/>
          <w:szCs w:val="24"/>
        </w:rPr>
      </w:pPr>
      <w:proofErr w:type="spellStart"/>
      <w:r w:rsidRPr="00893C50">
        <w:rPr>
          <w:rFonts w:ascii="Arial" w:hAnsi="Arial" w:cs="Arial"/>
          <w:color w:val="auto"/>
          <w:spacing w:val="-3"/>
          <w:sz w:val="24"/>
          <w:szCs w:val="24"/>
        </w:rPr>
        <w:t>Cuando</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pacing w:val="-3"/>
          <w:sz w:val="24"/>
          <w:szCs w:val="24"/>
        </w:rPr>
        <w:t>el</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pacing w:val="-3"/>
          <w:sz w:val="24"/>
          <w:szCs w:val="24"/>
        </w:rPr>
        <w:t>descontrol</w:t>
      </w:r>
      <w:proofErr w:type="spellEnd"/>
      <w:r w:rsidRPr="00893C50">
        <w:rPr>
          <w:rFonts w:ascii="Arial" w:hAnsi="Arial" w:cs="Arial"/>
          <w:color w:val="auto"/>
          <w:spacing w:val="-3"/>
          <w:sz w:val="24"/>
          <w:szCs w:val="24"/>
        </w:rPr>
        <w:t xml:space="preserve"> </w:t>
      </w:r>
      <w:r w:rsidRPr="00893C50">
        <w:rPr>
          <w:rFonts w:ascii="Arial" w:hAnsi="Arial" w:cs="Arial"/>
          <w:color w:val="auto"/>
          <w:sz w:val="24"/>
          <w:szCs w:val="24"/>
        </w:rPr>
        <w:t xml:space="preserve">y </w:t>
      </w:r>
      <w:proofErr w:type="spellStart"/>
      <w:r w:rsidRPr="00893C50">
        <w:rPr>
          <w:rFonts w:ascii="Arial" w:hAnsi="Arial" w:cs="Arial"/>
          <w:color w:val="auto"/>
          <w:sz w:val="24"/>
          <w:szCs w:val="24"/>
        </w:rPr>
        <w:t>los</w:t>
      </w:r>
      <w:proofErr w:type="spellEnd"/>
      <w:r w:rsidRPr="00893C50">
        <w:rPr>
          <w:rFonts w:ascii="Arial" w:hAnsi="Arial" w:cs="Arial"/>
          <w:color w:val="auto"/>
          <w:sz w:val="24"/>
          <w:szCs w:val="24"/>
        </w:rPr>
        <w:t xml:space="preserve"> </w:t>
      </w:r>
      <w:proofErr w:type="spellStart"/>
      <w:r w:rsidRPr="00893C50">
        <w:rPr>
          <w:rFonts w:ascii="Arial" w:hAnsi="Arial" w:cs="Arial"/>
          <w:color w:val="auto"/>
          <w:sz w:val="24"/>
          <w:szCs w:val="24"/>
        </w:rPr>
        <w:t>riesgos</w:t>
      </w:r>
      <w:proofErr w:type="spellEnd"/>
      <w:r w:rsidRPr="00893C50">
        <w:rPr>
          <w:rFonts w:ascii="Arial" w:hAnsi="Arial" w:cs="Arial"/>
          <w:color w:val="auto"/>
          <w:sz w:val="24"/>
          <w:szCs w:val="24"/>
        </w:rPr>
        <w:t xml:space="preserve"> para </w:t>
      </w:r>
      <w:proofErr w:type="spellStart"/>
      <w:r w:rsidRPr="00893C50">
        <w:rPr>
          <w:rFonts w:ascii="Arial" w:hAnsi="Arial" w:cs="Arial"/>
          <w:color w:val="auto"/>
          <w:spacing w:val="-3"/>
          <w:sz w:val="24"/>
          <w:szCs w:val="24"/>
        </w:rPr>
        <w:t>sí</w:t>
      </w:r>
      <w:proofErr w:type="spellEnd"/>
      <w:r w:rsidRPr="00893C50">
        <w:rPr>
          <w:rFonts w:ascii="Arial" w:hAnsi="Arial" w:cs="Arial"/>
          <w:color w:val="auto"/>
          <w:spacing w:val="-3"/>
          <w:sz w:val="24"/>
          <w:szCs w:val="24"/>
        </w:rPr>
        <w:t xml:space="preserve"> </w:t>
      </w:r>
      <w:r w:rsidRPr="00893C50">
        <w:rPr>
          <w:rFonts w:ascii="Arial" w:hAnsi="Arial" w:cs="Arial"/>
          <w:color w:val="auto"/>
          <w:sz w:val="24"/>
          <w:szCs w:val="24"/>
        </w:rPr>
        <w:t xml:space="preserve">o </w:t>
      </w:r>
      <w:proofErr w:type="spellStart"/>
      <w:r w:rsidRPr="00893C50">
        <w:rPr>
          <w:rFonts w:ascii="Arial" w:hAnsi="Arial" w:cs="Arial"/>
          <w:color w:val="auto"/>
          <w:spacing w:val="-4"/>
          <w:sz w:val="24"/>
          <w:szCs w:val="24"/>
        </w:rPr>
        <w:t>terceros</w:t>
      </w:r>
      <w:proofErr w:type="spellEnd"/>
      <w:r w:rsidRPr="00893C50">
        <w:rPr>
          <w:rFonts w:ascii="Arial" w:hAnsi="Arial" w:cs="Arial"/>
          <w:color w:val="auto"/>
          <w:spacing w:val="-4"/>
          <w:sz w:val="24"/>
          <w:szCs w:val="24"/>
        </w:rPr>
        <w:t xml:space="preserve"> </w:t>
      </w:r>
      <w:proofErr w:type="spellStart"/>
      <w:r w:rsidRPr="00893C50">
        <w:rPr>
          <w:rFonts w:ascii="Arial" w:hAnsi="Arial" w:cs="Arial"/>
          <w:color w:val="auto"/>
          <w:sz w:val="24"/>
          <w:szCs w:val="24"/>
        </w:rPr>
        <w:t>implican</w:t>
      </w:r>
      <w:proofErr w:type="spellEnd"/>
      <w:r w:rsidRPr="00893C50">
        <w:rPr>
          <w:rFonts w:ascii="Arial" w:hAnsi="Arial" w:cs="Arial"/>
          <w:color w:val="auto"/>
          <w:sz w:val="24"/>
          <w:szCs w:val="24"/>
        </w:rPr>
        <w:t xml:space="preserve"> </w:t>
      </w:r>
      <w:r w:rsidRPr="00893C50">
        <w:rPr>
          <w:rFonts w:ascii="Arial" w:hAnsi="Arial" w:cs="Arial"/>
          <w:color w:val="auto"/>
          <w:spacing w:val="2"/>
          <w:sz w:val="24"/>
          <w:szCs w:val="24"/>
        </w:rPr>
        <w:t xml:space="preserve">la </w:t>
      </w:r>
      <w:proofErr w:type="spellStart"/>
      <w:r w:rsidRPr="00893C50">
        <w:rPr>
          <w:rFonts w:ascii="Arial" w:hAnsi="Arial" w:cs="Arial"/>
          <w:color w:val="auto"/>
          <w:sz w:val="24"/>
          <w:szCs w:val="24"/>
        </w:rPr>
        <w:t>necesidad</w:t>
      </w:r>
      <w:proofErr w:type="spellEnd"/>
      <w:r w:rsidRPr="00893C50">
        <w:rPr>
          <w:rFonts w:ascii="Arial" w:hAnsi="Arial" w:cs="Arial"/>
          <w:color w:val="auto"/>
          <w:sz w:val="24"/>
          <w:szCs w:val="24"/>
        </w:rPr>
        <w:t xml:space="preserve"> de </w:t>
      </w:r>
      <w:proofErr w:type="spellStart"/>
      <w:r w:rsidRPr="00893C50">
        <w:rPr>
          <w:rFonts w:ascii="Arial" w:hAnsi="Arial" w:cs="Arial"/>
          <w:color w:val="auto"/>
          <w:spacing w:val="-3"/>
          <w:sz w:val="24"/>
          <w:szCs w:val="24"/>
        </w:rPr>
        <w:t>contener</w:t>
      </w:r>
      <w:proofErr w:type="spellEnd"/>
      <w:r w:rsidRPr="00893C50">
        <w:rPr>
          <w:rFonts w:ascii="Arial" w:hAnsi="Arial" w:cs="Arial"/>
          <w:color w:val="auto"/>
          <w:spacing w:val="-3"/>
          <w:sz w:val="24"/>
          <w:szCs w:val="24"/>
        </w:rPr>
        <w:t xml:space="preserve"> </w:t>
      </w:r>
      <w:proofErr w:type="spellStart"/>
      <w:r w:rsidRPr="00893C50">
        <w:rPr>
          <w:rFonts w:ascii="Arial" w:hAnsi="Arial" w:cs="Arial"/>
          <w:color w:val="auto"/>
          <w:sz w:val="24"/>
          <w:szCs w:val="24"/>
        </w:rPr>
        <w:t>físicamente</w:t>
      </w:r>
      <w:proofErr w:type="spellEnd"/>
      <w:r w:rsidRPr="00893C50">
        <w:rPr>
          <w:rFonts w:ascii="Arial" w:hAnsi="Arial" w:cs="Arial"/>
          <w:color w:val="auto"/>
          <w:sz w:val="24"/>
          <w:szCs w:val="24"/>
        </w:rPr>
        <w:t xml:space="preserve"> </w:t>
      </w:r>
      <w:r w:rsidRPr="00893C50">
        <w:rPr>
          <w:rFonts w:ascii="Arial" w:hAnsi="Arial" w:cs="Arial"/>
          <w:color w:val="auto"/>
          <w:spacing w:val="-3"/>
          <w:sz w:val="24"/>
          <w:szCs w:val="24"/>
        </w:rPr>
        <w:t>al</w:t>
      </w:r>
      <w:r w:rsidRPr="00893C50">
        <w:rPr>
          <w:rFonts w:ascii="Arial" w:hAnsi="Arial" w:cs="Arial"/>
          <w:color w:val="auto"/>
          <w:spacing w:val="-27"/>
          <w:sz w:val="24"/>
          <w:szCs w:val="24"/>
        </w:rPr>
        <w:t xml:space="preserve"> </w:t>
      </w:r>
      <w:proofErr w:type="spellStart"/>
      <w:r w:rsidRPr="00893C50">
        <w:rPr>
          <w:rFonts w:ascii="Arial" w:hAnsi="Arial" w:cs="Arial"/>
          <w:color w:val="auto"/>
          <w:spacing w:val="-3"/>
          <w:sz w:val="24"/>
          <w:szCs w:val="24"/>
        </w:rPr>
        <w:t>estudiante</w:t>
      </w:r>
      <w:proofErr w:type="spellEnd"/>
      <w:r w:rsidRPr="00893C50">
        <w:rPr>
          <w:rFonts w:ascii="Arial" w:hAnsi="Arial" w:cs="Arial"/>
          <w:b w:val="0"/>
          <w:color w:val="auto"/>
          <w:spacing w:val="-3"/>
          <w:sz w:val="24"/>
          <w:szCs w:val="24"/>
        </w:rPr>
        <w:t>:</w:t>
      </w:r>
    </w:p>
    <w:p w14:paraId="0BCAFC0D" w14:textId="77777777" w:rsidR="00893C50" w:rsidRPr="00901BC0" w:rsidRDefault="00893C50" w:rsidP="00893C50">
      <w:pPr>
        <w:pStyle w:val="Textoindependiente"/>
        <w:spacing w:before="100" w:line="360" w:lineRule="auto"/>
        <w:ind w:right="49"/>
        <w:jc w:val="both"/>
        <w:rPr>
          <w:rFonts w:ascii="Arial" w:hAnsi="Arial" w:cs="Arial"/>
        </w:rPr>
      </w:pPr>
      <w:r w:rsidRPr="00901BC0">
        <w:rPr>
          <w:rFonts w:ascii="Arial" w:hAnsi="Arial" w:cs="Arial"/>
        </w:rPr>
        <w:t xml:space="preserve">Esta </w:t>
      </w:r>
      <w:proofErr w:type="spellStart"/>
      <w:r w:rsidRPr="00901BC0">
        <w:rPr>
          <w:rFonts w:ascii="Arial" w:hAnsi="Arial" w:cs="Arial"/>
        </w:rPr>
        <w:t>contención</w:t>
      </w:r>
      <w:proofErr w:type="spellEnd"/>
      <w:r w:rsidRPr="00901BC0">
        <w:rPr>
          <w:rFonts w:ascii="Arial" w:hAnsi="Arial" w:cs="Arial"/>
        </w:rPr>
        <w:t xml:space="preserve"> </w:t>
      </w:r>
      <w:proofErr w:type="spellStart"/>
      <w:r w:rsidRPr="00901BC0">
        <w:rPr>
          <w:rFonts w:ascii="Arial" w:hAnsi="Arial" w:cs="Arial"/>
        </w:rPr>
        <w:t>tiene</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objetivo</w:t>
      </w:r>
      <w:proofErr w:type="spellEnd"/>
      <w:r w:rsidRPr="00901BC0">
        <w:rPr>
          <w:rFonts w:ascii="Arial" w:hAnsi="Arial" w:cs="Arial"/>
        </w:rPr>
        <w:t xml:space="preserve"> de </w:t>
      </w:r>
      <w:proofErr w:type="spellStart"/>
      <w:r w:rsidRPr="00901BC0">
        <w:rPr>
          <w:rFonts w:ascii="Arial" w:hAnsi="Arial" w:cs="Arial"/>
        </w:rPr>
        <w:t>inmovilizar</w:t>
      </w:r>
      <w:proofErr w:type="spellEnd"/>
      <w:r w:rsidRPr="00901BC0">
        <w:rPr>
          <w:rFonts w:ascii="Arial" w:hAnsi="Arial" w:cs="Arial"/>
        </w:rPr>
        <w:t xml:space="preserve"> al NNAJ para </w:t>
      </w:r>
      <w:proofErr w:type="spellStart"/>
      <w:r w:rsidRPr="00901BC0">
        <w:rPr>
          <w:rFonts w:ascii="Arial" w:hAnsi="Arial" w:cs="Arial"/>
        </w:rPr>
        <w:t>evitar</w:t>
      </w:r>
      <w:proofErr w:type="spellEnd"/>
      <w:r w:rsidRPr="00901BC0">
        <w:rPr>
          <w:rFonts w:ascii="Arial" w:hAnsi="Arial" w:cs="Arial"/>
        </w:rPr>
        <w:t xml:space="preserve"> que se </w:t>
      </w:r>
      <w:proofErr w:type="spellStart"/>
      <w:r w:rsidRPr="00901BC0">
        <w:rPr>
          <w:rFonts w:ascii="Arial" w:hAnsi="Arial" w:cs="Arial"/>
        </w:rPr>
        <w:t>produzca</w:t>
      </w:r>
      <w:proofErr w:type="spellEnd"/>
      <w:r w:rsidRPr="00901BC0">
        <w:rPr>
          <w:rFonts w:ascii="Arial" w:hAnsi="Arial" w:cs="Arial"/>
        </w:rPr>
        <w:t xml:space="preserve"> </w:t>
      </w:r>
      <w:proofErr w:type="spellStart"/>
      <w:r w:rsidRPr="00901BC0">
        <w:rPr>
          <w:rFonts w:ascii="Arial" w:hAnsi="Arial" w:cs="Arial"/>
        </w:rPr>
        <w:t>daño</w:t>
      </w:r>
      <w:proofErr w:type="spellEnd"/>
      <w:r w:rsidRPr="00901BC0">
        <w:rPr>
          <w:rFonts w:ascii="Arial" w:hAnsi="Arial" w:cs="Arial"/>
        </w:rPr>
        <w:t xml:space="preserve"> a </w:t>
      </w:r>
      <w:proofErr w:type="spellStart"/>
      <w:r w:rsidRPr="00901BC0">
        <w:rPr>
          <w:rFonts w:ascii="Arial" w:hAnsi="Arial" w:cs="Arial"/>
        </w:rPr>
        <w:t>sí</w:t>
      </w:r>
      <w:proofErr w:type="spellEnd"/>
      <w:r w:rsidRPr="00901BC0">
        <w:rPr>
          <w:rFonts w:ascii="Arial" w:hAnsi="Arial" w:cs="Arial"/>
        </w:rPr>
        <w:t xml:space="preserve"> </w:t>
      </w:r>
      <w:proofErr w:type="spellStart"/>
      <w:r w:rsidRPr="00901BC0">
        <w:rPr>
          <w:rFonts w:ascii="Arial" w:hAnsi="Arial" w:cs="Arial"/>
        </w:rPr>
        <w:t>mismo</w:t>
      </w:r>
      <w:proofErr w:type="spellEnd"/>
      <w:r w:rsidRPr="00901BC0">
        <w:rPr>
          <w:rFonts w:ascii="Arial" w:hAnsi="Arial" w:cs="Arial"/>
        </w:rPr>
        <w:t xml:space="preserve"> o a </w:t>
      </w:r>
      <w:proofErr w:type="spellStart"/>
      <w:r w:rsidRPr="00901BC0">
        <w:rPr>
          <w:rFonts w:ascii="Arial" w:hAnsi="Arial" w:cs="Arial"/>
        </w:rPr>
        <w:t>terceros</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lo que se </w:t>
      </w:r>
      <w:proofErr w:type="spellStart"/>
      <w:r w:rsidRPr="00901BC0">
        <w:rPr>
          <w:rFonts w:ascii="Arial" w:hAnsi="Arial" w:cs="Arial"/>
        </w:rPr>
        <w:t>recomienda</w:t>
      </w:r>
      <w:proofErr w:type="spellEnd"/>
      <w:r w:rsidRPr="00901BC0">
        <w:rPr>
          <w:rFonts w:ascii="Arial" w:hAnsi="Arial" w:cs="Arial"/>
        </w:rPr>
        <w:t xml:space="preserve"> </w:t>
      </w:r>
      <w:proofErr w:type="spellStart"/>
      <w:r w:rsidRPr="00901BC0">
        <w:rPr>
          <w:rFonts w:ascii="Arial" w:hAnsi="Arial" w:cs="Arial"/>
        </w:rPr>
        <w:t>realizarla</w:t>
      </w:r>
      <w:proofErr w:type="spellEnd"/>
      <w:r w:rsidRPr="00901BC0">
        <w:rPr>
          <w:rFonts w:ascii="Arial" w:hAnsi="Arial" w:cs="Arial"/>
        </w:rPr>
        <w:t xml:space="preserve"> solo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caso</w:t>
      </w:r>
      <w:proofErr w:type="spellEnd"/>
      <w:r w:rsidRPr="00901BC0">
        <w:rPr>
          <w:rFonts w:ascii="Arial" w:hAnsi="Arial" w:cs="Arial"/>
        </w:rPr>
        <w:t xml:space="preserve"> de extremo </w:t>
      </w:r>
      <w:proofErr w:type="spellStart"/>
      <w:r w:rsidRPr="00901BC0">
        <w:rPr>
          <w:rFonts w:ascii="Arial" w:hAnsi="Arial" w:cs="Arial"/>
        </w:rPr>
        <w:t>riesgo</w:t>
      </w:r>
      <w:proofErr w:type="spellEnd"/>
      <w:r w:rsidRPr="00901BC0">
        <w:rPr>
          <w:rFonts w:ascii="Arial" w:hAnsi="Arial" w:cs="Arial"/>
        </w:rPr>
        <w:t xml:space="preserve"> para un/a </w:t>
      </w:r>
      <w:proofErr w:type="spellStart"/>
      <w:r w:rsidRPr="00901BC0">
        <w:rPr>
          <w:rFonts w:ascii="Arial" w:hAnsi="Arial" w:cs="Arial"/>
        </w:rPr>
        <w:t>estudiante</w:t>
      </w:r>
      <w:proofErr w:type="spellEnd"/>
      <w:r w:rsidRPr="00901BC0">
        <w:rPr>
          <w:rFonts w:ascii="Arial" w:hAnsi="Arial" w:cs="Arial"/>
        </w:rPr>
        <w:t xml:space="preserve"> o para </w:t>
      </w:r>
      <w:proofErr w:type="spellStart"/>
      <w:r w:rsidRPr="00901BC0">
        <w:rPr>
          <w:rFonts w:ascii="Arial" w:hAnsi="Arial" w:cs="Arial"/>
        </w:rPr>
        <w:t>otras</w:t>
      </w:r>
      <w:proofErr w:type="spellEnd"/>
      <w:r w:rsidRPr="00901BC0">
        <w:rPr>
          <w:rFonts w:ascii="Arial" w:hAnsi="Arial" w:cs="Arial"/>
        </w:rPr>
        <w:t xml:space="preserve"> personas de la </w:t>
      </w:r>
      <w:proofErr w:type="spellStart"/>
      <w:r w:rsidRPr="00901BC0">
        <w:rPr>
          <w:rFonts w:ascii="Arial" w:hAnsi="Arial" w:cs="Arial"/>
        </w:rPr>
        <w:t>comunidad</w:t>
      </w:r>
      <w:proofErr w:type="spellEnd"/>
      <w:r w:rsidRPr="00901BC0">
        <w:rPr>
          <w:rFonts w:ascii="Arial" w:hAnsi="Arial" w:cs="Arial"/>
        </w:rPr>
        <w:t xml:space="preserve"> </w:t>
      </w:r>
      <w:proofErr w:type="spellStart"/>
      <w:r w:rsidRPr="00901BC0">
        <w:rPr>
          <w:rFonts w:ascii="Arial" w:hAnsi="Arial" w:cs="Arial"/>
        </w:rPr>
        <w:t>educativa</w:t>
      </w:r>
      <w:proofErr w:type="spellEnd"/>
      <w:r w:rsidRPr="00901BC0">
        <w:rPr>
          <w:rFonts w:ascii="Arial" w:hAnsi="Arial" w:cs="Arial"/>
        </w:rPr>
        <w:t xml:space="preserve">. Su </w:t>
      </w:r>
      <w:proofErr w:type="spellStart"/>
      <w:r w:rsidRPr="00901BC0">
        <w:rPr>
          <w:rFonts w:ascii="Arial" w:hAnsi="Arial" w:cs="Arial"/>
        </w:rPr>
        <w:t>realización</w:t>
      </w:r>
      <w:proofErr w:type="spellEnd"/>
      <w:r w:rsidRPr="00901BC0">
        <w:rPr>
          <w:rFonts w:ascii="Arial" w:hAnsi="Arial" w:cs="Arial"/>
        </w:rPr>
        <w:t xml:space="preserve"> </w:t>
      </w:r>
      <w:proofErr w:type="spellStart"/>
      <w:r w:rsidRPr="00901BC0">
        <w:rPr>
          <w:rFonts w:ascii="Arial" w:hAnsi="Arial" w:cs="Arial"/>
        </w:rPr>
        <w:t>debe</w:t>
      </w:r>
      <w:proofErr w:type="spellEnd"/>
      <w:r w:rsidRPr="00901BC0">
        <w:rPr>
          <w:rFonts w:ascii="Arial" w:hAnsi="Arial" w:cs="Arial"/>
        </w:rPr>
        <w:t xml:space="preserve"> ser </w:t>
      </w:r>
      <w:proofErr w:type="spellStart"/>
      <w:r w:rsidRPr="00901BC0">
        <w:rPr>
          <w:rFonts w:ascii="Arial" w:hAnsi="Arial" w:cs="Arial"/>
        </w:rPr>
        <w:t>efectuada</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un/a </w:t>
      </w:r>
      <w:proofErr w:type="spellStart"/>
      <w:r w:rsidRPr="00901BC0">
        <w:rPr>
          <w:rFonts w:ascii="Arial" w:hAnsi="Arial" w:cs="Arial"/>
        </w:rPr>
        <w:t>profesional</w:t>
      </w:r>
      <w:proofErr w:type="spellEnd"/>
      <w:r w:rsidRPr="00901BC0">
        <w:rPr>
          <w:rFonts w:ascii="Arial" w:hAnsi="Arial" w:cs="Arial"/>
        </w:rPr>
        <w:t xml:space="preserve"> </w:t>
      </w:r>
      <w:proofErr w:type="spellStart"/>
      <w:r w:rsidRPr="00901BC0">
        <w:rPr>
          <w:rFonts w:ascii="Arial" w:hAnsi="Arial" w:cs="Arial"/>
        </w:rPr>
        <w:t>capacitado</w:t>
      </w:r>
      <w:proofErr w:type="spellEnd"/>
      <w:r w:rsidRPr="00901BC0">
        <w:rPr>
          <w:rFonts w:ascii="Arial" w:hAnsi="Arial" w:cs="Arial"/>
        </w:rPr>
        <w:t xml:space="preserve"> que </w:t>
      </w:r>
      <w:proofErr w:type="spellStart"/>
      <w:r w:rsidRPr="00901BC0">
        <w:rPr>
          <w:rFonts w:ascii="Arial" w:hAnsi="Arial" w:cs="Arial"/>
        </w:rPr>
        <w:t>maneje</w:t>
      </w:r>
      <w:proofErr w:type="spellEnd"/>
      <w:r w:rsidRPr="00901BC0">
        <w:rPr>
          <w:rFonts w:ascii="Arial" w:hAnsi="Arial" w:cs="Arial"/>
        </w:rPr>
        <w:t xml:space="preserve"> las </w:t>
      </w:r>
      <w:proofErr w:type="spellStart"/>
      <w:r w:rsidRPr="00901BC0">
        <w:rPr>
          <w:rFonts w:ascii="Arial" w:hAnsi="Arial" w:cs="Arial"/>
        </w:rPr>
        <w:t>técnicas</w:t>
      </w:r>
      <w:proofErr w:type="spellEnd"/>
      <w:r w:rsidRPr="00901BC0">
        <w:rPr>
          <w:rFonts w:ascii="Arial" w:hAnsi="Arial" w:cs="Arial"/>
        </w:rPr>
        <w:t xml:space="preserve"> </w:t>
      </w:r>
      <w:proofErr w:type="spellStart"/>
      <w:r w:rsidRPr="00901BC0">
        <w:rPr>
          <w:rFonts w:ascii="Arial" w:hAnsi="Arial" w:cs="Arial"/>
        </w:rPr>
        <w:t>apropiadas</w:t>
      </w:r>
      <w:proofErr w:type="spellEnd"/>
      <w:r w:rsidRPr="00901BC0">
        <w:rPr>
          <w:rFonts w:ascii="Arial" w:hAnsi="Arial" w:cs="Arial"/>
        </w:rPr>
        <w:t xml:space="preserve">: </w:t>
      </w:r>
      <w:proofErr w:type="spellStart"/>
      <w:r w:rsidRPr="00901BC0">
        <w:rPr>
          <w:rFonts w:ascii="Arial" w:hAnsi="Arial" w:cs="Arial"/>
        </w:rPr>
        <w:t>acción</w:t>
      </w:r>
      <w:proofErr w:type="spellEnd"/>
      <w:r w:rsidRPr="00901BC0">
        <w:rPr>
          <w:rFonts w:ascii="Arial" w:hAnsi="Arial" w:cs="Arial"/>
        </w:rPr>
        <w:t xml:space="preserve"> de </w:t>
      </w:r>
      <w:proofErr w:type="spellStart"/>
      <w:r w:rsidRPr="00901BC0">
        <w:rPr>
          <w:rFonts w:ascii="Arial" w:hAnsi="Arial" w:cs="Arial"/>
        </w:rPr>
        <w:t>mecedora</w:t>
      </w:r>
      <w:proofErr w:type="spellEnd"/>
      <w:r w:rsidRPr="00901BC0">
        <w:rPr>
          <w:rFonts w:ascii="Arial" w:hAnsi="Arial" w:cs="Arial"/>
        </w:rPr>
        <w:t>, abrazo profundo.</w:t>
      </w:r>
    </w:p>
    <w:p w14:paraId="05342743" w14:textId="77777777" w:rsidR="00893C50" w:rsidRPr="00901BC0" w:rsidRDefault="00893C50" w:rsidP="00893C50">
      <w:pPr>
        <w:pStyle w:val="Textoindependiente"/>
        <w:spacing w:before="172" w:line="360" w:lineRule="auto"/>
        <w:ind w:right="49"/>
        <w:jc w:val="both"/>
        <w:rPr>
          <w:rFonts w:ascii="Arial" w:hAnsi="Arial" w:cs="Arial"/>
        </w:rPr>
      </w:pPr>
      <w:r w:rsidRPr="00901BC0">
        <w:rPr>
          <w:rFonts w:ascii="Arial" w:hAnsi="Arial" w:cs="Arial"/>
        </w:rPr>
        <w:t xml:space="preserve">Para </w:t>
      </w:r>
      <w:proofErr w:type="spellStart"/>
      <w:r w:rsidRPr="00901BC0">
        <w:rPr>
          <w:rFonts w:ascii="Arial" w:hAnsi="Arial" w:cs="Arial"/>
        </w:rPr>
        <w:t>efectuar</w:t>
      </w:r>
      <w:proofErr w:type="spellEnd"/>
      <w:r w:rsidRPr="00901BC0">
        <w:rPr>
          <w:rFonts w:ascii="Arial" w:hAnsi="Arial" w:cs="Arial"/>
        </w:rPr>
        <w:t xml:space="preserve"> </w:t>
      </w:r>
      <w:proofErr w:type="spellStart"/>
      <w:r w:rsidRPr="00901BC0">
        <w:rPr>
          <w:rFonts w:ascii="Arial" w:hAnsi="Arial" w:cs="Arial"/>
        </w:rPr>
        <w:t>este</w:t>
      </w:r>
      <w:proofErr w:type="spellEnd"/>
      <w:r w:rsidRPr="00901BC0">
        <w:rPr>
          <w:rFonts w:ascii="Arial" w:hAnsi="Arial" w:cs="Arial"/>
        </w:rPr>
        <w:t xml:space="preserve"> </w:t>
      </w:r>
      <w:proofErr w:type="spellStart"/>
      <w:r w:rsidRPr="00901BC0">
        <w:rPr>
          <w:rFonts w:ascii="Arial" w:hAnsi="Arial" w:cs="Arial"/>
        </w:rPr>
        <w:t>tipo</w:t>
      </w:r>
      <w:proofErr w:type="spellEnd"/>
      <w:r w:rsidRPr="00901BC0">
        <w:rPr>
          <w:rFonts w:ascii="Arial" w:hAnsi="Arial" w:cs="Arial"/>
        </w:rPr>
        <w:t xml:space="preserve"> de </w:t>
      </w:r>
      <w:proofErr w:type="spellStart"/>
      <w:r w:rsidRPr="00901BC0">
        <w:rPr>
          <w:rFonts w:ascii="Arial" w:hAnsi="Arial" w:cs="Arial"/>
        </w:rPr>
        <w:t>contención</w:t>
      </w:r>
      <w:proofErr w:type="spellEnd"/>
      <w:r w:rsidRPr="00901BC0">
        <w:rPr>
          <w:rFonts w:ascii="Arial" w:hAnsi="Arial" w:cs="Arial"/>
        </w:rPr>
        <w:t xml:space="preserve"> </w:t>
      </w:r>
      <w:proofErr w:type="spellStart"/>
      <w:r w:rsidRPr="00901BC0">
        <w:rPr>
          <w:rFonts w:ascii="Arial" w:hAnsi="Arial" w:cs="Arial"/>
        </w:rPr>
        <w:t>debe</w:t>
      </w:r>
      <w:proofErr w:type="spellEnd"/>
      <w:r w:rsidRPr="00901BC0">
        <w:rPr>
          <w:rFonts w:ascii="Arial" w:hAnsi="Arial" w:cs="Arial"/>
        </w:rPr>
        <w:t xml:space="preserve"> </w:t>
      </w:r>
      <w:proofErr w:type="spellStart"/>
      <w:r w:rsidRPr="00901BC0">
        <w:rPr>
          <w:rFonts w:ascii="Arial" w:hAnsi="Arial" w:cs="Arial"/>
        </w:rPr>
        <w:t>existir</w:t>
      </w:r>
      <w:proofErr w:type="spellEnd"/>
      <w:r w:rsidRPr="00901BC0">
        <w:rPr>
          <w:rFonts w:ascii="Arial" w:hAnsi="Arial" w:cs="Arial"/>
        </w:rPr>
        <w:t xml:space="preserve"> </w:t>
      </w:r>
      <w:proofErr w:type="spellStart"/>
      <w:r w:rsidRPr="00901BC0">
        <w:rPr>
          <w:rFonts w:ascii="Arial" w:hAnsi="Arial" w:cs="Arial"/>
        </w:rPr>
        <w:t>autorización</w:t>
      </w:r>
      <w:proofErr w:type="spellEnd"/>
      <w:r w:rsidRPr="00901BC0">
        <w:rPr>
          <w:rFonts w:ascii="Arial" w:hAnsi="Arial" w:cs="Arial"/>
        </w:rPr>
        <w:t xml:space="preserve"> </w:t>
      </w:r>
      <w:proofErr w:type="spellStart"/>
      <w:r w:rsidRPr="00901BC0">
        <w:rPr>
          <w:rFonts w:ascii="Arial" w:hAnsi="Arial" w:cs="Arial"/>
        </w:rPr>
        <w:t>escrita</w:t>
      </w:r>
      <w:proofErr w:type="spellEnd"/>
      <w:r w:rsidRPr="00901BC0">
        <w:rPr>
          <w:rFonts w:ascii="Arial" w:hAnsi="Arial" w:cs="Arial"/>
        </w:rPr>
        <w:t xml:space="preserve"> </w:t>
      </w:r>
      <w:proofErr w:type="spellStart"/>
      <w:r w:rsidRPr="00901BC0">
        <w:rPr>
          <w:rFonts w:ascii="Arial" w:hAnsi="Arial" w:cs="Arial"/>
        </w:rPr>
        <w:t>por</w:t>
      </w:r>
      <w:proofErr w:type="spellEnd"/>
      <w:r w:rsidRPr="00901BC0">
        <w:rPr>
          <w:rFonts w:ascii="Arial" w:hAnsi="Arial" w:cs="Arial"/>
        </w:rPr>
        <w:t xml:space="preserve"> </w:t>
      </w:r>
      <w:proofErr w:type="spellStart"/>
      <w:r w:rsidRPr="00901BC0">
        <w:rPr>
          <w:rFonts w:ascii="Arial" w:hAnsi="Arial" w:cs="Arial"/>
        </w:rPr>
        <w:t>parte</w:t>
      </w:r>
      <w:proofErr w:type="spellEnd"/>
      <w:r w:rsidRPr="00901BC0">
        <w:rPr>
          <w:rFonts w:ascii="Arial" w:hAnsi="Arial" w:cs="Arial"/>
        </w:rPr>
        <w:t xml:space="preserve"> de la familia para </w:t>
      </w:r>
      <w:proofErr w:type="spellStart"/>
      <w:r w:rsidRPr="00901BC0">
        <w:rPr>
          <w:rFonts w:ascii="Arial" w:hAnsi="Arial" w:cs="Arial"/>
        </w:rPr>
        <w:t>llevarla</w:t>
      </w:r>
      <w:proofErr w:type="spellEnd"/>
      <w:r w:rsidRPr="00901BC0">
        <w:rPr>
          <w:rFonts w:ascii="Arial" w:hAnsi="Arial" w:cs="Arial"/>
        </w:rPr>
        <w:t xml:space="preserve"> a </w:t>
      </w:r>
      <w:proofErr w:type="spellStart"/>
      <w:r w:rsidRPr="00901BC0">
        <w:rPr>
          <w:rFonts w:ascii="Arial" w:hAnsi="Arial" w:cs="Arial"/>
        </w:rPr>
        <w:t>cabo</w:t>
      </w:r>
      <w:proofErr w:type="spellEnd"/>
      <w:r w:rsidRPr="00901BC0">
        <w:rPr>
          <w:rFonts w:ascii="Arial" w:hAnsi="Arial" w:cs="Arial"/>
        </w:rPr>
        <w:t xml:space="preserve">, y </w:t>
      </w:r>
      <w:proofErr w:type="spellStart"/>
      <w:r w:rsidRPr="00901BC0">
        <w:rPr>
          <w:rFonts w:ascii="Arial" w:hAnsi="Arial" w:cs="Arial"/>
        </w:rPr>
        <w:t>solamente</w:t>
      </w:r>
      <w:proofErr w:type="spellEnd"/>
      <w:r w:rsidRPr="00901BC0">
        <w:rPr>
          <w:rFonts w:ascii="Arial" w:hAnsi="Arial" w:cs="Arial"/>
        </w:rPr>
        <w:t xml:space="preserve"> </w:t>
      </w:r>
      <w:proofErr w:type="spellStart"/>
      <w:r w:rsidRPr="00901BC0">
        <w:rPr>
          <w:rFonts w:ascii="Arial" w:hAnsi="Arial" w:cs="Arial"/>
        </w:rPr>
        <w:t>cuando</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estudiante</w:t>
      </w:r>
      <w:proofErr w:type="spellEnd"/>
      <w:r w:rsidRPr="00901BC0">
        <w:rPr>
          <w:rFonts w:ascii="Arial" w:hAnsi="Arial" w:cs="Arial"/>
        </w:rPr>
        <w:t xml:space="preserve"> </w:t>
      </w:r>
      <w:proofErr w:type="spellStart"/>
      <w:r w:rsidRPr="00901BC0">
        <w:rPr>
          <w:rFonts w:ascii="Arial" w:hAnsi="Arial" w:cs="Arial"/>
        </w:rPr>
        <w:t>dé</w:t>
      </w:r>
      <w:proofErr w:type="spellEnd"/>
      <w:r w:rsidRPr="00901BC0">
        <w:rPr>
          <w:rFonts w:ascii="Arial" w:hAnsi="Arial" w:cs="Arial"/>
        </w:rPr>
        <w:t xml:space="preserve"> </w:t>
      </w:r>
      <w:proofErr w:type="spellStart"/>
      <w:r w:rsidRPr="00901BC0">
        <w:rPr>
          <w:rFonts w:ascii="Arial" w:hAnsi="Arial" w:cs="Arial"/>
        </w:rPr>
        <w:t>indicios</w:t>
      </w:r>
      <w:proofErr w:type="spellEnd"/>
      <w:r w:rsidRPr="00901BC0">
        <w:rPr>
          <w:rFonts w:ascii="Arial" w:hAnsi="Arial" w:cs="Arial"/>
        </w:rPr>
        <w:t xml:space="preserve"> de </w:t>
      </w:r>
      <w:proofErr w:type="spellStart"/>
      <w:r w:rsidRPr="00901BC0">
        <w:rPr>
          <w:rFonts w:ascii="Arial" w:hAnsi="Arial" w:cs="Arial"/>
        </w:rPr>
        <w:t>aceptarla</w:t>
      </w:r>
      <w:proofErr w:type="spellEnd"/>
      <w:r w:rsidRPr="00901BC0">
        <w:rPr>
          <w:rFonts w:ascii="Arial" w:hAnsi="Arial" w:cs="Arial"/>
        </w:rPr>
        <w:t xml:space="preserve">, </w:t>
      </w:r>
      <w:proofErr w:type="spellStart"/>
      <w:r w:rsidRPr="00901BC0">
        <w:rPr>
          <w:rFonts w:ascii="Arial" w:hAnsi="Arial" w:cs="Arial"/>
        </w:rPr>
        <w:t>ya</w:t>
      </w:r>
      <w:proofErr w:type="spellEnd"/>
      <w:r w:rsidRPr="00901BC0">
        <w:rPr>
          <w:rFonts w:ascii="Arial" w:hAnsi="Arial" w:cs="Arial"/>
        </w:rPr>
        <w:t xml:space="preserve"> que </w:t>
      </w:r>
      <w:proofErr w:type="spellStart"/>
      <w:r w:rsidRPr="00901BC0">
        <w:rPr>
          <w:rFonts w:ascii="Arial" w:hAnsi="Arial" w:cs="Arial"/>
        </w:rPr>
        <w:t>puede</w:t>
      </w:r>
      <w:proofErr w:type="spellEnd"/>
      <w:r w:rsidRPr="00901BC0">
        <w:rPr>
          <w:rFonts w:ascii="Arial" w:hAnsi="Arial" w:cs="Arial"/>
        </w:rPr>
        <w:t xml:space="preserve"> </w:t>
      </w:r>
      <w:proofErr w:type="spellStart"/>
      <w:r w:rsidRPr="00901BC0">
        <w:rPr>
          <w:rFonts w:ascii="Arial" w:hAnsi="Arial" w:cs="Arial"/>
        </w:rPr>
        <w:t>tener</w:t>
      </w:r>
      <w:proofErr w:type="spellEnd"/>
      <w:r w:rsidRPr="00901BC0">
        <w:rPr>
          <w:rFonts w:ascii="Arial" w:hAnsi="Arial" w:cs="Arial"/>
        </w:rPr>
        <w:t xml:space="preserve"> </w:t>
      </w:r>
      <w:proofErr w:type="spellStart"/>
      <w:r w:rsidRPr="00901BC0">
        <w:rPr>
          <w:rFonts w:ascii="Arial" w:hAnsi="Arial" w:cs="Arial"/>
        </w:rPr>
        <w:t>repercusiones</w:t>
      </w:r>
      <w:proofErr w:type="spellEnd"/>
      <w:r w:rsidRPr="00901BC0">
        <w:rPr>
          <w:rFonts w:ascii="Arial" w:hAnsi="Arial" w:cs="Arial"/>
        </w:rPr>
        <w:t xml:space="preserve"> </w:t>
      </w:r>
      <w:proofErr w:type="spellStart"/>
      <w:r w:rsidRPr="00901BC0">
        <w:rPr>
          <w:rFonts w:ascii="Arial" w:hAnsi="Arial" w:cs="Arial"/>
        </w:rPr>
        <w:t>negativas</w:t>
      </w:r>
      <w:proofErr w:type="spellEnd"/>
      <w:r w:rsidRPr="00901BC0">
        <w:rPr>
          <w:rFonts w:ascii="Arial" w:hAnsi="Arial" w:cs="Arial"/>
        </w:rPr>
        <w:t xml:space="preserve"> </w:t>
      </w:r>
      <w:proofErr w:type="spellStart"/>
      <w:r w:rsidRPr="00901BC0">
        <w:rPr>
          <w:rFonts w:ascii="Arial" w:hAnsi="Arial" w:cs="Arial"/>
        </w:rPr>
        <w:t>en</w:t>
      </w:r>
      <w:proofErr w:type="spellEnd"/>
      <w:r w:rsidRPr="00901BC0">
        <w:rPr>
          <w:rFonts w:ascii="Arial" w:hAnsi="Arial" w:cs="Arial"/>
        </w:rPr>
        <w:t xml:space="preserve"> </w:t>
      </w:r>
      <w:proofErr w:type="spellStart"/>
      <w:r w:rsidRPr="00901BC0">
        <w:rPr>
          <w:rFonts w:ascii="Arial" w:hAnsi="Arial" w:cs="Arial"/>
        </w:rPr>
        <w:t>el</w:t>
      </w:r>
      <w:proofErr w:type="spellEnd"/>
      <w:r w:rsidRPr="00901BC0">
        <w:rPr>
          <w:rFonts w:ascii="Arial" w:hAnsi="Arial" w:cs="Arial"/>
        </w:rPr>
        <w:t xml:space="preserve"> </w:t>
      </w:r>
      <w:proofErr w:type="spellStart"/>
      <w:r w:rsidRPr="00901BC0">
        <w:rPr>
          <w:rFonts w:ascii="Arial" w:hAnsi="Arial" w:cs="Arial"/>
        </w:rPr>
        <w:t>momento</w:t>
      </w:r>
      <w:proofErr w:type="spellEnd"/>
      <w:r w:rsidRPr="00901BC0">
        <w:rPr>
          <w:rFonts w:ascii="Arial" w:hAnsi="Arial" w:cs="Arial"/>
        </w:rPr>
        <w:t xml:space="preserve"> o a </w:t>
      </w:r>
      <w:proofErr w:type="spellStart"/>
      <w:r w:rsidRPr="00901BC0">
        <w:rPr>
          <w:rFonts w:ascii="Arial" w:hAnsi="Arial" w:cs="Arial"/>
        </w:rPr>
        <w:t>futuro</w:t>
      </w:r>
      <w:proofErr w:type="spellEnd"/>
      <w:r w:rsidRPr="00901BC0">
        <w:rPr>
          <w:rFonts w:ascii="Arial" w:hAnsi="Arial" w:cs="Arial"/>
        </w:rPr>
        <w:t>.</w:t>
      </w:r>
    </w:p>
    <w:p w14:paraId="3CD2F315" w14:textId="77777777" w:rsidR="00893C50" w:rsidRPr="00901BC0" w:rsidRDefault="00893C50" w:rsidP="00893C50">
      <w:pPr>
        <w:pStyle w:val="Textoindependiente"/>
        <w:spacing w:before="176" w:line="360" w:lineRule="auto"/>
        <w:ind w:right="49"/>
        <w:jc w:val="both"/>
        <w:rPr>
          <w:rFonts w:ascii="Arial" w:hAnsi="Arial" w:cs="Arial"/>
        </w:rPr>
      </w:pPr>
      <w:r w:rsidRPr="00901BC0">
        <w:rPr>
          <w:rFonts w:ascii="Arial" w:hAnsi="Arial" w:cs="Arial"/>
        </w:rPr>
        <w:t xml:space="preserve">En </w:t>
      </w:r>
      <w:proofErr w:type="spellStart"/>
      <w:r w:rsidRPr="00901BC0">
        <w:rPr>
          <w:rFonts w:ascii="Arial" w:hAnsi="Arial" w:cs="Arial"/>
        </w:rPr>
        <w:t>circunstancias</w:t>
      </w:r>
      <w:proofErr w:type="spellEnd"/>
      <w:r w:rsidRPr="00901BC0">
        <w:rPr>
          <w:rFonts w:ascii="Arial" w:hAnsi="Arial" w:cs="Arial"/>
        </w:rPr>
        <w:t xml:space="preserve"> </w:t>
      </w:r>
      <w:proofErr w:type="spellStart"/>
      <w:r w:rsidRPr="00901BC0">
        <w:rPr>
          <w:rFonts w:ascii="Arial" w:hAnsi="Arial" w:cs="Arial"/>
        </w:rPr>
        <w:t>extremas</w:t>
      </w:r>
      <w:proofErr w:type="spellEnd"/>
      <w:r w:rsidRPr="00901BC0">
        <w:rPr>
          <w:rFonts w:ascii="Arial" w:hAnsi="Arial" w:cs="Arial"/>
        </w:rPr>
        <w:t xml:space="preserve"> </w:t>
      </w:r>
      <w:proofErr w:type="spellStart"/>
      <w:r w:rsidRPr="00901BC0">
        <w:rPr>
          <w:rFonts w:ascii="Arial" w:hAnsi="Arial" w:cs="Arial"/>
          <w:spacing w:val="5"/>
        </w:rPr>
        <w:t>puede</w:t>
      </w:r>
      <w:proofErr w:type="spellEnd"/>
      <w:r w:rsidRPr="00901BC0">
        <w:rPr>
          <w:rFonts w:ascii="Arial" w:hAnsi="Arial" w:cs="Arial"/>
          <w:spacing w:val="5"/>
        </w:rPr>
        <w:t xml:space="preserve"> </w:t>
      </w:r>
      <w:proofErr w:type="spellStart"/>
      <w:r w:rsidRPr="00901BC0">
        <w:rPr>
          <w:rFonts w:ascii="Arial" w:hAnsi="Arial" w:cs="Arial"/>
        </w:rPr>
        <w:t>requerirse</w:t>
      </w:r>
      <w:proofErr w:type="spellEnd"/>
      <w:r w:rsidRPr="00901BC0">
        <w:rPr>
          <w:rFonts w:ascii="Arial" w:hAnsi="Arial" w:cs="Arial"/>
        </w:rPr>
        <w:t xml:space="preserve"> </w:t>
      </w:r>
      <w:proofErr w:type="spellStart"/>
      <w:r w:rsidRPr="00901BC0">
        <w:rPr>
          <w:rFonts w:ascii="Arial" w:hAnsi="Arial" w:cs="Arial"/>
        </w:rPr>
        <w:t>trasladar</w:t>
      </w:r>
      <w:proofErr w:type="spellEnd"/>
      <w:r w:rsidRPr="00901BC0">
        <w:rPr>
          <w:rFonts w:ascii="Arial" w:hAnsi="Arial" w:cs="Arial"/>
        </w:rPr>
        <w:t xml:space="preserve"> </w:t>
      </w:r>
      <w:r w:rsidRPr="00901BC0">
        <w:rPr>
          <w:rFonts w:ascii="Arial" w:hAnsi="Arial" w:cs="Arial"/>
          <w:spacing w:val="-3"/>
        </w:rPr>
        <w:t xml:space="preserve">al </w:t>
      </w:r>
      <w:proofErr w:type="spellStart"/>
      <w:r w:rsidRPr="00901BC0">
        <w:rPr>
          <w:rFonts w:ascii="Arial" w:hAnsi="Arial" w:cs="Arial"/>
        </w:rPr>
        <w:t>estudiante</w:t>
      </w:r>
      <w:proofErr w:type="spellEnd"/>
      <w:r w:rsidRPr="00901BC0">
        <w:rPr>
          <w:rFonts w:ascii="Arial" w:hAnsi="Arial" w:cs="Arial"/>
        </w:rPr>
        <w:t xml:space="preserve"> a </w:t>
      </w:r>
      <w:proofErr w:type="spellStart"/>
      <w:r w:rsidRPr="00901BC0">
        <w:rPr>
          <w:rFonts w:ascii="Arial" w:hAnsi="Arial" w:cs="Arial"/>
        </w:rPr>
        <w:t>centros</w:t>
      </w:r>
      <w:proofErr w:type="spellEnd"/>
      <w:r w:rsidRPr="00901BC0">
        <w:rPr>
          <w:rFonts w:ascii="Arial" w:hAnsi="Arial" w:cs="Arial"/>
        </w:rPr>
        <w:t xml:space="preserve"> </w:t>
      </w:r>
      <w:r w:rsidRPr="00901BC0">
        <w:rPr>
          <w:rFonts w:ascii="Arial" w:hAnsi="Arial" w:cs="Arial"/>
          <w:spacing w:val="5"/>
        </w:rPr>
        <w:t xml:space="preserve">de </w:t>
      </w:r>
      <w:proofErr w:type="spellStart"/>
      <w:proofErr w:type="gramStart"/>
      <w:r w:rsidRPr="00901BC0">
        <w:rPr>
          <w:rFonts w:ascii="Arial" w:hAnsi="Arial" w:cs="Arial"/>
        </w:rPr>
        <w:t>salud</w:t>
      </w:r>
      <w:proofErr w:type="spellEnd"/>
      <w:r w:rsidRPr="00901BC0">
        <w:rPr>
          <w:rFonts w:ascii="Arial" w:hAnsi="Arial" w:cs="Arial"/>
        </w:rPr>
        <w:t xml:space="preserve"> ,</w:t>
      </w:r>
      <w:proofErr w:type="gramEnd"/>
      <w:r w:rsidRPr="00901BC0">
        <w:rPr>
          <w:rFonts w:ascii="Arial" w:hAnsi="Arial" w:cs="Arial"/>
        </w:rPr>
        <w:t xml:space="preserve"> para lo </w:t>
      </w:r>
      <w:proofErr w:type="spellStart"/>
      <w:r w:rsidRPr="00901BC0">
        <w:rPr>
          <w:rFonts w:ascii="Arial" w:hAnsi="Arial" w:cs="Arial"/>
        </w:rPr>
        <w:t>cual</w:t>
      </w:r>
      <w:proofErr w:type="spellEnd"/>
      <w:r w:rsidRPr="00901BC0">
        <w:rPr>
          <w:rFonts w:ascii="Arial" w:hAnsi="Arial" w:cs="Arial"/>
        </w:rPr>
        <w:t xml:space="preserve"> </w:t>
      </w:r>
      <w:r w:rsidRPr="00901BC0">
        <w:rPr>
          <w:rFonts w:ascii="Arial" w:hAnsi="Arial" w:cs="Arial"/>
          <w:spacing w:val="5"/>
        </w:rPr>
        <w:t xml:space="preserve">es </w:t>
      </w:r>
      <w:proofErr w:type="spellStart"/>
      <w:r w:rsidRPr="00901BC0">
        <w:rPr>
          <w:rFonts w:ascii="Arial" w:hAnsi="Arial" w:cs="Arial"/>
        </w:rPr>
        <w:t>relevante</w:t>
      </w:r>
      <w:proofErr w:type="spellEnd"/>
      <w:r w:rsidRPr="00901BC0">
        <w:rPr>
          <w:rFonts w:ascii="Arial" w:hAnsi="Arial" w:cs="Arial"/>
          <w:spacing w:val="-1"/>
        </w:rPr>
        <w:t xml:space="preserve"> </w:t>
      </w:r>
      <w:r w:rsidRPr="00901BC0">
        <w:rPr>
          <w:rFonts w:ascii="Arial" w:hAnsi="Arial" w:cs="Arial"/>
        </w:rPr>
        <w:t xml:space="preserve">que </w:t>
      </w:r>
      <w:proofErr w:type="spellStart"/>
      <w:r w:rsidRPr="00901BC0">
        <w:rPr>
          <w:rFonts w:ascii="Arial" w:hAnsi="Arial" w:cs="Arial"/>
          <w:spacing w:val="3"/>
        </w:rPr>
        <w:t>los</w:t>
      </w:r>
      <w:proofErr w:type="spellEnd"/>
      <w:r w:rsidRPr="00901BC0">
        <w:rPr>
          <w:rFonts w:ascii="Arial" w:hAnsi="Arial" w:cs="Arial"/>
          <w:spacing w:val="-4"/>
        </w:rPr>
        <w:t xml:space="preserve"> </w:t>
      </w:r>
      <w:proofErr w:type="spellStart"/>
      <w:r w:rsidRPr="00901BC0">
        <w:rPr>
          <w:rFonts w:ascii="Arial" w:hAnsi="Arial" w:cs="Arial"/>
        </w:rPr>
        <w:t>responsables</w:t>
      </w:r>
      <w:proofErr w:type="spellEnd"/>
      <w:r w:rsidRPr="00901BC0">
        <w:rPr>
          <w:rFonts w:ascii="Arial" w:hAnsi="Arial" w:cs="Arial"/>
          <w:spacing w:val="-4"/>
        </w:rPr>
        <w:t xml:space="preserve"> </w:t>
      </w:r>
      <w:proofErr w:type="spellStart"/>
      <w:r w:rsidRPr="00901BC0">
        <w:rPr>
          <w:rFonts w:ascii="Arial" w:hAnsi="Arial" w:cs="Arial"/>
          <w:spacing w:val="5"/>
        </w:rPr>
        <w:t>en</w:t>
      </w:r>
      <w:proofErr w:type="spellEnd"/>
      <w:r w:rsidRPr="00901BC0">
        <w:rPr>
          <w:rFonts w:ascii="Arial" w:hAnsi="Arial" w:cs="Arial"/>
          <w:spacing w:val="-15"/>
        </w:rPr>
        <w:t xml:space="preserve"> </w:t>
      </w:r>
      <w:proofErr w:type="spellStart"/>
      <w:r w:rsidRPr="00901BC0">
        <w:rPr>
          <w:rFonts w:ascii="Arial" w:hAnsi="Arial" w:cs="Arial"/>
          <w:spacing w:val="5"/>
        </w:rPr>
        <w:t>el</w:t>
      </w:r>
      <w:proofErr w:type="spellEnd"/>
      <w:r w:rsidRPr="00901BC0">
        <w:rPr>
          <w:rFonts w:ascii="Arial" w:hAnsi="Arial" w:cs="Arial"/>
          <w:spacing w:val="-9"/>
        </w:rPr>
        <w:t xml:space="preserve"> </w:t>
      </w:r>
      <w:proofErr w:type="spellStart"/>
      <w:r w:rsidRPr="00901BC0">
        <w:rPr>
          <w:rFonts w:ascii="Arial" w:hAnsi="Arial" w:cs="Arial"/>
        </w:rPr>
        <w:t>establecimiento</w:t>
      </w:r>
      <w:proofErr w:type="spellEnd"/>
      <w:r w:rsidRPr="00901BC0">
        <w:rPr>
          <w:rFonts w:ascii="Arial" w:hAnsi="Arial" w:cs="Arial"/>
        </w:rPr>
        <w:t xml:space="preserve"> </w:t>
      </w:r>
      <w:proofErr w:type="spellStart"/>
      <w:r w:rsidRPr="00901BC0">
        <w:rPr>
          <w:rFonts w:ascii="Arial" w:hAnsi="Arial" w:cs="Arial"/>
          <w:spacing w:val="3"/>
        </w:rPr>
        <w:t>puedan</w:t>
      </w:r>
      <w:proofErr w:type="spellEnd"/>
      <w:r w:rsidRPr="00901BC0">
        <w:rPr>
          <w:rFonts w:ascii="Arial" w:hAnsi="Arial" w:cs="Arial"/>
          <w:spacing w:val="-15"/>
        </w:rPr>
        <w:t xml:space="preserve"> </w:t>
      </w:r>
      <w:proofErr w:type="spellStart"/>
      <w:r w:rsidRPr="00901BC0">
        <w:rPr>
          <w:rFonts w:ascii="Arial" w:hAnsi="Arial" w:cs="Arial"/>
        </w:rPr>
        <w:t>previamente</w:t>
      </w:r>
      <w:proofErr w:type="spellEnd"/>
      <w:r w:rsidRPr="00901BC0">
        <w:rPr>
          <w:rFonts w:ascii="Arial" w:hAnsi="Arial" w:cs="Arial"/>
        </w:rPr>
        <w:t xml:space="preserve"> </w:t>
      </w:r>
      <w:proofErr w:type="spellStart"/>
      <w:r w:rsidRPr="00901BC0">
        <w:rPr>
          <w:rFonts w:ascii="Arial" w:hAnsi="Arial" w:cs="Arial"/>
        </w:rPr>
        <w:t>establecer</w:t>
      </w:r>
      <w:proofErr w:type="spellEnd"/>
      <w:r w:rsidRPr="00901BC0">
        <w:rPr>
          <w:rFonts w:ascii="Arial" w:hAnsi="Arial" w:cs="Arial"/>
          <w:spacing w:val="6"/>
        </w:rPr>
        <w:t xml:space="preserve"> </w:t>
      </w:r>
      <w:proofErr w:type="spellStart"/>
      <w:r w:rsidRPr="00901BC0">
        <w:rPr>
          <w:rFonts w:ascii="Arial" w:hAnsi="Arial" w:cs="Arial"/>
        </w:rPr>
        <w:t>contacto</w:t>
      </w:r>
      <w:proofErr w:type="spellEnd"/>
      <w:r w:rsidRPr="00901BC0">
        <w:rPr>
          <w:rFonts w:ascii="Arial" w:hAnsi="Arial" w:cs="Arial"/>
        </w:rPr>
        <w:t xml:space="preserve"> </w:t>
      </w:r>
      <w:r w:rsidRPr="00901BC0">
        <w:rPr>
          <w:rFonts w:ascii="Arial" w:hAnsi="Arial" w:cs="Arial"/>
          <w:spacing w:val="5"/>
        </w:rPr>
        <w:t>con</w:t>
      </w:r>
      <w:r w:rsidRPr="00901BC0">
        <w:rPr>
          <w:rFonts w:ascii="Arial" w:hAnsi="Arial" w:cs="Arial"/>
        </w:rPr>
        <w:t xml:space="preserve"> </w:t>
      </w:r>
      <w:proofErr w:type="spellStart"/>
      <w:r w:rsidRPr="00901BC0">
        <w:rPr>
          <w:rFonts w:ascii="Arial" w:hAnsi="Arial" w:cs="Arial"/>
          <w:spacing w:val="5"/>
        </w:rPr>
        <w:t>el</w:t>
      </w:r>
      <w:proofErr w:type="spellEnd"/>
      <w:r w:rsidRPr="00901BC0">
        <w:rPr>
          <w:rFonts w:ascii="Arial" w:hAnsi="Arial" w:cs="Arial"/>
          <w:spacing w:val="6"/>
        </w:rPr>
        <w:t xml:space="preserve"> </w:t>
      </w:r>
      <w:proofErr w:type="spellStart"/>
      <w:r w:rsidRPr="00901BC0">
        <w:rPr>
          <w:rFonts w:ascii="Arial" w:hAnsi="Arial" w:cs="Arial"/>
        </w:rPr>
        <w:t>centro</w:t>
      </w:r>
      <w:proofErr w:type="spellEnd"/>
      <w:r w:rsidRPr="00901BC0">
        <w:rPr>
          <w:rFonts w:ascii="Arial" w:hAnsi="Arial" w:cs="Arial"/>
        </w:rPr>
        <w:t xml:space="preserve"> </w:t>
      </w:r>
      <w:r w:rsidRPr="00901BC0">
        <w:rPr>
          <w:rFonts w:ascii="Arial" w:hAnsi="Arial" w:cs="Arial"/>
          <w:spacing w:val="5"/>
        </w:rPr>
        <w:t>de</w:t>
      </w:r>
      <w:r w:rsidRPr="00901BC0">
        <w:rPr>
          <w:rFonts w:ascii="Arial" w:hAnsi="Arial" w:cs="Arial"/>
        </w:rPr>
        <w:t xml:space="preserve"> </w:t>
      </w:r>
      <w:proofErr w:type="spellStart"/>
      <w:r w:rsidRPr="00901BC0">
        <w:rPr>
          <w:rFonts w:ascii="Arial" w:hAnsi="Arial" w:cs="Arial"/>
        </w:rPr>
        <w:t>salud</w:t>
      </w:r>
      <w:proofErr w:type="spellEnd"/>
      <w:r w:rsidRPr="00901BC0">
        <w:rPr>
          <w:rFonts w:ascii="Arial" w:hAnsi="Arial" w:cs="Arial"/>
          <w:spacing w:val="1"/>
        </w:rPr>
        <w:t xml:space="preserve"> </w:t>
      </w:r>
      <w:proofErr w:type="spellStart"/>
      <w:r w:rsidRPr="00901BC0">
        <w:rPr>
          <w:rFonts w:ascii="Arial" w:hAnsi="Arial" w:cs="Arial"/>
        </w:rPr>
        <w:t>más</w:t>
      </w:r>
      <w:proofErr w:type="spellEnd"/>
      <w:r w:rsidRPr="00901BC0">
        <w:rPr>
          <w:rFonts w:ascii="Arial" w:hAnsi="Arial" w:cs="Arial"/>
          <w:spacing w:val="-3"/>
        </w:rPr>
        <w:t xml:space="preserve"> </w:t>
      </w:r>
      <w:proofErr w:type="spellStart"/>
      <w:r w:rsidRPr="00901BC0">
        <w:rPr>
          <w:rFonts w:ascii="Arial" w:hAnsi="Arial" w:cs="Arial"/>
        </w:rPr>
        <w:t>cercano</w:t>
      </w:r>
      <w:proofErr w:type="spellEnd"/>
      <w:r w:rsidRPr="00901BC0">
        <w:rPr>
          <w:rFonts w:ascii="Arial" w:hAnsi="Arial" w:cs="Arial"/>
        </w:rPr>
        <w:t>,</w:t>
      </w:r>
      <w:r w:rsidRPr="00901BC0">
        <w:rPr>
          <w:rFonts w:ascii="Arial" w:hAnsi="Arial" w:cs="Arial"/>
          <w:spacing w:val="-5"/>
        </w:rPr>
        <w:t xml:space="preserve"> </w:t>
      </w:r>
      <w:r w:rsidRPr="00901BC0">
        <w:rPr>
          <w:rFonts w:ascii="Arial" w:hAnsi="Arial" w:cs="Arial"/>
        </w:rPr>
        <w:t>para</w:t>
      </w:r>
      <w:r w:rsidRPr="00901BC0">
        <w:rPr>
          <w:rFonts w:ascii="Arial" w:hAnsi="Arial" w:cs="Arial"/>
          <w:spacing w:val="-14"/>
        </w:rPr>
        <w:t xml:space="preserve"> </w:t>
      </w:r>
      <w:proofErr w:type="spellStart"/>
      <w:r w:rsidRPr="00901BC0">
        <w:rPr>
          <w:rFonts w:ascii="Arial" w:hAnsi="Arial" w:cs="Arial"/>
        </w:rPr>
        <w:t>definir</w:t>
      </w:r>
      <w:proofErr w:type="spellEnd"/>
      <w:r w:rsidRPr="00901BC0">
        <w:rPr>
          <w:rFonts w:ascii="Arial" w:hAnsi="Arial" w:cs="Arial"/>
          <w:spacing w:val="-16"/>
        </w:rPr>
        <w:t xml:space="preserve"> </w:t>
      </w:r>
      <w:r w:rsidRPr="00901BC0">
        <w:rPr>
          <w:rFonts w:ascii="Arial" w:hAnsi="Arial" w:cs="Arial"/>
          <w:spacing w:val="5"/>
        </w:rPr>
        <w:t>de</w:t>
      </w:r>
      <w:r w:rsidRPr="00901BC0">
        <w:rPr>
          <w:rFonts w:ascii="Arial" w:hAnsi="Arial" w:cs="Arial"/>
          <w:spacing w:val="1"/>
        </w:rPr>
        <w:t xml:space="preserve"> </w:t>
      </w:r>
      <w:proofErr w:type="spellStart"/>
      <w:r w:rsidRPr="00901BC0">
        <w:rPr>
          <w:rFonts w:ascii="Arial" w:hAnsi="Arial" w:cs="Arial"/>
        </w:rPr>
        <w:t>manera</w:t>
      </w:r>
      <w:proofErr w:type="spellEnd"/>
      <w:r w:rsidRPr="00901BC0">
        <w:rPr>
          <w:rFonts w:ascii="Arial" w:hAnsi="Arial" w:cs="Arial"/>
          <w:spacing w:val="-14"/>
        </w:rPr>
        <w:t xml:space="preserve"> </w:t>
      </w:r>
      <w:proofErr w:type="spellStart"/>
      <w:r w:rsidRPr="00901BC0">
        <w:rPr>
          <w:rFonts w:ascii="Arial" w:hAnsi="Arial" w:cs="Arial"/>
        </w:rPr>
        <w:t>conjunta</w:t>
      </w:r>
      <w:proofErr w:type="spellEnd"/>
      <w:r w:rsidRPr="00901BC0">
        <w:rPr>
          <w:rFonts w:ascii="Arial" w:hAnsi="Arial" w:cs="Arial"/>
          <w:spacing w:val="16"/>
        </w:rPr>
        <w:t xml:space="preserve"> </w:t>
      </w:r>
      <w:r w:rsidRPr="00901BC0">
        <w:rPr>
          <w:rFonts w:ascii="Arial" w:hAnsi="Arial" w:cs="Arial"/>
        </w:rPr>
        <w:t>la forma</w:t>
      </w:r>
      <w:r w:rsidRPr="00901BC0">
        <w:rPr>
          <w:rFonts w:ascii="Arial" w:hAnsi="Arial" w:cs="Arial"/>
          <w:spacing w:val="1"/>
        </w:rPr>
        <w:t xml:space="preserve"> </w:t>
      </w:r>
      <w:r w:rsidRPr="00901BC0">
        <w:rPr>
          <w:rFonts w:ascii="Arial" w:hAnsi="Arial" w:cs="Arial"/>
          <w:spacing w:val="5"/>
        </w:rPr>
        <w:t>de</w:t>
      </w:r>
      <w:r w:rsidRPr="00901BC0">
        <w:rPr>
          <w:rFonts w:ascii="Arial" w:hAnsi="Arial" w:cs="Arial"/>
          <w:spacing w:val="1"/>
        </w:rPr>
        <w:t xml:space="preserve"> </w:t>
      </w:r>
      <w:proofErr w:type="spellStart"/>
      <w:r w:rsidRPr="00901BC0">
        <w:rPr>
          <w:rFonts w:ascii="Arial" w:hAnsi="Arial" w:cs="Arial"/>
          <w:spacing w:val="4"/>
        </w:rPr>
        <w:t>proceder</w:t>
      </w:r>
      <w:proofErr w:type="spellEnd"/>
      <w:r w:rsidRPr="00901BC0">
        <w:rPr>
          <w:rFonts w:ascii="Arial" w:hAnsi="Arial" w:cs="Arial"/>
          <w:spacing w:val="5"/>
        </w:rPr>
        <w:t xml:space="preserve"> </w:t>
      </w:r>
      <w:r w:rsidRPr="00901BC0">
        <w:rPr>
          <w:rFonts w:ascii="Arial" w:hAnsi="Arial" w:cs="Arial"/>
          <w:spacing w:val="3"/>
        </w:rPr>
        <w:t>y,</w:t>
      </w:r>
      <w:r w:rsidRPr="00901BC0">
        <w:rPr>
          <w:rFonts w:ascii="Arial" w:hAnsi="Arial" w:cs="Arial"/>
          <w:spacing w:val="-5"/>
        </w:rPr>
        <w:t xml:space="preserve"> </w:t>
      </w:r>
      <w:proofErr w:type="spellStart"/>
      <w:r w:rsidRPr="00901BC0">
        <w:rPr>
          <w:rFonts w:ascii="Arial" w:hAnsi="Arial" w:cs="Arial"/>
          <w:spacing w:val="5"/>
        </w:rPr>
        <w:t>en</w:t>
      </w:r>
      <w:proofErr w:type="spellEnd"/>
      <w:r w:rsidRPr="00901BC0">
        <w:rPr>
          <w:rFonts w:ascii="Arial" w:hAnsi="Arial" w:cs="Arial"/>
          <w:spacing w:val="-14"/>
        </w:rPr>
        <w:t xml:space="preserve"> </w:t>
      </w:r>
      <w:proofErr w:type="spellStart"/>
      <w:r w:rsidRPr="00901BC0">
        <w:rPr>
          <w:rFonts w:ascii="Arial" w:hAnsi="Arial" w:cs="Arial"/>
        </w:rPr>
        <w:t>acuerdo</w:t>
      </w:r>
      <w:proofErr w:type="spellEnd"/>
      <w:r w:rsidRPr="00901BC0">
        <w:rPr>
          <w:rFonts w:ascii="Arial" w:hAnsi="Arial" w:cs="Arial"/>
          <w:spacing w:val="16"/>
        </w:rPr>
        <w:t xml:space="preserve"> </w:t>
      </w:r>
      <w:r w:rsidRPr="00901BC0">
        <w:rPr>
          <w:rFonts w:ascii="Arial" w:hAnsi="Arial" w:cs="Arial"/>
          <w:spacing w:val="5"/>
        </w:rPr>
        <w:t>con</w:t>
      </w:r>
      <w:r w:rsidRPr="00901BC0">
        <w:rPr>
          <w:rFonts w:ascii="Arial" w:hAnsi="Arial" w:cs="Arial"/>
          <w:spacing w:val="1"/>
        </w:rPr>
        <w:t xml:space="preserve"> </w:t>
      </w:r>
      <w:proofErr w:type="spellStart"/>
      <w:r w:rsidRPr="00901BC0">
        <w:rPr>
          <w:rFonts w:ascii="Arial" w:hAnsi="Arial" w:cs="Arial"/>
          <w:spacing w:val="4"/>
        </w:rPr>
        <w:t>apoderado</w:t>
      </w:r>
      <w:proofErr w:type="spellEnd"/>
      <w:r w:rsidRPr="00901BC0">
        <w:rPr>
          <w:rFonts w:ascii="Arial" w:hAnsi="Arial" w:cs="Arial"/>
          <w:spacing w:val="4"/>
        </w:rPr>
        <w:t xml:space="preserve">, </w:t>
      </w:r>
      <w:r w:rsidRPr="00901BC0">
        <w:rPr>
          <w:rFonts w:ascii="Arial" w:hAnsi="Arial" w:cs="Arial"/>
        </w:rPr>
        <w:t>la forma</w:t>
      </w:r>
      <w:r w:rsidRPr="00901BC0">
        <w:rPr>
          <w:rFonts w:ascii="Arial" w:hAnsi="Arial" w:cs="Arial"/>
          <w:spacing w:val="1"/>
        </w:rPr>
        <w:t xml:space="preserve"> </w:t>
      </w:r>
      <w:r w:rsidRPr="00901BC0">
        <w:rPr>
          <w:rFonts w:ascii="Arial" w:hAnsi="Arial" w:cs="Arial"/>
          <w:spacing w:val="5"/>
        </w:rPr>
        <w:t>de</w:t>
      </w:r>
      <w:r w:rsidRPr="00901BC0">
        <w:rPr>
          <w:rFonts w:ascii="Arial" w:hAnsi="Arial" w:cs="Arial"/>
          <w:spacing w:val="1"/>
        </w:rPr>
        <w:t xml:space="preserve"> </w:t>
      </w:r>
      <w:proofErr w:type="spellStart"/>
      <w:r w:rsidRPr="00901BC0">
        <w:rPr>
          <w:rFonts w:ascii="Arial" w:hAnsi="Arial" w:cs="Arial"/>
        </w:rPr>
        <w:t>traslado</w:t>
      </w:r>
      <w:proofErr w:type="spellEnd"/>
      <w:r w:rsidRPr="00901BC0">
        <w:rPr>
          <w:rFonts w:ascii="Arial" w:hAnsi="Arial" w:cs="Arial"/>
        </w:rPr>
        <w:t>,</w:t>
      </w:r>
      <w:r w:rsidRPr="00901BC0">
        <w:rPr>
          <w:rFonts w:ascii="Arial" w:hAnsi="Arial" w:cs="Arial"/>
          <w:spacing w:val="-5"/>
        </w:rPr>
        <w:t xml:space="preserve"> </w:t>
      </w:r>
      <w:r w:rsidRPr="00901BC0">
        <w:rPr>
          <w:rFonts w:ascii="Arial" w:hAnsi="Arial" w:cs="Arial"/>
          <w:spacing w:val="5"/>
        </w:rPr>
        <w:t>con</w:t>
      </w:r>
      <w:r w:rsidRPr="00901BC0">
        <w:rPr>
          <w:rFonts w:ascii="Arial" w:hAnsi="Arial" w:cs="Arial"/>
          <w:spacing w:val="-14"/>
        </w:rPr>
        <w:t xml:space="preserve"> </w:t>
      </w:r>
      <w:proofErr w:type="spellStart"/>
      <w:r w:rsidRPr="00901BC0">
        <w:rPr>
          <w:rFonts w:ascii="Arial" w:hAnsi="Arial" w:cs="Arial"/>
          <w:spacing w:val="6"/>
        </w:rPr>
        <w:t>apego</w:t>
      </w:r>
      <w:proofErr w:type="spellEnd"/>
      <w:r w:rsidRPr="00901BC0">
        <w:rPr>
          <w:rFonts w:ascii="Arial" w:hAnsi="Arial" w:cs="Arial"/>
          <w:spacing w:val="1"/>
        </w:rPr>
        <w:t xml:space="preserve"> </w:t>
      </w:r>
      <w:r w:rsidRPr="00901BC0">
        <w:rPr>
          <w:rFonts w:ascii="Arial" w:hAnsi="Arial" w:cs="Arial"/>
        </w:rPr>
        <w:t>a</w:t>
      </w:r>
      <w:r w:rsidRPr="00901BC0">
        <w:rPr>
          <w:rFonts w:ascii="Arial" w:hAnsi="Arial" w:cs="Arial"/>
          <w:spacing w:val="-15"/>
        </w:rPr>
        <w:t xml:space="preserve"> </w:t>
      </w:r>
      <w:r w:rsidRPr="00901BC0">
        <w:rPr>
          <w:rFonts w:ascii="Arial" w:hAnsi="Arial" w:cs="Arial"/>
        </w:rPr>
        <w:t>la</w:t>
      </w:r>
      <w:r w:rsidRPr="00901BC0">
        <w:rPr>
          <w:rFonts w:ascii="Arial" w:hAnsi="Arial" w:cs="Arial"/>
          <w:spacing w:val="-14"/>
        </w:rPr>
        <w:t xml:space="preserve"> </w:t>
      </w:r>
      <w:proofErr w:type="spellStart"/>
      <w:r w:rsidRPr="00901BC0">
        <w:rPr>
          <w:rFonts w:ascii="Arial" w:hAnsi="Arial" w:cs="Arial"/>
        </w:rPr>
        <w:t>normativa</w:t>
      </w:r>
      <w:proofErr w:type="spellEnd"/>
      <w:r w:rsidRPr="00901BC0">
        <w:rPr>
          <w:rFonts w:ascii="Arial" w:hAnsi="Arial" w:cs="Arial"/>
          <w:spacing w:val="-15"/>
        </w:rPr>
        <w:t xml:space="preserve"> </w:t>
      </w:r>
      <w:r w:rsidRPr="00901BC0">
        <w:rPr>
          <w:rFonts w:ascii="Arial" w:hAnsi="Arial" w:cs="Arial"/>
        </w:rPr>
        <w:t>y</w:t>
      </w:r>
      <w:r w:rsidRPr="00901BC0">
        <w:rPr>
          <w:rFonts w:ascii="Arial" w:hAnsi="Arial" w:cs="Arial"/>
          <w:spacing w:val="12"/>
        </w:rPr>
        <w:t xml:space="preserve"> </w:t>
      </w:r>
      <w:r w:rsidRPr="00901BC0">
        <w:rPr>
          <w:rFonts w:ascii="Arial" w:hAnsi="Arial" w:cs="Arial"/>
        </w:rPr>
        <w:t>a</w:t>
      </w:r>
      <w:r w:rsidRPr="00901BC0">
        <w:rPr>
          <w:rFonts w:ascii="Arial" w:hAnsi="Arial" w:cs="Arial"/>
          <w:spacing w:val="1"/>
        </w:rPr>
        <w:t xml:space="preserve"> </w:t>
      </w:r>
      <w:r w:rsidRPr="00901BC0">
        <w:rPr>
          <w:rFonts w:ascii="Arial" w:hAnsi="Arial" w:cs="Arial"/>
        </w:rPr>
        <w:t>la</w:t>
      </w:r>
      <w:r w:rsidRPr="00901BC0">
        <w:rPr>
          <w:rFonts w:ascii="Arial" w:hAnsi="Arial" w:cs="Arial"/>
          <w:spacing w:val="-14"/>
        </w:rPr>
        <w:t xml:space="preserve"> </w:t>
      </w:r>
      <w:proofErr w:type="spellStart"/>
      <w:r w:rsidRPr="00901BC0">
        <w:rPr>
          <w:rFonts w:ascii="Arial" w:hAnsi="Arial" w:cs="Arial"/>
          <w:spacing w:val="2"/>
        </w:rPr>
        <w:t>seguridad</w:t>
      </w:r>
      <w:proofErr w:type="spellEnd"/>
      <w:r w:rsidRPr="00901BC0">
        <w:rPr>
          <w:rFonts w:ascii="Arial" w:hAnsi="Arial" w:cs="Arial"/>
        </w:rPr>
        <w:t xml:space="preserve"> </w:t>
      </w:r>
      <w:r w:rsidRPr="00901BC0">
        <w:rPr>
          <w:rFonts w:ascii="Arial" w:hAnsi="Arial" w:cs="Arial"/>
          <w:spacing w:val="5"/>
        </w:rPr>
        <w:t>de</w:t>
      </w:r>
      <w:r w:rsidRPr="00901BC0">
        <w:rPr>
          <w:rFonts w:ascii="Arial" w:hAnsi="Arial" w:cs="Arial"/>
          <w:spacing w:val="11"/>
        </w:rPr>
        <w:t xml:space="preserve"> </w:t>
      </w:r>
      <w:proofErr w:type="spellStart"/>
      <w:r w:rsidRPr="00901BC0">
        <w:rPr>
          <w:rFonts w:ascii="Arial" w:hAnsi="Arial" w:cs="Arial"/>
        </w:rPr>
        <w:t>todas</w:t>
      </w:r>
      <w:proofErr w:type="spellEnd"/>
      <w:r w:rsidRPr="00901BC0">
        <w:rPr>
          <w:rFonts w:ascii="Arial" w:hAnsi="Arial" w:cs="Arial"/>
          <w:spacing w:val="-3"/>
        </w:rPr>
        <w:t xml:space="preserve"> </w:t>
      </w:r>
      <w:r w:rsidRPr="00901BC0">
        <w:rPr>
          <w:rFonts w:ascii="Arial" w:hAnsi="Arial" w:cs="Arial"/>
        </w:rPr>
        <w:t>las</w:t>
      </w:r>
      <w:r w:rsidRPr="00901BC0">
        <w:rPr>
          <w:rFonts w:ascii="Arial" w:hAnsi="Arial" w:cs="Arial"/>
          <w:spacing w:val="-3"/>
        </w:rPr>
        <w:t xml:space="preserve"> </w:t>
      </w:r>
      <w:r w:rsidRPr="00901BC0">
        <w:rPr>
          <w:rFonts w:ascii="Arial" w:hAnsi="Arial" w:cs="Arial"/>
        </w:rPr>
        <w:t>partes</w:t>
      </w:r>
      <w:r w:rsidRPr="00901BC0">
        <w:rPr>
          <w:rFonts w:ascii="Arial" w:hAnsi="Arial" w:cs="Arial"/>
          <w:spacing w:val="-4"/>
        </w:rPr>
        <w:t xml:space="preserve"> </w:t>
      </w:r>
      <w:proofErr w:type="spellStart"/>
      <w:r w:rsidRPr="00901BC0">
        <w:rPr>
          <w:rFonts w:ascii="Arial" w:hAnsi="Arial" w:cs="Arial"/>
        </w:rPr>
        <w:t>involucradas</w:t>
      </w:r>
      <w:proofErr w:type="spellEnd"/>
      <w:r w:rsidRPr="00901BC0">
        <w:rPr>
          <w:rFonts w:ascii="Arial" w:hAnsi="Arial" w:cs="Arial"/>
        </w:rPr>
        <w:t>.</w:t>
      </w:r>
      <w:r w:rsidRPr="00901BC0">
        <w:rPr>
          <w:rFonts w:ascii="Arial" w:hAnsi="Arial" w:cs="Arial"/>
          <w:spacing w:val="-4"/>
        </w:rPr>
        <w:t xml:space="preserve"> </w:t>
      </w:r>
      <w:proofErr w:type="spellStart"/>
      <w:r w:rsidRPr="00901BC0">
        <w:rPr>
          <w:rFonts w:ascii="Arial" w:hAnsi="Arial" w:cs="Arial"/>
          <w:spacing w:val="-5"/>
        </w:rPr>
        <w:t>Además</w:t>
      </w:r>
      <w:proofErr w:type="spellEnd"/>
      <w:r w:rsidRPr="00901BC0">
        <w:rPr>
          <w:rFonts w:ascii="Arial" w:hAnsi="Arial" w:cs="Arial"/>
          <w:spacing w:val="-18"/>
        </w:rPr>
        <w:t xml:space="preserve"> </w:t>
      </w:r>
      <w:r w:rsidRPr="00901BC0">
        <w:rPr>
          <w:rFonts w:ascii="Arial" w:hAnsi="Arial" w:cs="Arial"/>
          <w:spacing w:val="-3"/>
        </w:rPr>
        <w:t xml:space="preserve">de </w:t>
      </w:r>
      <w:proofErr w:type="spellStart"/>
      <w:r w:rsidRPr="00901BC0">
        <w:rPr>
          <w:rFonts w:ascii="Arial" w:hAnsi="Arial" w:cs="Arial"/>
          <w:spacing w:val="3"/>
        </w:rPr>
        <w:t>los</w:t>
      </w:r>
      <w:proofErr w:type="spellEnd"/>
      <w:r w:rsidRPr="00901BC0">
        <w:rPr>
          <w:rFonts w:ascii="Arial" w:hAnsi="Arial" w:cs="Arial"/>
          <w:spacing w:val="3"/>
        </w:rPr>
        <w:t xml:space="preserve"> </w:t>
      </w:r>
      <w:proofErr w:type="spellStart"/>
      <w:r w:rsidRPr="00901BC0">
        <w:rPr>
          <w:rFonts w:ascii="Arial" w:hAnsi="Arial" w:cs="Arial"/>
          <w:spacing w:val="4"/>
        </w:rPr>
        <w:t>posibles</w:t>
      </w:r>
      <w:proofErr w:type="spellEnd"/>
      <w:r w:rsidRPr="00901BC0">
        <w:rPr>
          <w:rFonts w:ascii="Arial" w:hAnsi="Arial" w:cs="Arial"/>
          <w:spacing w:val="4"/>
        </w:rPr>
        <w:t xml:space="preserve"> </w:t>
      </w:r>
      <w:proofErr w:type="spellStart"/>
      <w:r w:rsidRPr="00901BC0">
        <w:rPr>
          <w:rFonts w:ascii="Arial" w:hAnsi="Arial" w:cs="Arial"/>
        </w:rPr>
        <w:t>factores</w:t>
      </w:r>
      <w:proofErr w:type="spellEnd"/>
      <w:r w:rsidRPr="00901BC0">
        <w:rPr>
          <w:rFonts w:ascii="Arial" w:hAnsi="Arial" w:cs="Arial"/>
        </w:rPr>
        <w:t xml:space="preserve"> </w:t>
      </w:r>
      <w:proofErr w:type="spellStart"/>
      <w:r w:rsidRPr="00901BC0">
        <w:rPr>
          <w:rFonts w:ascii="Arial" w:hAnsi="Arial" w:cs="Arial"/>
          <w:spacing w:val="2"/>
        </w:rPr>
        <w:t>desencadenantes</w:t>
      </w:r>
      <w:proofErr w:type="spellEnd"/>
      <w:r w:rsidRPr="00901BC0">
        <w:rPr>
          <w:rFonts w:ascii="Arial" w:hAnsi="Arial" w:cs="Arial"/>
          <w:spacing w:val="2"/>
        </w:rPr>
        <w:t xml:space="preserve"> </w:t>
      </w:r>
      <w:proofErr w:type="spellStart"/>
      <w:r w:rsidRPr="00901BC0">
        <w:rPr>
          <w:rFonts w:ascii="Arial" w:hAnsi="Arial" w:cs="Arial"/>
          <w:spacing w:val="3"/>
        </w:rPr>
        <w:t>ya</w:t>
      </w:r>
      <w:proofErr w:type="spellEnd"/>
      <w:r w:rsidRPr="00901BC0">
        <w:rPr>
          <w:rFonts w:ascii="Arial" w:hAnsi="Arial" w:cs="Arial"/>
          <w:spacing w:val="3"/>
        </w:rPr>
        <w:t xml:space="preserve"> </w:t>
      </w:r>
      <w:proofErr w:type="spellStart"/>
      <w:r w:rsidRPr="00901BC0">
        <w:rPr>
          <w:rFonts w:ascii="Arial" w:hAnsi="Arial" w:cs="Arial"/>
          <w:spacing w:val="2"/>
        </w:rPr>
        <w:t>señalados</w:t>
      </w:r>
      <w:proofErr w:type="spellEnd"/>
      <w:r w:rsidRPr="00901BC0">
        <w:rPr>
          <w:rFonts w:ascii="Arial" w:hAnsi="Arial" w:cs="Arial"/>
          <w:spacing w:val="2"/>
        </w:rPr>
        <w:t xml:space="preserve">, </w:t>
      </w:r>
      <w:proofErr w:type="spellStart"/>
      <w:r w:rsidRPr="00901BC0">
        <w:rPr>
          <w:rFonts w:ascii="Arial" w:hAnsi="Arial" w:cs="Arial"/>
          <w:spacing w:val="5"/>
        </w:rPr>
        <w:t>en</w:t>
      </w:r>
      <w:proofErr w:type="spellEnd"/>
      <w:r w:rsidRPr="00901BC0">
        <w:rPr>
          <w:rFonts w:ascii="Arial" w:hAnsi="Arial" w:cs="Arial"/>
          <w:spacing w:val="5"/>
        </w:rPr>
        <w:t xml:space="preserve"> </w:t>
      </w:r>
      <w:proofErr w:type="spellStart"/>
      <w:r w:rsidRPr="00901BC0">
        <w:rPr>
          <w:rFonts w:ascii="Arial" w:hAnsi="Arial" w:cs="Arial"/>
        </w:rPr>
        <w:t>algunos</w:t>
      </w:r>
      <w:proofErr w:type="spellEnd"/>
      <w:r w:rsidRPr="00901BC0">
        <w:rPr>
          <w:rFonts w:ascii="Arial" w:hAnsi="Arial" w:cs="Arial"/>
        </w:rPr>
        <w:t xml:space="preserve"> </w:t>
      </w:r>
      <w:proofErr w:type="spellStart"/>
      <w:r w:rsidRPr="00901BC0">
        <w:rPr>
          <w:rFonts w:ascii="Arial" w:hAnsi="Arial" w:cs="Arial"/>
          <w:spacing w:val="3"/>
        </w:rPr>
        <w:t>casos</w:t>
      </w:r>
      <w:proofErr w:type="spellEnd"/>
      <w:r w:rsidRPr="00901BC0">
        <w:rPr>
          <w:rFonts w:ascii="Arial" w:hAnsi="Arial" w:cs="Arial"/>
          <w:spacing w:val="3"/>
        </w:rPr>
        <w:t xml:space="preserve"> </w:t>
      </w:r>
      <w:proofErr w:type="spellStart"/>
      <w:r w:rsidRPr="00901BC0">
        <w:rPr>
          <w:rFonts w:ascii="Arial" w:hAnsi="Arial" w:cs="Arial"/>
          <w:spacing w:val="2"/>
        </w:rPr>
        <w:t>dicha</w:t>
      </w:r>
      <w:proofErr w:type="spellEnd"/>
      <w:r w:rsidRPr="00901BC0">
        <w:rPr>
          <w:rFonts w:ascii="Arial" w:hAnsi="Arial" w:cs="Arial"/>
          <w:spacing w:val="2"/>
        </w:rPr>
        <w:t xml:space="preserve"> </w:t>
      </w:r>
      <w:proofErr w:type="spellStart"/>
      <w:r w:rsidRPr="00901BC0">
        <w:rPr>
          <w:rFonts w:ascii="Arial" w:hAnsi="Arial" w:cs="Arial"/>
          <w:spacing w:val="3"/>
        </w:rPr>
        <w:t>desregulación</w:t>
      </w:r>
      <w:proofErr w:type="spellEnd"/>
      <w:r w:rsidRPr="00901BC0">
        <w:rPr>
          <w:rFonts w:ascii="Arial" w:hAnsi="Arial" w:cs="Arial"/>
          <w:spacing w:val="3"/>
        </w:rPr>
        <w:t xml:space="preserve"> </w:t>
      </w:r>
      <w:proofErr w:type="spellStart"/>
      <w:r w:rsidRPr="00901BC0">
        <w:rPr>
          <w:rFonts w:ascii="Arial" w:hAnsi="Arial" w:cs="Arial"/>
          <w:spacing w:val="3"/>
        </w:rPr>
        <w:t>emocional</w:t>
      </w:r>
      <w:proofErr w:type="spellEnd"/>
      <w:r w:rsidRPr="00901BC0">
        <w:rPr>
          <w:rFonts w:ascii="Arial" w:hAnsi="Arial" w:cs="Arial"/>
          <w:spacing w:val="3"/>
        </w:rPr>
        <w:t xml:space="preserve"> </w:t>
      </w:r>
      <w:r w:rsidRPr="00901BC0">
        <w:rPr>
          <w:rFonts w:ascii="Arial" w:hAnsi="Arial" w:cs="Arial"/>
        </w:rPr>
        <w:t xml:space="preserve">y </w:t>
      </w:r>
      <w:proofErr w:type="spellStart"/>
      <w:r w:rsidRPr="00901BC0">
        <w:rPr>
          <w:rFonts w:ascii="Arial" w:hAnsi="Arial" w:cs="Arial"/>
        </w:rPr>
        <w:t>conductual</w:t>
      </w:r>
      <w:proofErr w:type="spellEnd"/>
      <w:r w:rsidRPr="00901BC0">
        <w:rPr>
          <w:rFonts w:ascii="Arial" w:hAnsi="Arial" w:cs="Arial"/>
          <w:spacing w:val="-4"/>
        </w:rPr>
        <w:t xml:space="preserve"> </w:t>
      </w:r>
      <w:proofErr w:type="spellStart"/>
      <w:r w:rsidRPr="00901BC0">
        <w:rPr>
          <w:rFonts w:ascii="Arial" w:hAnsi="Arial" w:cs="Arial"/>
          <w:spacing w:val="5"/>
        </w:rPr>
        <w:t>puede</w:t>
      </w:r>
      <w:proofErr w:type="spellEnd"/>
      <w:r w:rsidRPr="00901BC0">
        <w:rPr>
          <w:rFonts w:ascii="Arial" w:hAnsi="Arial" w:cs="Arial"/>
          <w:spacing w:val="7"/>
        </w:rPr>
        <w:t xml:space="preserve"> </w:t>
      </w:r>
      <w:proofErr w:type="spellStart"/>
      <w:r w:rsidRPr="00901BC0">
        <w:rPr>
          <w:rFonts w:ascii="Arial" w:hAnsi="Arial" w:cs="Arial"/>
        </w:rPr>
        <w:t>darse</w:t>
      </w:r>
      <w:proofErr w:type="spellEnd"/>
      <w:r w:rsidRPr="00901BC0">
        <w:rPr>
          <w:rFonts w:ascii="Arial" w:hAnsi="Arial" w:cs="Arial"/>
          <w:spacing w:val="8"/>
        </w:rPr>
        <w:t xml:space="preserve"> </w:t>
      </w:r>
      <w:proofErr w:type="spellStart"/>
      <w:r w:rsidRPr="00901BC0">
        <w:rPr>
          <w:rFonts w:ascii="Arial" w:hAnsi="Arial" w:cs="Arial"/>
        </w:rPr>
        <w:t>asociada</w:t>
      </w:r>
      <w:proofErr w:type="spellEnd"/>
      <w:r w:rsidRPr="00901BC0">
        <w:rPr>
          <w:rFonts w:ascii="Arial" w:hAnsi="Arial" w:cs="Arial"/>
          <w:spacing w:val="-10"/>
        </w:rPr>
        <w:t xml:space="preserve"> </w:t>
      </w:r>
      <w:proofErr w:type="gramStart"/>
      <w:r w:rsidRPr="00901BC0">
        <w:rPr>
          <w:rFonts w:ascii="Arial" w:hAnsi="Arial" w:cs="Arial"/>
        </w:rPr>
        <w:t>a</w:t>
      </w:r>
      <w:proofErr w:type="gramEnd"/>
      <w:r w:rsidRPr="00901BC0">
        <w:rPr>
          <w:rFonts w:ascii="Arial" w:hAnsi="Arial" w:cs="Arial"/>
          <w:spacing w:val="-10"/>
        </w:rPr>
        <w:t xml:space="preserve"> </w:t>
      </w:r>
      <w:proofErr w:type="spellStart"/>
      <w:r w:rsidRPr="00901BC0">
        <w:rPr>
          <w:rFonts w:ascii="Arial" w:hAnsi="Arial" w:cs="Arial"/>
          <w:spacing w:val="2"/>
        </w:rPr>
        <w:t>efectos</w:t>
      </w:r>
      <w:proofErr w:type="spellEnd"/>
      <w:r w:rsidRPr="00901BC0">
        <w:rPr>
          <w:rFonts w:ascii="Arial" w:hAnsi="Arial" w:cs="Arial"/>
          <w:spacing w:val="2"/>
        </w:rPr>
        <w:t xml:space="preserve"> </w:t>
      </w:r>
      <w:proofErr w:type="spellStart"/>
      <w:r w:rsidRPr="00901BC0">
        <w:rPr>
          <w:rFonts w:ascii="Arial" w:hAnsi="Arial" w:cs="Arial"/>
        </w:rPr>
        <w:t>adversos</w:t>
      </w:r>
      <w:proofErr w:type="spellEnd"/>
      <w:r w:rsidRPr="00901BC0">
        <w:rPr>
          <w:rFonts w:ascii="Arial" w:hAnsi="Arial" w:cs="Arial"/>
          <w:spacing w:val="1"/>
        </w:rPr>
        <w:t xml:space="preserve"> </w:t>
      </w:r>
      <w:r w:rsidRPr="00901BC0">
        <w:rPr>
          <w:rFonts w:ascii="Arial" w:hAnsi="Arial" w:cs="Arial"/>
          <w:spacing w:val="5"/>
        </w:rPr>
        <w:t>de</w:t>
      </w:r>
      <w:r w:rsidRPr="00901BC0">
        <w:rPr>
          <w:rFonts w:ascii="Arial" w:hAnsi="Arial" w:cs="Arial"/>
          <w:spacing w:val="-10"/>
        </w:rPr>
        <w:t xml:space="preserve"> </w:t>
      </w:r>
      <w:proofErr w:type="spellStart"/>
      <w:r w:rsidRPr="00901BC0">
        <w:rPr>
          <w:rFonts w:ascii="Arial" w:hAnsi="Arial" w:cs="Arial"/>
        </w:rPr>
        <w:t>medicamentos</w:t>
      </w:r>
      <w:proofErr w:type="spellEnd"/>
      <w:r w:rsidRPr="00901BC0">
        <w:rPr>
          <w:rFonts w:ascii="Arial" w:hAnsi="Arial" w:cs="Arial"/>
          <w:spacing w:val="-15"/>
        </w:rPr>
        <w:t xml:space="preserve"> </w:t>
      </w:r>
      <w:proofErr w:type="spellStart"/>
      <w:r w:rsidRPr="00901BC0">
        <w:rPr>
          <w:rFonts w:ascii="Arial" w:hAnsi="Arial" w:cs="Arial"/>
        </w:rPr>
        <w:t>neurológicos</w:t>
      </w:r>
      <w:proofErr w:type="spellEnd"/>
      <w:r w:rsidRPr="00901BC0">
        <w:rPr>
          <w:rFonts w:ascii="Arial" w:hAnsi="Arial" w:cs="Arial"/>
          <w:spacing w:val="3"/>
        </w:rPr>
        <w:t xml:space="preserve"> </w:t>
      </w:r>
      <w:r w:rsidRPr="00901BC0">
        <w:rPr>
          <w:rFonts w:ascii="Arial" w:hAnsi="Arial" w:cs="Arial"/>
        </w:rPr>
        <w:t>o</w:t>
      </w:r>
      <w:r w:rsidRPr="00901BC0">
        <w:rPr>
          <w:rFonts w:ascii="Arial" w:hAnsi="Arial" w:cs="Arial"/>
          <w:spacing w:val="-10"/>
        </w:rPr>
        <w:t xml:space="preserve"> </w:t>
      </w:r>
      <w:proofErr w:type="spellStart"/>
      <w:r w:rsidRPr="00901BC0">
        <w:rPr>
          <w:rFonts w:ascii="Arial" w:hAnsi="Arial" w:cs="Arial"/>
        </w:rPr>
        <w:t>psiquiátricos</w:t>
      </w:r>
      <w:proofErr w:type="spellEnd"/>
      <w:r>
        <w:rPr>
          <w:rStyle w:val="Refdenotaalpie"/>
          <w:rFonts w:ascii="Arial" w:hAnsi="Arial" w:cs="Arial"/>
        </w:rPr>
        <w:footnoteReference w:id="14"/>
      </w:r>
      <w:r w:rsidRPr="00901BC0">
        <w:rPr>
          <w:rFonts w:ascii="Arial" w:hAnsi="Arial" w:cs="Arial"/>
        </w:rPr>
        <w:t>,</w:t>
      </w:r>
      <w:r w:rsidRPr="00901BC0">
        <w:rPr>
          <w:rFonts w:ascii="Arial" w:hAnsi="Arial" w:cs="Arial"/>
          <w:spacing w:val="2"/>
        </w:rPr>
        <w:t xml:space="preserve"> </w:t>
      </w:r>
      <w:r w:rsidRPr="00901BC0">
        <w:rPr>
          <w:rFonts w:ascii="Arial" w:hAnsi="Arial" w:cs="Arial"/>
          <w:spacing w:val="5"/>
        </w:rPr>
        <w:t>de</w:t>
      </w:r>
      <w:r w:rsidRPr="00901BC0">
        <w:rPr>
          <w:rFonts w:ascii="Arial" w:hAnsi="Arial" w:cs="Arial"/>
          <w:spacing w:val="-10"/>
        </w:rPr>
        <w:t xml:space="preserve"> </w:t>
      </w:r>
      <w:proofErr w:type="spellStart"/>
      <w:r w:rsidRPr="00901BC0">
        <w:rPr>
          <w:rFonts w:ascii="Arial" w:hAnsi="Arial" w:cs="Arial"/>
          <w:spacing w:val="-4"/>
        </w:rPr>
        <w:t>ahí</w:t>
      </w:r>
      <w:proofErr w:type="spellEnd"/>
      <w:r w:rsidRPr="00901BC0">
        <w:rPr>
          <w:rFonts w:ascii="Arial" w:hAnsi="Arial" w:cs="Arial"/>
          <w:spacing w:val="-4"/>
        </w:rPr>
        <w:t xml:space="preserve"> </w:t>
      </w:r>
      <w:r w:rsidRPr="00901BC0">
        <w:rPr>
          <w:rFonts w:ascii="Arial" w:hAnsi="Arial" w:cs="Arial"/>
        </w:rPr>
        <w:t xml:space="preserve">la </w:t>
      </w:r>
      <w:proofErr w:type="spellStart"/>
      <w:r w:rsidRPr="00901BC0">
        <w:rPr>
          <w:rFonts w:ascii="Arial" w:hAnsi="Arial" w:cs="Arial"/>
        </w:rPr>
        <w:t>importancia</w:t>
      </w:r>
      <w:proofErr w:type="spellEnd"/>
      <w:r w:rsidRPr="00901BC0">
        <w:rPr>
          <w:rFonts w:ascii="Arial" w:hAnsi="Arial" w:cs="Arial"/>
        </w:rPr>
        <w:t xml:space="preserve"> </w:t>
      </w:r>
      <w:r w:rsidRPr="00901BC0">
        <w:rPr>
          <w:rFonts w:ascii="Arial" w:hAnsi="Arial" w:cs="Arial"/>
          <w:spacing w:val="5"/>
        </w:rPr>
        <w:t xml:space="preserve">de </w:t>
      </w:r>
      <w:r w:rsidRPr="00901BC0">
        <w:rPr>
          <w:rFonts w:ascii="Arial" w:hAnsi="Arial" w:cs="Arial"/>
        </w:rPr>
        <w:t xml:space="preserve">la </w:t>
      </w:r>
      <w:proofErr w:type="spellStart"/>
      <w:r w:rsidRPr="00901BC0">
        <w:rPr>
          <w:rFonts w:ascii="Arial" w:hAnsi="Arial" w:cs="Arial"/>
        </w:rPr>
        <w:t>articulación</w:t>
      </w:r>
      <w:proofErr w:type="spellEnd"/>
      <w:r w:rsidRPr="00901BC0">
        <w:rPr>
          <w:rFonts w:ascii="Arial" w:hAnsi="Arial" w:cs="Arial"/>
        </w:rPr>
        <w:t xml:space="preserve"> </w:t>
      </w:r>
      <w:r w:rsidRPr="00901BC0">
        <w:rPr>
          <w:rFonts w:ascii="Arial" w:hAnsi="Arial" w:cs="Arial"/>
          <w:spacing w:val="5"/>
        </w:rPr>
        <w:t xml:space="preserve">con </w:t>
      </w:r>
      <w:r w:rsidRPr="00901BC0">
        <w:rPr>
          <w:rFonts w:ascii="Arial" w:hAnsi="Arial" w:cs="Arial"/>
        </w:rPr>
        <w:t xml:space="preserve">la familia y </w:t>
      </w:r>
      <w:proofErr w:type="spellStart"/>
      <w:r w:rsidRPr="00901BC0">
        <w:rPr>
          <w:rFonts w:ascii="Arial" w:hAnsi="Arial" w:cs="Arial"/>
          <w:spacing w:val="3"/>
        </w:rPr>
        <w:t>los</w:t>
      </w:r>
      <w:proofErr w:type="spellEnd"/>
      <w:r w:rsidRPr="00901BC0">
        <w:rPr>
          <w:rFonts w:ascii="Arial" w:hAnsi="Arial" w:cs="Arial"/>
          <w:spacing w:val="3"/>
        </w:rPr>
        <w:t xml:space="preserve"> </w:t>
      </w:r>
      <w:proofErr w:type="spellStart"/>
      <w:r w:rsidRPr="00901BC0">
        <w:rPr>
          <w:rFonts w:ascii="Arial" w:hAnsi="Arial" w:cs="Arial"/>
        </w:rPr>
        <w:t>centros</w:t>
      </w:r>
      <w:proofErr w:type="spellEnd"/>
      <w:r w:rsidRPr="00901BC0">
        <w:rPr>
          <w:rFonts w:ascii="Arial" w:hAnsi="Arial" w:cs="Arial"/>
        </w:rPr>
        <w:t xml:space="preserve"> </w:t>
      </w:r>
      <w:r w:rsidRPr="00901BC0">
        <w:rPr>
          <w:rFonts w:ascii="Arial" w:hAnsi="Arial" w:cs="Arial"/>
          <w:spacing w:val="5"/>
        </w:rPr>
        <w:t>de</w:t>
      </w:r>
      <w:r w:rsidRPr="00901BC0">
        <w:rPr>
          <w:rFonts w:ascii="Arial" w:hAnsi="Arial" w:cs="Arial"/>
          <w:spacing w:val="63"/>
        </w:rPr>
        <w:t xml:space="preserve"> </w:t>
      </w:r>
      <w:proofErr w:type="spellStart"/>
      <w:r w:rsidRPr="00901BC0">
        <w:rPr>
          <w:rFonts w:ascii="Arial" w:hAnsi="Arial" w:cs="Arial"/>
        </w:rPr>
        <w:t>salud</w:t>
      </w:r>
      <w:proofErr w:type="spellEnd"/>
      <w:r w:rsidRPr="00901BC0">
        <w:rPr>
          <w:rFonts w:ascii="Arial" w:hAnsi="Arial" w:cs="Arial"/>
        </w:rPr>
        <w:t>.</w:t>
      </w:r>
    </w:p>
    <w:p w14:paraId="03C439E2" w14:textId="77777777" w:rsidR="00893C50" w:rsidRPr="00107EBD" w:rsidRDefault="00893C50" w:rsidP="00893C50">
      <w:pPr>
        <w:pStyle w:val="Prrafodelista"/>
        <w:widowControl w:val="0"/>
        <w:numPr>
          <w:ilvl w:val="0"/>
          <w:numId w:val="53"/>
        </w:numPr>
        <w:autoSpaceDE w:val="0"/>
        <w:autoSpaceDN w:val="0"/>
        <w:spacing w:before="1" w:after="0" w:line="360" w:lineRule="auto"/>
        <w:ind w:right="49"/>
        <w:contextualSpacing w:val="0"/>
        <w:jc w:val="both"/>
        <w:rPr>
          <w:rFonts w:ascii="Arial" w:hAnsi="Arial" w:cs="Arial"/>
          <w:iCs/>
          <w:sz w:val="24"/>
          <w:szCs w:val="24"/>
        </w:rPr>
      </w:pPr>
      <w:proofErr w:type="spellStart"/>
      <w:r w:rsidRPr="00107EBD">
        <w:rPr>
          <w:rFonts w:ascii="Arial" w:hAnsi="Arial" w:cs="Arial"/>
          <w:b/>
          <w:iCs/>
          <w:spacing w:val="-3"/>
          <w:sz w:val="24"/>
          <w:szCs w:val="24"/>
        </w:rPr>
        <w:t>Importante</w:t>
      </w:r>
      <w:proofErr w:type="spellEnd"/>
      <w:r w:rsidRPr="00107EBD">
        <w:rPr>
          <w:rFonts w:ascii="Arial" w:hAnsi="Arial" w:cs="Arial"/>
          <w:b/>
          <w:iCs/>
          <w:spacing w:val="-3"/>
          <w:sz w:val="24"/>
          <w:szCs w:val="24"/>
        </w:rPr>
        <w:t xml:space="preserve"> </w:t>
      </w:r>
      <w:proofErr w:type="spellStart"/>
      <w:r w:rsidRPr="00107EBD">
        <w:rPr>
          <w:rFonts w:ascii="Arial" w:hAnsi="Arial" w:cs="Arial"/>
          <w:b/>
          <w:iCs/>
          <w:spacing w:val="-3"/>
          <w:sz w:val="24"/>
          <w:szCs w:val="24"/>
        </w:rPr>
        <w:t>en</w:t>
      </w:r>
      <w:proofErr w:type="spellEnd"/>
      <w:r w:rsidRPr="00107EBD">
        <w:rPr>
          <w:rFonts w:ascii="Arial" w:hAnsi="Arial" w:cs="Arial"/>
          <w:b/>
          <w:iCs/>
          <w:spacing w:val="-3"/>
          <w:sz w:val="24"/>
          <w:szCs w:val="24"/>
        </w:rPr>
        <w:t xml:space="preserve"> </w:t>
      </w:r>
      <w:proofErr w:type="spellStart"/>
      <w:r w:rsidRPr="00107EBD">
        <w:rPr>
          <w:rFonts w:ascii="Arial" w:hAnsi="Arial" w:cs="Arial"/>
          <w:b/>
          <w:iCs/>
          <w:spacing w:val="-3"/>
          <w:sz w:val="24"/>
          <w:szCs w:val="24"/>
        </w:rPr>
        <w:t>todas</w:t>
      </w:r>
      <w:proofErr w:type="spellEnd"/>
      <w:r w:rsidRPr="00107EBD">
        <w:rPr>
          <w:rFonts w:ascii="Arial" w:hAnsi="Arial" w:cs="Arial"/>
          <w:b/>
          <w:iCs/>
          <w:spacing w:val="-3"/>
          <w:sz w:val="24"/>
          <w:szCs w:val="24"/>
        </w:rPr>
        <w:t xml:space="preserve"> </w:t>
      </w:r>
      <w:r w:rsidRPr="00107EBD">
        <w:rPr>
          <w:rFonts w:ascii="Arial" w:hAnsi="Arial" w:cs="Arial"/>
          <w:b/>
          <w:iCs/>
          <w:sz w:val="24"/>
          <w:szCs w:val="24"/>
        </w:rPr>
        <w:t xml:space="preserve">las </w:t>
      </w:r>
      <w:proofErr w:type="spellStart"/>
      <w:r w:rsidRPr="00107EBD">
        <w:rPr>
          <w:rFonts w:ascii="Arial" w:hAnsi="Arial" w:cs="Arial"/>
          <w:b/>
          <w:iCs/>
          <w:spacing w:val="-4"/>
          <w:sz w:val="24"/>
          <w:szCs w:val="24"/>
        </w:rPr>
        <w:t>etapas</w:t>
      </w:r>
      <w:proofErr w:type="spellEnd"/>
      <w:r w:rsidRPr="00107EBD">
        <w:rPr>
          <w:rFonts w:ascii="Arial" w:hAnsi="Arial" w:cs="Arial"/>
          <w:b/>
          <w:iCs/>
          <w:spacing w:val="-4"/>
          <w:sz w:val="24"/>
          <w:szCs w:val="24"/>
        </w:rPr>
        <w:t xml:space="preserve"> </w:t>
      </w:r>
      <w:proofErr w:type="spellStart"/>
      <w:r w:rsidRPr="00107EBD">
        <w:rPr>
          <w:rFonts w:ascii="Arial" w:hAnsi="Arial" w:cs="Arial"/>
          <w:b/>
          <w:iCs/>
          <w:sz w:val="24"/>
          <w:szCs w:val="24"/>
        </w:rPr>
        <w:t>descritas</w:t>
      </w:r>
      <w:proofErr w:type="spellEnd"/>
      <w:r w:rsidRPr="00107EBD">
        <w:rPr>
          <w:rFonts w:ascii="Arial" w:hAnsi="Arial" w:cs="Arial"/>
          <w:iCs/>
          <w:sz w:val="24"/>
          <w:szCs w:val="24"/>
        </w:rPr>
        <w:t xml:space="preserve">:  </w:t>
      </w:r>
      <w:r w:rsidRPr="00107EBD">
        <w:rPr>
          <w:rFonts w:ascii="Arial" w:hAnsi="Arial" w:cs="Arial"/>
          <w:iCs/>
          <w:spacing w:val="-3"/>
          <w:sz w:val="24"/>
          <w:szCs w:val="24"/>
        </w:rPr>
        <w:t xml:space="preserve">no </w:t>
      </w:r>
      <w:proofErr w:type="spellStart"/>
      <w:r w:rsidRPr="00107EBD">
        <w:rPr>
          <w:rFonts w:ascii="Arial" w:hAnsi="Arial" w:cs="Arial"/>
          <w:iCs/>
          <w:spacing w:val="-5"/>
          <w:sz w:val="24"/>
          <w:szCs w:val="24"/>
        </w:rPr>
        <w:t>regañar</w:t>
      </w:r>
      <w:proofErr w:type="spellEnd"/>
      <w:r w:rsidRPr="00107EBD">
        <w:rPr>
          <w:rFonts w:ascii="Arial" w:hAnsi="Arial" w:cs="Arial"/>
          <w:iCs/>
          <w:spacing w:val="-5"/>
          <w:sz w:val="24"/>
          <w:szCs w:val="24"/>
        </w:rPr>
        <w:t xml:space="preserve"> </w:t>
      </w:r>
      <w:proofErr w:type="gramStart"/>
      <w:r w:rsidRPr="00107EBD">
        <w:rPr>
          <w:rFonts w:ascii="Arial" w:hAnsi="Arial" w:cs="Arial"/>
          <w:iCs/>
          <w:spacing w:val="-3"/>
          <w:sz w:val="24"/>
          <w:szCs w:val="24"/>
        </w:rPr>
        <w:t xml:space="preserve">al  </w:t>
      </w:r>
      <w:proofErr w:type="spellStart"/>
      <w:r w:rsidRPr="00107EBD">
        <w:rPr>
          <w:rFonts w:ascii="Arial" w:hAnsi="Arial" w:cs="Arial"/>
          <w:iCs/>
          <w:sz w:val="24"/>
          <w:szCs w:val="24"/>
        </w:rPr>
        <w:t>estudiante</w:t>
      </w:r>
      <w:proofErr w:type="spellEnd"/>
      <w:r w:rsidRPr="00107EBD">
        <w:rPr>
          <w:rFonts w:ascii="Arial" w:hAnsi="Arial" w:cs="Arial"/>
          <w:iCs/>
          <w:sz w:val="24"/>
          <w:szCs w:val="24"/>
        </w:rPr>
        <w:t xml:space="preserve">,  </w:t>
      </w:r>
      <w:r w:rsidRPr="00107EBD">
        <w:rPr>
          <w:rFonts w:ascii="Arial" w:hAnsi="Arial" w:cs="Arial"/>
          <w:iCs/>
          <w:spacing w:val="-3"/>
          <w:sz w:val="24"/>
          <w:szCs w:val="24"/>
        </w:rPr>
        <w:t>no</w:t>
      </w:r>
      <w:proofErr w:type="gramEnd"/>
      <w:r w:rsidRPr="00107EBD">
        <w:rPr>
          <w:rFonts w:ascii="Arial" w:hAnsi="Arial" w:cs="Arial"/>
          <w:iCs/>
          <w:spacing w:val="-3"/>
          <w:sz w:val="24"/>
          <w:szCs w:val="24"/>
        </w:rPr>
        <w:t xml:space="preserve"> </w:t>
      </w:r>
      <w:proofErr w:type="spellStart"/>
      <w:r w:rsidRPr="00107EBD">
        <w:rPr>
          <w:rFonts w:ascii="Arial" w:hAnsi="Arial" w:cs="Arial"/>
          <w:iCs/>
          <w:spacing w:val="-3"/>
          <w:sz w:val="24"/>
          <w:szCs w:val="24"/>
        </w:rPr>
        <w:t>amenazar</w:t>
      </w:r>
      <w:proofErr w:type="spellEnd"/>
      <w:r w:rsidRPr="00107EBD">
        <w:rPr>
          <w:rFonts w:ascii="Arial" w:hAnsi="Arial" w:cs="Arial"/>
          <w:iCs/>
          <w:spacing w:val="-3"/>
          <w:sz w:val="24"/>
          <w:szCs w:val="24"/>
        </w:rPr>
        <w:t xml:space="preserve"> </w:t>
      </w:r>
      <w:r w:rsidRPr="00107EBD">
        <w:rPr>
          <w:rFonts w:ascii="Arial" w:hAnsi="Arial" w:cs="Arial"/>
          <w:iCs/>
          <w:sz w:val="24"/>
          <w:szCs w:val="24"/>
        </w:rPr>
        <w:t xml:space="preserve">con </w:t>
      </w:r>
      <w:proofErr w:type="spellStart"/>
      <w:r w:rsidRPr="00107EBD">
        <w:rPr>
          <w:rFonts w:ascii="Arial" w:hAnsi="Arial" w:cs="Arial"/>
          <w:iCs/>
          <w:sz w:val="24"/>
          <w:szCs w:val="24"/>
        </w:rPr>
        <w:t>futuras</w:t>
      </w:r>
      <w:proofErr w:type="spellEnd"/>
      <w:r w:rsidRPr="00107EBD">
        <w:rPr>
          <w:rFonts w:ascii="Arial" w:hAnsi="Arial" w:cs="Arial"/>
          <w:iCs/>
          <w:sz w:val="24"/>
          <w:szCs w:val="24"/>
        </w:rPr>
        <w:t xml:space="preserve"> </w:t>
      </w:r>
      <w:proofErr w:type="spellStart"/>
      <w:r w:rsidRPr="00107EBD">
        <w:rPr>
          <w:rFonts w:ascii="Arial" w:hAnsi="Arial" w:cs="Arial"/>
          <w:iCs/>
          <w:sz w:val="24"/>
          <w:szCs w:val="24"/>
        </w:rPr>
        <w:t>sanciones</w:t>
      </w:r>
      <w:proofErr w:type="spellEnd"/>
      <w:r w:rsidRPr="00107EBD">
        <w:rPr>
          <w:rFonts w:ascii="Arial" w:hAnsi="Arial" w:cs="Arial"/>
          <w:iCs/>
          <w:sz w:val="24"/>
          <w:szCs w:val="24"/>
        </w:rPr>
        <w:t xml:space="preserve"> o </w:t>
      </w:r>
      <w:proofErr w:type="spellStart"/>
      <w:r w:rsidRPr="00107EBD">
        <w:rPr>
          <w:rFonts w:ascii="Arial" w:hAnsi="Arial" w:cs="Arial"/>
          <w:iCs/>
          <w:spacing w:val="-3"/>
          <w:sz w:val="24"/>
          <w:szCs w:val="24"/>
        </w:rPr>
        <w:t>pedir</w:t>
      </w:r>
      <w:proofErr w:type="spellEnd"/>
      <w:r w:rsidRPr="00107EBD">
        <w:rPr>
          <w:rFonts w:ascii="Arial" w:hAnsi="Arial" w:cs="Arial"/>
          <w:iCs/>
          <w:spacing w:val="15"/>
          <w:sz w:val="24"/>
          <w:szCs w:val="24"/>
        </w:rPr>
        <w:t xml:space="preserve"> </w:t>
      </w:r>
      <w:r w:rsidRPr="00107EBD">
        <w:rPr>
          <w:rFonts w:ascii="Arial" w:hAnsi="Arial" w:cs="Arial"/>
          <w:iCs/>
          <w:spacing w:val="-4"/>
          <w:sz w:val="24"/>
          <w:szCs w:val="24"/>
        </w:rPr>
        <w:t>que</w:t>
      </w:r>
      <w:r w:rsidRPr="00107EBD">
        <w:rPr>
          <w:rFonts w:ascii="Arial" w:hAnsi="Arial" w:cs="Arial"/>
          <w:iCs/>
          <w:sz w:val="24"/>
          <w:szCs w:val="24"/>
        </w:rPr>
        <w:t xml:space="preserve"> </w:t>
      </w:r>
      <w:r w:rsidRPr="00107EBD">
        <w:rPr>
          <w:rFonts w:ascii="Arial" w:hAnsi="Arial" w:cs="Arial"/>
          <w:iCs/>
          <w:spacing w:val="-4"/>
          <w:sz w:val="24"/>
          <w:szCs w:val="24"/>
        </w:rPr>
        <w:t>“no</w:t>
      </w:r>
      <w:r w:rsidRPr="00107EBD">
        <w:rPr>
          <w:rFonts w:ascii="Arial" w:hAnsi="Arial" w:cs="Arial"/>
          <w:iCs/>
          <w:spacing w:val="16"/>
          <w:sz w:val="24"/>
          <w:szCs w:val="24"/>
        </w:rPr>
        <w:t xml:space="preserve"> </w:t>
      </w:r>
      <w:r w:rsidRPr="00107EBD">
        <w:rPr>
          <w:rFonts w:ascii="Arial" w:hAnsi="Arial" w:cs="Arial"/>
          <w:iCs/>
          <w:spacing w:val="3"/>
          <w:sz w:val="24"/>
          <w:szCs w:val="24"/>
        </w:rPr>
        <w:t>se</w:t>
      </w:r>
      <w:r w:rsidRPr="00107EBD">
        <w:rPr>
          <w:rFonts w:ascii="Arial" w:hAnsi="Arial" w:cs="Arial"/>
          <w:iCs/>
          <w:sz w:val="24"/>
          <w:szCs w:val="24"/>
        </w:rPr>
        <w:t xml:space="preserve"> </w:t>
      </w:r>
      <w:proofErr w:type="spellStart"/>
      <w:r w:rsidRPr="00107EBD">
        <w:rPr>
          <w:rFonts w:ascii="Arial" w:hAnsi="Arial" w:cs="Arial"/>
          <w:iCs/>
          <w:spacing w:val="-4"/>
          <w:sz w:val="24"/>
          <w:szCs w:val="24"/>
        </w:rPr>
        <w:t>enoje</w:t>
      </w:r>
      <w:proofErr w:type="spellEnd"/>
      <w:r w:rsidRPr="00107EBD">
        <w:rPr>
          <w:rFonts w:ascii="Arial" w:hAnsi="Arial" w:cs="Arial"/>
          <w:iCs/>
          <w:spacing w:val="-4"/>
          <w:sz w:val="24"/>
          <w:szCs w:val="24"/>
        </w:rPr>
        <w:t>”,</w:t>
      </w:r>
      <w:r w:rsidRPr="00107EBD">
        <w:rPr>
          <w:rFonts w:ascii="Arial" w:hAnsi="Arial" w:cs="Arial"/>
          <w:iCs/>
          <w:spacing w:val="17"/>
          <w:sz w:val="24"/>
          <w:szCs w:val="24"/>
        </w:rPr>
        <w:t xml:space="preserve"> </w:t>
      </w:r>
      <w:r w:rsidRPr="00107EBD">
        <w:rPr>
          <w:rFonts w:ascii="Arial" w:hAnsi="Arial" w:cs="Arial"/>
          <w:b/>
          <w:iCs/>
          <w:sz w:val="24"/>
          <w:szCs w:val="24"/>
        </w:rPr>
        <w:t>no</w:t>
      </w:r>
      <w:r w:rsidRPr="00107EBD">
        <w:rPr>
          <w:rFonts w:ascii="Arial" w:hAnsi="Arial" w:cs="Arial"/>
          <w:b/>
          <w:iCs/>
          <w:spacing w:val="5"/>
          <w:sz w:val="24"/>
          <w:szCs w:val="24"/>
        </w:rPr>
        <w:t xml:space="preserve"> </w:t>
      </w:r>
      <w:proofErr w:type="spellStart"/>
      <w:r w:rsidRPr="00107EBD">
        <w:rPr>
          <w:rFonts w:ascii="Arial" w:hAnsi="Arial" w:cs="Arial"/>
          <w:b/>
          <w:iCs/>
          <w:spacing w:val="-3"/>
          <w:sz w:val="24"/>
          <w:szCs w:val="24"/>
        </w:rPr>
        <w:t>intentar</w:t>
      </w:r>
      <w:proofErr w:type="spellEnd"/>
      <w:r w:rsidRPr="00107EBD">
        <w:rPr>
          <w:rFonts w:ascii="Arial" w:hAnsi="Arial" w:cs="Arial"/>
          <w:b/>
          <w:iCs/>
          <w:spacing w:val="18"/>
          <w:sz w:val="24"/>
          <w:szCs w:val="24"/>
        </w:rPr>
        <w:t xml:space="preserve"> </w:t>
      </w:r>
      <w:proofErr w:type="spellStart"/>
      <w:r w:rsidRPr="00107EBD">
        <w:rPr>
          <w:rFonts w:ascii="Arial" w:hAnsi="Arial" w:cs="Arial"/>
          <w:b/>
          <w:iCs/>
          <w:sz w:val="24"/>
          <w:szCs w:val="24"/>
        </w:rPr>
        <w:t>razonar</w:t>
      </w:r>
      <w:proofErr w:type="spellEnd"/>
      <w:r w:rsidRPr="00107EBD">
        <w:rPr>
          <w:rFonts w:ascii="Arial" w:hAnsi="Arial" w:cs="Arial"/>
          <w:b/>
          <w:iCs/>
          <w:spacing w:val="4"/>
          <w:sz w:val="24"/>
          <w:szCs w:val="24"/>
        </w:rPr>
        <w:t xml:space="preserve"> </w:t>
      </w:r>
      <w:proofErr w:type="spellStart"/>
      <w:r w:rsidRPr="00107EBD">
        <w:rPr>
          <w:rFonts w:ascii="Arial" w:hAnsi="Arial" w:cs="Arial"/>
          <w:b/>
          <w:iCs/>
          <w:spacing w:val="-3"/>
          <w:sz w:val="24"/>
          <w:szCs w:val="24"/>
        </w:rPr>
        <w:t>respecto</w:t>
      </w:r>
      <w:proofErr w:type="spellEnd"/>
      <w:r w:rsidRPr="00107EBD">
        <w:rPr>
          <w:rFonts w:ascii="Arial" w:hAnsi="Arial" w:cs="Arial"/>
          <w:b/>
          <w:iCs/>
          <w:spacing w:val="19"/>
          <w:sz w:val="24"/>
          <w:szCs w:val="24"/>
        </w:rPr>
        <w:t xml:space="preserve"> </w:t>
      </w:r>
      <w:r w:rsidRPr="00107EBD">
        <w:rPr>
          <w:rFonts w:ascii="Arial" w:hAnsi="Arial" w:cs="Arial"/>
          <w:b/>
          <w:iCs/>
          <w:sz w:val="24"/>
          <w:szCs w:val="24"/>
        </w:rPr>
        <w:t>a</w:t>
      </w:r>
      <w:r w:rsidRPr="00107EBD">
        <w:rPr>
          <w:rFonts w:ascii="Arial" w:hAnsi="Arial" w:cs="Arial"/>
          <w:b/>
          <w:iCs/>
          <w:spacing w:val="1"/>
          <w:sz w:val="24"/>
          <w:szCs w:val="24"/>
        </w:rPr>
        <w:t xml:space="preserve"> </w:t>
      </w:r>
      <w:proofErr w:type="spellStart"/>
      <w:r w:rsidRPr="00107EBD">
        <w:rPr>
          <w:rFonts w:ascii="Arial" w:hAnsi="Arial" w:cs="Arial"/>
          <w:b/>
          <w:iCs/>
          <w:spacing w:val="-3"/>
          <w:sz w:val="24"/>
          <w:szCs w:val="24"/>
        </w:rPr>
        <w:t>su</w:t>
      </w:r>
      <w:proofErr w:type="spellEnd"/>
      <w:r w:rsidRPr="00107EBD">
        <w:rPr>
          <w:rFonts w:ascii="Arial" w:hAnsi="Arial" w:cs="Arial"/>
          <w:b/>
          <w:iCs/>
          <w:spacing w:val="5"/>
          <w:sz w:val="24"/>
          <w:szCs w:val="24"/>
        </w:rPr>
        <w:t xml:space="preserve"> </w:t>
      </w:r>
      <w:proofErr w:type="spellStart"/>
      <w:r w:rsidRPr="00107EBD">
        <w:rPr>
          <w:rFonts w:ascii="Arial" w:hAnsi="Arial" w:cs="Arial"/>
          <w:b/>
          <w:iCs/>
          <w:spacing w:val="-3"/>
          <w:sz w:val="24"/>
          <w:szCs w:val="24"/>
        </w:rPr>
        <w:t>conducta</w:t>
      </w:r>
      <w:proofErr w:type="spellEnd"/>
      <w:r w:rsidRPr="00107EBD">
        <w:rPr>
          <w:rFonts w:ascii="Arial" w:hAnsi="Arial" w:cs="Arial"/>
          <w:b/>
          <w:iCs/>
          <w:spacing w:val="15"/>
          <w:sz w:val="24"/>
          <w:szCs w:val="24"/>
        </w:rPr>
        <w:t xml:space="preserve"> </w:t>
      </w:r>
      <w:proofErr w:type="spellStart"/>
      <w:r w:rsidRPr="00107EBD">
        <w:rPr>
          <w:rFonts w:ascii="Arial" w:hAnsi="Arial" w:cs="Arial"/>
          <w:b/>
          <w:iCs/>
          <w:spacing w:val="-3"/>
          <w:sz w:val="24"/>
          <w:szCs w:val="24"/>
        </w:rPr>
        <w:t>en</w:t>
      </w:r>
      <w:proofErr w:type="spellEnd"/>
      <w:r w:rsidRPr="00107EBD">
        <w:rPr>
          <w:rFonts w:ascii="Arial" w:hAnsi="Arial" w:cs="Arial"/>
          <w:b/>
          <w:iCs/>
          <w:spacing w:val="5"/>
          <w:sz w:val="24"/>
          <w:szCs w:val="24"/>
        </w:rPr>
        <w:t xml:space="preserve"> </w:t>
      </w:r>
      <w:r w:rsidRPr="00107EBD">
        <w:rPr>
          <w:rFonts w:ascii="Arial" w:hAnsi="Arial" w:cs="Arial"/>
          <w:b/>
          <w:iCs/>
          <w:spacing w:val="-4"/>
          <w:sz w:val="24"/>
          <w:szCs w:val="24"/>
        </w:rPr>
        <w:t>ese</w:t>
      </w:r>
      <w:r w:rsidRPr="00107EBD">
        <w:rPr>
          <w:rFonts w:ascii="Arial" w:hAnsi="Arial" w:cs="Arial"/>
          <w:b/>
          <w:iCs/>
          <w:spacing w:val="15"/>
          <w:sz w:val="24"/>
          <w:szCs w:val="24"/>
        </w:rPr>
        <w:t xml:space="preserve"> </w:t>
      </w:r>
      <w:proofErr w:type="spellStart"/>
      <w:r w:rsidRPr="00107EBD">
        <w:rPr>
          <w:rFonts w:ascii="Arial" w:hAnsi="Arial" w:cs="Arial"/>
          <w:b/>
          <w:iCs/>
          <w:sz w:val="24"/>
          <w:szCs w:val="24"/>
        </w:rPr>
        <w:t>momento</w:t>
      </w:r>
      <w:proofErr w:type="spellEnd"/>
      <w:r w:rsidRPr="00107EBD">
        <w:rPr>
          <w:rFonts w:ascii="Arial" w:hAnsi="Arial" w:cs="Arial"/>
          <w:iCs/>
          <w:sz w:val="24"/>
          <w:szCs w:val="24"/>
        </w:rPr>
        <w:t>.</w:t>
      </w:r>
    </w:p>
    <w:p w14:paraId="19ED50FF" w14:textId="77777777" w:rsidR="00893C50" w:rsidRPr="00107EBD" w:rsidRDefault="00893C50" w:rsidP="00893C50">
      <w:pPr>
        <w:pStyle w:val="Prrafodelista"/>
        <w:widowControl w:val="0"/>
        <w:numPr>
          <w:ilvl w:val="0"/>
          <w:numId w:val="53"/>
        </w:numPr>
        <w:autoSpaceDE w:val="0"/>
        <w:autoSpaceDN w:val="0"/>
        <w:spacing w:before="150" w:after="0" w:line="360" w:lineRule="auto"/>
        <w:ind w:right="49"/>
        <w:contextualSpacing w:val="0"/>
        <w:jc w:val="both"/>
        <w:rPr>
          <w:rFonts w:ascii="Arial" w:hAnsi="Arial" w:cs="Arial"/>
          <w:b/>
          <w:iCs/>
          <w:sz w:val="24"/>
          <w:szCs w:val="24"/>
        </w:rPr>
      </w:pPr>
      <w:r w:rsidRPr="00107EBD">
        <w:rPr>
          <w:rFonts w:ascii="Arial" w:hAnsi="Arial" w:cs="Arial"/>
          <w:b/>
          <w:iCs/>
          <w:sz w:val="24"/>
          <w:szCs w:val="24"/>
        </w:rPr>
        <w:lastRenderedPageBreak/>
        <w:t xml:space="preserve">En </w:t>
      </w:r>
      <w:proofErr w:type="spellStart"/>
      <w:r w:rsidRPr="00107EBD">
        <w:rPr>
          <w:rFonts w:ascii="Arial" w:hAnsi="Arial" w:cs="Arial"/>
          <w:b/>
          <w:iCs/>
          <w:sz w:val="24"/>
          <w:szCs w:val="24"/>
        </w:rPr>
        <w:t>situaciones</w:t>
      </w:r>
      <w:proofErr w:type="spellEnd"/>
      <w:r w:rsidRPr="00107EBD">
        <w:rPr>
          <w:rFonts w:ascii="Arial" w:hAnsi="Arial" w:cs="Arial"/>
          <w:b/>
          <w:iCs/>
          <w:sz w:val="24"/>
          <w:szCs w:val="24"/>
        </w:rPr>
        <w:t xml:space="preserve"> </w:t>
      </w:r>
      <w:proofErr w:type="spellStart"/>
      <w:r w:rsidRPr="00107EBD">
        <w:rPr>
          <w:rFonts w:ascii="Arial" w:hAnsi="Arial" w:cs="Arial"/>
          <w:b/>
          <w:iCs/>
          <w:sz w:val="24"/>
          <w:szCs w:val="24"/>
        </w:rPr>
        <w:t>donde</w:t>
      </w:r>
      <w:proofErr w:type="spellEnd"/>
      <w:r w:rsidRPr="00107EBD">
        <w:rPr>
          <w:rFonts w:ascii="Arial" w:hAnsi="Arial" w:cs="Arial"/>
          <w:b/>
          <w:iCs/>
          <w:sz w:val="24"/>
          <w:szCs w:val="24"/>
        </w:rPr>
        <w:t xml:space="preserve"> </w:t>
      </w:r>
      <w:proofErr w:type="spellStart"/>
      <w:r w:rsidRPr="00107EBD">
        <w:rPr>
          <w:rFonts w:ascii="Arial" w:hAnsi="Arial" w:cs="Arial"/>
          <w:b/>
          <w:iCs/>
          <w:spacing w:val="-3"/>
          <w:sz w:val="24"/>
          <w:szCs w:val="24"/>
        </w:rPr>
        <w:t>existe</w:t>
      </w:r>
      <w:proofErr w:type="spellEnd"/>
      <w:r w:rsidRPr="00107EBD">
        <w:rPr>
          <w:rFonts w:ascii="Arial" w:hAnsi="Arial" w:cs="Arial"/>
          <w:b/>
          <w:iCs/>
          <w:spacing w:val="-3"/>
          <w:sz w:val="24"/>
          <w:szCs w:val="24"/>
        </w:rPr>
        <w:t xml:space="preserve"> </w:t>
      </w:r>
      <w:r w:rsidRPr="00107EBD">
        <w:rPr>
          <w:rFonts w:ascii="Arial" w:hAnsi="Arial" w:cs="Arial"/>
          <w:b/>
          <w:iCs/>
          <w:sz w:val="24"/>
          <w:szCs w:val="24"/>
        </w:rPr>
        <w:t xml:space="preserve">alto </w:t>
      </w:r>
      <w:proofErr w:type="spellStart"/>
      <w:r w:rsidRPr="00107EBD">
        <w:rPr>
          <w:rFonts w:ascii="Arial" w:hAnsi="Arial" w:cs="Arial"/>
          <w:b/>
          <w:iCs/>
          <w:sz w:val="24"/>
          <w:szCs w:val="24"/>
        </w:rPr>
        <w:t>riesgo</w:t>
      </w:r>
      <w:proofErr w:type="spellEnd"/>
      <w:r w:rsidRPr="00107EBD">
        <w:rPr>
          <w:rFonts w:ascii="Arial" w:hAnsi="Arial" w:cs="Arial"/>
          <w:b/>
          <w:iCs/>
          <w:sz w:val="24"/>
          <w:szCs w:val="24"/>
        </w:rPr>
        <w:t xml:space="preserve"> para </w:t>
      </w:r>
      <w:proofErr w:type="spellStart"/>
      <w:r w:rsidRPr="00107EBD">
        <w:rPr>
          <w:rFonts w:ascii="Arial" w:hAnsi="Arial" w:cs="Arial"/>
          <w:b/>
          <w:iCs/>
          <w:sz w:val="24"/>
          <w:szCs w:val="24"/>
        </w:rPr>
        <w:t>el</w:t>
      </w:r>
      <w:proofErr w:type="spellEnd"/>
      <w:r w:rsidRPr="00107EBD">
        <w:rPr>
          <w:rFonts w:ascii="Arial" w:hAnsi="Arial" w:cs="Arial"/>
          <w:b/>
          <w:iCs/>
          <w:sz w:val="24"/>
          <w:szCs w:val="24"/>
        </w:rPr>
        <w:t xml:space="preserve">/la </w:t>
      </w:r>
      <w:proofErr w:type="spellStart"/>
      <w:r w:rsidRPr="00107EBD">
        <w:rPr>
          <w:rFonts w:ascii="Arial" w:hAnsi="Arial" w:cs="Arial"/>
          <w:b/>
          <w:iCs/>
          <w:spacing w:val="-3"/>
          <w:sz w:val="24"/>
          <w:szCs w:val="24"/>
        </w:rPr>
        <w:t>estudiante</w:t>
      </w:r>
      <w:proofErr w:type="spellEnd"/>
      <w:r w:rsidRPr="00107EBD">
        <w:rPr>
          <w:rFonts w:ascii="Arial" w:hAnsi="Arial" w:cs="Arial"/>
          <w:b/>
          <w:iCs/>
          <w:spacing w:val="-3"/>
          <w:sz w:val="24"/>
          <w:szCs w:val="24"/>
        </w:rPr>
        <w:t xml:space="preserve"> </w:t>
      </w:r>
      <w:r w:rsidRPr="00107EBD">
        <w:rPr>
          <w:rFonts w:ascii="Arial" w:hAnsi="Arial" w:cs="Arial"/>
          <w:b/>
          <w:iCs/>
          <w:sz w:val="24"/>
          <w:szCs w:val="24"/>
        </w:rPr>
        <w:t xml:space="preserve">o </w:t>
      </w:r>
      <w:proofErr w:type="spellStart"/>
      <w:r w:rsidRPr="00107EBD">
        <w:rPr>
          <w:rFonts w:ascii="Arial" w:hAnsi="Arial" w:cs="Arial"/>
          <w:b/>
          <w:iCs/>
          <w:spacing w:val="-4"/>
          <w:sz w:val="24"/>
          <w:szCs w:val="24"/>
        </w:rPr>
        <w:t>terceros</w:t>
      </w:r>
      <w:proofErr w:type="spellEnd"/>
      <w:r w:rsidRPr="00107EBD">
        <w:rPr>
          <w:rFonts w:ascii="Arial" w:hAnsi="Arial" w:cs="Arial"/>
          <w:b/>
          <w:iCs/>
          <w:spacing w:val="-4"/>
          <w:sz w:val="24"/>
          <w:szCs w:val="24"/>
        </w:rPr>
        <w:t xml:space="preserve">, </w:t>
      </w:r>
      <w:r w:rsidRPr="00107EBD">
        <w:rPr>
          <w:rFonts w:ascii="Arial" w:hAnsi="Arial" w:cs="Arial"/>
          <w:b/>
          <w:iCs/>
          <w:spacing w:val="-3"/>
          <w:sz w:val="24"/>
          <w:szCs w:val="24"/>
        </w:rPr>
        <w:t xml:space="preserve">es </w:t>
      </w:r>
      <w:proofErr w:type="spellStart"/>
      <w:r w:rsidRPr="00107EBD">
        <w:rPr>
          <w:rFonts w:ascii="Arial" w:hAnsi="Arial" w:cs="Arial"/>
          <w:b/>
          <w:iCs/>
          <w:sz w:val="24"/>
          <w:szCs w:val="24"/>
        </w:rPr>
        <w:t>importante</w:t>
      </w:r>
      <w:proofErr w:type="spellEnd"/>
      <w:r w:rsidRPr="00107EBD">
        <w:rPr>
          <w:rFonts w:ascii="Arial" w:hAnsi="Arial" w:cs="Arial"/>
          <w:b/>
          <w:iCs/>
          <w:sz w:val="24"/>
          <w:szCs w:val="24"/>
        </w:rPr>
        <w:t xml:space="preserve"> </w:t>
      </w:r>
      <w:proofErr w:type="spellStart"/>
      <w:r w:rsidRPr="00107EBD">
        <w:rPr>
          <w:rFonts w:ascii="Arial" w:hAnsi="Arial" w:cs="Arial"/>
          <w:b/>
          <w:iCs/>
          <w:sz w:val="24"/>
          <w:szCs w:val="24"/>
        </w:rPr>
        <w:t>coordinarse</w:t>
      </w:r>
      <w:proofErr w:type="spellEnd"/>
      <w:r w:rsidRPr="00107EBD">
        <w:rPr>
          <w:rFonts w:ascii="Arial" w:hAnsi="Arial" w:cs="Arial"/>
          <w:b/>
          <w:iCs/>
          <w:sz w:val="24"/>
          <w:szCs w:val="24"/>
        </w:rPr>
        <w:t xml:space="preserve"> con </w:t>
      </w:r>
      <w:proofErr w:type="spellStart"/>
      <w:r w:rsidRPr="00107EBD">
        <w:rPr>
          <w:rFonts w:ascii="Arial" w:hAnsi="Arial" w:cs="Arial"/>
          <w:b/>
          <w:iCs/>
          <w:sz w:val="24"/>
          <w:szCs w:val="24"/>
        </w:rPr>
        <w:t>equipo</w:t>
      </w:r>
      <w:proofErr w:type="spellEnd"/>
      <w:r w:rsidRPr="00107EBD">
        <w:rPr>
          <w:rFonts w:ascii="Arial" w:hAnsi="Arial" w:cs="Arial"/>
          <w:b/>
          <w:iCs/>
          <w:sz w:val="24"/>
          <w:szCs w:val="24"/>
        </w:rPr>
        <w:t xml:space="preserve"> </w:t>
      </w:r>
      <w:proofErr w:type="spellStart"/>
      <w:r w:rsidRPr="00107EBD">
        <w:rPr>
          <w:rFonts w:ascii="Arial" w:hAnsi="Arial" w:cs="Arial"/>
          <w:b/>
          <w:iCs/>
          <w:sz w:val="24"/>
          <w:szCs w:val="24"/>
        </w:rPr>
        <w:t>médico</w:t>
      </w:r>
      <w:proofErr w:type="spellEnd"/>
      <w:r w:rsidRPr="00107EBD">
        <w:rPr>
          <w:rFonts w:ascii="Arial" w:hAnsi="Arial" w:cs="Arial"/>
          <w:b/>
          <w:iCs/>
          <w:sz w:val="24"/>
          <w:szCs w:val="24"/>
        </w:rPr>
        <w:t xml:space="preserve"> </w:t>
      </w:r>
      <w:proofErr w:type="spellStart"/>
      <w:r w:rsidRPr="00107EBD">
        <w:rPr>
          <w:rFonts w:ascii="Arial" w:hAnsi="Arial" w:cs="Arial"/>
          <w:b/>
          <w:iCs/>
          <w:spacing w:val="-4"/>
          <w:sz w:val="24"/>
          <w:szCs w:val="24"/>
        </w:rPr>
        <w:t>tratante</w:t>
      </w:r>
      <w:proofErr w:type="spellEnd"/>
      <w:r w:rsidRPr="00107EBD">
        <w:rPr>
          <w:rFonts w:ascii="Arial" w:hAnsi="Arial" w:cs="Arial"/>
          <w:b/>
          <w:iCs/>
          <w:spacing w:val="-4"/>
          <w:sz w:val="24"/>
          <w:szCs w:val="24"/>
        </w:rPr>
        <w:t xml:space="preserve"> </w:t>
      </w:r>
      <w:r w:rsidRPr="00107EBD">
        <w:rPr>
          <w:rFonts w:ascii="Arial" w:hAnsi="Arial" w:cs="Arial"/>
          <w:b/>
          <w:iCs/>
          <w:sz w:val="24"/>
          <w:szCs w:val="24"/>
        </w:rPr>
        <w:t xml:space="preserve">o </w:t>
      </w:r>
      <w:proofErr w:type="spellStart"/>
      <w:r w:rsidRPr="00107EBD">
        <w:rPr>
          <w:rFonts w:ascii="Arial" w:hAnsi="Arial" w:cs="Arial"/>
          <w:b/>
          <w:iCs/>
          <w:spacing w:val="-4"/>
          <w:sz w:val="24"/>
          <w:szCs w:val="24"/>
        </w:rPr>
        <w:t>efectuar</w:t>
      </w:r>
      <w:proofErr w:type="spellEnd"/>
      <w:r w:rsidRPr="00107EBD">
        <w:rPr>
          <w:rFonts w:ascii="Arial" w:hAnsi="Arial" w:cs="Arial"/>
          <w:b/>
          <w:iCs/>
          <w:spacing w:val="-4"/>
          <w:sz w:val="24"/>
          <w:szCs w:val="24"/>
        </w:rPr>
        <w:t xml:space="preserve"> </w:t>
      </w:r>
      <w:proofErr w:type="spellStart"/>
      <w:r w:rsidRPr="00107EBD">
        <w:rPr>
          <w:rFonts w:ascii="Arial" w:hAnsi="Arial" w:cs="Arial"/>
          <w:b/>
          <w:iCs/>
          <w:sz w:val="24"/>
          <w:szCs w:val="24"/>
        </w:rPr>
        <w:t>derivación</w:t>
      </w:r>
      <w:proofErr w:type="spellEnd"/>
      <w:r w:rsidRPr="00107EBD">
        <w:rPr>
          <w:rFonts w:ascii="Arial" w:hAnsi="Arial" w:cs="Arial"/>
          <w:b/>
          <w:iCs/>
          <w:sz w:val="24"/>
          <w:szCs w:val="24"/>
        </w:rPr>
        <w:t xml:space="preserve"> a </w:t>
      </w:r>
      <w:proofErr w:type="spellStart"/>
      <w:r w:rsidRPr="00107EBD">
        <w:rPr>
          <w:rFonts w:ascii="Arial" w:hAnsi="Arial" w:cs="Arial"/>
          <w:b/>
          <w:iCs/>
          <w:sz w:val="24"/>
          <w:szCs w:val="24"/>
        </w:rPr>
        <w:t>médico</w:t>
      </w:r>
      <w:proofErr w:type="spellEnd"/>
      <w:r w:rsidRPr="00107EBD">
        <w:rPr>
          <w:rFonts w:ascii="Arial" w:hAnsi="Arial" w:cs="Arial"/>
          <w:b/>
          <w:iCs/>
          <w:sz w:val="24"/>
          <w:szCs w:val="24"/>
        </w:rPr>
        <w:t xml:space="preserve"> </w:t>
      </w:r>
      <w:proofErr w:type="spellStart"/>
      <w:r w:rsidRPr="00107EBD">
        <w:rPr>
          <w:rFonts w:ascii="Arial" w:hAnsi="Arial" w:cs="Arial"/>
          <w:b/>
          <w:iCs/>
          <w:sz w:val="24"/>
          <w:szCs w:val="24"/>
        </w:rPr>
        <w:t>psiquiatra</w:t>
      </w:r>
      <w:proofErr w:type="spellEnd"/>
      <w:r w:rsidRPr="00107EBD">
        <w:rPr>
          <w:rFonts w:ascii="Arial" w:hAnsi="Arial" w:cs="Arial"/>
          <w:b/>
          <w:iCs/>
          <w:sz w:val="24"/>
          <w:szCs w:val="24"/>
        </w:rPr>
        <w:t xml:space="preserve">, para </w:t>
      </w:r>
      <w:proofErr w:type="spellStart"/>
      <w:r w:rsidRPr="00107EBD">
        <w:rPr>
          <w:rFonts w:ascii="Arial" w:hAnsi="Arial" w:cs="Arial"/>
          <w:b/>
          <w:iCs/>
          <w:sz w:val="24"/>
          <w:szCs w:val="24"/>
        </w:rPr>
        <w:t>recibir</w:t>
      </w:r>
      <w:proofErr w:type="spellEnd"/>
      <w:r w:rsidRPr="00107EBD">
        <w:rPr>
          <w:rFonts w:ascii="Arial" w:hAnsi="Arial" w:cs="Arial"/>
          <w:b/>
          <w:iCs/>
          <w:sz w:val="24"/>
          <w:szCs w:val="24"/>
        </w:rPr>
        <w:t xml:space="preserve"> </w:t>
      </w:r>
      <w:proofErr w:type="spellStart"/>
      <w:proofErr w:type="gramStart"/>
      <w:r w:rsidRPr="00107EBD">
        <w:rPr>
          <w:rFonts w:ascii="Arial" w:hAnsi="Arial" w:cs="Arial"/>
          <w:b/>
          <w:iCs/>
          <w:spacing w:val="-3"/>
          <w:sz w:val="24"/>
          <w:szCs w:val="24"/>
        </w:rPr>
        <w:t>el</w:t>
      </w:r>
      <w:proofErr w:type="spellEnd"/>
      <w:r w:rsidRPr="00107EBD">
        <w:rPr>
          <w:rFonts w:ascii="Arial" w:hAnsi="Arial" w:cs="Arial"/>
          <w:b/>
          <w:iCs/>
          <w:spacing w:val="-3"/>
          <w:sz w:val="24"/>
          <w:szCs w:val="24"/>
        </w:rPr>
        <w:t xml:space="preserve">  </w:t>
      </w:r>
      <w:proofErr w:type="spellStart"/>
      <w:r w:rsidRPr="00107EBD">
        <w:rPr>
          <w:rFonts w:ascii="Arial" w:hAnsi="Arial" w:cs="Arial"/>
          <w:b/>
          <w:iCs/>
          <w:sz w:val="24"/>
          <w:szCs w:val="24"/>
        </w:rPr>
        <w:t>apoyo</w:t>
      </w:r>
      <w:proofErr w:type="spellEnd"/>
      <w:proofErr w:type="gramEnd"/>
      <w:r w:rsidRPr="00107EBD">
        <w:rPr>
          <w:rFonts w:ascii="Arial" w:hAnsi="Arial" w:cs="Arial"/>
          <w:b/>
          <w:iCs/>
          <w:sz w:val="24"/>
          <w:szCs w:val="24"/>
        </w:rPr>
        <w:t xml:space="preserve"> </w:t>
      </w:r>
      <w:proofErr w:type="spellStart"/>
      <w:r w:rsidRPr="00107EBD">
        <w:rPr>
          <w:rFonts w:ascii="Arial" w:hAnsi="Arial" w:cs="Arial"/>
          <w:b/>
          <w:iCs/>
          <w:sz w:val="24"/>
          <w:szCs w:val="24"/>
        </w:rPr>
        <w:t>pertinente</w:t>
      </w:r>
      <w:proofErr w:type="spellEnd"/>
      <w:r w:rsidRPr="00107EBD">
        <w:rPr>
          <w:rFonts w:ascii="Arial" w:hAnsi="Arial" w:cs="Arial"/>
          <w:b/>
          <w:iCs/>
          <w:sz w:val="24"/>
          <w:szCs w:val="24"/>
        </w:rPr>
        <w:t xml:space="preserve"> y </w:t>
      </w:r>
      <w:proofErr w:type="spellStart"/>
      <w:r w:rsidRPr="00107EBD">
        <w:rPr>
          <w:rFonts w:ascii="Arial" w:hAnsi="Arial" w:cs="Arial"/>
          <w:b/>
          <w:iCs/>
          <w:sz w:val="24"/>
          <w:szCs w:val="24"/>
        </w:rPr>
        <w:t>orientaciones</w:t>
      </w:r>
      <w:proofErr w:type="spellEnd"/>
      <w:r w:rsidRPr="00107EBD">
        <w:rPr>
          <w:rFonts w:ascii="Arial" w:hAnsi="Arial" w:cs="Arial"/>
          <w:b/>
          <w:iCs/>
          <w:sz w:val="24"/>
          <w:szCs w:val="24"/>
        </w:rPr>
        <w:t xml:space="preserve"> de </w:t>
      </w:r>
      <w:proofErr w:type="spellStart"/>
      <w:r w:rsidRPr="00107EBD">
        <w:rPr>
          <w:rFonts w:ascii="Arial" w:hAnsi="Arial" w:cs="Arial"/>
          <w:b/>
          <w:iCs/>
          <w:sz w:val="24"/>
          <w:szCs w:val="24"/>
        </w:rPr>
        <w:t>acciones</w:t>
      </w:r>
      <w:proofErr w:type="spellEnd"/>
      <w:r w:rsidRPr="00107EBD">
        <w:rPr>
          <w:rFonts w:ascii="Arial" w:hAnsi="Arial" w:cs="Arial"/>
          <w:b/>
          <w:iCs/>
          <w:sz w:val="24"/>
          <w:szCs w:val="24"/>
        </w:rPr>
        <w:t xml:space="preserve"> </w:t>
      </w:r>
      <w:proofErr w:type="spellStart"/>
      <w:r w:rsidRPr="00107EBD">
        <w:rPr>
          <w:rFonts w:ascii="Arial" w:hAnsi="Arial" w:cs="Arial"/>
          <w:b/>
          <w:iCs/>
          <w:spacing w:val="-3"/>
          <w:sz w:val="24"/>
          <w:szCs w:val="24"/>
        </w:rPr>
        <w:t>futuras</w:t>
      </w:r>
      <w:proofErr w:type="spellEnd"/>
      <w:r w:rsidRPr="00107EBD">
        <w:rPr>
          <w:rFonts w:ascii="Arial" w:hAnsi="Arial" w:cs="Arial"/>
          <w:b/>
          <w:iCs/>
          <w:spacing w:val="-3"/>
          <w:sz w:val="24"/>
          <w:szCs w:val="24"/>
        </w:rPr>
        <w:t xml:space="preserve"> </w:t>
      </w:r>
      <w:proofErr w:type="spellStart"/>
      <w:r w:rsidRPr="00107EBD">
        <w:rPr>
          <w:rFonts w:ascii="Arial" w:hAnsi="Arial" w:cs="Arial"/>
          <w:b/>
          <w:iCs/>
          <w:sz w:val="24"/>
          <w:szCs w:val="24"/>
        </w:rPr>
        <w:t>conjuntas</w:t>
      </w:r>
      <w:proofErr w:type="spellEnd"/>
      <w:r w:rsidRPr="00107EBD">
        <w:rPr>
          <w:rFonts w:ascii="Arial" w:hAnsi="Arial" w:cs="Arial"/>
          <w:b/>
          <w:iCs/>
          <w:sz w:val="24"/>
          <w:szCs w:val="24"/>
        </w:rPr>
        <w:t xml:space="preserve">, </w:t>
      </w:r>
      <w:proofErr w:type="spellStart"/>
      <w:r w:rsidRPr="00107EBD">
        <w:rPr>
          <w:rFonts w:ascii="Arial" w:hAnsi="Arial" w:cs="Arial"/>
          <w:b/>
          <w:iCs/>
          <w:spacing w:val="-3"/>
          <w:sz w:val="24"/>
          <w:szCs w:val="24"/>
        </w:rPr>
        <w:t>ya</w:t>
      </w:r>
      <w:proofErr w:type="spellEnd"/>
      <w:r w:rsidRPr="00107EBD">
        <w:rPr>
          <w:rFonts w:ascii="Arial" w:hAnsi="Arial" w:cs="Arial"/>
          <w:b/>
          <w:iCs/>
          <w:spacing w:val="-3"/>
          <w:sz w:val="24"/>
          <w:szCs w:val="24"/>
        </w:rPr>
        <w:t xml:space="preserve"> </w:t>
      </w:r>
      <w:r w:rsidRPr="00107EBD">
        <w:rPr>
          <w:rFonts w:ascii="Arial" w:hAnsi="Arial" w:cs="Arial"/>
          <w:b/>
          <w:iCs/>
          <w:sz w:val="24"/>
          <w:szCs w:val="24"/>
        </w:rPr>
        <w:t xml:space="preserve">que </w:t>
      </w:r>
      <w:proofErr w:type="spellStart"/>
      <w:r w:rsidRPr="00107EBD">
        <w:rPr>
          <w:rFonts w:ascii="Arial" w:hAnsi="Arial" w:cs="Arial"/>
          <w:b/>
          <w:iCs/>
          <w:sz w:val="24"/>
          <w:szCs w:val="24"/>
        </w:rPr>
        <w:t>pueden</w:t>
      </w:r>
      <w:proofErr w:type="spellEnd"/>
      <w:r w:rsidRPr="00107EBD">
        <w:rPr>
          <w:rFonts w:ascii="Arial" w:hAnsi="Arial" w:cs="Arial"/>
          <w:b/>
          <w:iCs/>
          <w:sz w:val="24"/>
          <w:szCs w:val="24"/>
        </w:rPr>
        <w:t xml:space="preserve"> </w:t>
      </w:r>
      <w:proofErr w:type="spellStart"/>
      <w:r w:rsidRPr="00107EBD">
        <w:rPr>
          <w:rFonts w:ascii="Arial" w:hAnsi="Arial" w:cs="Arial"/>
          <w:b/>
          <w:iCs/>
          <w:sz w:val="24"/>
          <w:szCs w:val="24"/>
        </w:rPr>
        <w:t>existir</w:t>
      </w:r>
      <w:proofErr w:type="spellEnd"/>
      <w:r w:rsidRPr="00107EBD">
        <w:rPr>
          <w:rFonts w:ascii="Arial" w:hAnsi="Arial" w:cs="Arial"/>
          <w:b/>
          <w:iCs/>
          <w:sz w:val="24"/>
          <w:szCs w:val="24"/>
        </w:rPr>
        <w:t xml:space="preserve"> </w:t>
      </w:r>
      <w:proofErr w:type="spellStart"/>
      <w:r w:rsidRPr="00107EBD">
        <w:rPr>
          <w:rFonts w:ascii="Arial" w:hAnsi="Arial" w:cs="Arial"/>
          <w:b/>
          <w:iCs/>
          <w:sz w:val="24"/>
          <w:szCs w:val="24"/>
        </w:rPr>
        <w:t>diagnósticos</w:t>
      </w:r>
      <w:proofErr w:type="spellEnd"/>
      <w:r w:rsidRPr="00107EBD">
        <w:rPr>
          <w:rFonts w:ascii="Arial" w:hAnsi="Arial" w:cs="Arial"/>
          <w:b/>
          <w:iCs/>
          <w:sz w:val="24"/>
          <w:szCs w:val="24"/>
        </w:rPr>
        <w:t xml:space="preserve"> </w:t>
      </w:r>
      <w:proofErr w:type="spellStart"/>
      <w:r w:rsidRPr="00107EBD">
        <w:rPr>
          <w:rFonts w:ascii="Arial" w:hAnsi="Arial" w:cs="Arial"/>
          <w:b/>
          <w:iCs/>
          <w:sz w:val="24"/>
          <w:szCs w:val="24"/>
        </w:rPr>
        <w:t>concomitantes</w:t>
      </w:r>
      <w:proofErr w:type="spellEnd"/>
      <w:r w:rsidRPr="00107EBD">
        <w:rPr>
          <w:rFonts w:ascii="Arial" w:hAnsi="Arial" w:cs="Arial"/>
          <w:b/>
          <w:iCs/>
          <w:sz w:val="24"/>
          <w:szCs w:val="24"/>
        </w:rPr>
        <w:t xml:space="preserve"> que </w:t>
      </w:r>
      <w:proofErr w:type="spellStart"/>
      <w:r w:rsidRPr="00107EBD">
        <w:rPr>
          <w:rFonts w:ascii="Arial" w:hAnsi="Arial" w:cs="Arial"/>
          <w:b/>
          <w:iCs/>
          <w:sz w:val="24"/>
          <w:szCs w:val="24"/>
        </w:rPr>
        <w:t>requieran</w:t>
      </w:r>
      <w:proofErr w:type="spellEnd"/>
      <w:r w:rsidRPr="00107EBD">
        <w:rPr>
          <w:rFonts w:ascii="Arial" w:hAnsi="Arial" w:cs="Arial"/>
          <w:b/>
          <w:iCs/>
          <w:sz w:val="24"/>
          <w:szCs w:val="24"/>
        </w:rPr>
        <w:t xml:space="preserve"> de </w:t>
      </w:r>
      <w:proofErr w:type="spellStart"/>
      <w:r w:rsidRPr="00107EBD">
        <w:rPr>
          <w:rFonts w:ascii="Arial" w:hAnsi="Arial" w:cs="Arial"/>
          <w:b/>
          <w:iCs/>
          <w:spacing w:val="-3"/>
          <w:sz w:val="24"/>
          <w:szCs w:val="24"/>
        </w:rPr>
        <w:t>tratamiento</w:t>
      </w:r>
      <w:proofErr w:type="spellEnd"/>
      <w:r w:rsidRPr="00107EBD">
        <w:rPr>
          <w:rFonts w:ascii="Arial" w:hAnsi="Arial" w:cs="Arial"/>
          <w:b/>
          <w:iCs/>
          <w:spacing w:val="-3"/>
          <w:sz w:val="24"/>
          <w:szCs w:val="24"/>
        </w:rPr>
        <w:t xml:space="preserve"> </w:t>
      </w:r>
      <w:proofErr w:type="spellStart"/>
      <w:r w:rsidRPr="00107EBD">
        <w:rPr>
          <w:rFonts w:ascii="Arial" w:hAnsi="Arial" w:cs="Arial"/>
          <w:b/>
          <w:iCs/>
          <w:sz w:val="24"/>
          <w:szCs w:val="24"/>
        </w:rPr>
        <w:t>médico</w:t>
      </w:r>
      <w:proofErr w:type="spellEnd"/>
      <w:r w:rsidRPr="00107EBD">
        <w:rPr>
          <w:rFonts w:ascii="Arial" w:hAnsi="Arial" w:cs="Arial"/>
          <w:b/>
          <w:iCs/>
          <w:sz w:val="24"/>
          <w:szCs w:val="24"/>
        </w:rPr>
        <w:t xml:space="preserve"> y/o de </w:t>
      </w:r>
      <w:proofErr w:type="spellStart"/>
      <w:r w:rsidRPr="00107EBD">
        <w:rPr>
          <w:rFonts w:ascii="Arial" w:hAnsi="Arial" w:cs="Arial"/>
          <w:b/>
          <w:iCs/>
          <w:sz w:val="24"/>
          <w:szCs w:val="24"/>
        </w:rPr>
        <w:t>otros</w:t>
      </w:r>
      <w:proofErr w:type="spellEnd"/>
      <w:r w:rsidRPr="00107EBD">
        <w:rPr>
          <w:rFonts w:ascii="Arial" w:hAnsi="Arial" w:cs="Arial"/>
          <w:b/>
          <w:iCs/>
          <w:spacing w:val="9"/>
          <w:sz w:val="24"/>
          <w:szCs w:val="24"/>
        </w:rPr>
        <w:t xml:space="preserve"> </w:t>
      </w:r>
      <w:proofErr w:type="spellStart"/>
      <w:r w:rsidRPr="00107EBD">
        <w:rPr>
          <w:rFonts w:ascii="Arial" w:hAnsi="Arial" w:cs="Arial"/>
          <w:b/>
          <w:iCs/>
          <w:spacing w:val="-3"/>
          <w:sz w:val="24"/>
          <w:szCs w:val="24"/>
        </w:rPr>
        <w:t>especialistas</w:t>
      </w:r>
      <w:proofErr w:type="spellEnd"/>
      <w:r w:rsidRPr="00107EBD">
        <w:rPr>
          <w:rFonts w:ascii="Arial" w:hAnsi="Arial" w:cs="Arial"/>
          <w:b/>
          <w:iCs/>
          <w:spacing w:val="-3"/>
          <w:sz w:val="24"/>
          <w:szCs w:val="24"/>
        </w:rPr>
        <w:t>.</w:t>
      </w:r>
    </w:p>
    <w:p w14:paraId="4048FB76" w14:textId="77777777" w:rsidR="00893C50" w:rsidRPr="00901BC0" w:rsidRDefault="00893C50" w:rsidP="00893C50">
      <w:pPr>
        <w:pStyle w:val="Textoindependiente"/>
        <w:spacing w:line="360" w:lineRule="auto"/>
        <w:ind w:right="49"/>
        <w:jc w:val="both"/>
        <w:rPr>
          <w:rFonts w:ascii="Arial" w:hAnsi="Arial" w:cs="Arial"/>
          <w:b/>
          <w:i/>
        </w:rPr>
      </w:pPr>
    </w:p>
    <w:p w14:paraId="4AE3B9E1" w14:textId="77777777" w:rsidR="00893C50" w:rsidRPr="00901BC0" w:rsidRDefault="00893C50" w:rsidP="00893C50">
      <w:pPr>
        <w:pStyle w:val="Textoindependiente"/>
        <w:spacing w:before="7" w:line="360" w:lineRule="auto"/>
        <w:ind w:right="49"/>
        <w:jc w:val="both"/>
        <w:rPr>
          <w:rFonts w:ascii="Arial" w:hAnsi="Arial" w:cs="Arial"/>
          <w:b/>
          <w:i/>
        </w:rPr>
      </w:pPr>
    </w:p>
    <w:p w14:paraId="1D5EC8AE" w14:textId="77777777" w:rsidR="00893C50" w:rsidRPr="00893C50" w:rsidRDefault="00893C50" w:rsidP="00893C50">
      <w:pPr>
        <w:pStyle w:val="Ttulo1"/>
        <w:keepNext w:val="0"/>
        <w:keepLines w:val="0"/>
        <w:widowControl w:val="0"/>
        <w:numPr>
          <w:ilvl w:val="0"/>
          <w:numId w:val="42"/>
        </w:numPr>
        <w:tabs>
          <w:tab w:val="left" w:pos="1232"/>
          <w:tab w:val="left" w:pos="1233"/>
        </w:tabs>
        <w:autoSpaceDE w:val="0"/>
        <w:autoSpaceDN w:val="0"/>
        <w:spacing w:before="0" w:line="360" w:lineRule="auto"/>
        <w:ind w:left="0" w:right="49" w:firstLine="0"/>
        <w:jc w:val="both"/>
        <w:rPr>
          <w:rFonts w:ascii="Arial" w:hAnsi="Arial" w:cs="Arial"/>
          <w:color w:val="auto"/>
          <w:sz w:val="24"/>
          <w:szCs w:val="24"/>
        </w:rPr>
      </w:pPr>
      <w:r w:rsidRPr="00893C50">
        <w:rPr>
          <w:rFonts w:ascii="Arial" w:hAnsi="Arial" w:cs="Arial"/>
          <w:color w:val="auto"/>
          <w:sz w:val="24"/>
          <w:szCs w:val="24"/>
        </w:rPr>
        <w:t xml:space="preserve">INTERVENCIÓN EN LA </w:t>
      </w:r>
      <w:r w:rsidRPr="00893C50">
        <w:rPr>
          <w:rFonts w:ascii="Arial" w:hAnsi="Arial" w:cs="Arial"/>
          <w:color w:val="auto"/>
          <w:spacing w:val="-4"/>
          <w:sz w:val="24"/>
          <w:szCs w:val="24"/>
        </w:rPr>
        <w:t xml:space="preserve">REPARACIÓN, </w:t>
      </w:r>
      <w:r w:rsidRPr="00893C50">
        <w:rPr>
          <w:rFonts w:ascii="Arial" w:hAnsi="Arial" w:cs="Arial"/>
          <w:color w:val="auto"/>
          <w:sz w:val="24"/>
          <w:szCs w:val="24"/>
        </w:rPr>
        <w:t xml:space="preserve">POSTERIOR A </w:t>
      </w:r>
      <w:r w:rsidRPr="00893C50">
        <w:rPr>
          <w:rFonts w:ascii="Arial" w:hAnsi="Arial" w:cs="Arial"/>
          <w:color w:val="auto"/>
          <w:spacing w:val="-6"/>
          <w:sz w:val="24"/>
          <w:szCs w:val="24"/>
        </w:rPr>
        <w:t xml:space="preserve">UNA </w:t>
      </w:r>
      <w:r w:rsidRPr="00893C50">
        <w:rPr>
          <w:rFonts w:ascii="Arial" w:hAnsi="Arial" w:cs="Arial"/>
          <w:color w:val="auto"/>
          <w:sz w:val="24"/>
          <w:szCs w:val="24"/>
        </w:rPr>
        <w:t>CRISIS DEC EN EL ÁMBITO ESCOLAR</w:t>
      </w:r>
    </w:p>
    <w:p w14:paraId="79F95003" w14:textId="77777777" w:rsidR="00893C50" w:rsidRPr="00901BC0" w:rsidRDefault="00893C50" w:rsidP="00893C50">
      <w:pPr>
        <w:pStyle w:val="Textoindependiente"/>
        <w:spacing w:before="8" w:line="360" w:lineRule="auto"/>
        <w:ind w:right="49"/>
        <w:jc w:val="both"/>
        <w:rPr>
          <w:rFonts w:ascii="Arial" w:hAnsi="Arial" w:cs="Arial"/>
          <w:b/>
        </w:rPr>
      </w:pPr>
    </w:p>
    <w:p w14:paraId="72B187DB" w14:textId="0554D19B" w:rsidR="00893C50" w:rsidRPr="00893C50" w:rsidRDefault="00893C50" w:rsidP="00893C50">
      <w:pPr>
        <w:spacing w:line="360" w:lineRule="auto"/>
        <w:ind w:right="49"/>
        <w:jc w:val="both"/>
        <w:rPr>
          <w:rFonts w:ascii="Arial" w:hAnsi="Arial" w:cs="Arial"/>
          <w:b/>
          <w:sz w:val="24"/>
          <w:szCs w:val="24"/>
        </w:rPr>
      </w:pPr>
      <w:r w:rsidRPr="00901BC0">
        <w:rPr>
          <w:rFonts w:ascii="Arial" w:hAnsi="Arial" w:cs="Arial"/>
          <w:b/>
          <w:sz w:val="24"/>
          <w:szCs w:val="24"/>
          <w:u w:val="single"/>
        </w:rPr>
        <w:t xml:space="preserve">Esta </w:t>
      </w:r>
      <w:proofErr w:type="spellStart"/>
      <w:r w:rsidRPr="00901BC0">
        <w:rPr>
          <w:rFonts w:ascii="Arial" w:hAnsi="Arial" w:cs="Arial"/>
          <w:b/>
          <w:sz w:val="24"/>
          <w:szCs w:val="24"/>
          <w:u w:val="single"/>
        </w:rPr>
        <w:t>etapa</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debe</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estar</w:t>
      </w:r>
      <w:proofErr w:type="spellEnd"/>
      <w:r w:rsidRPr="00901BC0">
        <w:rPr>
          <w:rFonts w:ascii="Arial" w:hAnsi="Arial" w:cs="Arial"/>
          <w:b/>
          <w:sz w:val="24"/>
          <w:szCs w:val="24"/>
          <w:u w:val="single"/>
        </w:rPr>
        <w:t xml:space="preserve"> a cargo de </w:t>
      </w:r>
      <w:proofErr w:type="spellStart"/>
      <w:r w:rsidRPr="00901BC0">
        <w:rPr>
          <w:rFonts w:ascii="Arial" w:hAnsi="Arial" w:cs="Arial"/>
          <w:b/>
          <w:sz w:val="24"/>
          <w:szCs w:val="24"/>
          <w:u w:val="single"/>
        </w:rPr>
        <w:t>los</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profesionales</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especialistas</w:t>
      </w:r>
      <w:proofErr w:type="spellEnd"/>
      <w:r w:rsidRPr="00901BC0">
        <w:rPr>
          <w:rFonts w:ascii="Arial" w:hAnsi="Arial" w:cs="Arial"/>
          <w:b/>
          <w:sz w:val="24"/>
          <w:szCs w:val="24"/>
          <w:u w:val="single"/>
        </w:rPr>
        <w:t xml:space="preserve"> </w:t>
      </w:r>
      <w:proofErr w:type="spellStart"/>
      <w:r w:rsidRPr="00901BC0">
        <w:rPr>
          <w:rFonts w:ascii="Arial" w:hAnsi="Arial" w:cs="Arial"/>
          <w:b/>
          <w:sz w:val="24"/>
          <w:szCs w:val="24"/>
          <w:u w:val="single"/>
        </w:rPr>
        <w:t>capacitados</w:t>
      </w:r>
      <w:proofErr w:type="spellEnd"/>
      <w:r w:rsidRPr="00901BC0">
        <w:rPr>
          <w:rFonts w:ascii="Arial" w:hAnsi="Arial" w:cs="Arial"/>
          <w:b/>
          <w:sz w:val="24"/>
          <w:szCs w:val="24"/>
          <w:u w:val="single"/>
        </w:rPr>
        <w:t>:</w:t>
      </w:r>
    </w:p>
    <w:p w14:paraId="1FB5CD7A" w14:textId="77777777" w:rsidR="00893C50" w:rsidRPr="007653B3" w:rsidRDefault="00893C50" w:rsidP="00893C50">
      <w:pPr>
        <w:pStyle w:val="Prrafodelista"/>
        <w:widowControl w:val="0"/>
        <w:numPr>
          <w:ilvl w:val="0"/>
          <w:numId w:val="54"/>
        </w:numPr>
        <w:tabs>
          <w:tab w:val="left" w:pos="527"/>
        </w:tabs>
        <w:autoSpaceDE w:val="0"/>
        <w:autoSpaceDN w:val="0"/>
        <w:spacing w:before="13" w:after="0" w:line="360" w:lineRule="auto"/>
        <w:ind w:right="49"/>
        <w:contextualSpacing w:val="0"/>
        <w:jc w:val="both"/>
        <w:rPr>
          <w:rFonts w:ascii="Arial" w:hAnsi="Arial" w:cs="Arial"/>
          <w:sz w:val="24"/>
          <w:szCs w:val="24"/>
        </w:rPr>
      </w:pPr>
      <w:proofErr w:type="spellStart"/>
      <w:r w:rsidRPr="007653B3">
        <w:rPr>
          <w:rFonts w:ascii="Arial" w:hAnsi="Arial" w:cs="Arial"/>
          <w:spacing w:val="-7"/>
          <w:sz w:val="24"/>
          <w:szCs w:val="24"/>
        </w:rPr>
        <w:t>Tras</w:t>
      </w:r>
      <w:proofErr w:type="spellEnd"/>
      <w:r w:rsidRPr="007653B3">
        <w:rPr>
          <w:rFonts w:ascii="Arial" w:hAnsi="Arial" w:cs="Arial"/>
          <w:spacing w:val="-7"/>
          <w:sz w:val="24"/>
          <w:szCs w:val="24"/>
        </w:rPr>
        <w:t xml:space="preserve"> </w:t>
      </w:r>
      <w:r w:rsidRPr="007653B3">
        <w:rPr>
          <w:rFonts w:ascii="Arial" w:hAnsi="Arial" w:cs="Arial"/>
          <w:spacing w:val="-3"/>
          <w:sz w:val="24"/>
          <w:szCs w:val="24"/>
        </w:rPr>
        <w:t xml:space="preserve">un </w:t>
      </w:r>
      <w:proofErr w:type="spellStart"/>
      <w:r w:rsidRPr="007653B3">
        <w:rPr>
          <w:rFonts w:ascii="Arial" w:hAnsi="Arial" w:cs="Arial"/>
          <w:spacing w:val="6"/>
          <w:sz w:val="24"/>
          <w:szCs w:val="24"/>
        </w:rPr>
        <w:t>episodio</w:t>
      </w:r>
      <w:proofErr w:type="spellEnd"/>
      <w:r w:rsidRPr="007653B3">
        <w:rPr>
          <w:rFonts w:ascii="Arial" w:hAnsi="Arial" w:cs="Arial"/>
          <w:spacing w:val="6"/>
          <w:sz w:val="24"/>
          <w:szCs w:val="24"/>
        </w:rPr>
        <w:t xml:space="preserve"> </w:t>
      </w:r>
      <w:r w:rsidRPr="007653B3">
        <w:rPr>
          <w:rFonts w:ascii="Arial" w:hAnsi="Arial" w:cs="Arial"/>
          <w:spacing w:val="5"/>
          <w:sz w:val="24"/>
          <w:szCs w:val="24"/>
        </w:rPr>
        <w:t xml:space="preserve">de </w:t>
      </w:r>
      <w:r w:rsidRPr="007653B3">
        <w:rPr>
          <w:rFonts w:ascii="Arial" w:hAnsi="Arial" w:cs="Arial"/>
          <w:spacing w:val="-4"/>
          <w:sz w:val="24"/>
          <w:szCs w:val="24"/>
        </w:rPr>
        <w:t xml:space="preserve">DEC, </w:t>
      </w:r>
      <w:r w:rsidRPr="007653B3">
        <w:rPr>
          <w:rFonts w:ascii="Arial" w:hAnsi="Arial" w:cs="Arial"/>
          <w:spacing w:val="5"/>
          <w:sz w:val="24"/>
          <w:szCs w:val="24"/>
        </w:rPr>
        <w:t xml:space="preserve">es </w:t>
      </w:r>
      <w:proofErr w:type="spellStart"/>
      <w:r w:rsidRPr="007653B3">
        <w:rPr>
          <w:rFonts w:ascii="Arial" w:hAnsi="Arial" w:cs="Arial"/>
          <w:sz w:val="24"/>
          <w:szCs w:val="24"/>
        </w:rPr>
        <w:t>importante</w:t>
      </w:r>
      <w:proofErr w:type="spellEnd"/>
      <w:r w:rsidRPr="007653B3">
        <w:rPr>
          <w:rFonts w:ascii="Arial" w:hAnsi="Arial" w:cs="Arial"/>
          <w:sz w:val="24"/>
          <w:szCs w:val="24"/>
        </w:rPr>
        <w:t xml:space="preserve"> </w:t>
      </w:r>
      <w:proofErr w:type="spellStart"/>
      <w:r w:rsidRPr="007653B3">
        <w:rPr>
          <w:rFonts w:ascii="Arial" w:hAnsi="Arial" w:cs="Arial"/>
          <w:sz w:val="24"/>
          <w:szCs w:val="24"/>
        </w:rPr>
        <w:t>demostrar</w:t>
      </w:r>
      <w:proofErr w:type="spellEnd"/>
      <w:r w:rsidRPr="007653B3">
        <w:rPr>
          <w:rFonts w:ascii="Arial" w:hAnsi="Arial" w:cs="Arial"/>
          <w:sz w:val="24"/>
          <w:szCs w:val="24"/>
        </w:rPr>
        <w:t xml:space="preserve"> </w:t>
      </w:r>
      <w:proofErr w:type="spellStart"/>
      <w:r w:rsidRPr="007653B3">
        <w:rPr>
          <w:rFonts w:ascii="Arial" w:hAnsi="Arial" w:cs="Arial"/>
          <w:sz w:val="24"/>
          <w:szCs w:val="24"/>
        </w:rPr>
        <w:t>afecto</w:t>
      </w:r>
      <w:proofErr w:type="spellEnd"/>
      <w:r w:rsidRPr="007653B3">
        <w:rPr>
          <w:rFonts w:ascii="Arial" w:hAnsi="Arial" w:cs="Arial"/>
          <w:sz w:val="24"/>
          <w:szCs w:val="24"/>
        </w:rPr>
        <w:t xml:space="preserve"> y </w:t>
      </w:r>
      <w:proofErr w:type="spellStart"/>
      <w:r w:rsidRPr="007653B3">
        <w:rPr>
          <w:rFonts w:ascii="Arial" w:hAnsi="Arial" w:cs="Arial"/>
          <w:spacing w:val="3"/>
          <w:sz w:val="24"/>
          <w:szCs w:val="24"/>
        </w:rPr>
        <w:t>comprensión</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hacerle</w:t>
      </w:r>
      <w:proofErr w:type="spellEnd"/>
      <w:r w:rsidRPr="007653B3">
        <w:rPr>
          <w:rFonts w:ascii="Arial" w:hAnsi="Arial" w:cs="Arial"/>
          <w:sz w:val="24"/>
          <w:szCs w:val="24"/>
        </w:rPr>
        <w:t xml:space="preserve"> </w:t>
      </w:r>
      <w:r w:rsidRPr="007653B3">
        <w:rPr>
          <w:rFonts w:ascii="Arial" w:hAnsi="Arial" w:cs="Arial"/>
          <w:spacing w:val="4"/>
          <w:sz w:val="24"/>
          <w:szCs w:val="24"/>
        </w:rPr>
        <w:t xml:space="preserve">saber </w:t>
      </w:r>
      <w:r w:rsidRPr="007653B3">
        <w:rPr>
          <w:rFonts w:ascii="Arial" w:hAnsi="Arial" w:cs="Arial"/>
          <w:spacing w:val="-3"/>
          <w:sz w:val="24"/>
          <w:szCs w:val="24"/>
        </w:rPr>
        <w:t xml:space="preserve">al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que </w:t>
      </w:r>
      <w:proofErr w:type="spellStart"/>
      <w:r w:rsidRPr="007653B3">
        <w:rPr>
          <w:rFonts w:ascii="Arial" w:hAnsi="Arial" w:cs="Arial"/>
          <w:spacing w:val="2"/>
          <w:sz w:val="24"/>
          <w:szCs w:val="24"/>
        </w:rPr>
        <w:t>todo</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está</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tranquilo</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y que </w:t>
      </w:r>
      <w:r w:rsidRPr="007653B3">
        <w:rPr>
          <w:rFonts w:ascii="Arial" w:hAnsi="Arial" w:cs="Arial"/>
          <w:spacing w:val="5"/>
          <w:sz w:val="24"/>
          <w:szCs w:val="24"/>
        </w:rPr>
        <w:t xml:space="preserve">es </w:t>
      </w:r>
      <w:proofErr w:type="spellStart"/>
      <w:r w:rsidRPr="007653B3">
        <w:rPr>
          <w:rFonts w:ascii="Arial" w:hAnsi="Arial" w:cs="Arial"/>
          <w:sz w:val="24"/>
          <w:szCs w:val="24"/>
        </w:rPr>
        <w:t>importante</w:t>
      </w:r>
      <w:proofErr w:type="spellEnd"/>
      <w:r w:rsidRPr="007653B3">
        <w:rPr>
          <w:rFonts w:ascii="Arial" w:hAnsi="Arial" w:cs="Arial"/>
          <w:sz w:val="24"/>
          <w:szCs w:val="24"/>
        </w:rPr>
        <w:t xml:space="preserve"> </w:t>
      </w:r>
      <w:proofErr w:type="spellStart"/>
      <w:r w:rsidRPr="007653B3">
        <w:rPr>
          <w:rFonts w:ascii="Arial" w:hAnsi="Arial" w:cs="Arial"/>
          <w:sz w:val="24"/>
          <w:szCs w:val="24"/>
        </w:rPr>
        <w:t>hablar</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 xml:space="preserve">lo </w:t>
      </w:r>
      <w:proofErr w:type="spellStart"/>
      <w:r w:rsidRPr="007653B3">
        <w:rPr>
          <w:rFonts w:ascii="Arial" w:hAnsi="Arial" w:cs="Arial"/>
          <w:sz w:val="24"/>
          <w:szCs w:val="24"/>
        </w:rPr>
        <w:t>ocurrido</w:t>
      </w:r>
      <w:proofErr w:type="spellEnd"/>
      <w:r w:rsidRPr="007653B3">
        <w:rPr>
          <w:rFonts w:ascii="Arial" w:hAnsi="Arial" w:cs="Arial"/>
          <w:sz w:val="24"/>
          <w:szCs w:val="24"/>
        </w:rPr>
        <w:t xml:space="preserve"> para </w:t>
      </w:r>
      <w:proofErr w:type="spellStart"/>
      <w:r w:rsidRPr="007653B3">
        <w:rPr>
          <w:rFonts w:ascii="Arial" w:hAnsi="Arial" w:cs="Arial"/>
          <w:spacing w:val="2"/>
          <w:sz w:val="24"/>
          <w:szCs w:val="24"/>
        </w:rPr>
        <w:t>entender</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la </w:t>
      </w:r>
      <w:proofErr w:type="spellStart"/>
      <w:r w:rsidRPr="007653B3">
        <w:rPr>
          <w:rFonts w:ascii="Arial" w:hAnsi="Arial" w:cs="Arial"/>
          <w:sz w:val="24"/>
          <w:szCs w:val="24"/>
        </w:rPr>
        <w:t>situación</w:t>
      </w:r>
      <w:proofErr w:type="spellEnd"/>
      <w:r w:rsidRPr="007653B3">
        <w:rPr>
          <w:rFonts w:ascii="Arial" w:hAnsi="Arial" w:cs="Arial"/>
          <w:sz w:val="24"/>
          <w:szCs w:val="24"/>
        </w:rPr>
        <w:t xml:space="preserve"> y </w:t>
      </w:r>
      <w:proofErr w:type="spellStart"/>
      <w:r w:rsidRPr="007653B3">
        <w:rPr>
          <w:rFonts w:ascii="Arial" w:hAnsi="Arial" w:cs="Arial"/>
          <w:spacing w:val="2"/>
          <w:sz w:val="24"/>
          <w:szCs w:val="24"/>
        </w:rPr>
        <w:t>solucionarla</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así</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como</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evitar</w:t>
      </w:r>
      <w:proofErr w:type="spellEnd"/>
      <w:r w:rsidRPr="007653B3">
        <w:rPr>
          <w:rFonts w:ascii="Arial" w:hAnsi="Arial" w:cs="Arial"/>
          <w:sz w:val="24"/>
          <w:szCs w:val="24"/>
        </w:rPr>
        <w:t xml:space="preserve"> que </w:t>
      </w:r>
      <w:r w:rsidRPr="007653B3">
        <w:rPr>
          <w:rFonts w:ascii="Arial" w:hAnsi="Arial" w:cs="Arial"/>
          <w:spacing w:val="3"/>
          <w:sz w:val="24"/>
          <w:szCs w:val="24"/>
        </w:rPr>
        <w:t>se</w:t>
      </w:r>
      <w:r w:rsidRPr="007653B3">
        <w:rPr>
          <w:rFonts w:ascii="Arial" w:hAnsi="Arial" w:cs="Arial"/>
          <w:spacing w:val="40"/>
          <w:sz w:val="24"/>
          <w:szCs w:val="24"/>
        </w:rPr>
        <w:t xml:space="preserve"> </w:t>
      </w:r>
      <w:proofErr w:type="spellStart"/>
      <w:r w:rsidRPr="007653B3">
        <w:rPr>
          <w:rFonts w:ascii="Arial" w:hAnsi="Arial" w:cs="Arial"/>
          <w:sz w:val="24"/>
          <w:szCs w:val="24"/>
        </w:rPr>
        <w:t>repita</w:t>
      </w:r>
      <w:proofErr w:type="spellEnd"/>
      <w:r w:rsidRPr="007653B3">
        <w:rPr>
          <w:rFonts w:ascii="Arial" w:hAnsi="Arial" w:cs="Arial"/>
          <w:sz w:val="24"/>
          <w:szCs w:val="24"/>
        </w:rPr>
        <w:t>.</w:t>
      </w:r>
    </w:p>
    <w:p w14:paraId="1C9890F9" w14:textId="77777777" w:rsidR="00893C50" w:rsidRPr="007653B3" w:rsidRDefault="00893C50" w:rsidP="00893C50">
      <w:pPr>
        <w:pStyle w:val="Prrafodelista"/>
        <w:widowControl w:val="0"/>
        <w:numPr>
          <w:ilvl w:val="0"/>
          <w:numId w:val="54"/>
        </w:numPr>
        <w:tabs>
          <w:tab w:val="left" w:pos="527"/>
        </w:tabs>
        <w:autoSpaceDE w:val="0"/>
        <w:autoSpaceDN w:val="0"/>
        <w:spacing w:before="10" w:after="0" w:line="360" w:lineRule="auto"/>
        <w:ind w:right="49"/>
        <w:contextualSpacing w:val="0"/>
        <w:jc w:val="both"/>
        <w:rPr>
          <w:rFonts w:ascii="Arial" w:hAnsi="Arial" w:cs="Arial"/>
          <w:sz w:val="24"/>
          <w:szCs w:val="24"/>
        </w:rPr>
      </w:pPr>
      <w:r w:rsidRPr="007653B3">
        <w:rPr>
          <w:rFonts w:ascii="Arial" w:hAnsi="Arial" w:cs="Arial"/>
          <w:sz w:val="24"/>
          <w:szCs w:val="24"/>
        </w:rPr>
        <w:t xml:space="preserve">Se </w:t>
      </w:r>
      <w:proofErr w:type="spellStart"/>
      <w:r w:rsidRPr="007653B3">
        <w:rPr>
          <w:rFonts w:ascii="Arial" w:hAnsi="Arial" w:cs="Arial"/>
          <w:spacing w:val="8"/>
          <w:sz w:val="24"/>
          <w:szCs w:val="24"/>
        </w:rPr>
        <w:t>deben</w:t>
      </w:r>
      <w:proofErr w:type="spellEnd"/>
      <w:r w:rsidRPr="007653B3">
        <w:rPr>
          <w:rFonts w:ascii="Arial" w:hAnsi="Arial" w:cs="Arial"/>
          <w:spacing w:val="8"/>
          <w:sz w:val="24"/>
          <w:szCs w:val="24"/>
        </w:rPr>
        <w:t xml:space="preserve"> </w:t>
      </w:r>
      <w:proofErr w:type="spellStart"/>
      <w:r w:rsidRPr="007653B3">
        <w:rPr>
          <w:rFonts w:ascii="Arial" w:hAnsi="Arial" w:cs="Arial"/>
          <w:sz w:val="24"/>
          <w:szCs w:val="24"/>
        </w:rPr>
        <w:t>tomar</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acuerdos</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conjuntos para </w:t>
      </w:r>
      <w:proofErr w:type="spellStart"/>
      <w:r w:rsidRPr="007653B3">
        <w:rPr>
          <w:rFonts w:ascii="Arial" w:hAnsi="Arial" w:cs="Arial"/>
          <w:spacing w:val="3"/>
          <w:sz w:val="24"/>
          <w:szCs w:val="24"/>
        </w:rPr>
        <w:t>prevenir</w:t>
      </w:r>
      <w:proofErr w:type="spellEnd"/>
      <w:r w:rsidRPr="007653B3">
        <w:rPr>
          <w:rFonts w:ascii="Arial" w:hAnsi="Arial" w:cs="Arial"/>
          <w:spacing w:val="3"/>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pacing w:val="-6"/>
          <w:sz w:val="24"/>
          <w:szCs w:val="24"/>
        </w:rPr>
        <w:t>futuro</w:t>
      </w:r>
      <w:proofErr w:type="spellEnd"/>
      <w:r w:rsidRPr="007653B3">
        <w:rPr>
          <w:rFonts w:ascii="Arial" w:hAnsi="Arial" w:cs="Arial"/>
          <w:spacing w:val="-6"/>
          <w:sz w:val="24"/>
          <w:szCs w:val="24"/>
        </w:rPr>
        <w:t xml:space="preserve"> </w:t>
      </w:r>
      <w:proofErr w:type="spellStart"/>
      <w:r w:rsidRPr="007653B3">
        <w:rPr>
          <w:rFonts w:ascii="Arial" w:hAnsi="Arial" w:cs="Arial"/>
          <w:sz w:val="24"/>
          <w:szCs w:val="24"/>
        </w:rPr>
        <w:t>inmediato</w:t>
      </w:r>
      <w:proofErr w:type="spellEnd"/>
      <w:r w:rsidRPr="007653B3">
        <w:rPr>
          <w:rFonts w:ascii="Arial" w:hAnsi="Arial" w:cs="Arial"/>
          <w:sz w:val="24"/>
          <w:szCs w:val="24"/>
        </w:rPr>
        <w:t xml:space="preserve"> </w:t>
      </w:r>
      <w:proofErr w:type="spellStart"/>
      <w:r w:rsidRPr="007653B3">
        <w:rPr>
          <w:rFonts w:ascii="Arial" w:hAnsi="Arial" w:cs="Arial"/>
          <w:sz w:val="24"/>
          <w:szCs w:val="24"/>
        </w:rPr>
        <w:t>situaciones</w:t>
      </w:r>
      <w:proofErr w:type="spellEnd"/>
      <w:r w:rsidRPr="007653B3">
        <w:rPr>
          <w:rFonts w:ascii="Arial" w:hAnsi="Arial" w:cs="Arial"/>
          <w:sz w:val="24"/>
          <w:szCs w:val="24"/>
        </w:rPr>
        <w:t xml:space="preserve"> que </w:t>
      </w:r>
      <w:proofErr w:type="spellStart"/>
      <w:r w:rsidRPr="007653B3">
        <w:rPr>
          <w:rFonts w:ascii="Arial" w:hAnsi="Arial" w:cs="Arial"/>
          <w:spacing w:val="5"/>
          <w:sz w:val="24"/>
          <w:szCs w:val="24"/>
        </w:rPr>
        <w:t>pudiesen</w:t>
      </w:r>
      <w:proofErr w:type="spellEnd"/>
      <w:r w:rsidRPr="007653B3">
        <w:rPr>
          <w:rFonts w:ascii="Arial" w:hAnsi="Arial" w:cs="Arial"/>
          <w:spacing w:val="5"/>
          <w:sz w:val="24"/>
          <w:szCs w:val="24"/>
        </w:rPr>
        <w:t xml:space="preserve"> </w:t>
      </w:r>
      <w:proofErr w:type="spellStart"/>
      <w:r w:rsidRPr="007653B3">
        <w:rPr>
          <w:rFonts w:ascii="Arial" w:hAnsi="Arial" w:cs="Arial"/>
          <w:spacing w:val="3"/>
          <w:sz w:val="24"/>
          <w:szCs w:val="24"/>
        </w:rPr>
        <w:t>desencadenar</w:t>
      </w:r>
      <w:proofErr w:type="spellEnd"/>
      <w:r w:rsidRPr="007653B3">
        <w:rPr>
          <w:rFonts w:ascii="Arial" w:hAnsi="Arial" w:cs="Arial"/>
          <w:spacing w:val="3"/>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w:t>
      </w:r>
      <w:proofErr w:type="spellStart"/>
      <w:r w:rsidRPr="007653B3">
        <w:rPr>
          <w:rFonts w:ascii="Arial" w:hAnsi="Arial" w:cs="Arial"/>
          <w:spacing w:val="3"/>
          <w:sz w:val="24"/>
          <w:szCs w:val="24"/>
        </w:rPr>
        <w:t>desregulación</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A la </w:t>
      </w:r>
      <w:proofErr w:type="spellStart"/>
      <w:r w:rsidRPr="007653B3">
        <w:rPr>
          <w:rFonts w:ascii="Arial" w:hAnsi="Arial" w:cs="Arial"/>
          <w:spacing w:val="5"/>
          <w:sz w:val="24"/>
          <w:szCs w:val="24"/>
        </w:rPr>
        <w:t>vez</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informarle</w:t>
      </w:r>
      <w:proofErr w:type="spellEnd"/>
      <w:r w:rsidRPr="007653B3">
        <w:rPr>
          <w:rFonts w:ascii="Arial" w:hAnsi="Arial" w:cs="Arial"/>
          <w:sz w:val="24"/>
          <w:szCs w:val="24"/>
        </w:rPr>
        <w:t xml:space="preserve"> que </w:t>
      </w:r>
      <w:proofErr w:type="spellStart"/>
      <w:r w:rsidRPr="007653B3">
        <w:rPr>
          <w:rFonts w:ascii="Arial" w:hAnsi="Arial" w:cs="Arial"/>
          <w:spacing w:val="4"/>
          <w:sz w:val="24"/>
          <w:szCs w:val="24"/>
        </w:rPr>
        <w:t>dispondrá</w:t>
      </w:r>
      <w:proofErr w:type="spellEnd"/>
      <w:r w:rsidRPr="007653B3">
        <w:rPr>
          <w:rFonts w:ascii="Arial" w:hAnsi="Arial" w:cs="Arial"/>
          <w:spacing w:val="4"/>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2"/>
          <w:sz w:val="24"/>
          <w:szCs w:val="24"/>
        </w:rPr>
        <w:t>profesionales</w:t>
      </w:r>
      <w:proofErr w:type="spellEnd"/>
      <w:r w:rsidRPr="007653B3">
        <w:rPr>
          <w:rFonts w:ascii="Arial" w:hAnsi="Arial" w:cs="Arial"/>
          <w:spacing w:val="2"/>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4"/>
          <w:sz w:val="24"/>
          <w:szCs w:val="24"/>
        </w:rPr>
        <w:t>apoyo</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para </w:t>
      </w:r>
      <w:proofErr w:type="spellStart"/>
      <w:r w:rsidRPr="007653B3">
        <w:rPr>
          <w:rFonts w:ascii="Arial" w:hAnsi="Arial" w:cs="Arial"/>
          <w:sz w:val="24"/>
          <w:szCs w:val="24"/>
        </w:rPr>
        <w:t>ayudarle</w:t>
      </w:r>
      <w:proofErr w:type="spellEnd"/>
      <w:r w:rsidRPr="007653B3">
        <w:rPr>
          <w:rFonts w:ascii="Arial" w:hAnsi="Arial" w:cs="Arial"/>
          <w:spacing w:val="3"/>
          <w:sz w:val="24"/>
          <w:szCs w:val="24"/>
        </w:rPr>
        <w:t xml:space="preserve"> </w:t>
      </w:r>
      <w:r w:rsidRPr="007653B3">
        <w:rPr>
          <w:rFonts w:ascii="Arial" w:hAnsi="Arial" w:cs="Arial"/>
          <w:sz w:val="24"/>
          <w:szCs w:val="24"/>
        </w:rPr>
        <w:t>a</w:t>
      </w:r>
      <w:r w:rsidRPr="007653B3">
        <w:rPr>
          <w:rFonts w:ascii="Arial" w:hAnsi="Arial" w:cs="Arial"/>
          <w:spacing w:val="3"/>
          <w:sz w:val="24"/>
          <w:szCs w:val="24"/>
        </w:rPr>
        <w:t xml:space="preserve"> </w:t>
      </w:r>
      <w:proofErr w:type="spellStart"/>
      <w:r w:rsidRPr="007653B3">
        <w:rPr>
          <w:rFonts w:ascii="Arial" w:hAnsi="Arial" w:cs="Arial"/>
          <w:spacing w:val="5"/>
          <w:sz w:val="24"/>
          <w:szCs w:val="24"/>
        </w:rPr>
        <w:t>poner</w:t>
      </w:r>
      <w:proofErr w:type="spellEnd"/>
      <w:r w:rsidRPr="007653B3">
        <w:rPr>
          <w:rFonts w:ascii="Arial" w:hAnsi="Arial" w:cs="Arial"/>
          <w:spacing w:val="-14"/>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13"/>
          <w:sz w:val="24"/>
          <w:szCs w:val="24"/>
        </w:rPr>
        <w:t xml:space="preserve"> </w:t>
      </w:r>
      <w:proofErr w:type="spellStart"/>
      <w:r w:rsidRPr="007653B3">
        <w:rPr>
          <w:rFonts w:ascii="Arial" w:hAnsi="Arial" w:cs="Arial"/>
          <w:sz w:val="24"/>
          <w:szCs w:val="24"/>
        </w:rPr>
        <w:t>práctica</w:t>
      </w:r>
      <w:proofErr w:type="spellEnd"/>
      <w:r w:rsidRPr="007653B3">
        <w:rPr>
          <w:rFonts w:ascii="Arial" w:hAnsi="Arial" w:cs="Arial"/>
          <w:spacing w:val="-13"/>
          <w:sz w:val="24"/>
          <w:szCs w:val="24"/>
        </w:rPr>
        <w:t xml:space="preserve"> </w:t>
      </w:r>
      <w:proofErr w:type="spellStart"/>
      <w:r w:rsidRPr="007653B3">
        <w:rPr>
          <w:rFonts w:ascii="Arial" w:hAnsi="Arial" w:cs="Arial"/>
          <w:spacing w:val="3"/>
          <w:sz w:val="24"/>
          <w:szCs w:val="24"/>
        </w:rPr>
        <w:t>estos</w:t>
      </w:r>
      <w:proofErr w:type="spellEnd"/>
      <w:r w:rsidRPr="007653B3">
        <w:rPr>
          <w:rFonts w:ascii="Arial" w:hAnsi="Arial" w:cs="Arial"/>
          <w:spacing w:val="-1"/>
          <w:sz w:val="24"/>
          <w:szCs w:val="24"/>
        </w:rPr>
        <w:t xml:space="preserve"> </w:t>
      </w:r>
      <w:proofErr w:type="spellStart"/>
      <w:r w:rsidRPr="007653B3">
        <w:rPr>
          <w:rFonts w:ascii="Arial" w:hAnsi="Arial" w:cs="Arial"/>
          <w:spacing w:val="2"/>
          <w:sz w:val="24"/>
          <w:szCs w:val="24"/>
        </w:rPr>
        <w:t>acuerdos</w:t>
      </w:r>
      <w:proofErr w:type="spellEnd"/>
      <w:r w:rsidRPr="007653B3">
        <w:rPr>
          <w:rFonts w:ascii="Arial" w:hAnsi="Arial" w:cs="Arial"/>
          <w:spacing w:val="2"/>
          <w:sz w:val="24"/>
          <w:szCs w:val="24"/>
        </w:rPr>
        <w:t>,</w:t>
      </w:r>
      <w:r w:rsidRPr="007653B3">
        <w:rPr>
          <w:rFonts w:ascii="Arial" w:hAnsi="Arial" w:cs="Arial"/>
          <w:spacing w:val="-2"/>
          <w:sz w:val="24"/>
          <w:szCs w:val="24"/>
        </w:rPr>
        <w:t xml:space="preserve"> </w:t>
      </w:r>
      <w:r w:rsidRPr="007653B3">
        <w:rPr>
          <w:rFonts w:ascii="Arial" w:hAnsi="Arial" w:cs="Arial"/>
          <w:sz w:val="24"/>
          <w:szCs w:val="24"/>
        </w:rPr>
        <w:t>y</w:t>
      </w:r>
      <w:r w:rsidRPr="007653B3">
        <w:rPr>
          <w:rFonts w:ascii="Arial" w:hAnsi="Arial" w:cs="Arial"/>
          <w:spacing w:val="-1"/>
          <w:sz w:val="24"/>
          <w:szCs w:val="24"/>
        </w:rPr>
        <w:t xml:space="preserve"> </w:t>
      </w:r>
      <w:r w:rsidRPr="007653B3">
        <w:rPr>
          <w:rFonts w:ascii="Arial" w:hAnsi="Arial" w:cs="Arial"/>
          <w:sz w:val="24"/>
          <w:szCs w:val="24"/>
        </w:rPr>
        <w:t>que</w:t>
      </w:r>
      <w:r w:rsidRPr="007653B3">
        <w:rPr>
          <w:rFonts w:ascii="Arial" w:hAnsi="Arial" w:cs="Arial"/>
          <w:spacing w:val="-13"/>
          <w:sz w:val="24"/>
          <w:szCs w:val="24"/>
        </w:rPr>
        <w:t xml:space="preserve"> </w:t>
      </w:r>
      <w:proofErr w:type="spellStart"/>
      <w:r w:rsidRPr="007653B3">
        <w:rPr>
          <w:rFonts w:ascii="Arial" w:hAnsi="Arial" w:cs="Arial"/>
          <w:sz w:val="24"/>
          <w:szCs w:val="24"/>
        </w:rPr>
        <w:t>pueda</w:t>
      </w:r>
      <w:proofErr w:type="spellEnd"/>
      <w:r w:rsidRPr="007653B3">
        <w:rPr>
          <w:rFonts w:ascii="Arial" w:hAnsi="Arial" w:cs="Arial"/>
          <w:spacing w:val="-13"/>
          <w:sz w:val="24"/>
          <w:szCs w:val="24"/>
        </w:rPr>
        <w:t xml:space="preserve"> </w:t>
      </w:r>
      <w:proofErr w:type="spellStart"/>
      <w:r w:rsidRPr="007653B3">
        <w:rPr>
          <w:rFonts w:ascii="Arial" w:hAnsi="Arial" w:cs="Arial"/>
          <w:sz w:val="24"/>
          <w:szCs w:val="24"/>
        </w:rPr>
        <w:t>expresar</w:t>
      </w:r>
      <w:proofErr w:type="spellEnd"/>
      <w:r w:rsidRPr="007653B3">
        <w:rPr>
          <w:rFonts w:ascii="Arial" w:hAnsi="Arial" w:cs="Arial"/>
          <w:spacing w:val="-13"/>
          <w:sz w:val="24"/>
          <w:szCs w:val="24"/>
        </w:rPr>
        <w:t xml:space="preserve"> </w:t>
      </w:r>
      <w:r w:rsidRPr="007653B3">
        <w:rPr>
          <w:rFonts w:ascii="Arial" w:hAnsi="Arial" w:cs="Arial"/>
          <w:sz w:val="24"/>
          <w:szCs w:val="24"/>
        </w:rPr>
        <w:t>lo</w:t>
      </w:r>
      <w:r w:rsidRPr="007653B3">
        <w:rPr>
          <w:rFonts w:ascii="Arial" w:hAnsi="Arial" w:cs="Arial"/>
          <w:spacing w:val="3"/>
          <w:sz w:val="24"/>
          <w:szCs w:val="24"/>
        </w:rPr>
        <w:t xml:space="preserve"> </w:t>
      </w:r>
      <w:r w:rsidRPr="007653B3">
        <w:rPr>
          <w:rFonts w:ascii="Arial" w:hAnsi="Arial" w:cs="Arial"/>
          <w:sz w:val="24"/>
          <w:szCs w:val="24"/>
        </w:rPr>
        <w:t>que</w:t>
      </w:r>
      <w:r w:rsidRPr="007653B3">
        <w:rPr>
          <w:rFonts w:ascii="Arial" w:hAnsi="Arial" w:cs="Arial"/>
          <w:spacing w:val="3"/>
          <w:sz w:val="24"/>
          <w:szCs w:val="24"/>
        </w:rPr>
        <w:t xml:space="preserve"> </w:t>
      </w:r>
      <w:r w:rsidRPr="007653B3">
        <w:rPr>
          <w:rFonts w:ascii="Arial" w:hAnsi="Arial" w:cs="Arial"/>
          <w:sz w:val="24"/>
          <w:szCs w:val="24"/>
        </w:rPr>
        <w:t>le</w:t>
      </w:r>
      <w:r w:rsidRPr="007653B3">
        <w:rPr>
          <w:rFonts w:ascii="Arial" w:hAnsi="Arial" w:cs="Arial"/>
          <w:spacing w:val="3"/>
          <w:sz w:val="24"/>
          <w:szCs w:val="24"/>
        </w:rPr>
        <w:t xml:space="preserve"> </w:t>
      </w:r>
      <w:r w:rsidRPr="007653B3">
        <w:rPr>
          <w:rFonts w:ascii="Arial" w:hAnsi="Arial" w:cs="Arial"/>
          <w:sz w:val="24"/>
          <w:szCs w:val="24"/>
        </w:rPr>
        <w:t>molesta</w:t>
      </w:r>
      <w:r w:rsidRPr="007653B3">
        <w:rPr>
          <w:rFonts w:ascii="Arial" w:hAnsi="Arial" w:cs="Arial"/>
          <w:spacing w:val="-13"/>
          <w:sz w:val="24"/>
          <w:szCs w:val="24"/>
        </w:rPr>
        <w:t xml:space="preserve"> </w:t>
      </w:r>
      <w:r w:rsidRPr="007653B3">
        <w:rPr>
          <w:rFonts w:ascii="Arial" w:hAnsi="Arial" w:cs="Arial"/>
          <w:sz w:val="24"/>
          <w:szCs w:val="24"/>
        </w:rPr>
        <w:t>o</w:t>
      </w:r>
      <w:r w:rsidRPr="007653B3">
        <w:rPr>
          <w:rFonts w:ascii="Arial" w:hAnsi="Arial" w:cs="Arial"/>
          <w:spacing w:val="3"/>
          <w:sz w:val="24"/>
          <w:szCs w:val="24"/>
        </w:rPr>
        <w:t xml:space="preserve"> </w:t>
      </w:r>
      <w:proofErr w:type="spellStart"/>
      <w:r w:rsidRPr="007653B3">
        <w:rPr>
          <w:rFonts w:ascii="Arial" w:hAnsi="Arial" w:cs="Arial"/>
          <w:sz w:val="24"/>
          <w:szCs w:val="24"/>
        </w:rPr>
        <w:t>requiere</w:t>
      </w:r>
      <w:proofErr w:type="spellEnd"/>
      <w:r w:rsidRPr="007653B3">
        <w:rPr>
          <w:rFonts w:ascii="Arial" w:hAnsi="Arial" w:cs="Arial"/>
          <w:spacing w:val="22"/>
          <w:sz w:val="24"/>
          <w:szCs w:val="24"/>
        </w:rPr>
        <w:t xml:space="preserve"> </w:t>
      </w:r>
      <w:r w:rsidRPr="007653B3">
        <w:rPr>
          <w:rFonts w:ascii="Arial" w:hAnsi="Arial" w:cs="Arial"/>
          <w:sz w:val="24"/>
          <w:szCs w:val="24"/>
        </w:rPr>
        <w:t>(sin</w:t>
      </w:r>
      <w:r w:rsidRPr="007653B3">
        <w:rPr>
          <w:rFonts w:ascii="Arial" w:hAnsi="Arial" w:cs="Arial"/>
          <w:spacing w:val="3"/>
          <w:sz w:val="24"/>
          <w:szCs w:val="24"/>
        </w:rPr>
        <w:t xml:space="preserve"> </w:t>
      </w:r>
      <w:r w:rsidRPr="007653B3">
        <w:rPr>
          <w:rFonts w:ascii="Arial" w:hAnsi="Arial" w:cs="Arial"/>
          <w:spacing w:val="-4"/>
          <w:sz w:val="24"/>
          <w:szCs w:val="24"/>
        </w:rPr>
        <w:t>DEC)</w:t>
      </w:r>
      <w:r w:rsidRPr="007653B3">
        <w:rPr>
          <w:rFonts w:ascii="Arial" w:hAnsi="Arial" w:cs="Arial"/>
          <w:spacing w:val="2"/>
          <w:sz w:val="24"/>
          <w:szCs w:val="24"/>
        </w:rPr>
        <w:t xml:space="preserve"> </w:t>
      </w:r>
      <w:r w:rsidRPr="007653B3">
        <w:rPr>
          <w:rFonts w:ascii="Arial" w:hAnsi="Arial" w:cs="Arial"/>
          <w:sz w:val="24"/>
          <w:szCs w:val="24"/>
        </w:rPr>
        <w:t xml:space="preserve">o </w:t>
      </w:r>
      <w:proofErr w:type="spellStart"/>
      <w:r w:rsidRPr="007653B3">
        <w:rPr>
          <w:rFonts w:ascii="Arial" w:hAnsi="Arial" w:cs="Arial"/>
          <w:sz w:val="24"/>
          <w:szCs w:val="24"/>
        </w:rPr>
        <w:t>logrando</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un </w:t>
      </w:r>
      <w:r w:rsidRPr="007653B3">
        <w:rPr>
          <w:rFonts w:ascii="Arial" w:hAnsi="Arial" w:cs="Arial"/>
          <w:spacing w:val="2"/>
          <w:sz w:val="24"/>
          <w:szCs w:val="24"/>
        </w:rPr>
        <w:t xml:space="preserve">mayor </w:t>
      </w:r>
      <w:proofErr w:type="spellStart"/>
      <w:r w:rsidRPr="007653B3">
        <w:rPr>
          <w:rFonts w:ascii="Arial" w:hAnsi="Arial" w:cs="Arial"/>
          <w:sz w:val="24"/>
          <w:szCs w:val="24"/>
        </w:rPr>
        <w:t>autocontrol</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 xml:space="preserve">la </w:t>
      </w:r>
      <w:proofErr w:type="spellStart"/>
      <w:r w:rsidRPr="007653B3">
        <w:rPr>
          <w:rFonts w:ascii="Arial" w:hAnsi="Arial" w:cs="Arial"/>
          <w:sz w:val="24"/>
          <w:szCs w:val="24"/>
        </w:rPr>
        <w:t>situación</w:t>
      </w:r>
      <w:proofErr w:type="spellEnd"/>
      <w:r w:rsidRPr="007653B3">
        <w:rPr>
          <w:rFonts w:ascii="Arial" w:hAnsi="Arial" w:cs="Arial"/>
          <w:sz w:val="24"/>
          <w:szCs w:val="24"/>
        </w:rPr>
        <w:t xml:space="preserve">. </w:t>
      </w:r>
      <w:proofErr w:type="spellStart"/>
      <w:r w:rsidRPr="007653B3">
        <w:rPr>
          <w:rFonts w:ascii="Arial" w:hAnsi="Arial" w:cs="Arial"/>
          <w:sz w:val="24"/>
          <w:szCs w:val="24"/>
        </w:rPr>
        <w:t>Señalar</w:t>
      </w:r>
      <w:proofErr w:type="spellEnd"/>
      <w:r w:rsidRPr="007653B3">
        <w:rPr>
          <w:rFonts w:ascii="Arial" w:hAnsi="Arial" w:cs="Arial"/>
          <w:sz w:val="24"/>
          <w:szCs w:val="24"/>
        </w:rPr>
        <w:t xml:space="preserve"> que </w:t>
      </w:r>
      <w:proofErr w:type="spellStart"/>
      <w:r w:rsidRPr="007653B3">
        <w:rPr>
          <w:rFonts w:ascii="Arial" w:hAnsi="Arial" w:cs="Arial"/>
          <w:spacing w:val="3"/>
          <w:sz w:val="24"/>
          <w:szCs w:val="24"/>
        </w:rPr>
        <w:t>siempre</w:t>
      </w:r>
      <w:proofErr w:type="spellEnd"/>
      <w:r w:rsidRPr="007653B3">
        <w:rPr>
          <w:rFonts w:ascii="Arial" w:hAnsi="Arial" w:cs="Arial"/>
          <w:spacing w:val="3"/>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objetivo</w:t>
      </w:r>
      <w:proofErr w:type="spellEnd"/>
      <w:r w:rsidRPr="007653B3">
        <w:rPr>
          <w:rFonts w:ascii="Arial" w:hAnsi="Arial" w:cs="Arial"/>
          <w:sz w:val="24"/>
          <w:szCs w:val="24"/>
        </w:rPr>
        <w:t xml:space="preserve"> </w:t>
      </w:r>
      <w:proofErr w:type="spellStart"/>
      <w:r w:rsidRPr="007653B3">
        <w:rPr>
          <w:rFonts w:ascii="Arial" w:hAnsi="Arial" w:cs="Arial"/>
          <w:sz w:val="24"/>
          <w:szCs w:val="24"/>
        </w:rPr>
        <w:t>será</w:t>
      </w:r>
      <w:proofErr w:type="spellEnd"/>
      <w:r w:rsidRPr="007653B3">
        <w:rPr>
          <w:rFonts w:ascii="Arial" w:hAnsi="Arial" w:cs="Arial"/>
          <w:sz w:val="24"/>
          <w:szCs w:val="24"/>
        </w:rPr>
        <w:t xml:space="preserve"> </w:t>
      </w:r>
      <w:proofErr w:type="spellStart"/>
      <w:r w:rsidRPr="007653B3">
        <w:rPr>
          <w:rFonts w:ascii="Arial" w:hAnsi="Arial" w:cs="Arial"/>
          <w:sz w:val="24"/>
          <w:szCs w:val="24"/>
        </w:rPr>
        <w:t>evitar</w:t>
      </w:r>
      <w:proofErr w:type="spellEnd"/>
      <w:r w:rsidRPr="007653B3">
        <w:rPr>
          <w:rFonts w:ascii="Arial" w:hAnsi="Arial" w:cs="Arial"/>
          <w:sz w:val="24"/>
          <w:szCs w:val="24"/>
        </w:rPr>
        <w:t xml:space="preserve"> que </w:t>
      </w:r>
      <w:proofErr w:type="spellStart"/>
      <w:r w:rsidRPr="007653B3">
        <w:rPr>
          <w:rFonts w:ascii="Arial" w:hAnsi="Arial" w:cs="Arial"/>
          <w:sz w:val="24"/>
          <w:szCs w:val="24"/>
        </w:rPr>
        <w:t>esto</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vuelva</w:t>
      </w:r>
      <w:proofErr w:type="spellEnd"/>
      <w:r w:rsidRPr="007653B3">
        <w:rPr>
          <w:rFonts w:ascii="Arial" w:hAnsi="Arial" w:cs="Arial"/>
          <w:spacing w:val="3"/>
          <w:sz w:val="24"/>
          <w:szCs w:val="24"/>
        </w:rPr>
        <w:t xml:space="preserve"> </w:t>
      </w:r>
      <w:proofErr w:type="gramStart"/>
      <w:r w:rsidRPr="007653B3">
        <w:rPr>
          <w:rFonts w:ascii="Arial" w:hAnsi="Arial" w:cs="Arial"/>
          <w:sz w:val="24"/>
          <w:szCs w:val="24"/>
        </w:rPr>
        <w:t>a</w:t>
      </w:r>
      <w:proofErr w:type="gramEnd"/>
      <w:r w:rsidRPr="007653B3">
        <w:rPr>
          <w:rFonts w:ascii="Arial" w:hAnsi="Arial" w:cs="Arial"/>
          <w:sz w:val="24"/>
          <w:szCs w:val="24"/>
        </w:rPr>
        <w:t xml:space="preserve"> </w:t>
      </w:r>
      <w:proofErr w:type="spellStart"/>
      <w:r w:rsidRPr="007653B3">
        <w:rPr>
          <w:rFonts w:ascii="Arial" w:hAnsi="Arial" w:cs="Arial"/>
          <w:sz w:val="24"/>
          <w:szCs w:val="24"/>
        </w:rPr>
        <w:t>ocurrir</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pues</w:t>
      </w:r>
      <w:proofErr w:type="spellEnd"/>
      <w:r w:rsidRPr="007653B3">
        <w:rPr>
          <w:rFonts w:ascii="Arial" w:hAnsi="Arial" w:cs="Arial"/>
          <w:spacing w:val="3"/>
          <w:sz w:val="24"/>
          <w:szCs w:val="24"/>
        </w:rPr>
        <w:t xml:space="preserve"> se </w:t>
      </w:r>
      <w:proofErr w:type="spellStart"/>
      <w:r w:rsidRPr="007653B3">
        <w:rPr>
          <w:rFonts w:ascii="Arial" w:hAnsi="Arial" w:cs="Arial"/>
          <w:spacing w:val="3"/>
          <w:sz w:val="24"/>
          <w:szCs w:val="24"/>
        </w:rPr>
        <w:t>comprende</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que para </w:t>
      </w:r>
      <w:proofErr w:type="spellStart"/>
      <w:r w:rsidRPr="007653B3">
        <w:rPr>
          <w:rFonts w:ascii="Arial" w:hAnsi="Arial" w:cs="Arial"/>
          <w:spacing w:val="4"/>
          <w:sz w:val="24"/>
          <w:szCs w:val="24"/>
        </w:rPr>
        <w:t>él</w:t>
      </w:r>
      <w:proofErr w:type="spellEnd"/>
      <w:r w:rsidRPr="007653B3">
        <w:rPr>
          <w:rFonts w:ascii="Arial" w:hAnsi="Arial" w:cs="Arial"/>
          <w:spacing w:val="4"/>
          <w:sz w:val="24"/>
          <w:szCs w:val="24"/>
        </w:rPr>
        <w:t>/</w:t>
      </w:r>
      <w:proofErr w:type="spellStart"/>
      <w:r w:rsidRPr="007653B3">
        <w:rPr>
          <w:rFonts w:ascii="Arial" w:hAnsi="Arial" w:cs="Arial"/>
          <w:spacing w:val="4"/>
          <w:sz w:val="24"/>
          <w:szCs w:val="24"/>
        </w:rPr>
        <w:t>ella</w:t>
      </w:r>
      <w:proofErr w:type="spellEnd"/>
      <w:r w:rsidRPr="007653B3">
        <w:rPr>
          <w:rFonts w:ascii="Arial" w:hAnsi="Arial" w:cs="Arial"/>
          <w:spacing w:val="4"/>
          <w:sz w:val="24"/>
          <w:szCs w:val="24"/>
        </w:rPr>
        <w:t xml:space="preserve"> </w:t>
      </w:r>
      <w:r w:rsidRPr="007653B3">
        <w:rPr>
          <w:rFonts w:ascii="Arial" w:hAnsi="Arial" w:cs="Arial"/>
          <w:spacing w:val="5"/>
          <w:sz w:val="24"/>
          <w:szCs w:val="24"/>
        </w:rPr>
        <w:t xml:space="preserve">es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situación</w:t>
      </w:r>
      <w:proofErr w:type="spellEnd"/>
      <w:r w:rsidRPr="007653B3">
        <w:rPr>
          <w:rFonts w:ascii="Arial" w:hAnsi="Arial" w:cs="Arial"/>
          <w:sz w:val="24"/>
          <w:szCs w:val="24"/>
        </w:rPr>
        <w:t xml:space="preserve"> que </w:t>
      </w:r>
      <w:r w:rsidRPr="007653B3">
        <w:rPr>
          <w:rFonts w:ascii="Arial" w:hAnsi="Arial" w:cs="Arial"/>
          <w:spacing w:val="6"/>
          <w:sz w:val="24"/>
          <w:szCs w:val="24"/>
        </w:rPr>
        <w:t xml:space="preserve">no </w:t>
      </w:r>
      <w:proofErr w:type="spellStart"/>
      <w:r w:rsidRPr="007653B3">
        <w:rPr>
          <w:rFonts w:ascii="Arial" w:hAnsi="Arial" w:cs="Arial"/>
          <w:spacing w:val="7"/>
          <w:sz w:val="24"/>
          <w:szCs w:val="24"/>
        </w:rPr>
        <w:t>desea</w:t>
      </w:r>
      <w:proofErr w:type="spellEnd"/>
      <w:r w:rsidRPr="007653B3">
        <w:rPr>
          <w:rFonts w:ascii="Arial" w:hAnsi="Arial" w:cs="Arial"/>
          <w:spacing w:val="37"/>
          <w:sz w:val="24"/>
          <w:szCs w:val="24"/>
        </w:rPr>
        <w:t xml:space="preserve"> </w:t>
      </w:r>
      <w:proofErr w:type="spellStart"/>
      <w:r w:rsidRPr="007653B3">
        <w:rPr>
          <w:rFonts w:ascii="Arial" w:hAnsi="Arial" w:cs="Arial"/>
          <w:sz w:val="24"/>
          <w:szCs w:val="24"/>
        </w:rPr>
        <w:t>repetir</w:t>
      </w:r>
      <w:proofErr w:type="spellEnd"/>
      <w:r w:rsidRPr="007653B3">
        <w:rPr>
          <w:rFonts w:ascii="Arial" w:hAnsi="Arial" w:cs="Arial"/>
          <w:sz w:val="24"/>
          <w:szCs w:val="24"/>
        </w:rPr>
        <w:t>.</w:t>
      </w:r>
    </w:p>
    <w:p w14:paraId="23FE5728" w14:textId="77777777" w:rsidR="00893C50" w:rsidRPr="007653B3" w:rsidRDefault="00893C50" w:rsidP="00893C50">
      <w:pPr>
        <w:pStyle w:val="Prrafodelista"/>
        <w:widowControl w:val="0"/>
        <w:numPr>
          <w:ilvl w:val="0"/>
          <w:numId w:val="54"/>
        </w:numPr>
        <w:tabs>
          <w:tab w:val="left" w:pos="527"/>
        </w:tabs>
        <w:autoSpaceDE w:val="0"/>
        <w:autoSpaceDN w:val="0"/>
        <w:spacing w:after="0" w:line="360" w:lineRule="auto"/>
        <w:ind w:right="49"/>
        <w:contextualSpacing w:val="0"/>
        <w:jc w:val="both"/>
        <w:rPr>
          <w:rFonts w:ascii="Arial" w:hAnsi="Arial" w:cs="Arial"/>
          <w:sz w:val="24"/>
          <w:szCs w:val="24"/>
        </w:rPr>
      </w:pPr>
      <w:r w:rsidRPr="007653B3">
        <w:rPr>
          <w:rFonts w:ascii="Arial" w:hAnsi="Arial" w:cs="Arial"/>
          <w:sz w:val="24"/>
          <w:szCs w:val="24"/>
        </w:rPr>
        <w:t xml:space="preserve">Es </w:t>
      </w:r>
      <w:proofErr w:type="spellStart"/>
      <w:r w:rsidRPr="007653B3">
        <w:rPr>
          <w:rFonts w:ascii="Arial" w:hAnsi="Arial" w:cs="Arial"/>
          <w:sz w:val="24"/>
          <w:szCs w:val="24"/>
        </w:rPr>
        <w:t>importante</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apoyar</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la </w:t>
      </w:r>
      <w:proofErr w:type="spellStart"/>
      <w:r w:rsidRPr="007653B3">
        <w:rPr>
          <w:rFonts w:ascii="Arial" w:hAnsi="Arial" w:cs="Arial"/>
          <w:sz w:val="24"/>
          <w:szCs w:val="24"/>
        </w:rPr>
        <w:t>toma</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2"/>
          <w:sz w:val="24"/>
          <w:szCs w:val="24"/>
        </w:rPr>
        <w:t>conciencia</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acerca</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 xml:space="preserve">que </w:t>
      </w:r>
      <w:proofErr w:type="spellStart"/>
      <w:r w:rsidRPr="007653B3">
        <w:rPr>
          <w:rFonts w:ascii="Arial" w:hAnsi="Arial" w:cs="Arial"/>
          <w:spacing w:val="4"/>
          <w:sz w:val="24"/>
          <w:szCs w:val="24"/>
        </w:rPr>
        <w:t>todos</w:t>
      </w:r>
      <w:proofErr w:type="spellEnd"/>
      <w:r w:rsidRPr="007653B3">
        <w:rPr>
          <w:rFonts w:ascii="Arial" w:hAnsi="Arial" w:cs="Arial"/>
          <w:spacing w:val="4"/>
          <w:sz w:val="24"/>
          <w:szCs w:val="24"/>
        </w:rPr>
        <w:t xml:space="preserve">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estudiantes</w:t>
      </w:r>
      <w:proofErr w:type="spellEnd"/>
      <w:r w:rsidRPr="007653B3">
        <w:rPr>
          <w:rFonts w:ascii="Arial" w:hAnsi="Arial" w:cs="Arial"/>
          <w:sz w:val="24"/>
          <w:szCs w:val="24"/>
        </w:rPr>
        <w:t xml:space="preserve"> </w:t>
      </w:r>
      <w:proofErr w:type="spellStart"/>
      <w:r w:rsidRPr="007653B3">
        <w:rPr>
          <w:rFonts w:ascii="Arial" w:hAnsi="Arial" w:cs="Arial"/>
          <w:sz w:val="24"/>
          <w:szCs w:val="24"/>
        </w:rPr>
        <w:t>tienen</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proofErr w:type="spellStart"/>
      <w:r w:rsidRPr="007653B3">
        <w:rPr>
          <w:rFonts w:ascii="Arial" w:hAnsi="Arial" w:cs="Arial"/>
          <w:spacing w:val="2"/>
          <w:sz w:val="24"/>
          <w:szCs w:val="24"/>
        </w:rPr>
        <w:t>mismos</w:t>
      </w:r>
      <w:proofErr w:type="spellEnd"/>
      <w:r w:rsidRPr="007653B3">
        <w:rPr>
          <w:rFonts w:ascii="Arial" w:hAnsi="Arial" w:cs="Arial"/>
          <w:spacing w:val="2"/>
          <w:sz w:val="24"/>
          <w:szCs w:val="24"/>
        </w:rPr>
        <w:t xml:space="preserve"> </w:t>
      </w:r>
      <w:r w:rsidRPr="007653B3">
        <w:rPr>
          <w:rFonts w:ascii="Arial" w:hAnsi="Arial" w:cs="Arial"/>
          <w:spacing w:val="4"/>
          <w:sz w:val="24"/>
          <w:szCs w:val="24"/>
        </w:rPr>
        <w:t xml:space="preserve">derechos </w:t>
      </w:r>
      <w:r w:rsidRPr="007653B3">
        <w:rPr>
          <w:rFonts w:ascii="Arial" w:hAnsi="Arial" w:cs="Arial"/>
          <w:sz w:val="24"/>
          <w:szCs w:val="24"/>
        </w:rPr>
        <w:t xml:space="preserve">y </w:t>
      </w:r>
      <w:proofErr w:type="spellStart"/>
      <w:r w:rsidRPr="007653B3">
        <w:rPr>
          <w:rFonts w:ascii="Arial" w:hAnsi="Arial" w:cs="Arial"/>
          <w:spacing w:val="6"/>
          <w:sz w:val="24"/>
          <w:szCs w:val="24"/>
        </w:rPr>
        <w:t>deberes</w:t>
      </w:r>
      <w:proofErr w:type="spellEnd"/>
      <w:r w:rsidRPr="007653B3">
        <w:rPr>
          <w:rFonts w:ascii="Arial" w:hAnsi="Arial" w:cs="Arial"/>
          <w:spacing w:val="6"/>
          <w:sz w:val="24"/>
          <w:szCs w:val="24"/>
        </w:rPr>
        <w:t xml:space="preserve">, </w:t>
      </w:r>
      <w:r w:rsidRPr="007653B3">
        <w:rPr>
          <w:rFonts w:ascii="Arial" w:hAnsi="Arial" w:cs="Arial"/>
          <w:sz w:val="24"/>
          <w:szCs w:val="24"/>
        </w:rPr>
        <w:t xml:space="preserve">y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caso</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haber</w:t>
      </w:r>
      <w:proofErr w:type="spellEnd"/>
      <w:r w:rsidRPr="007653B3">
        <w:rPr>
          <w:rFonts w:ascii="Arial" w:hAnsi="Arial" w:cs="Arial"/>
          <w:sz w:val="24"/>
          <w:szCs w:val="24"/>
        </w:rPr>
        <w:t xml:space="preserve"> </w:t>
      </w:r>
      <w:proofErr w:type="spellStart"/>
      <w:r w:rsidRPr="007653B3">
        <w:rPr>
          <w:rFonts w:ascii="Arial" w:hAnsi="Arial" w:cs="Arial"/>
          <w:sz w:val="24"/>
          <w:szCs w:val="24"/>
        </w:rPr>
        <w:t>efectuado</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destrozos</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u </w:t>
      </w:r>
      <w:proofErr w:type="spellStart"/>
      <w:r w:rsidRPr="007653B3">
        <w:rPr>
          <w:rFonts w:ascii="Arial" w:hAnsi="Arial" w:cs="Arial"/>
          <w:sz w:val="24"/>
          <w:szCs w:val="24"/>
        </w:rPr>
        <w:t>ofensas</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se </w:t>
      </w:r>
      <w:proofErr w:type="spellStart"/>
      <w:r w:rsidRPr="007653B3">
        <w:rPr>
          <w:rFonts w:ascii="Arial" w:hAnsi="Arial" w:cs="Arial"/>
          <w:spacing w:val="7"/>
          <w:sz w:val="24"/>
          <w:szCs w:val="24"/>
        </w:rPr>
        <w:t>debe</w:t>
      </w:r>
      <w:proofErr w:type="spellEnd"/>
      <w:r w:rsidRPr="007653B3">
        <w:rPr>
          <w:rFonts w:ascii="Arial" w:hAnsi="Arial" w:cs="Arial"/>
          <w:spacing w:val="7"/>
          <w:sz w:val="24"/>
          <w:szCs w:val="24"/>
        </w:rPr>
        <w:t xml:space="preserve"> </w:t>
      </w:r>
      <w:proofErr w:type="spellStart"/>
      <w:r w:rsidRPr="007653B3">
        <w:rPr>
          <w:rFonts w:ascii="Arial" w:hAnsi="Arial" w:cs="Arial"/>
          <w:spacing w:val="2"/>
          <w:sz w:val="24"/>
          <w:szCs w:val="24"/>
        </w:rPr>
        <w:t>responsabilizar</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y </w:t>
      </w:r>
      <w:proofErr w:type="spellStart"/>
      <w:r w:rsidRPr="007653B3">
        <w:rPr>
          <w:rFonts w:ascii="Arial" w:hAnsi="Arial" w:cs="Arial"/>
          <w:sz w:val="24"/>
          <w:szCs w:val="24"/>
        </w:rPr>
        <w:t>hacer</w:t>
      </w:r>
      <w:proofErr w:type="spellEnd"/>
      <w:r w:rsidRPr="007653B3">
        <w:rPr>
          <w:rFonts w:ascii="Arial" w:hAnsi="Arial" w:cs="Arial"/>
          <w:sz w:val="24"/>
          <w:szCs w:val="24"/>
        </w:rPr>
        <w:t xml:space="preserve"> </w:t>
      </w:r>
      <w:r w:rsidRPr="007653B3">
        <w:rPr>
          <w:rFonts w:ascii="Arial" w:hAnsi="Arial" w:cs="Arial"/>
          <w:spacing w:val="2"/>
          <w:sz w:val="24"/>
          <w:szCs w:val="24"/>
        </w:rPr>
        <w:t xml:space="preserve">cargo, </w:t>
      </w:r>
      <w:proofErr w:type="spellStart"/>
      <w:r w:rsidRPr="007653B3">
        <w:rPr>
          <w:rFonts w:ascii="Arial" w:hAnsi="Arial" w:cs="Arial"/>
          <w:spacing w:val="2"/>
          <w:sz w:val="24"/>
          <w:szCs w:val="24"/>
        </w:rPr>
        <w:t>ofreciendo</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las </w:t>
      </w:r>
      <w:proofErr w:type="spellStart"/>
      <w:r w:rsidRPr="007653B3">
        <w:rPr>
          <w:rFonts w:ascii="Arial" w:hAnsi="Arial" w:cs="Arial"/>
          <w:spacing w:val="2"/>
          <w:sz w:val="24"/>
          <w:szCs w:val="24"/>
        </w:rPr>
        <w:t>disculpas</w:t>
      </w:r>
      <w:proofErr w:type="spellEnd"/>
      <w:r w:rsidRPr="007653B3">
        <w:rPr>
          <w:rFonts w:ascii="Arial" w:hAnsi="Arial" w:cs="Arial"/>
          <w:spacing w:val="2"/>
          <w:sz w:val="24"/>
          <w:szCs w:val="24"/>
        </w:rPr>
        <w:t xml:space="preserve"> </w:t>
      </w:r>
      <w:proofErr w:type="spellStart"/>
      <w:r w:rsidRPr="007653B3">
        <w:rPr>
          <w:rFonts w:ascii="Arial" w:hAnsi="Arial" w:cs="Arial"/>
          <w:spacing w:val="3"/>
          <w:sz w:val="24"/>
          <w:szCs w:val="24"/>
        </w:rPr>
        <w:t>correspondientes</w:t>
      </w:r>
      <w:proofErr w:type="spellEnd"/>
      <w:r w:rsidRPr="007653B3">
        <w:rPr>
          <w:rFonts w:ascii="Arial" w:hAnsi="Arial" w:cs="Arial"/>
          <w:spacing w:val="3"/>
          <w:sz w:val="24"/>
          <w:szCs w:val="24"/>
        </w:rPr>
        <w:t xml:space="preserve">, </w:t>
      </w:r>
      <w:proofErr w:type="spellStart"/>
      <w:r w:rsidRPr="007653B3">
        <w:rPr>
          <w:rFonts w:ascii="Arial" w:hAnsi="Arial" w:cs="Arial"/>
          <w:spacing w:val="2"/>
          <w:sz w:val="24"/>
          <w:szCs w:val="24"/>
        </w:rPr>
        <w:t>ordenando</w:t>
      </w:r>
      <w:proofErr w:type="spellEnd"/>
      <w:r w:rsidRPr="007653B3">
        <w:rPr>
          <w:rFonts w:ascii="Arial" w:hAnsi="Arial" w:cs="Arial"/>
          <w:spacing w:val="2"/>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pacing w:val="4"/>
          <w:sz w:val="24"/>
          <w:szCs w:val="24"/>
        </w:rPr>
        <w:t>espacio</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o </w:t>
      </w:r>
      <w:proofErr w:type="spellStart"/>
      <w:r w:rsidRPr="007653B3">
        <w:rPr>
          <w:rFonts w:ascii="Arial" w:hAnsi="Arial" w:cs="Arial"/>
          <w:spacing w:val="3"/>
          <w:sz w:val="24"/>
          <w:szCs w:val="24"/>
        </w:rPr>
        <w:lastRenderedPageBreak/>
        <w:t>reponiendo</w:t>
      </w:r>
      <w:proofErr w:type="spellEnd"/>
      <w:r w:rsidRPr="007653B3">
        <w:rPr>
          <w:rFonts w:ascii="Arial" w:hAnsi="Arial" w:cs="Arial"/>
          <w:spacing w:val="3"/>
          <w:sz w:val="24"/>
          <w:szCs w:val="24"/>
        </w:rPr>
        <w:t xml:space="preserve">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proofErr w:type="spellStart"/>
      <w:r w:rsidRPr="007653B3">
        <w:rPr>
          <w:rFonts w:ascii="Arial" w:hAnsi="Arial" w:cs="Arial"/>
          <w:spacing w:val="4"/>
          <w:sz w:val="24"/>
          <w:szCs w:val="24"/>
        </w:rPr>
        <w:t>objetos</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rotos, </w:t>
      </w:r>
      <w:proofErr w:type="spellStart"/>
      <w:r w:rsidRPr="007653B3">
        <w:rPr>
          <w:rFonts w:ascii="Arial" w:hAnsi="Arial" w:cs="Arial"/>
          <w:sz w:val="24"/>
          <w:szCs w:val="24"/>
        </w:rPr>
        <w:t>conforme</w:t>
      </w:r>
      <w:proofErr w:type="spellEnd"/>
      <w:r w:rsidRPr="007653B3">
        <w:rPr>
          <w:rFonts w:ascii="Arial" w:hAnsi="Arial" w:cs="Arial"/>
          <w:sz w:val="24"/>
          <w:szCs w:val="24"/>
        </w:rPr>
        <w:t xml:space="preserve"> a las </w:t>
      </w:r>
      <w:proofErr w:type="spellStart"/>
      <w:r w:rsidRPr="007653B3">
        <w:rPr>
          <w:rFonts w:ascii="Arial" w:hAnsi="Arial" w:cs="Arial"/>
          <w:sz w:val="24"/>
          <w:szCs w:val="24"/>
        </w:rPr>
        <w:t>normas</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3"/>
          <w:sz w:val="24"/>
          <w:szCs w:val="24"/>
        </w:rPr>
        <w:t>convivencia</w:t>
      </w:r>
      <w:proofErr w:type="spellEnd"/>
      <w:r w:rsidRPr="007653B3">
        <w:rPr>
          <w:rFonts w:ascii="Arial" w:hAnsi="Arial" w:cs="Arial"/>
          <w:spacing w:val="3"/>
          <w:sz w:val="24"/>
          <w:szCs w:val="24"/>
        </w:rPr>
        <w:t xml:space="preserve"> </w:t>
      </w:r>
      <w:r w:rsidRPr="007653B3">
        <w:rPr>
          <w:rFonts w:ascii="Arial" w:hAnsi="Arial" w:cs="Arial"/>
          <w:spacing w:val="6"/>
          <w:sz w:val="24"/>
          <w:szCs w:val="24"/>
        </w:rPr>
        <w:t xml:space="preserve">del </w:t>
      </w:r>
      <w:r w:rsidRPr="007653B3">
        <w:rPr>
          <w:rFonts w:ascii="Arial" w:hAnsi="Arial" w:cs="Arial"/>
          <w:spacing w:val="-3"/>
          <w:sz w:val="24"/>
          <w:szCs w:val="24"/>
        </w:rPr>
        <w:t xml:space="preserve">aula </w:t>
      </w:r>
      <w:r w:rsidRPr="007653B3">
        <w:rPr>
          <w:rFonts w:ascii="Arial" w:hAnsi="Arial" w:cs="Arial"/>
          <w:sz w:val="24"/>
          <w:szCs w:val="24"/>
        </w:rPr>
        <w:t>y</w:t>
      </w:r>
      <w:r w:rsidRPr="007653B3">
        <w:rPr>
          <w:rFonts w:ascii="Arial" w:hAnsi="Arial" w:cs="Arial"/>
          <w:spacing w:val="4"/>
          <w:sz w:val="24"/>
          <w:szCs w:val="24"/>
        </w:rPr>
        <w:t xml:space="preserve"> </w:t>
      </w:r>
      <w:proofErr w:type="spellStart"/>
      <w:r w:rsidRPr="007653B3">
        <w:rPr>
          <w:rFonts w:ascii="Arial" w:hAnsi="Arial" w:cs="Arial"/>
          <w:spacing w:val="2"/>
          <w:sz w:val="24"/>
          <w:szCs w:val="24"/>
        </w:rPr>
        <w:t>establecimiento</w:t>
      </w:r>
      <w:proofErr w:type="spellEnd"/>
      <w:r w:rsidRPr="007653B3">
        <w:rPr>
          <w:rFonts w:ascii="Arial" w:hAnsi="Arial" w:cs="Arial"/>
          <w:spacing w:val="2"/>
          <w:sz w:val="24"/>
          <w:szCs w:val="24"/>
        </w:rPr>
        <w:t>.</w:t>
      </w:r>
    </w:p>
    <w:p w14:paraId="6F6263EF" w14:textId="77777777" w:rsidR="00893C50" w:rsidRPr="007653B3" w:rsidRDefault="00893C50" w:rsidP="00893C50">
      <w:pPr>
        <w:pStyle w:val="Prrafodelista"/>
        <w:widowControl w:val="0"/>
        <w:numPr>
          <w:ilvl w:val="0"/>
          <w:numId w:val="54"/>
        </w:numPr>
        <w:tabs>
          <w:tab w:val="left" w:pos="527"/>
        </w:tabs>
        <w:autoSpaceDE w:val="0"/>
        <w:autoSpaceDN w:val="0"/>
        <w:spacing w:after="0" w:line="360" w:lineRule="auto"/>
        <w:ind w:right="49"/>
        <w:contextualSpacing w:val="0"/>
        <w:jc w:val="both"/>
        <w:rPr>
          <w:rFonts w:ascii="Arial" w:hAnsi="Arial" w:cs="Arial"/>
          <w:sz w:val="24"/>
          <w:szCs w:val="24"/>
        </w:rPr>
      </w:pPr>
      <w:r w:rsidRPr="007653B3">
        <w:rPr>
          <w:rFonts w:ascii="Arial" w:hAnsi="Arial" w:cs="Arial"/>
          <w:sz w:val="24"/>
          <w:szCs w:val="24"/>
        </w:rPr>
        <w:t xml:space="preserve">Es </w:t>
      </w:r>
      <w:proofErr w:type="spellStart"/>
      <w:r w:rsidRPr="007653B3">
        <w:rPr>
          <w:rFonts w:ascii="Arial" w:hAnsi="Arial" w:cs="Arial"/>
          <w:sz w:val="24"/>
          <w:szCs w:val="24"/>
        </w:rPr>
        <w:t>importante</w:t>
      </w:r>
      <w:proofErr w:type="spellEnd"/>
      <w:r w:rsidRPr="007653B3">
        <w:rPr>
          <w:rFonts w:ascii="Arial" w:hAnsi="Arial" w:cs="Arial"/>
          <w:sz w:val="24"/>
          <w:szCs w:val="24"/>
        </w:rPr>
        <w:t xml:space="preserve"> </w:t>
      </w:r>
      <w:proofErr w:type="spellStart"/>
      <w:r w:rsidRPr="007653B3">
        <w:rPr>
          <w:rFonts w:ascii="Arial" w:hAnsi="Arial" w:cs="Arial"/>
          <w:sz w:val="24"/>
          <w:szCs w:val="24"/>
        </w:rPr>
        <w:t>trabajar</w:t>
      </w:r>
      <w:proofErr w:type="spellEnd"/>
      <w:r w:rsidRPr="007653B3">
        <w:rPr>
          <w:rFonts w:ascii="Arial" w:hAnsi="Arial" w:cs="Arial"/>
          <w:sz w:val="24"/>
          <w:szCs w:val="24"/>
        </w:rPr>
        <w:t xml:space="preserve"> la </w:t>
      </w:r>
      <w:proofErr w:type="spellStart"/>
      <w:r w:rsidRPr="007653B3">
        <w:rPr>
          <w:rFonts w:ascii="Arial" w:hAnsi="Arial" w:cs="Arial"/>
          <w:sz w:val="24"/>
          <w:szCs w:val="24"/>
        </w:rPr>
        <w:t>empatía</w:t>
      </w:r>
      <w:proofErr w:type="spellEnd"/>
      <w:r w:rsidRPr="007653B3">
        <w:rPr>
          <w:rFonts w:ascii="Arial" w:hAnsi="Arial" w:cs="Arial"/>
          <w:sz w:val="24"/>
          <w:szCs w:val="24"/>
        </w:rPr>
        <w:t xml:space="preserve"> y </w:t>
      </w:r>
      <w:proofErr w:type="spellStart"/>
      <w:r w:rsidRPr="007653B3">
        <w:rPr>
          <w:rFonts w:ascii="Arial" w:hAnsi="Arial" w:cs="Arial"/>
          <w:sz w:val="24"/>
          <w:szCs w:val="24"/>
        </w:rPr>
        <w:t>teoría</w:t>
      </w:r>
      <w:proofErr w:type="spellEnd"/>
      <w:r w:rsidRPr="007653B3">
        <w:rPr>
          <w:rFonts w:ascii="Arial" w:hAnsi="Arial" w:cs="Arial"/>
          <w:sz w:val="24"/>
          <w:szCs w:val="24"/>
        </w:rPr>
        <w:t xml:space="preserve"> mental</w:t>
      </w:r>
      <w:r>
        <w:rPr>
          <w:rStyle w:val="Refdenotaalpie"/>
          <w:rFonts w:ascii="Arial" w:hAnsi="Arial" w:cs="Arial"/>
          <w:sz w:val="24"/>
          <w:szCs w:val="24"/>
        </w:rPr>
        <w:footnoteReference w:id="15"/>
      </w:r>
      <w:r w:rsidRPr="007653B3">
        <w:rPr>
          <w:rFonts w:ascii="Arial" w:hAnsi="Arial" w:cs="Arial"/>
          <w:position w:val="6"/>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este</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proceso</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la </w:t>
      </w:r>
      <w:r w:rsidRPr="007653B3">
        <w:rPr>
          <w:rFonts w:ascii="Arial" w:hAnsi="Arial" w:cs="Arial"/>
          <w:spacing w:val="2"/>
          <w:sz w:val="24"/>
          <w:szCs w:val="24"/>
        </w:rPr>
        <w:t>causa-</w:t>
      </w:r>
      <w:proofErr w:type="spellStart"/>
      <w:r w:rsidRPr="007653B3">
        <w:rPr>
          <w:rFonts w:ascii="Arial" w:hAnsi="Arial" w:cs="Arial"/>
          <w:spacing w:val="2"/>
          <w:sz w:val="24"/>
          <w:szCs w:val="24"/>
        </w:rPr>
        <w:t>consecuencia</w:t>
      </w:r>
      <w:proofErr w:type="spellEnd"/>
      <w:r w:rsidRPr="007653B3">
        <w:rPr>
          <w:rFonts w:ascii="Arial" w:hAnsi="Arial" w:cs="Arial"/>
          <w:spacing w:val="2"/>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nuestras</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acciones</w:t>
      </w:r>
      <w:proofErr w:type="spellEnd"/>
      <w:r w:rsidRPr="007653B3">
        <w:rPr>
          <w:rFonts w:ascii="Arial" w:hAnsi="Arial" w:cs="Arial"/>
          <w:spacing w:val="-3"/>
          <w:sz w:val="24"/>
          <w:szCs w:val="24"/>
        </w:rPr>
        <w:t xml:space="preserve"> </w:t>
      </w:r>
      <w:r w:rsidRPr="007653B3">
        <w:rPr>
          <w:rFonts w:ascii="Arial" w:hAnsi="Arial" w:cs="Arial"/>
          <w:sz w:val="24"/>
          <w:szCs w:val="24"/>
        </w:rPr>
        <w:t>y</w:t>
      </w:r>
      <w:r w:rsidRPr="007653B3">
        <w:rPr>
          <w:rFonts w:ascii="Arial" w:hAnsi="Arial" w:cs="Arial"/>
          <w:spacing w:val="-2"/>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7"/>
          <w:sz w:val="24"/>
          <w:szCs w:val="24"/>
        </w:rPr>
        <w:t xml:space="preserve"> </w:t>
      </w:r>
      <w:proofErr w:type="spellStart"/>
      <w:r w:rsidRPr="007653B3">
        <w:rPr>
          <w:rFonts w:ascii="Arial" w:hAnsi="Arial" w:cs="Arial"/>
          <w:sz w:val="24"/>
          <w:szCs w:val="24"/>
        </w:rPr>
        <w:t>reconocimiento</w:t>
      </w:r>
      <w:proofErr w:type="spellEnd"/>
      <w:r w:rsidRPr="007653B3">
        <w:rPr>
          <w:rFonts w:ascii="Arial" w:hAnsi="Arial" w:cs="Arial"/>
          <w:spacing w:val="2"/>
          <w:sz w:val="24"/>
          <w:szCs w:val="24"/>
        </w:rPr>
        <w:t xml:space="preserve"> </w:t>
      </w:r>
      <w:r w:rsidRPr="007653B3">
        <w:rPr>
          <w:rFonts w:ascii="Arial" w:hAnsi="Arial" w:cs="Arial"/>
          <w:sz w:val="24"/>
          <w:szCs w:val="24"/>
        </w:rPr>
        <w:t>y</w:t>
      </w:r>
      <w:r w:rsidRPr="007653B3">
        <w:rPr>
          <w:rFonts w:ascii="Arial" w:hAnsi="Arial" w:cs="Arial"/>
          <w:spacing w:val="-2"/>
          <w:sz w:val="24"/>
          <w:szCs w:val="24"/>
        </w:rPr>
        <w:t xml:space="preserve"> </w:t>
      </w:r>
      <w:proofErr w:type="spellStart"/>
      <w:r w:rsidRPr="007653B3">
        <w:rPr>
          <w:rFonts w:ascii="Arial" w:hAnsi="Arial" w:cs="Arial"/>
          <w:sz w:val="24"/>
          <w:szCs w:val="24"/>
        </w:rPr>
        <w:t>expresión</w:t>
      </w:r>
      <w:proofErr w:type="spellEnd"/>
      <w:r w:rsidRPr="007653B3">
        <w:rPr>
          <w:rFonts w:ascii="Arial" w:hAnsi="Arial" w:cs="Arial"/>
          <w:spacing w:val="-13"/>
          <w:sz w:val="24"/>
          <w:szCs w:val="24"/>
        </w:rPr>
        <w:t xml:space="preserve"> </w:t>
      </w:r>
      <w:r w:rsidRPr="007653B3">
        <w:rPr>
          <w:rFonts w:ascii="Arial" w:hAnsi="Arial" w:cs="Arial"/>
          <w:spacing w:val="5"/>
          <w:sz w:val="24"/>
          <w:szCs w:val="24"/>
        </w:rPr>
        <w:t>de</w:t>
      </w:r>
      <w:r w:rsidRPr="007653B3">
        <w:rPr>
          <w:rFonts w:ascii="Arial" w:hAnsi="Arial" w:cs="Arial"/>
          <w:spacing w:val="2"/>
          <w:sz w:val="24"/>
          <w:szCs w:val="24"/>
        </w:rPr>
        <w:t xml:space="preserve"> </w:t>
      </w:r>
      <w:proofErr w:type="spellStart"/>
      <w:r w:rsidRPr="007653B3">
        <w:rPr>
          <w:rFonts w:ascii="Arial" w:hAnsi="Arial" w:cs="Arial"/>
          <w:sz w:val="24"/>
          <w:szCs w:val="24"/>
        </w:rPr>
        <w:t>emociones</w:t>
      </w:r>
      <w:proofErr w:type="spellEnd"/>
      <w:r w:rsidRPr="007653B3">
        <w:rPr>
          <w:rFonts w:ascii="Arial" w:hAnsi="Arial" w:cs="Arial"/>
          <w:sz w:val="24"/>
          <w:szCs w:val="24"/>
        </w:rPr>
        <w:t>.</w:t>
      </w:r>
      <w:r w:rsidRPr="007653B3">
        <w:rPr>
          <w:rFonts w:ascii="Arial" w:hAnsi="Arial" w:cs="Arial"/>
          <w:spacing w:val="-19"/>
          <w:sz w:val="24"/>
          <w:szCs w:val="24"/>
        </w:rPr>
        <w:t xml:space="preserve"> </w:t>
      </w:r>
      <w:r w:rsidRPr="007653B3">
        <w:rPr>
          <w:rFonts w:ascii="Arial" w:hAnsi="Arial" w:cs="Arial"/>
          <w:sz w:val="24"/>
          <w:szCs w:val="24"/>
        </w:rPr>
        <w:t>Para</w:t>
      </w:r>
      <w:r w:rsidRPr="007653B3">
        <w:rPr>
          <w:rFonts w:ascii="Arial" w:hAnsi="Arial" w:cs="Arial"/>
          <w:spacing w:val="-14"/>
          <w:sz w:val="24"/>
          <w:szCs w:val="24"/>
        </w:rPr>
        <w:t xml:space="preserve"> </w:t>
      </w:r>
      <w:proofErr w:type="spellStart"/>
      <w:r w:rsidRPr="007653B3">
        <w:rPr>
          <w:rFonts w:ascii="Arial" w:hAnsi="Arial" w:cs="Arial"/>
          <w:spacing w:val="4"/>
          <w:sz w:val="24"/>
          <w:szCs w:val="24"/>
        </w:rPr>
        <w:t>ello</w:t>
      </w:r>
      <w:proofErr w:type="spellEnd"/>
      <w:r w:rsidRPr="007653B3">
        <w:rPr>
          <w:rFonts w:ascii="Arial" w:hAnsi="Arial" w:cs="Arial"/>
          <w:spacing w:val="4"/>
          <w:sz w:val="24"/>
          <w:szCs w:val="24"/>
        </w:rPr>
        <w:t>,</w:t>
      </w:r>
      <w:r w:rsidRPr="007653B3">
        <w:rPr>
          <w:rFonts w:ascii="Arial" w:hAnsi="Arial" w:cs="Arial"/>
          <w:spacing w:val="-3"/>
          <w:sz w:val="24"/>
          <w:szCs w:val="24"/>
        </w:rPr>
        <w:t xml:space="preserve"> </w:t>
      </w:r>
      <w:r w:rsidRPr="007653B3">
        <w:rPr>
          <w:rFonts w:ascii="Arial" w:hAnsi="Arial" w:cs="Arial"/>
          <w:spacing w:val="3"/>
          <w:sz w:val="24"/>
          <w:szCs w:val="24"/>
        </w:rPr>
        <w:t>se</w:t>
      </w:r>
      <w:r w:rsidRPr="007653B3">
        <w:rPr>
          <w:rFonts w:ascii="Arial" w:hAnsi="Arial" w:cs="Arial"/>
          <w:spacing w:val="2"/>
          <w:sz w:val="24"/>
          <w:szCs w:val="24"/>
        </w:rPr>
        <w:t xml:space="preserve"> </w:t>
      </w:r>
      <w:proofErr w:type="spellStart"/>
      <w:r w:rsidRPr="007653B3">
        <w:rPr>
          <w:rFonts w:ascii="Arial" w:hAnsi="Arial" w:cs="Arial"/>
          <w:sz w:val="24"/>
          <w:szCs w:val="24"/>
        </w:rPr>
        <w:t>pueden</w:t>
      </w:r>
      <w:proofErr w:type="spellEnd"/>
      <w:r w:rsidRPr="007653B3">
        <w:rPr>
          <w:rFonts w:ascii="Arial" w:hAnsi="Arial" w:cs="Arial"/>
          <w:spacing w:val="-13"/>
          <w:sz w:val="24"/>
          <w:szCs w:val="24"/>
        </w:rPr>
        <w:t xml:space="preserve"> </w:t>
      </w:r>
      <w:proofErr w:type="spellStart"/>
      <w:r w:rsidRPr="007653B3">
        <w:rPr>
          <w:rFonts w:ascii="Arial" w:hAnsi="Arial" w:cs="Arial"/>
          <w:sz w:val="24"/>
          <w:szCs w:val="24"/>
        </w:rPr>
        <w:t>utilizar</w:t>
      </w:r>
      <w:proofErr w:type="spellEnd"/>
      <w:r w:rsidRPr="007653B3">
        <w:rPr>
          <w:rFonts w:ascii="Arial" w:hAnsi="Arial" w:cs="Arial"/>
          <w:spacing w:val="1"/>
          <w:sz w:val="24"/>
          <w:szCs w:val="24"/>
        </w:rPr>
        <w:t xml:space="preserve"> </w:t>
      </w:r>
      <w:proofErr w:type="spellStart"/>
      <w:r w:rsidRPr="007653B3">
        <w:rPr>
          <w:rFonts w:ascii="Arial" w:hAnsi="Arial" w:cs="Arial"/>
          <w:spacing w:val="5"/>
          <w:sz w:val="24"/>
          <w:szCs w:val="24"/>
        </w:rPr>
        <w:t>apoyos</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visuales</w:t>
      </w:r>
      <w:proofErr w:type="spellEnd"/>
      <w:r w:rsidRPr="007653B3">
        <w:rPr>
          <w:rFonts w:ascii="Arial" w:hAnsi="Arial" w:cs="Arial"/>
          <w:sz w:val="24"/>
          <w:szCs w:val="24"/>
        </w:rPr>
        <w:t>,</w:t>
      </w:r>
      <w:r w:rsidRPr="007653B3">
        <w:rPr>
          <w:rFonts w:ascii="Arial" w:hAnsi="Arial" w:cs="Arial"/>
          <w:spacing w:val="-3"/>
          <w:sz w:val="24"/>
          <w:szCs w:val="24"/>
        </w:rPr>
        <w:t xml:space="preserve"> </w:t>
      </w:r>
      <w:proofErr w:type="spellStart"/>
      <w:r w:rsidRPr="007653B3">
        <w:rPr>
          <w:rFonts w:ascii="Arial" w:hAnsi="Arial" w:cs="Arial"/>
          <w:spacing w:val="-4"/>
          <w:sz w:val="24"/>
          <w:szCs w:val="24"/>
        </w:rPr>
        <w:t>como</w:t>
      </w:r>
      <w:proofErr w:type="spellEnd"/>
      <w:r w:rsidRPr="007653B3">
        <w:rPr>
          <w:rFonts w:ascii="Arial" w:hAnsi="Arial" w:cs="Arial"/>
          <w:spacing w:val="-4"/>
          <w:sz w:val="24"/>
          <w:szCs w:val="24"/>
        </w:rPr>
        <w:t xml:space="preserve"> </w:t>
      </w:r>
      <w:proofErr w:type="spellStart"/>
      <w:r w:rsidRPr="007653B3">
        <w:rPr>
          <w:rFonts w:ascii="Arial" w:hAnsi="Arial" w:cs="Arial"/>
          <w:spacing w:val="3"/>
          <w:sz w:val="24"/>
          <w:szCs w:val="24"/>
        </w:rPr>
        <w:t>dibujos</w:t>
      </w:r>
      <w:proofErr w:type="spellEnd"/>
      <w:r w:rsidRPr="007653B3">
        <w:rPr>
          <w:rFonts w:ascii="Arial" w:hAnsi="Arial" w:cs="Arial"/>
          <w:spacing w:val="12"/>
          <w:sz w:val="24"/>
          <w:szCs w:val="24"/>
        </w:rPr>
        <w:t xml:space="preserve"> </w:t>
      </w:r>
      <w:r w:rsidRPr="007653B3">
        <w:rPr>
          <w:rFonts w:ascii="Arial" w:hAnsi="Arial" w:cs="Arial"/>
          <w:spacing w:val="5"/>
          <w:sz w:val="24"/>
          <w:szCs w:val="24"/>
        </w:rPr>
        <w:t>de</w:t>
      </w:r>
      <w:r w:rsidRPr="007653B3">
        <w:rPr>
          <w:rFonts w:ascii="Arial" w:hAnsi="Arial" w:cs="Arial"/>
          <w:spacing w:val="17"/>
          <w:sz w:val="24"/>
          <w:szCs w:val="24"/>
        </w:rPr>
        <w:t xml:space="preserve"> </w:t>
      </w:r>
      <w:r w:rsidRPr="007653B3">
        <w:rPr>
          <w:rFonts w:ascii="Arial" w:hAnsi="Arial" w:cs="Arial"/>
          <w:sz w:val="24"/>
          <w:szCs w:val="24"/>
        </w:rPr>
        <w:t>lo</w:t>
      </w:r>
      <w:r w:rsidRPr="007653B3">
        <w:rPr>
          <w:rFonts w:ascii="Arial" w:hAnsi="Arial" w:cs="Arial"/>
          <w:spacing w:val="16"/>
          <w:sz w:val="24"/>
          <w:szCs w:val="24"/>
        </w:rPr>
        <w:t xml:space="preserve"> </w:t>
      </w:r>
      <w:proofErr w:type="spellStart"/>
      <w:r w:rsidRPr="007653B3">
        <w:rPr>
          <w:rFonts w:ascii="Arial" w:hAnsi="Arial" w:cs="Arial"/>
          <w:sz w:val="24"/>
          <w:szCs w:val="24"/>
        </w:rPr>
        <w:t>ocurrido</w:t>
      </w:r>
      <w:proofErr w:type="spellEnd"/>
      <w:r w:rsidRPr="007653B3">
        <w:rPr>
          <w:rFonts w:ascii="Arial" w:hAnsi="Arial" w:cs="Arial"/>
          <w:spacing w:val="17"/>
          <w:sz w:val="24"/>
          <w:szCs w:val="24"/>
        </w:rPr>
        <w:t xml:space="preserve"> </w:t>
      </w:r>
      <w:r w:rsidRPr="007653B3">
        <w:rPr>
          <w:rFonts w:ascii="Arial" w:hAnsi="Arial" w:cs="Arial"/>
          <w:sz w:val="24"/>
          <w:szCs w:val="24"/>
        </w:rPr>
        <w:t>o</w:t>
      </w:r>
      <w:r w:rsidRPr="007653B3">
        <w:rPr>
          <w:rFonts w:ascii="Arial" w:hAnsi="Arial" w:cs="Arial"/>
          <w:spacing w:val="17"/>
          <w:sz w:val="24"/>
          <w:szCs w:val="24"/>
        </w:rPr>
        <w:t xml:space="preserve"> </w:t>
      </w:r>
      <w:proofErr w:type="spellStart"/>
      <w:r w:rsidRPr="007653B3">
        <w:rPr>
          <w:rFonts w:ascii="Arial" w:hAnsi="Arial" w:cs="Arial"/>
          <w:sz w:val="24"/>
          <w:szCs w:val="24"/>
        </w:rPr>
        <w:t>historias</w:t>
      </w:r>
      <w:proofErr w:type="spellEnd"/>
      <w:r w:rsidRPr="007653B3">
        <w:rPr>
          <w:rFonts w:ascii="Arial" w:hAnsi="Arial" w:cs="Arial"/>
          <w:spacing w:val="12"/>
          <w:sz w:val="24"/>
          <w:szCs w:val="24"/>
        </w:rPr>
        <w:t xml:space="preserve"> </w:t>
      </w:r>
      <w:proofErr w:type="spellStart"/>
      <w:r w:rsidRPr="007653B3">
        <w:rPr>
          <w:rFonts w:ascii="Arial" w:hAnsi="Arial" w:cs="Arial"/>
          <w:spacing w:val="3"/>
          <w:sz w:val="24"/>
          <w:szCs w:val="24"/>
        </w:rPr>
        <w:t>sociales</w:t>
      </w:r>
      <w:proofErr w:type="spellEnd"/>
      <w:r w:rsidRPr="007653B3">
        <w:rPr>
          <w:rFonts w:ascii="Arial" w:hAnsi="Arial" w:cs="Arial"/>
          <w:spacing w:val="3"/>
          <w:sz w:val="24"/>
          <w:szCs w:val="24"/>
        </w:rPr>
        <w:t>,</w:t>
      </w:r>
      <w:r w:rsidRPr="007653B3">
        <w:rPr>
          <w:rFonts w:ascii="Arial" w:hAnsi="Arial" w:cs="Arial"/>
          <w:spacing w:val="12"/>
          <w:sz w:val="24"/>
          <w:szCs w:val="24"/>
        </w:rPr>
        <w:t xml:space="preserve"> </w:t>
      </w:r>
      <w:proofErr w:type="spellStart"/>
      <w:r w:rsidRPr="007653B3">
        <w:rPr>
          <w:rFonts w:ascii="Arial" w:hAnsi="Arial" w:cs="Arial"/>
          <w:sz w:val="24"/>
          <w:szCs w:val="24"/>
        </w:rPr>
        <w:t>tipo</w:t>
      </w:r>
      <w:proofErr w:type="spellEnd"/>
      <w:r w:rsidRPr="007653B3">
        <w:rPr>
          <w:rFonts w:ascii="Arial" w:hAnsi="Arial" w:cs="Arial"/>
          <w:spacing w:val="16"/>
          <w:sz w:val="24"/>
          <w:szCs w:val="24"/>
        </w:rPr>
        <w:t xml:space="preserve"> </w:t>
      </w:r>
      <w:r w:rsidRPr="007653B3">
        <w:rPr>
          <w:rFonts w:ascii="Arial" w:hAnsi="Arial" w:cs="Arial"/>
          <w:spacing w:val="4"/>
          <w:sz w:val="24"/>
          <w:szCs w:val="24"/>
        </w:rPr>
        <w:t>comics,</w:t>
      </w:r>
      <w:r w:rsidRPr="007653B3">
        <w:rPr>
          <w:rFonts w:ascii="Arial" w:hAnsi="Arial" w:cs="Arial"/>
          <w:spacing w:val="12"/>
          <w:sz w:val="24"/>
          <w:szCs w:val="24"/>
        </w:rPr>
        <w:t xml:space="preserve"> </w:t>
      </w:r>
      <w:r w:rsidRPr="007653B3">
        <w:rPr>
          <w:rFonts w:ascii="Arial" w:hAnsi="Arial" w:cs="Arial"/>
          <w:sz w:val="24"/>
          <w:szCs w:val="24"/>
        </w:rPr>
        <w:t>u</w:t>
      </w:r>
      <w:r w:rsidRPr="007653B3">
        <w:rPr>
          <w:rFonts w:ascii="Arial" w:hAnsi="Arial" w:cs="Arial"/>
          <w:spacing w:val="1"/>
          <w:sz w:val="24"/>
          <w:szCs w:val="24"/>
        </w:rPr>
        <w:t xml:space="preserve"> </w:t>
      </w:r>
      <w:proofErr w:type="spellStart"/>
      <w:r w:rsidRPr="007653B3">
        <w:rPr>
          <w:rFonts w:ascii="Arial" w:hAnsi="Arial" w:cs="Arial"/>
          <w:spacing w:val="-3"/>
          <w:sz w:val="24"/>
          <w:szCs w:val="24"/>
        </w:rPr>
        <w:t>otras</w:t>
      </w:r>
      <w:proofErr w:type="spellEnd"/>
      <w:r w:rsidRPr="007653B3">
        <w:rPr>
          <w:rFonts w:ascii="Arial" w:hAnsi="Arial" w:cs="Arial"/>
          <w:spacing w:val="13"/>
          <w:sz w:val="24"/>
          <w:szCs w:val="24"/>
        </w:rPr>
        <w:t xml:space="preserve"> </w:t>
      </w:r>
      <w:proofErr w:type="spellStart"/>
      <w:r w:rsidRPr="007653B3">
        <w:rPr>
          <w:rFonts w:ascii="Arial" w:hAnsi="Arial" w:cs="Arial"/>
          <w:sz w:val="24"/>
          <w:szCs w:val="24"/>
        </w:rPr>
        <w:t>adecuadas</w:t>
      </w:r>
      <w:proofErr w:type="spellEnd"/>
      <w:r w:rsidRPr="007653B3">
        <w:rPr>
          <w:rFonts w:ascii="Arial" w:hAnsi="Arial" w:cs="Arial"/>
          <w:spacing w:val="12"/>
          <w:sz w:val="24"/>
          <w:szCs w:val="24"/>
        </w:rPr>
        <w:t xml:space="preserve"> </w:t>
      </w:r>
      <w:r w:rsidRPr="007653B3">
        <w:rPr>
          <w:rFonts w:ascii="Arial" w:hAnsi="Arial" w:cs="Arial"/>
          <w:sz w:val="24"/>
          <w:szCs w:val="24"/>
        </w:rPr>
        <w:t>a</w:t>
      </w:r>
      <w:r w:rsidRPr="007653B3">
        <w:rPr>
          <w:rFonts w:ascii="Arial" w:hAnsi="Arial" w:cs="Arial"/>
          <w:spacing w:val="24"/>
          <w:sz w:val="24"/>
          <w:szCs w:val="24"/>
        </w:rPr>
        <w:t xml:space="preserve"> </w:t>
      </w:r>
      <w:proofErr w:type="spellStart"/>
      <w:r w:rsidRPr="007653B3">
        <w:rPr>
          <w:rFonts w:ascii="Arial" w:hAnsi="Arial" w:cs="Arial"/>
          <w:spacing w:val="2"/>
          <w:sz w:val="24"/>
          <w:szCs w:val="24"/>
        </w:rPr>
        <w:t>cada</w:t>
      </w:r>
      <w:proofErr w:type="spellEnd"/>
      <w:r w:rsidRPr="007653B3">
        <w:rPr>
          <w:rFonts w:ascii="Arial" w:hAnsi="Arial" w:cs="Arial"/>
          <w:spacing w:val="1"/>
          <w:sz w:val="24"/>
          <w:szCs w:val="24"/>
        </w:rPr>
        <w:t xml:space="preserve"> </w:t>
      </w:r>
      <w:proofErr w:type="spellStart"/>
      <w:r w:rsidRPr="007653B3">
        <w:rPr>
          <w:rFonts w:ascii="Arial" w:hAnsi="Arial" w:cs="Arial"/>
          <w:spacing w:val="2"/>
          <w:sz w:val="24"/>
          <w:szCs w:val="24"/>
        </w:rPr>
        <w:t>individuo</w:t>
      </w:r>
      <w:proofErr w:type="spellEnd"/>
      <w:r w:rsidRPr="007653B3">
        <w:rPr>
          <w:rFonts w:ascii="Arial" w:hAnsi="Arial" w:cs="Arial"/>
          <w:spacing w:val="2"/>
          <w:sz w:val="24"/>
          <w:szCs w:val="24"/>
        </w:rPr>
        <w:t>.</w:t>
      </w:r>
    </w:p>
    <w:p w14:paraId="2CA0AFD4" w14:textId="77777777" w:rsidR="00893C50" w:rsidRPr="00107EBD" w:rsidRDefault="00893C50" w:rsidP="00893C50">
      <w:pPr>
        <w:pStyle w:val="Prrafodelista"/>
        <w:widowControl w:val="0"/>
        <w:numPr>
          <w:ilvl w:val="0"/>
          <w:numId w:val="54"/>
        </w:numPr>
        <w:tabs>
          <w:tab w:val="left" w:pos="527"/>
        </w:tabs>
        <w:autoSpaceDE w:val="0"/>
        <w:autoSpaceDN w:val="0"/>
        <w:spacing w:after="0" w:line="360" w:lineRule="auto"/>
        <w:ind w:right="49"/>
        <w:contextualSpacing w:val="0"/>
        <w:jc w:val="both"/>
        <w:rPr>
          <w:rFonts w:ascii="Arial" w:hAnsi="Arial" w:cs="Arial"/>
          <w:b/>
          <w:bCs/>
          <w:sz w:val="24"/>
          <w:szCs w:val="24"/>
        </w:rPr>
      </w:pPr>
      <w:proofErr w:type="spellStart"/>
      <w:r w:rsidRPr="007653B3">
        <w:rPr>
          <w:rFonts w:ascii="Arial" w:hAnsi="Arial" w:cs="Arial"/>
          <w:b/>
          <w:sz w:val="24"/>
          <w:szCs w:val="24"/>
        </w:rPr>
        <w:t>Específicamente</w:t>
      </w:r>
      <w:proofErr w:type="spellEnd"/>
      <w:r w:rsidRPr="007653B3">
        <w:rPr>
          <w:rFonts w:ascii="Arial" w:hAnsi="Arial" w:cs="Arial"/>
          <w:b/>
          <w:sz w:val="24"/>
          <w:szCs w:val="24"/>
        </w:rPr>
        <w:t xml:space="preserve"> </w:t>
      </w:r>
      <w:proofErr w:type="spellStart"/>
      <w:r w:rsidRPr="007653B3">
        <w:rPr>
          <w:rFonts w:ascii="Arial" w:hAnsi="Arial" w:cs="Arial"/>
          <w:b/>
          <w:spacing w:val="-3"/>
          <w:sz w:val="24"/>
          <w:szCs w:val="24"/>
        </w:rPr>
        <w:t>en</w:t>
      </w:r>
      <w:proofErr w:type="spellEnd"/>
      <w:r w:rsidRPr="007653B3">
        <w:rPr>
          <w:rFonts w:ascii="Arial" w:hAnsi="Arial" w:cs="Arial"/>
          <w:b/>
          <w:spacing w:val="-3"/>
          <w:sz w:val="24"/>
          <w:szCs w:val="24"/>
        </w:rPr>
        <w:t xml:space="preserve"> </w:t>
      </w:r>
      <w:r w:rsidRPr="007653B3">
        <w:rPr>
          <w:rFonts w:ascii="Arial" w:hAnsi="Arial" w:cs="Arial"/>
          <w:b/>
          <w:spacing w:val="2"/>
          <w:sz w:val="24"/>
          <w:szCs w:val="24"/>
        </w:rPr>
        <w:t xml:space="preserve">lo </w:t>
      </w:r>
      <w:proofErr w:type="spellStart"/>
      <w:r w:rsidRPr="007653B3">
        <w:rPr>
          <w:rFonts w:ascii="Arial" w:hAnsi="Arial" w:cs="Arial"/>
          <w:b/>
          <w:sz w:val="24"/>
          <w:szCs w:val="24"/>
        </w:rPr>
        <w:t>referido</w:t>
      </w:r>
      <w:proofErr w:type="spellEnd"/>
      <w:r w:rsidRPr="007653B3">
        <w:rPr>
          <w:rFonts w:ascii="Arial" w:hAnsi="Arial" w:cs="Arial"/>
          <w:b/>
          <w:sz w:val="24"/>
          <w:szCs w:val="24"/>
        </w:rPr>
        <w:t xml:space="preserve"> a </w:t>
      </w:r>
      <w:r w:rsidRPr="007653B3">
        <w:rPr>
          <w:rFonts w:ascii="Arial" w:hAnsi="Arial" w:cs="Arial"/>
          <w:b/>
          <w:spacing w:val="2"/>
          <w:sz w:val="24"/>
          <w:szCs w:val="24"/>
        </w:rPr>
        <w:t xml:space="preserve">la </w:t>
      </w:r>
      <w:proofErr w:type="spellStart"/>
      <w:r w:rsidRPr="007653B3">
        <w:rPr>
          <w:rFonts w:ascii="Arial" w:hAnsi="Arial" w:cs="Arial"/>
          <w:b/>
          <w:sz w:val="24"/>
          <w:szCs w:val="24"/>
        </w:rPr>
        <w:t>reparación</w:t>
      </w:r>
      <w:proofErr w:type="spellEnd"/>
      <w:r w:rsidRPr="007653B3">
        <w:rPr>
          <w:rFonts w:ascii="Arial" w:hAnsi="Arial" w:cs="Arial"/>
          <w:b/>
          <w:sz w:val="24"/>
          <w:szCs w:val="24"/>
        </w:rPr>
        <w:t xml:space="preserve"> </w:t>
      </w:r>
      <w:proofErr w:type="spellStart"/>
      <w:r w:rsidRPr="007653B3">
        <w:rPr>
          <w:rFonts w:ascii="Arial" w:hAnsi="Arial" w:cs="Arial"/>
          <w:b/>
          <w:sz w:val="24"/>
          <w:szCs w:val="24"/>
        </w:rPr>
        <w:t>hacia</w:t>
      </w:r>
      <w:proofErr w:type="spellEnd"/>
      <w:r w:rsidRPr="007653B3">
        <w:rPr>
          <w:rFonts w:ascii="Arial" w:hAnsi="Arial" w:cs="Arial"/>
          <w:b/>
          <w:sz w:val="24"/>
          <w:szCs w:val="24"/>
        </w:rPr>
        <w:t xml:space="preserve"> </w:t>
      </w:r>
      <w:proofErr w:type="spellStart"/>
      <w:r w:rsidRPr="007653B3">
        <w:rPr>
          <w:rFonts w:ascii="Arial" w:hAnsi="Arial" w:cs="Arial"/>
          <w:b/>
          <w:spacing w:val="-4"/>
          <w:sz w:val="24"/>
          <w:szCs w:val="24"/>
        </w:rPr>
        <w:t>terceros</w:t>
      </w:r>
      <w:proofErr w:type="spellEnd"/>
      <w:r w:rsidRPr="007653B3">
        <w:rPr>
          <w:rFonts w:ascii="Arial" w:hAnsi="Arial" w:cs="Arial"/>
          <w:b/>
          <w:spacing w:val="-4"/>
          <w:sz w:val="24"/>
          <w:szCs w:val="24"/>
        </w:rPr>
        <w:t xml:space="preserve">, </w:t>
      </w:r>
      <w:proofErr w:type="spellStart"/>
      <w:r w:rsidRPr="007653B3">
        <w:rPr>
          <w:rFonts w:ascii="Arial" w:hAnsi="Arial" w:cs="Arial"/>
          <w:b/>
          <w:sz w:val="24"/>
          <w:szCs w:val="24"/>
        </w:rPr>
        <w:t>debe</w:t>
      </w:r>
      <w:proofErr w:type="spellEnd"/>
      <w:r w:rsidRPr="007653B3">
        <w:rPr>
          <w:rFonts w:ascii="Arial" w:hAnsi="Arial" w:cs="Arial"/>
          <w:b/>
          <w:sz w:val="24"/>
          <w:szCs w:val="24"/>
        </w:rPr>
        <w:t xml:space="preserve"> </w:t>
      </w:r>
      <w:proofErr w:type="spellStart"/>
      <w:r w:rsidRPr="007653B3">
        <w:rPr>
          <w:rFonts w:ascii="Arial" w:hAnsi="Arial" w:cs="Arial"/>
          <w:b/>
          <w:spacing w:val="-3"/>
          <w:sz w:val="24"/>
          <w:szCs w:val="24"/>
        </w:rPr>
        <w:t>realizarse</w:t>
      </w:r>
      <w:proofErr w:type="spellEnd"/>
      <w:r w:rsidRPr="007653B3">
        <w:rPr>
          <w:rFonts w:ascii="Arial" w:hAnsi="Arial" w:cs="Arial"/>
          <w:b/>
          <w:spacing w:val="-3"/>
          <w:sz w:val="24"/>
          <w:szCs w:val="24"/>
        </w:rPr>
        <w:t xml:space="preserve"> </w:t>
      </w:r>
      <w:proofErr w:type="spellStart"/>
      <w:r w:rsidRPr="007653B3">
        <w:rPr>
          <w:rFonts w:ascii="Arial" w:hAnsi="Arial" w:cs="Arial"/>
          <w:b/>
          <w:spacing w:val="6"/>
          <w:sz w:val="24"/>
          <w:szCs w:val="24"/>
        </w:rPr>
        <w:t>en</w:t>
      </w:r>
      <w:proofErr w:type="spellEnd"/>
      <w:r w:rsidRPr="007653B3">
        <w:rPr>
          <w:rFonts w:ascii="Arial" w:hAnsi="Arial" w:cs="Arial"/>
          <w:b/>
          <w:spacing w:val="6"/>
          <w:sz w:val="24"/>
          <w:szCs w:val="24"/>
        </w:rPr>
        <w:t xml:space="preserve"> </w:t>
      </w:r>
      <w:r w:rsidRPr="007653B3">
        <w:rPr>
          <w:rFonts w:ascii="Arial" w:hAnsi="Arial" w:cs="Arial"/>
          <w:b/>
          <w:sz w:val="24"/>
          <w:szCs w:val="24"/>
        </w:rPr>
        <w:t xml:space="preserve">un </w:t>
      </w:r>
      <w:proofErr w:type="spellStart"/>
      <w:r w:rsidRPr="007653B3">
        <w:rPr>
          <w:rFonts w:ascii="Arial" w:hAnsi="Arial" w:cs="Arial"/>
          <w:b/>
          <w:sz w:val="24"/>
          <w:szCs w:val="24"/>
        </w:rPr>
        <w:t>momento</w:t>
      </w:r>
      <w:proofErr w:type="spellEnd"/>
      <w:r w:rsidRPr="007653B3">
        <w:rPr>
          <w:rFonts w:ascii="Arial" w:hAnsi="Arial" w:cs="Arial"/>
          <w:b/>
          <w:sz w:val="24"/>
          <w:szCs w:val="24"/>
        </w:rPr>
        <w:t xml:space="preserve"> </w:t>
      </w:r>
      <w:proofErr w:type="spellStart"/>
      <w:r w:rsidRPr="007653B3">
        <w:rPr>
          <w:rFonts w:ascii="Arial" w:hAnsi="Arial" w:cs="Arial"/>
          <w:b/>
          <w:spacing w:val="-3"/>
          <w:sz w:val="24"/>
          <w:szCs w:val="24"/>
        </w:rPr>
        <w:t>en</w:t>
      </w:r>
      <w:proofErr w:type="spellEnd"/>
      <w:r w:rsidRPr="007653B3">
        <w:rPr>
          <w:rFonts w:ascii="Arial" w:hAnsi="Arial" w:cs="Arial"/>
          <w:b/>
          <w:spacing w:val="-3"/>
          <w:sz w:val="24"/>
          <w:szCs w:val="24"/>
        </w:rPr>
        <w:t xml:space="preserve"> </w:t>
      </w:r>
      <w:r w:rsidRPr="007653B3">
        <w:rPr>
          <w:rFonts w:ascii="Arial" w:hAnsi="Arial" w:cs="Arial"/>
          <w:b/>
          <w:sz w:val="24"/>
          <w:szCs w:val="24"/>
        </w:rPr>
        <w:t xml:space="preserve">que </w:t>
      </w:r>
      <w:proofErr w:type="spellStart"/>
      <w:r w:rsidRPr="007653B3">
        <w:rPr>
          <w:rFonts w:ascii="Arial" w:hAnsi="Arial" w:cs="Arial"/>
          <w:b/>
          <w:spacing w:val="-3"/>
          <w:sz w:val="24"/>
          <w:szCs w:val="24"/>
        </w:rPr>
        <w:t>el</w:t>
      </w:r>
      <w:proofErr w:type="spellEnd"/>
      <w:r w:rsidRPr="007653B3">
        <w:rPr>
          <w:rFonts w:ascii="Arial" w:hAnsi="Arial" w:cs="Arial"/>
          <w:b/>
          <w:spacing w:val="-3"/>
          <w:sz w:val="24"/>
          <w:szCs w:val="24"/>
        </w:rPr>
        <w:t xml:space="preserve"> </w:t>
      </w:r>
      <w:proofErr w:type="spellStart"/>
      <w:r w:rsidRPr="007653B3">
        <w:rPr>
          <w:rFonts w:ascii="Arial" w:hAnsi="Arial" w:cs="Arial"/>
          <w:b/>
          <w:spacing w:val="-3"/>
          <w:sz w:val="24"/>
          <w:szCs w:val="24"/>
        </w:rPr>
        <w:t>estudiante</w:t>
      </w:r>
      <w:proofErr w:type="spellEnd"/>
      <w:r w:rsidRPr="007653B3">
        <w:rPr>
          <w:rFonts w:ascii="Arial" w:hAnsi="Arial" w:cs="Arial"/>
          <w:b/>
          <w:spacing w:val="-3"/>
          <w:sz w:val="24"/>
          <w:szCs w:val="24"/>
        </w:rPr>
        <w:t xml:space="preserve"> </w:t>
      </w:r>
      <w:proofErr w:type="spellStart"/>
      <w:r w:rsidRPr="007653B3">
        <w:rPr>
          <w:rFonts w:ascii="Arial" w:hAnsi="Arial" w:cs="Arial"/>
          <w:b/>
          <w:spacing w:val="-3"/>
          <w:sz w:val="24"/>
          <w:szCs w:val="24"/>
        </w:rPr>
        <w:t>haya</w:t>
      </w:r>
      <w:proofErr w:type="spellEnd"/>
      <w:r w:rsidRPr="007653B3">
        <w:rPr>
          <w:rFonts w:ascii="Arial" w:hAnsi="Arial" w:cs="Arial"/>
          <w:b/>
          <w:spacing w:val="-3"/>
          <w:sz w:val="24"/>
          <w:szCs w:val="24"/>
        </w:rPr>
        <w:t xml:space="preserve"> </w:t>
      </w:r>
      <w:proofErr w:type="spellStart"/>
      <w:r w:rsidRPr="007653B3">
        <w:rPr>
          <w:rFonts w:ascii="Arial" w:hAnsi="Arial" w:cs="Arial"/>
          <w:b/>
          <w:sz w:val="24"/>
          <w:szCs w:val="24"/>
        </w:rPr>
        <w:t>vuelto</w:t>
      </w:r>
      <w:proofErr w:type="spellEnd"/>
      <w:r w:rsidRPr="007653B3">
        <w:rPr>
          <w:rFonts w:ascii="Arial" w:hAnsi="Arial" w:cs="Arial"/>
          <w:b/>
          <w:sz w:val="24"/>
          <w:szCs w:val="24"/>
        </w:rPr>
        <w:t xml:space="preserve"> a </w:t>
      </w:r>
      <w:r w:rsidRPr="007653B3">
        <w:rPr>
          <w:rFonts w:ascii="Arial" w:hAnsi="Arial" w:cs="Arial"/>
          <w:b/>
          <w:spacing w:val="2"/>
          <w:sz w:val="24"/>
          <w:szCs w:val="24"/>
        </w:rPr>
        <w:t xml:space="preserve">la </w:t>
      </w:r>
      <w:proofErr w:type="spellStart"/>
      <w:r w:rsidRPr="007653B3">
        <w:rPr>
          <w:rFonts w:ascii="Arial" w:hAnsi="Arial" w:cs="Arial"/>
          <w:b/>
          <w:sz w:val="24"/>
          <w:szCs w:val="24"/>
        </w:rPr>
        <w:t>calma</w:t>
      </w:r>
      <w:proofErr w:type="spellEnd"/>
      <w:r w:rsidRPr="007653B3">
        <w:rPr>
          <w:rFonts w:ascii="Arial" w:hAnsi="Arial" w:cs="Arial"/>
          <w:b/>
          <w:sz w:val="24"/>
          <w:szCs w:val="24"/>
        </w:rPr>
        <w:t xml:space="preserve">, </w:t>
      </w:r>
      <w:r w:rsidRPr="007653B3">
        <w:rPr>
          <w:rFonts w:ascii="Arial" w:hAnsi="Arial" w:cs="Arial"/>
          <w:b/>
          <w:spacing w:val="2"/>
          <w:sz w:val="24"/>
          <w:szCs w:val="24"/>
        </w:rPr>
        <w:t xml:space="preserve">lo </w:t>
      </w:r>
      <w:proofErr w:type="spellStart"/>
      <w:r w:rsidRPr="007653B3">
        <w:rPr>
          <w:rFonts w:ascii="Arial" w:hAnsi="Arial" w:cs="Arial"/>
          <w:b/>
          <w:spacing w:val="-3"/>
          <w:sz w:val="24"/>
          <w:szCs w:val="24"/>
        </w:rPr>
        <w:t>cual</w:t>
      </w:r>
      <w:proofErr w:type="spellEnd"/>
      <w:r w:rsidRPr="007653B3">
        <w:rPr>
          <w:rFonts w:ascii="Arial" w:hAnsi="Arial" w:cs="Arial"/>
          <w:b/>
          <w:spacing w:val="-3"/>
          <w:sz w:val="24"/>
          <w:szCs w:val="24"/>
        </w:rPr>
        <w:t xml:space="preserve"> </w:t>
      </w:r>
      <w:proofErr w:type="spellStart"/>
      <w:r w:rsidRPr="007653B3">
        <w:rPr>
          <w:rFonts w:ascii="Arial" w:hAnsi="Arial" w:cs="Arial"/>
          <w:b/>
          <w:sz w:val="24"/>
          <w:szCs w:val="24"/>
        </w:rPr>
        <w:t>puede</w:t>
      </w:r>
      <w:proofErr w:type="spellEnd"/>
      <w:r w:rsidRPr="007653B3">
        <w:rPr>
          <w:rFonts w:ascii="Arial" w:hAnsi="Arial" w:cs="Arial"/>
          <w:b/>
          <w:sz w:val="24"/>
          <w:szCs w:val="24"/>
        </w:rPr>
        <w:t xml:space="preserve"> </w:t>
      </w:r>
      <w:proofErr w:type="spellStart"/>
      <w:r w:rsidRPr="007653B3">
        <w:rPr>
          <w:rFonts w:ascii="Arial" w:hAnsi="Arial" w:cs="Arial"/>
          <w:b/>
          <w:spacing w:val="-3"/>
          <w:sz w:val="24"/>
          <w:szCs w:val="24"/>
        </w:rPr>
        <w:t>suceder</w:t>
      </w:r>
      <w:proofErr w:type="spellEnd"/>
      <w:r w:rsidRPr="007653B3">
        <w:rPr>
          <w:rFonts w:ascii="Arial" w:hAnsi="Arial" w:cs="Arial"/>
          <w:b/>
          <w:spacing w:val="-3"/>
          <w:sz w:val="24"/>
          <w:szCs w:val="24"/>
        </w:rPr>
        <w:t xml:space="preserve"> </w:t>
      </w:r>
      <w:proofErr w:type="spellStart"/>
      <w:r w:rsidRPr="007653B3">
        <w:rPr>
          <w:rFonts w:ascii="Arial" w:hAnsi="Arial" w:cs="Arial"/>
          <w:b/>
          <w:spacing w:val="-3"/>
          <w:sz w:val="24"/>
          <w:szCs w:val="24"/>
        </w:rPr>
        <w:t>en</w:t>
      </w:r>
      <w:proofErr w:type="spellEnd"/>
      <w:r w:rsidRPr="007653B3">
        <w:rPr>
          <w:rFonts w:ascii="Arial" w:hAnsi="Arial" w:cs="Arial"/>
          <w:b/>
          <w:spacing w:val="-3"/>
          <w:sz w:val="24"/>
          <w:szCs w:val="24"/>
        </w:rPr>
        <w:t xml:space="preserve"> </w:t>
      </w:r>
      <w:proofErr w:type="spellStart"/>
      <w:r w:rsidRPr="007653B3">
        <w:rPr>
          <w:rFonts w:ascii="Arial" w:hAnsi="Arial" w:cs="Arial"/>
          <w:b/>
          <w:sz w:val="24"/>
          <w:szCs w:val="24"/>
        </w:rPr>
        <w:t>minutos</w:t>
      </w:r>
      <w:proofErr w:type="spellEnd"/>
      <w:r w:rsidRPr="007653B3">
        <w:rPr>
          <w:rFonts w:ascii="Arial" w:hAnsi="Arial" w:cs="Arial"/>
          <w:b/>
          <w:sz w:val="24"/>
          <w:szCs w:val="24"/>
        </w:rPr>
        <w:t xml:space="preserve">, horas, </w:t>
      </w:r>
      <w:proofErr w:type="spellStart"/>
      <w:r w:rsidRPr="007653B3">
        <w:rPr>
          <w:rFonts w:ascii="Arial" w:hAnsi="Arial" w:cs="Arial"/>
          <w:b/>
          <w:sz w:val="24"/>
          <w:szCs w:val="24"/>
        </w:rPr>
        <w:t>incluso</w:t>
      </w:r>
      <w:proofErr w:type="spellEnd"/>
      <w:r w:rsidRPr="007653B3">
        <w:rPr>
          <w:rFonts w:ascii="Arial" w:hAnsi="Arial" w:cs="Arial"/>
          <w:b/>
          <w:sz w:val="24"/>
          <w:szCs w:val="24"/>
        </w:rPr>
        <w:t xml:space="preserve">, </w:t>
      </w:r>
      <w:proofErr w:type="gramStart"/>
      <w:r w:rsidRPr="007653B3">
        <w:rPr>
          <w:rFonts w:ascii="Arial" w:hAnsi="Arial" w:cs="Arial"/>
          <w:b/>
          <w:spacing w:val="-3"/>
          <w:sz w:val="24"/>
          <w:szCs w:val="24"/>
        </w:rPr>
        <w:t xml:space="preserve">al  </w:t>
      </w:r>
      <w:r w:rsidRPr="007653B3">
        <w:rPr>
          <w:rFonts w:ascii="Arial" w:hAnsi="Arial" w:cs="Arial"/>
          <w:b/>
          <w:sz w:val="24"/>
          <w:szCs w:val="24"/>
        </w:rPr>
        <w:t>día</w:t>
      </w:r>
      <w:proofErr w:type="gramEnd"/>
      <w:r w:rsidRPr="007653B3">
        <w:rPr>
          <w:rFonts w:ascii="Arial" w:hAnsi="Arial" w:cs="Arial"/>
          <w:b/>
          <w:sz w:val="24"/>
          <w:szCs w:val="24"/>
        </w:rPr>
        <w:t xml:space="preserve"> </w:t>
      </w:r>
      <w:proofErr w:type="spellStart"/>
      <w:r w:rsidRPr="007653B3">
        <w:rPr>
          <w:rFonts w:ascii="Arial" w:hAnsi="Arial" w:cs="Arial"/>
          <w:b/>
          <w:sz w:val="24"/>
          <w:szCs w:val="24"/>
        </w:rPr>
        <w:t>siguiente</w:t>
      </w:r>
      <w:proofErr w:type="spellEnd"/>
      <w:r w:rsidRPr="007653B3">
        <w:rPr>
          <w:rFonts w:ascii="Arial" w:hAnsi="Arial" w:cs="Arial"/>
          <w:b/>
          <w:sz w:val="24"/>
          <w:szCs w:val="24"/>
        </w:rPr>
        <w:t xml:space="preserve"> de </w:t>
      </w:r>
      <w:r w:rsidRPr="007653B3">
        <w:rPr>
          <w:rFonts w:ascii="Arial" w:hAnsi="Arial" w:cs="Arial"/>
          <w:b/>
          <w:spacing w:val="2"/>
          <w:sz w:val="24"/>
          <w:szCs w:val="24"/>
        </w:rPr>
        <w:t xml:space="preserve">la </w:t>
      </w:r>
      <w:proofErr w:type="spellStart"/>
      <w:r w:rsidRPr="007653B3">
        <w:rPr>
          <w:rFonts w:ascii="Arial" w:hAnsi="Arial" w:cs="Arial"/>
          <w:b/>
          <w:sz w:val="24"/>
          <w:szCs w:val="24"/>
        </w:rPr>
        <w:t>desregulación</w:t>
      </w:r>
      <w:proofErr w:type="spellEnd"/>
      <w:r w:rsidRPr="007653B3">
        <w:rPr>
          <w:rFonts w:ascii="Arial" w:hAnsi="Arial" w:cs="Arial"/>
          <w:sz w:val="24"/>
          <w:szCs w:val="24"/>
        </w:rPr>
        <w:t xml:space="preserve">. Sin </w:t>
      </w:r>
      <w:r w:rsidRPr="007653B3">
        <w:rPr>
          <w:rFonts w:ascii="Arial" w:hAnsi="Arial" w:cs="Arial"/>
          <w:spacing w:val="3"/>
          <w:sz w:val="24"/>
          <w:szCs w:val="24"/>
        </w:rPr>
        <w:t xml:space="preserve">embargo, </w:t>
      </w:r>
      <w:r w:rsidRPr="007653B3">
        <w:rPr>
          <w:rFonts w:ascii="Arial" w:hAnsi="Arial" w:cs="Arial"/>
          <w:sz w:val="24"/>
          <w:szCs w:val="24"/>
        </w:rPr>
        <w:t xml:space="preserve">SIEMPRE </w:t>
      </w:r>
      <w:proofErr w:type="spellStart"/>
      <w:r w:rsidRPr="007653B3">
        <w:rPr>
          <w:rFonts w:ascii="Arial" w:hAnsi="Arial" w:cs="Arial"/>
          <w:spacing w:val="7"/>
          <w:sz w:val="24"/>
          <w:szCs w:val="24"/>
        </w:rPr>
        <w:t>debe</w:t>
      </w:r>
      <w:proofErr w:type="spellEnd"/>
      <w:r w:rsidRPr="007653B3">
        <w:rPr>
          <w:rFonts w:ascii="Arial" w:hAnsi="Arial" w:cs="Arial"/>
          <w:spacing w:val="7"/>
          <w:sz w:val="24"/>
          <w:szCs w:val="24"/>
        </w:rPr>
        <w:t xml:space="preserve"> </w:t>
      </w:r>
      <w:proofErr w:type="spellStart"/>
      <w:r w:rsidRPr="007653B3">
        <w:rPr>
          <w:rFonts w:ascii="Arial" w:hAnsi="Arial" w:cs="Arial"/>
          <w:sz w:val="24"/>
          <w:szCs w:val="24"/>
        </w:rPr>
        <w:t>considerarse</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dentro</w:t>
      </w:r>
      <w:proofErr w:type="spellEnd"/>
      <w:r w:rsidRPr="007653B3">
        <w:rPr>
          <w:rFonts w:ascii="Arial" w:hAnsi="Arial" w:cs="Arial"/>
          <w:spacing w:val="-3"/>
          <w:sz w:val="24"/>
          <w:szCs w:val="24"/>
        </w:rPr>
        <w:t xml:space="preserve"> </w:t>
      </w:r>
      <w:r w:rsidRPr="007653B3">
        <w:rPr>
          <w:rFonts w:ascii="Arial" w:hAnsi="Arial" w:cs="Arial"/>
          <w:spacing w:val="6"/>
          <w:sz w:val="24"/>
          <w:szCs w:val="24"/>
        </w:rPr>
        <w:t xml:space="preserve">del </w:t>
      </w:r>
      <w:proofErr w:type="spellStart"/>
      <w:r w:rsidRPr="007653B3">
        <w:rPr>
          <w:rFonts w:ascii="Arial" w:hAnsi="Arial" w:cs="Arial"/>
          <w:spacing w:val="3"/>
          <w:sz w:val="24"/>
          <w:szCs w:val="24"/>
        </w:rPr>
        <w:t>protocolo</w:t>
      </w:r>
      <w:proofErr w:type="spellEnd"/>
      <w:r w:rsidRPr="007653B3">
        <w:rPr>
          <w:rFonts w:ascii="Arial" w:hAnsi="Arial" w:cs="Arial"/>
          <w:spacing w:val="3"/>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3"/>
          <w:sz w:val="24"/>
          <w:szCs w:val="24"/>
        </w:rPr>
        <w:t>acción</w:t>
      </w:r>
      <w:proofErr w:type="spellEnd"/>
      <w:r w:rsidRPr="007653B3">
        <w:rPr>
          <w:rFonts w:ascii="Arial" w:hAnsi="Arial" w:cs="Arial"/>
          <w:spacing w:val="3"/>
          <w:sz w:val="24"/>
          <w:szCs w:val="24"/>
          <w:u w:val="single"/>
        </w:rPr>
        <w:t xml:space="preserve"> </w:t>
      </w:r>
      <w:proofErr w:type="spellStart"/>
      <w:r w:rsidRPr="00107EBD">
        <w:rPr>
          <w:rFonts w:ascii="Arial" w:hAnsi="Arial" w:cs="Arial"/>
          <w:b/>
          <w:bCs/>
          <w:spacing w:val="5"/>
          <w:sz w:val="24"/>
          <w:szCs w:val="24"/>
          <w:u w:val="single"/>
        </w:rPr>
        <w:t>el</w:t>
      </w:r>
      <w:proofErr w:type="spellEnd"/>
      <w:r w:rsidRPr="00107EBD">
        <w:rPr>
          <w:rFonts w:ascii="Arial" w:hAnsi="Arial" w:cs="Arial"/>
          <w:b/>
          <w:bCs/>
          <w:spacing w:val="-8"/>
          <w:sz w:val="24"/>
          <w:szCs w:val="24"/>
          <w:u w:val="single"/>
        </w:rPr>
        <w:t xml:space="preserve"> </w:t>
      </w:r>
      <w:proofErr w:type="spellStart"/>
      <w:r w:rsidRPr="00107EBD">
        <w:rPr>
          <w:rFonts w:ascii="Arial" w:hAnsi="Arial" w:cs="Arial"/>
          <w:b/>
          <w:bCs/>
          <w:sz w:val="24"/>
          <w:szCs w:val="24"/>
          <w:u w:val="single"/>
        </w:rPr>
        <w:t>tiempo</w:t>
      </w:r>
      <w:proofErr w:type="spellEnd"/>
      <w:r w:rsidRPr="00107EBD">
        <w:rPr>
          <w:rFonts w:ascii="Arial" w:hAnsi="Arial" w:cs="Arial"/>
          <w:b/>
          <w:bCs/>
          <w:spacing w:val="3"/>
          <w:sz w:val="24"/>
          <w:szCs w:val="24"/>
          <w:u w:val="single"/>
        </w:rPr>
        <w:t xml:space="preserve"> </w:t>
      </w:r>
      <w:r w:rsidRPr="00107EBD">
        <w:rPr>
          <w:rFonts w:ascii="Arial" w:hAnsi="Arial" w:cs="Arial"/>
          <w:b/>
          <w:bCs/>
          <w:sz w:val="24"/>
          <w:szCs w:val="24"/>
          <w:u w:val="single"/>
        </w:rPr>
        <w:t>y</w:t>
      </w:r>
      <w:r w:rsidRPr="00107EBD">
        <w:rPr>
          <w:rFonts w:ascii="Arial" w:hAnsi="Arial" w:cs="Arial"/>
          <w:b/>
          <w:bCs/>
          <w:spacing w:val="-2"/>
          <w:sz w:val="24"/>
          <w:szCs w:val="24"/>
          <w:u w:val="single"/>
        </w:rPr>
        <w:t xml:space="preserve"> </w:t>
      </w:r>
      <w:r w:rsidRPr="00107EBD">
        <w:rPr>
          <w:rFonts w:ascii="Arial" w:hAnsi="Arial" w:cs="Arial"/>
          <w:b/>
          <w:bCs/>
          <w:sz w:val="24"/>
          <w:szCs w:val="24"/>
          <w:u w:val="single"/>
        </w:rPr>
        <w:t>la</w:t>
      </w:r>
      <w:r w:rsidRPr="00107EBD">
        <w:rPr>
          <w:rFonts w:ascii="Arial" w:hAnsi="Arial" w:cs="Arial"/>
          <w:b/>
          <w:bCs/>
          <w:spacing w:val="-14"/>
          <w:sz w:val="24"/>
          <w:szCs w:val="24"/>
          <w:u w:val="single"/>
        </w:rPr>
        <w:t xml:space="preserve"> </w:t>
      </w:r>
      <w:r w:rsidRPr="00107EBD">
        <w:rPr>
          <w:rFonts w:ascii="Arial" w:hAnsi="Arial" w:cs="Arial"/>
          <w:b/>
          <w:bCs/>
          <w:spacing w:val="3"/>
          <w:sz w:val="24"/>
          <w:szCs w:val="24"/>
          <w:u w:val="single"/>
        </w:rPr>
        <w:t>persona</w:t>
      </w:r>
      <w:r w:rsidRPr="00107EBD">
        <w:rPr>
          <w:rFonts w:ascii="Arial" w:hAnsi="Arial" w:cs="Arial"/>
          <w:b/>
          <w:bCs/>
          <w:spacing w:val="-13"/>
          <w:sz w:val="24"/>
          <w:szCs w:val="24"/>
          <w:u w:val="single"/>
        </w:rPr>
        <w:t xml:space="preserve"> </w:t>
      </w:r>
      <w:proofErr w:type="spellStart"/>
      <w:r w:rsidRPr="00107EBD">
        <w:rPr>
          <w:rFonts w:ascii="Arial" w:hAnsi="Arial" w:cs="Arial"/>
          <w:b/>
          <w:bCs/>
          <w:sz w:val="24"/>
          <w:szCs w:val="24"/>
          <w:u w:val="single"/>
        </w:rPr>
        <w:t>encargada</w:t>
      </w:r>
      <w:proofErr w:type="spellEnd"/>
      <w:r w:rsidRPr="00107EBD">
        <w:rPr>
          <w:rFonts w:ascii="Arial" w:hAnsi="Arial" w:cs="Arial"/>
          <w:b/>
          <w:bCs/>
          <w:spacing w:val="-14"/>
          <w:sz w:val="24"/>
          <w:szCs w:val="24"/>
          <w:u w:val="single"/>
        </w:rPr>
        <w:t xml:space="preserve"> </w:t>
      </w:r>
      <w:r w:rsidRPr="00107EBD">
        <w:rPr>
          <w:rFonts w:ascii="Arial" w:hAnsi="Arial" w:cs="Arial"/>
          <w:b/>
          <w:bCs/>
          <w:sz w:val="24"/>
          <w:szCs w:val="24"/>
          <w:u w:val="single"/>
        </w:rPr>
        <w:t>para</w:t>
      </w:r>
      <w:r w:rsidRPr="00107EBD">
        <w:rPr>
          <w:rFonts w:ascii="Arial" w:hAnsi="Arial" w:cs="Arial"/>
          <w:b/>
          <w:bCs/>
          <w:spacing w:val="-13"/>
          <w:sz w:val="24"/>
          <w:szCs w:val="24"/>
          <w:u w:val="single"/>
        </w:rPr>
        <w:t xml:space="preserve"> </w:t>
      </w:r>
      <w:proofErr w:type="spellStart"/>
      <w:r w:rsidRPr="00107EBD">
        <w:rPr>
          <w:rFonts w:ascii="Arial" w:hAnsi="Arial" w:cs="Arial"/>
          <w:b/>
          <w:bCs/>
          <w:spacing w:val="5"/>
          <w:sz w:val="24"/>
          <w:szCs w:val="24"/>
          <w:u w:val="single"/>
        </w:rPr>
        <w:t>el</w:t>
      </w:r>
      <w:proofErr w:type="spellEnd"/>
      <w:r w:rsidRPr="00107EBD">
        <w:rPr>
          <w:rFonts w:ascii="Arial" w:hAnsi="Arial" w:cs="Arial"/>
          <w:b/>
          <w:bCs/>
          <w:spacing w:val="4"/>
          <w:sz w:val="24"/>
          <w:szCs w:val="24"/>
          <w:u w:val="single"/>
        </w:rPr>
        <w:t xml:space="preserve"> </w:t>
      </w:r>
      <w:proofErr w:type="spellStart"/>
      <w:r w:rsidRPr="00107EBD">
        <w:rPr>
          <w:rFonts w:ascii="Arial" w:hAnsi="Arial" w:cs="Arial"/>
          <w:b/>
          <w:bCs/>
          <w:spacing w:val="4"/>
          <w:sz w:val="24"/>
          <w:szCs w:val="24"/>
          <w:u w:val="single"/>
        </w:rPr>
        <w:t>apoyo</w:t>
      </w:r>
      <w:proofErr w:type="spellEnd"/>
      <w:r w:rsidRPr="00107EBD">
        <w:rPr>
          <w:rFonts w:ascii="Arial" w:hAnsi="Arial" w:cs="Arial"/>
          <w:b/>
          <w:bCs/>
          <w:spacing w:val="2"/>
          <w:sz w:val="24"/>
          <w:szCs w:val="24"/>
          <w:u w:val="single"/>
        </w:rPr>
        <w:t xml:space="preserve"> </w:t>
      </w:r>
      <w:proofErr w:type="spellStart"/>
      <w:r w:rsidRPr="00107EBD">
        <w:rPr>
          <w:rFonts w:ascii="Arial" w:hAnsi="Arial" w:cs="Arial"/>
          <w:b/>
          <w:bCs/>
          <w:spacing w:val="5"/>
          <w:sz w:val="24"/>
          <w:szCs w:val="24"/>
          <w:u w:val="single"/>
        </w:rPr>
        <w:t>en</w:t>
      </w:r>
      <w:proofErr w:type="spellEnd"/>
      <w:r w:rsidRPr="00107EBD">
        <w:rPr>
          <w:rFonts w:ascii="Arial" w:hAnsi="Arial" w:cs="Arial"/>
          <w:b/>
          <w:bCs/>
          <w:spacing w:val="-13"/>
          <w:sz w:val="24"/>
          <w:szCs w:val="24"/>
          <w:u w:val="single"/>
        </w:rPr>
        <w:t xml:space="preserve"> </w:t>
      </w:r>
      <w:proofErr w:type="spellStart"/>
      <w:r w:rsidRPr="00107EBD">
        <w:rPr>
          <w:rFonts w:ascii="Arial" w:hAnsi="Arial" w:cs="Arial"/>
          <w:b/>
          <w:bCs/>
          <w:sz w:val="24"/>
          <w:szCs w:val="24"/>
          <w:u w:val="single"/>
        </w:rPr>
        <w:t>esta</w:t>
      </w:r>
      <w:proofErr w:type="spellEnd"/>
      <w:r w:rsidRPr="00107EBD">
        <w:rPr>
          <w:rFonts w:ascii="Arial" w:hAnsi="Arial" w:cs="Arial"/>
          <w:b/>
          <w:bCs/>
          <w:spacing w:val="-13"/>
          <w:sz w:val="24"/>
          <w:szCs w:val="24"/>
          <w:u w:val="single"/>
        </w:rPr>
        <w:t xml:space="preserve"> </w:t>
      </w:r>
      <w:proofErr w:type="spellStart"/>
      <w:r w:rsidRPr="00107EBD">
        <w:rPr>
          <w:rFonts w:ascii="Arial" w:hAnsi="Arial" w:cs="Arial"/>
          <w:b/>
          <w:bCs/>
          <w:sz w:val="24"/>
          <w:szCs w:val="24"/>
          <w:u w:val="single"/>
        </w:rPr>
        <w:t>fase</w:t>
      </w:r>
      <w:proofErr w:type="spellEnd"/>
      <w:r w:rsidRPr="00107EBD">
        <w:rPr>
          <w:rFonts w:ascii="Arial" w:hAnsi="Arial" w:cs="Arial"/>
          <w:b/>
          <w:bCs/>
          <w:sz w:val="24"/>
          <w:szCs w:val="24"/>
          <w:u w:val="single"/>
        </w:rPr>
        <w:t>.</w:t>
      </w:r>
      <w:r w:rsidRPr="00107EBD">
        <w:rPr>
          <w:rFonts w:ascii="Arial" w:hAnsi="Arial" w:cs="Arial"/>
          <w:b/>
          <w:bCs/>
          <w:spacing w:val="-3"/>
          <w:sz w:val="24"/>
          <w:szCs w:val="24"/>
          <w:u w:val="single"/>
        </w:rPr>
        <w:t xml:space="preserve"> </w:t>
      </w:r>
      <w:r w:rsidRPr="00107EBD">
        <w:rPr>
          <w:rFonts w:ascii="Arial" w:hAnsi="Arial" w:cs="Arial"/>
          <w:b/>
          <w:bCs/>
          <w:spacing w:val="-4"/>
          <w:sz w:val="24"/>
          <w:szCs w:val="24"/>
          <w:u w:val="single"/>
        </w:rPr>
        <w:t>No</w:t>
      </w:r>
      <w:r w:rsidRPr="00107EBD">
        <w:rPr>
          <w:rFonts w:ascii="Arial" w:hAnsi="Arial" w:cs="Arial"/>
          <w:b/>
          <w:bCs/>
          <w:spacing w:val="2"/>
          <w:sz w:val="24"/>
          <w:szCs w:val="24"/>
          <w:u w:val="single"/>
        </w:rPr>
        <w:t xml:space="preserve"> </w:t>
      </w:r>
      <w:r w:rsidRPr="00107EBD">
        <w:rPr>
          <w:rFonts w:ascii="Arial" w:hAnsi="Arial" w:cs="Arial"/>
          <w:b/>
          <w:bCs/>
          <w:spacing w:val="3"/>
          <w:sz w:val="24"/>
          <w:szCs w:val="24"/>
          <w:u w:val="single"/>
        </w:rPr>
        <w:t>se</w:t>
      </w:r>
      <w:r w:rsidRPr="00107EBD">
        <w:rPr>
          <w:rFonts w:ascii="Arial" w:hAnsi="Arial" w:cs="Arial"/>
          <w:b/>
          <w:bCs/>
          <w:spacing w:val="2"/>
          <w:sz w:val="24"/>
          <w:szCs w:val="24"/>
          <w:u w:val="single"/>
        </w:rPr>
        <w:t xml:space="preserve"> </w:t>
      </w:r>
      <w:proofErr w:type="spellStart"/>
      <w:r w:rsidRPr="00107EBD">
        <w:rPr>
          <w:rFonts w:ascii="Arial" w:hAnsi="Arial" w:cs="Arial"/>
          <w:b/>
          <w:bCs/>
          <w:spacing w:val="7"/>
          <w:sz w:val="24"/>
          <w:szCs w:val="24"/>
          <w:u w:val="single"/>
        </w:rPr>
        <w:t>debe</w:t>
      </w:r>
      <w:proofErr w:type="spellEnd"/>
      <w:r w:rsidRPr="00107EBD">
        <w:rPr>
          <w:rFonts w:ascii="Arial" w:hAnsi="Arial" w:cs="Arial"/>
          <w:b/>
          <w:bCs/>
          <w:spacing w:val="-13"/>
          <w:sz w:val="24"/>
          <w:szCs w:val="24"/>
          <w:u w:val="single"/>
        </w:rPr>
        <w:t xml:space="preserve"> </w:t>
      </w:r>
      <w:proofErr w:type="spellStart"/>
      <w:r w:rsidRPr="00107EBD">
        <w:rPr>
          <w:rFonts w:ascii="Arial" w:hAnsi="Arial" w:cs="Arial"/>
          <w:b/>
          <w:bCs/>
          <w:sz w:val="24"/>
          <w:szCs w:val="24"/>
          <w:u w:val="single"/>
        </w:rPr>
        <w:t>apresurar</w:t>
      </w:r>
      <w:proofErr w:type="spellEnd"/>
      <w:r w:rsidRPr="00107EBD">
        <w:rPr>
          <w:rFonts w:ascii="Arial" w:hAnsi="Arial" w:cs="Arial"/>
          <w:b/>
          <w:bCs/>
          <w:spacing w:val="1"/>
          <w:sz w:val="24"/>
          <w:szCs w:val="24"/>
          <w:u w:val="single"/>
        </w:rPr>
        <w:t xml:space="preserve"> </w:t>
      </w:r>
      <w:proofErr w:type="spellStart"/>
      <w:r w:rsidRPr="00107EBD">
        <w:rPr>
          <w:rFonts w:ascii="Arial" w:hAnsi="Arial" w:cs="Arial"/>
          <w:b/>
          <w:bCs/>
          <w:sz w:val="24"/>
          <w:szCs w:val="24"/>
          <w:u w:val="single"/>
        </w:rPr>
        <w:t>este</w:t>
      </w:r>
      <w:proofErr w:type="spellEnd"/>
      <w:r w:rsidRPr="00107EBD">
        <w:rPr>
          <w:rFonts w:ascii="Arial" w:hAnsi="Arial" w:cs="Arial"/>
          <w:b/>
          <w:bCs/>
          <w:spacing w:val="30"/>
          <w:sz w:val="24"/>
          <w:szCs w:val="24"/>
          <w:u w:val="single"/>
        </w:rPr>
        <w:t xml:space="preserve"> </w:t>
      </w:r>
      <w:proofErr w:type="spellStart"/>
      <w:r w:rsidRPr="00107EBD">
        <w:rPr>
          <w:rFonts w:ascii="Arial" w:hAnsi="Arial" w:cs="Arial"/>
          <w:b/>
          <w:bCs/>
          <w:spacing w:val="5"/>
          <w:sz w:val="24"/>
          <w:szCs w:val="24"/>
          <w:u w:val="single"/>
        </w:rPr>
        <w:t>proceso</w:t>
      </w:r>
      <w:proofErr w:type="spellEnd"/>
      <w:r w:rsidRPr="00107EBD">
        <w:rPr>
          <w:rFonts w:ascii="Arial" w:hAnsi="Arial" w:cs="Arial"/>
          <w:b/>
          <w:bCs/>
          <w:spacing w:val="5"/>
          <w:sz w:val="24"/>
          <w:szCs w:val="24"/>
          <w:u w:val="single"/>
        </w:rPr>
        <w:t>.</w:t>
      </w:r>
      <w:r w:rsidRPr="00107EBD">
        <w:rPr>
          <w:rFonts w:ascii="Arial" w:hAnsi="Arial" w:cs="Arial"/>
          <w:b/>
          <w:bCs/>
          <w:spacing w:val="12"/>
          <w:sz w:val="24"/>
          <w:szCs w:val="24"/>
          <w:u w:val="single"/>
        </w:rPr>
        <w:t xml:space="preserve"> </w:t>
      </w:r>
      <w:r w:rsidRPr="00107EBD">
        <w:rPr>
          <w:rFonts w:ascii="Arial" w:hAnsi="Arial" w:cs="Arial"/>
          <w:b/>
          <w:bCs/>
          <w:sz w:val="24"/>
          <w:szCs w:val="24"/>
          <w:u w:val="single"/>
        </w:rPr>
        <w:t>Se</w:t>
      </w:r>
      <w:r w:rsidRPr="00107EBD">
        <w:rPr>
          <w:rFonts w:ascii="Arial" w:hAnsi="Arial" w:cs="Arial"/>
          <w:b/>
          <w:bCs/>
          <w:spacing w:val="18"/>
          <w:sz w:val="24"/>
          <w:szCs w:val="24"/>
          <w:u w:val="single"/>
        </w:rPr>
        <w:t xml:space="preserve"> </w:t>
      </w:r>
      <w:proofErr w:type="spellStart"/>
      <w:r w:rsidRPr="00107EBD">
        <w:rPr>
          <w:rFonts w:ascii="Arial" w:hAnsi="Arial" w:cs="Arial"/>
          <w:b/>
          <w:bCs/>
          <w:spacing w:val="7"/>
          <w:sz w:val="24"/>
          <w:szCs w:val="24"/>
          <w:u w:val="single"/>
        </w:rPr>
        <w:t>debe</w:t>
      </w:r>
      <w:proofErr w:type="spellEnd"/>
      <w:r w:rsidRPr="00107EBD">
        <w:rPr>
          <w:rFonts w:ascii="Arial" w:hAnsi="Arial" w:cs="Arial"/>
          <w:b/>
          <w:bCs/>
          <w:spacing w:val="7"/>
          <w:sz w:val="24"/>
          <w:szCs w:val="24"/>
          <w:u w:val="single"/>
        </w:rPr>
        <w:t xml:space="preserve"> </w:t>
      </w:r>
      <w:proofErr w:type="spellStart"/>
      <w:r w:rsidRPr="00107EBD">
        <w:rPr>
          <w:rFonts w:ascii="Arial" w:hAnsi="Arial" w:cs="Arial"/>
          <w:b/>
          <w:bCs/>
          <w:sz w:val="24"/>
          <w:szCs w:val="24"/>
          <w:u w:val="single"/>
        </w:rPr>
        <w:t>incluir</w:t>
      </w:r>
      <w:proofErr w:type="spellEnd"/>
      <w:r w:rsidRPr="00107EBD">
        <w:rPr>
          <w:rFonts w:ascii="Arial" w:hAnsi="Arial" w:cs="Arial"/>
          <w:b/>
          <w:bCs/>
          <w:sz w:val="24"/>
          <w:szCs w:val="24"/>
          <w:u w:val="single"/>
        </w:rPr>
        <w:t xml:space="preserve"> </w:t>
      </w:r>
      <w:proofErr w:type="spellStart"/>
      <w:r w:rsidRPr="00107EBD">
        <w:rPr>
          <w:rFonts w:ascii="Arial" w:hAnsi="Arial" w:cs="Arial"/>
          <w:b/>
          <w:bCs/>
          <w:sz w:val="24"/>
          <w:szCs w:val="24"/>
          <w:u w:val="single"/>
        </w:rPr>
        <w:t>dentro</w:t>
      </w:r>
      <w:proofErr w:type="spellEnd"/>
      <w:r w:rsidRPr="00107EBD">
        <w:rPr>
          <w:rFonts w:ascii="Arial" w:hAnsi="Arial" w:cs="Arial"/>
          <w:b/>
          <w:bCs/>
          <w:sz w:val="24"/>
          <w:szCs w:val="24"/>
          <w:u w:val="single"/>
        </w:rPr>
        <w:t xml:space="preserve"> </w:t>
      </w:r>
      <w:r w:rsidRPr="00107EBD">
        <w:rPr>
          <w:rFonts w:ascii="Arial" w:hAnsi="Arial" w:cs="Arial"/>
          <w:b/>
          <w:bCs/>
          <w:spacing w:val="6"/>
          <w:sz w:val="24"/>
          <w:szCs w:val="24"/>
          <w:u w:val="single"/>
        </w:rPr>
        <w:t xml:space="preserve">del </w:t>
      </w:r>
      <w:proofErr w:type="spellStart"/>
      <w:r w:rsidRPr="00107EBD">
        <w:rPr>
          <w:rFonts w:ascii="Arial" w:hAnsi="Arial" w:cs="Arial"/>
          <w:b/>
          <w:bCs/>
          <w:sz w:val="24"/>
          <w:szCs w:val="24"/>
          <w:u w:val="single"/>
        </w:rPr>
        <w:t>ámbito</w:t>
      </w:r>
      <w:proofErr w:type="spellEnd"/>
      <w:r w:rsidRPr="00107EBD">
        <w:rPr>
          <w:rFonts w:ascii="Arial" w:hAnsi="Arial" w:cs="Arial"/>
          <w:b/>
          <w:bCs/>
          <w:sz w:val="24"/>
          <w:szCs w:val="24"/>
          <w:u w:val="single"/>
        </w:rPr>
        <w:t xml:space="preserve"> </w:t>
      </w:r>
      <w:r w:rsidRPr="00107EBD">
        <w:rPr>
          <w:rFonts w:ascii="Arial" w:hAnsi="Arial" w:cs="Arial"/>
          <w:b/>
          <w:bCs/>
          <w:spacing w:val="5"/>
          <w:sz w:val="24"/>
          <w:szCs w:val="24"/>
          <w:u w:val="single"/>
        </w:rPr>
        <w:t xml:space="preserve">de </w:t>
      </w:r>
      <w:proofErr w:type="spellStart"/>
      <w:r w:rsidRPr="00107EBD">
        <w:rPr>
          <w:rFonts w:ascii="Arial" w:hAnsi="Arial" w:cs="Arial"/>
          <w:b/>
          <w:bCs/>
          <w:sz w:val="24"/>
          <w:szCs w:val="24"/>
          <w:u w:val="single"/>
        </w:rPr>
        <w:t>reparación</w:t>
      </w:r>
      <w:proofErr w:type="spellEnd"/>
      <w:r w:rsidRPr="00107EBD">
        <w:rPr>
          <w:rFonts w:ascii="Arial" w:hAnsi="Arial" w:cs="Arial"/>
          <w:b/>
          <w:bCs/>
          <w:sz w:val="24"/>
          <w:szCs w:val="24"/>
          <w:u w:val="single"/>
        </w:rPr>
        <w:t xml:space="preserve"> </w:t>
      </w:r>
      <w:r w:rsidRPr="00107EBD">
        <w:rPr>
          <w:rFonts w:ascii="Arial" w:hAnsi="Arial" w:cs="Arial"/>
          <w:b/>
          <w:bCs/>
          <w:spacing w:val="-3"/>
          <w:sz w:val="24"/>
          <w:szCs w:val="24"/>
          <w:u w:val="single"/>
        </w:rPr>
        <w:t xml:space="preserve">al </w:t>
      </w:r>
      <w:proofErr w:type="spellStart"/>
      <w:r w:rsidRPr="00107EBD">
        <w:rPr>
          <w:rFonts w:ascii="Arial" w:hAnsi="Arial" w:cs="Arial"/>
          <w:b/>
          <w:bCs/>
          <w:sz w:val="24"/>
          <w:szCs w:val="24"/>
          <w:u w:val="single"/>
        </w:rPr>
        <w:t>curso</w:t>
      </w:r>
      <w:proofErr w:type="spellEnd"/>
      <w:r w:rsidRPr="00107EBD">
        <w:rPr>
          <w:rFonts w:ascii="Arial" w:hAnsi="Arial" w:cs="Arial"/>
          <w:b/>
          <w:bCs/>
          <w:sz w:val="24"/>
          <w:szCs w:val="24"/>
          <w:u w:val="single"/>
        </w:rPr>
        <w:t xml:space="preserve">, </w:t>
      </w:r>
      <w:proofErr w:type="spellStart"/>
      <w:r w:rsidRPr="00107EBD">
        <w:rPr>
          <w:rFonts w:ascii="Arial" w:hAnsi="Arial" w:cs="Arial"/>
          <w:b/>
          <w:bCs/>
          <w:sz w:val="24"/>
          <w:szCs w:val="24"/>
          <w:u w:val="single"/>
        </w:rPr>
        <w:t>docente</w:t>
      </w:r>
      <w:proofErr w:type="spellEnd"/>
      <w:r w:rsidRPr="00107EBD">
        <w:rPr>
          <w:rFonts w:ascii="Arial" w:hAnsi="Arial" w:cs="Arial"/>
          <w:b/>
          <w:bCs/>
          <w:sz w:val="24"/>
          <w:szCs w:val="24"/>
          <w:u w:val="single"/>
        </w:rPr>
        <w:t xml:space="preserve"> o a </w:t>
      </w:r>
      <w:proofErr w:type="spellStart"/>
      <w:r w:rsidRPr="00107EBD">
        <w:rPr>
          <w:rFonts w:ascii="Arial" w:hAnsi="Arial" w:cs="Arial"/>
          <w:b/>
          <w:bCs/>
          <w:sz w:val="24"/>
          <w:szCs w:val="24"/>
          <w:u w:val="single"/>
        </w:rPr>
        <w:t>cualquier</w:t>
      </w:r>
      <w:proofErr w:type="spellEnd"/>
      <w:r w:rsidRPr="00107EBD">
        <w:rPr>
          <w:rFonts w:ascii="Arial" w:hAnsi="Arial" w:cs="Arial"/>
          <w:b/>
          <w:bCs/>
          <w:sz w:val="24"/>
          <w:szCs w:val="24"/>
          <w:u w:val="single"/>
        </w:rPr>
        <w:t xml:space="preserve"> persona </w:t>
      </w:r>
      <w:proofErr w:type="spellStart"/>
      <w:r w:rsidRPr="00107EBD">
        <w:rPr>
          <w:rFonts w:ascii="Arial" w:hAnsi="Arial" w:cs="Arial"/>
          <w:b/>
          <w:bCs/>
          <w:sz w:val="24"/>
          <w:szCs w:val="24"/>
          <w:u w:val="single"/>
        </w:rPr>
        <w:t>vinculada</w:t>
      </w:r>
      <w:proofErr w:type="spellEnd"/>
      <w:r w:rsidRPr="00107EBD">
        <w:rPr>
          <w:rFonts w:ascii="Arial" w:hAnsi="Arial" w:cs="Arial"/>
          <w:b/>
          <w:bCs/>
          <w:sz w:val="24"/>
          <w:szCs w:val="24"/>
          <w:u w:val="single"/>
        </w:rPr>
        <w:t xml:space="preserve"> </w:t>
      </w:r>
      <w:r w:rsidRPr="00107EBD">
        <w:rPr>
          <w:rFonts w:ascii="Arial" w:hAnsi="Arial" w:cs="Arial"/>
          <w:b/>
          <w:bCs/>
          <w:spacing w:val="5"/>
          <w:sz w:val="24"/>
          <w:szCs w:val="24"/>
          <w:u w:val="single"/>
        </w:rPr>
        <w:t xml:space="preserve">con </w:t>
      </w:r>
      <w:proofErr w:type="spellStart"/>
      <w:r w:rsidRPr="00107EBD">
        <w:rPr>
          <w:rFonts w:ascii="Arial" w:hAnsi="Arial" w:cs="Arial"/>
          <w:b/>
          <w:bCs/>
          <w:spacing w:val="3"/>
          <w:sz w:val="24"/>
          <w:szCs w:val="24"/>
          <w:u w:val="single"/>
        </w:rPr>
        <w:t>los</w:t>
      </w:r>
      <w:proofErr w:type="spellEnd"/>
      <w:r w:rsidRPr="00107EBD">
        <w:rPr>
          <w:rFonts w:ascii="Arial" w:hAnsi="Arial" w:cs="Arial"/>
          <w:b/>
          <w:bCs/>
          <w:spacing w:val="3"/>
          <w:sz w:val="24"/>
          <w:szCs w:val="24"/>
          <w:u w:val="single"/>
        </w:rPr>
        <w:t xml:space="preserve"> </w:t>
      </w:r>
      <w:proofErr w:type="spellStart"/>
      <w:r w:rsidRPr="00107EBD">
        <w:rPr>
          <w:rFonts w:ascii="Arial" w:hAnsi="Arial" w:cs="Arial"/>
          <w:b/>
          <w:bCs/>
          <w:sz w:val="24"/>
          <w:szCs w:val="24"/>
          <w:u w:val="single"/>
        </w:rPr>
        <w:t>hechos</w:t>
      </w:r>
      <w:proofErr w:type="spellEnd"/>
      <w:r w:rsidRPr="00107EBD">
        <w:rPr>
          <w:rFonts w:ascii="Arial" w:hAnsi="Arial" w:cs="Arial"/>
          <w:b/>
          <w:bCs/>
          <w:sz w:val="24"/>
          <w:szCs w:val="24"/>
          <w:u w:val="single"/>
        </w:rPr>
        <w:t xml:space="preserve">. </w:t>
      </w:r>
      <w:r w:rsidRPr="00107EBD">
        <w:rPr>
          <w:rFonts w:ascii="Arial" w:hAnsi="Arial" w:cs="Arial"/>
          <w:b/>
          <w:bCs/>
          <w:spacing w:val="-12"/>
          <w:sz w:val="24"/>
          <w:szCs w:val="24"/>
          <w:u w:val="single"/>
        </w:rPr>
        <w:t xml:space="preserve">No </w:t>
      </w:r>
      <w:r w:rsidRPr="00107EBD">
        <w:rPr>
          <w:rFonts w:ascii="Arial" w:hAnsi="Arial" w:cs="Arial"/>
          <w:b/>
          <w:bCs/>
          <w:spacing w:val="4"/>
          <w:sz w:val="24"/>
          <w:szCs w:val="24"/>
          <w:u w:val="single"/>
        </w:rPr>
        <w:t>solo</w:t>
      </w:r>
      <w:r w:rsidRPr="00107EBD">
        <w:rPr>
          <w:rFonts w:ascii="Arial" w:hAnsi="Arial" w:cs="Arial"/>
          <w:b/>
          <w:bCs/>
          <w:spacing w:val="2"/>
          <w:sz w:val="24"/>
          <w:szCs w:val="24"/>
          <w:u w:val="single"/>
        </w:rPr>
        <w:t xml:space="preserve"> </w:t>
      </w:r>
      <w:proofErr w:type="spellStart"/>
      <w:r w:rsidRPr="00107EBD">
        <w:rPr>
          <w:rFonts w:ascii="Arial" w:hAnsi="Arial" w:cs="Arial"/>
          <w:b/>
          <w:bCs/>
          <w:spacing w:val="3"/>
          <w:sz w:val="24"/>
          <w:szCs w:val="24"/>
          <w:u w:val="single"/>
        </w:rPr>
        <w:t>quien</w:t>
      </w:r>
      <w:proofErr w:type="spellEnd"/>
      <w:r w:rsidRPr="00107EBD">
        <w:rPr>
          <w:rFonts w:ascii="Arial" w:hAnsi="Arial" w:cs="Arial"/>
          <w:b/>
          <w:bCs/>
          <w:spacing w:val="-14"/>
          <w:sz w:val="24"/>
          <w:szCs w:val="24"/>
          <w:u w:val="single"/>
        </w:rPr>
        <w:t xml:space="preserve"> </w:t>
      </w:r>
      <w:r w:rsidRPr="00107EBD">
        <w:rPr>
          <w:rFonts w:ascii="Arial" w:hAnsi="Arial" w:cs="Arial"/>
          <w:b/>
          <w:bCs/>
          <w:spacing w:val="3"/>
          <w:sz w:val="24"/>
          <w:szCs w:val="24"/>
          <w:u w:val="single"/>
        </w:rPr>
        <w:t xml:space="preserve">se </w:t>
      </w:r>
      <w:proofErr w:type="spellStart"/>
      <w:r w:rsidRPr="00107EBD">
        <w:rPr>
          <w:rFonts w:ascii="Arial" w:hAnsi="Arial" w:cs="Arial"/>
          <w:b/>
          <w:bCs/>
          <w:sz w:val="24"/>
          <w:szCs w:val="24"/>
          <w:u w:val="single"/>
        </w:rPr>
        <w:t>desregula</w:t>
      </w:r>
      <w:proofErr w:type="spellEnd"/>
      <w:r w:rsidRPr="00107EBD">
        <w:rPr>
          <w:rFonts w:ascii="Arial" w:hAnsi="Arial" w:cs="Arial"/>
          <w:b/>
          <w:bCs/>
          <w:spacing w:val="-14"/>
          <w:sz w:val="24"/>
          <w:szCs w:val="24"/>
          <w:u w:val="single"/>
        </w:rPr>
        <w:t xml:space="preserve"> </w:t>
      </w:r>
      <w:proofErr w:type="spellStart"/>
      <w:r w:rsidRPr="00107EBD">
        <w:rPr>
          <w:rFonts w:ascii="Arial" w:hAnsi="Arial" w:cs="Arial"/>
          <w:b/>
          <w:bCs/>
          <w:sz w:val="24"/>
          <w:szCs w:val="24"/>
          <w:u w:val="single"/>
        </w:rPr>
        <w:t>necesita</w:t>
      </w:r>
      <w:proofErr w:type="spellEnd"/>
      <w:r w:rsidRPr="00107EBD">
        <w:rPr>
          <w:rFonts w:ascii="Arial" w:hAnsi="Arial" w:cs="Arial"/>
          <w:b/>
          <w:bCs/>
          <w:spacing w:val="-13"/>
          <w:sz w:val="24"/>
          <w:szCs w:val="24"/>
          <w:u w:val="single"/>
        </w:rPr>
        <w:t xml:space="preserve"> </w:t>
      </w:r>
      <w:proofErr w:type="spellStart"/>
      <w:r w:rsidRPr="00107EBD">
        <w:rPr>
          <w:rFonts w:ascii="Arial" w:hAnsi="Arial" w:cs="Arial"/>
          <w:b/>
          <w:bCs/>
          <w:spacing w:val="4"/>
          <w:sz w:val="24"/>
          <w:szCs w:val="24"/>
          <w:u w:val="single"/>
        </w:rPr>
        <w:t>apoyo</w:t>
      </w:r>
      <w:proofErr w:type="spellEnd"/>
      <w:r w:rsidRPr="00107EBD">
        <w:rPr>
          <w:rFonts w:ascii="Arial" w:hAnsi="Arial" w:cs="Arial"/>
          <w:b/>
          <w:bCs/>
          <w:spacing w:val="2"/>
          <w:sz w:val="24"/>
          <w:szCs w:val="24"/>
          <w:u w:val="single"/>
        </w:rPr>
        <w:t xml:space="preserve"> </w:t>
      </w:r>
      <w:r w:rsidRPr="00107EBD">
        <w:rPr>
          <w:rFonts w:ascii="Arial" w:hAnsi="Arial" w:cs="Arial"/>
          <w:b/>
          <w:bCs/>
          <w:sz w:val="24"/>
          <w:szCs w:val="24"/>
          <w:u w:val="single"/>
        </w:rPr>
        <w:t>y</w:t>
      </w:r>
      <w:r w:rsidRPr="00107EBD">
        <w:rPr>
          <w:rFonts w:ascii="Arial" w:hAnsi="Arial" w:cs="Arial"/>
          <w:b/>
          <w:bCs/>
          <w:spacing w:val="-2"/>
          <w:sz w:val="24"/>
          <w:szCs w:val="24"/>
          <w:u w:val="single"/>
        </w:rPr>
        <w:t xml:space="preserve"> </w:t>
      </w:r>
      <w:proofErr w:type="spellStart"/>
      <w:r w:rsidRPr="00107EBD">
        <w:rPr>
          <w:rFonts w:ascii="Arial" w:hAnsi="Arial" w:cs="Arial"/>
          <w:b/>
          <w:bCs/>
          <w:sz w:val="24"/>
          <w:szCs w:val="24"/>
          <w:u w:val="single"/>
        </w:rPr>
        <w:t>ayuda</w:t>
      </w:r>
      <w:proofErr w:type="spellEnd"/>
      <w:r w:rsidRPr="00107EBD">
        <w:rPr>
          <w:rFonts w:ascii="Arial" w:hAnsi="Arial" w:cs="Arial"/>
          <w:b/>
          <w:bCs/>
          <w:sz w:val="24"/>
          <w:szCs w:val="24"/>
          <w:u w:val="single"/>
        </w:rPr>
        <w:t>;</w:t>
      </w:r>
      <w:r w:rsidRPr="00107EBD">
        <w:rPr>
          <w:rFonts w:ascii="Arial" w:hAnsi="Arial" w:cs="Arial"/>
          <w:b/>
          <w:bCs/>
          <w:spacing w:val="-3"/>
          <w:sz w:val="24"/>
          <w:szCs w:val="24"/>
          <w:u w:val="single"/>
        </w:rPr>
        <w:t xml:space="preserve"> </w:t>
      </w:r>
      <w:proofErr w:type="spellStart"/>
      <w:r w:rsidRPr="00107EBD">
        <w:rPr>
          <w:rFonts w:ascii="Arial" w:hAnsi="Arial" w:cs="Arial"/>
          <w:b/>
          <w:bCs/>
          <w:spacing w:val="3"/>
          <w:sz w:val="24"/>
          <w:szCs w:val="24"/>
          <w:u w:val="single"/>
        </w:rPr>
        <w:t>su</w:t>
      </w:r>
      <w:proofErr w:type="spellEnd"/>
      <w:r w:rsidRPr="00107EBD">
        <w:rPr>
          <w:rFonts w:ascii="Arial" w:hAnsi="Arial" w:cs="Arial"/>
          <w:b/>
          <w:bCs/>
          <w:spacing w:val="-13"/>
          <w:sz w:val="24"/>
          <w:szCs w:val="24"/>
          <w:u w:val="single"/>
        </w:rPr>
        <w:t xml:space="preserve"> </w:t>
      </w:r>
      <w:proofErr w:type="spellStart"/>
      <w:r w:rsidRPr="00107EBD">
        <w:rPr>
          <w:rFonts w:ascii="Arial" w:hAnsi="Arial" w:cs="Arial"/>
          <w:b/>
          <w:bCs/>
          <w:sz w:val="24"/>
          <w:szCs w:val="24"/>
          <w:u w:val="single"/>
        </w:rPr>
        <w:t>entorno</w:t>
      </w:r>
      <w:proofErr w:type="spellEnd"/>
      <w:r w:rsidRPr="00107EBD">
        <w:rPr>
          <w:rFonts w:ascii="Arial" w:hAnsi="Arial" w:cs="Arial"/>
          <w:b/>
          <w:bCs/>
          <w:sz w:val="24"/>
          <w:szCs w:val="24"/>
          <w:u w:val="single"/>
        </w:rPr>
        <w:t>,</w:t>
      </w:r>
      <w:r w:rsidRPr="00107EBD">
        <w:rPr>
          <w:rFonts w:ascii="Arial" w:hAnsi="Arial" w:cs="Arial"/>
          <w:b/>
          <w:bCs/>
          <w:spacing w:val="-3"/>
          <w:sz w:val="24"/>
          <w:szCs w:val="24"/>
          <w:u w:val="single"/>
        </w:rPr>
        <w:t xml:space="preserve"> </w:t>
      </w:r>
      <w:r w:rsidRPr="00107EBD">
        <w:rPr>
          <w:rFonts w:ascii="Arial" w:hAnsi="Arial" w:cs="Arial"/>
          <w:b/>
          <w:bCs/>
          <w:sz w:val="24"/>
          <w:szCs w:val="24"/>
          <w:u w:val="single"/>
        </w:rPr>
        <w:t>que</w:t>
      </w:r>
      <w:r w:rsidRPr="00107EBD">
        <w:rPr>
          <w:rFonts w:ascii="Arial" w:hAnsi="Arial" w:cs="Arial"/>
          <w:b/>
          <w:bCs/>
          <w:spacing w:val="2"/>
          <w:sz w:val="24"/>
          <w:szCs w:val="24"/>
          <w:u w:val="single"/>
        </w:rPr>
        <w:t xml:space="preserve"> </w:t>
      </w:r>
      <w:r w:rsidRPr="00107EBD">
        <w:rPr>
          <w:rFonts w:ascii="Arial" w:hAnsi="Arial" w:cs="Arial"/>
          <w:b/>
          <w:bCs/>
          <w:spacing w:val="3"/>
          <w:sz w:val="24"/>
          <w:szCs w:val="24"/>
          <w:u w:val="single"/>
        </w:rPr>
        <w:t>se</w:t>
      </w:r>
      <w:r w:rsidRPr="00107EBD">
        <w:rPr>
          <w:rFonts w:ascii="Arial" w:hAnsi="Arial" w:cs="Arial"/>
          <w:b/>
          <w:bCs/>
          <w:spacing w:val="4"/>
          <w:sz w:val="24"/>
          <w:szCs w:val="24"/>
          <w:u w:val="single"/>
        </w:rPr>
        <w:t xml:space="preserve"> </w:t>
      </w:r>
      <w:proofErr w:type="spellStart"/>
      <w:r w:rsidRPr="00107EBD">
        <w:rPr>
          <w:rFonts w:ascii="Arial" w:hAnsi="Arial" w:cs="Arial"/>
          <w:b/>
          <w:bCs/>
          <w:spacing w:val="-3"/>
          <w:sz w:val="24"/>
          <w:szCs w:val="24"/>
          <w:u w:val="single"/>
        </w:rPr>
        <w:t>transforma</w:t>
      </w:r>
      <w:proofErr w:type="spellEnd"/>
      <w:r w:rsidRPr="00107EBD">
        <w:rPr>
          <w:rFonts w:ascii="Arial" w:hAnsi="Arial" w:cs="Arial"/>
          <w:b/>
          <w:bCs/>
          <w:spacing w:val="-13"/>
          <w:sz w:val="24"/>
          <w:szCs w:val="24"/>
          <w:u w:val="single"/>
        </w:rPr>
        <w:t xml:space="preserve"> </w:t>
      </w:r>
      <w:proofErr w:type="spellStart"/>
      <w:r w:rsidRPr="00107EBD">
        <w:rPr>
          <w:rFonts w:ascii="Arial" w:hAnsi="Arial" w:cs="Arial"/>
          <w:b/>
          <w:bCs/>
          <w:spacing w:val="5"/>
          <w:sz w:val="24"/>
          <w:szCs w:val="24"/>
          <w:u w:val="single"/>
        </w:rPr>
        <w:t>en</w:t>
      </w:r>
      <w:proofErr w:type="spellEnd"/>
      <w:r w:rsidRPr="00107EBD">
        <w:rPr>
          <w:rFonts w:ascii="Arial" w:hAnsi="Arial" w:cs="Arial"/>
          <w:b/>
          <w:bCs/>
          <w:spacing w:val="2"/>
          <w:sz w:val="24"/>
          <w:szCs w:val="24"/>
          <w:u w:val="single"/>
        </w:rPr>
        <w:t xml:space="preserve"> </w:t>
      </w:r>
      <w:proofErr w:type="spellStart"/>
      <w:r w:rsidRPr="00107EBD">
        <w:rPr>
          <w:rFonts w:ascii="Arial" w:hAnsi="Arial" w:cs="Arial"/>
          <w:b/>
          <w:bCs/>
          <w:spacing w:val="3"/>
          <w:sz w:val="24"/>
          <w:szCs w:val="24"/>
          <w:u w:val="single"/>
        </w:rPr>
        <w:t>espectador</w:t>
      </w:r>
      <w:proofErr w:type="spellEnd"/>
      <w:r w:rsidRPr="00107EBD">
        <w:rPr>
          <w:rFonts w:ascii="Arial" w:hAnsi="Arial" w:cs="Arial"/>
          <w:b/>
          <w:bCs/>
          <w:spacing w:val="-14"/>
          <w:sz w:val="24"/>
          <w:szCs w:val="24"/>
          <w:u w:val="single"/>
        </w:rPr>
        <w:t xml:space="preserve"> </w:t>
      </w:r>
      <w:proofErr w:type="spellStart"/>
      <w:r w:rsidRPr="00107EBD">
        <w:rPr>
          <w:rFonts w:ascii="Arial" w:hAnsi="Arial" w:cs="Arial"/>
          <w:b/>
          <w:bCs/>
          <w:spacing w:val="2"/>
          <w:sz w:val="24"/>
          <w:szCs w:val="24"/>
          <w:u w:val="single"/>
        </w:rPr>
        <w:t>silencioso</w:t>
      </w:r>
      <w:proofErr w:type="spellEnd"/>
      <w:r w:rsidRPr="00107EBD">
        <w:rPr>
          <w:rFonts w:ascii="Arial" w:hAnsi="Arial" w:cs="Arial"/>
          <w:b/>
          <w:bCs/>
          <w:spacing w:val="-14"/>
          <w:sz w:val="24"/>
          <w:szCs w:val="24"/>
          <w:u w:val="single"/>
        </w:rPr>
        <w:t xml:space="preserve"> </w:t>
      </w:r>
      <w:r w:rsidRPr="00107EBD">
        <w:rPr>
          <w:rFonts w:ascii="Arial" w:hAnsi="Arial" w:cs="Arial"/>
          <w:b/>
          <w:bCs/>
          <w:spacing w:val="5"/>
          <w:sz w:val="24"/>
          <w:szCs w:val="24"/>
          <w:u w:val="single"/>
        </w:rPr>
        <w:t xml:space="preserve">de </w:t>
      </w:r>
      <w:proofErr w:type="spellStart"/>
      <w:r w:rsidRPr="00107EBD">
        <w:rPr>
          <w:rFonts w:ascii="Arial" w:hAnsi="Arial" w:cs="Arial"/>
          <w:b/>
          <w:bCs/>
          <w:sz w:val="24"/>
          <w:szCs w:val="24"/>
          <w:u w:val="single"/>
        </w:rPr>
        <w:t>estas</w:t>
      </w:r>
      <w:proofErr w:type="spellEnd"/>
      <w:r w:rsidRPr="00107EBD">
        <w:rPr>
          <w:rFonts w:ascii="Arial" w:hAnsi="Arial" w:cs="Arial"/>
          <w:b/>
          <w:bCs/>
          <w:sz w:val="24"/>
          <w:szCs w:val="24"/>
          <w:u w:val="single"/>
        </w:rPr>
        <w:t xml:space="preserve"> </w:t>
      </w:r>
      <w:proofErr w:type="spellStart"/>
      <w:r w:rsidRPr="00107EBD">
        <w:rPr>
          <w:rFonts w:ascii="Arial" w:hAnsi="Arial" w:cs="Arial"/>
          <w:b/>
          <w:bCs/>
          <w:sz w:val="24"/>
          <w:szCs w:val="24"/>
          <w:u w:val="single"/>
        </w:rPr>
        <w:t>situaciones</w:t>
      </w:r>
      <w:proofErr w:type="spellEnd"/>
      <w:r w:rsidRPr="00107EBD">
        <w:rPr>
          <w:rFonts w:ascii="Arial" w:hAnsi="Arial" w:cs="Arial"/>
          <w:b/>
          <w:bCs/>
          <w:sz w:val="24"/>
          <w:szCs w:val="24"/>
          <w:u w:val="single"/>
        </w:rPr>
        <w:t xml:space="preserve">, también </w:t>
      </w:r>
      <w:proofErr w:type="spellStart"/>
      <w:r w:rsidRPr="00107EBD">
        <w:rPr>
          <w:rFonts w:ascii="Arial" w:hAnsi="Arial" w:cs="Arial"/>
          <w:b/>
          <w:bCs/>
          <w:sz w:val="24"/>
          <w:szCs w:val="24"/>
          <w:u w:val="single"/>
        </w:rPr>
        <w:t>requiere</w:t>
      </w:r>
      <w:proofErr w:type="spellEnd"/>
      <w:r w:rsidRPr="00107EBD">
        <w:rPr>
          <w:rFonts w:ascii="Arial" w:hAnsi="Arial" w:cs="Arial"/>
          <w:b/>
          <w:bCs/>
          <w:sz w:val="24"/>
          <w:szCs w:val="24"/>
          <w:u w:val="single"/>
        </w:rPr>
        <w:t xml:space="preserve"> </w:t>
      </w:r>
      <w:proofErr w:type="spellStart"/>
      <w:r w:rsidRPr="00107EBD">
        <w:rPr>
          <w:rFonts w:ascii="Arial" w:hAnsi="Arial" w:cs="Arial"/>
          <w:b/>
          <w:bCs/>
          <w:spacing w:val="2"/>
          <w:sz w:val="24"/>
          <w:szCs w:val="24"/>
          <w:u w:val="single"/>
        </w:rPr>
        <w:t>contención</w:t>
      </w:r>
      <w:proofErr w:type="spellEnd"/>
      <w:r w:rsidRPr="00107EBD">
        <w:rPr>
          <w:rFonts w:ascii="Arial" w:hAnsi="Arial" w:cs="Arial"/>
          <w:b/>
          <w:bCs/>
          <w:spacing w:val="2"/>
          <w:sz w:val="24"/>
          <w:szCs w:val="24"/>
          <w:u w:val="single"/>
        </w:rPr>
        <w:t xml:space="preserve"> </w:t>
      </w:r>
      <w:r w:rsidRPr="00107EBD">
        <w:rPr>
          <w:rFonts w:ascii="Arial" w:hAnsi="Arial" w:cs="Arial"/>
          <w:b/>
          <w:bCs/>
          <w:sz w:val="24"/>
          <w:szCs w:val="24"/>
          <w:u w:val="single"/>
        </w:rPr>
        <w:t>y</w:t>
      </w:r>
      <w:r w:rsidRPr="00107EBD">
        <w:rPr>
          <w:rFonts w:ascii="Arial" w:hAnsi="Arial" w:cs="Arial"/>
          <w:b/>
          <w:bCs/>
          <w:spacing w:val="7"/>
          <w:sz w:val="24"/>
          <w:szCs w:val="24"/>
          <w:u w:val="single"/>
        </w:rPr>
        <w:t xml:space="preserve"> </w:t>
      </w:r>
      <w:proofErr w:type="spellStart"/>
      <w:r w:rsidRPr="00107EBD">
        <w:rPr>
          <w:rFonts w:ascii="Arial" w:hAnsi="Arial" w:cs="Arial"/>
          <w:b/>
          <w:bCs/>
          <w:sz w:val="24"/>
          <w:szCs w:val="24"/>
          <w:u w:val="single"/>
        </w:rPr>
        <w:t>reparación</w:t>
      </w:r>
      <w:proofErr w:type="spellEnd"/>
      <w:r w:rsidRPr="00107EBD">
        <w:rPr>
          <w:rFonts w:ascii="Arial" w:hAnsi="Arial" w:cs="Arial"/>
          <w:b/>
          <w:bCs/>
          <w:sz w:val="24"/>
          <w:szCs w:val="24"/>
        </w:rPr>
        <w:t>.</w:t>
      </w:r>
    </w:p>
    <w:p w14:paraId="2B860FFD" w14:textId="77777777" w:rsidR="00893C50" w:rsidRPr="007653B3" w:rsidRDefault="00893C50" w:rsidP="00893C50">
      <w:pPr>
        <w:pStyle w:val="Prrafodelista"/>
        <w:widowControl w:val="0"/>
        <w:numPr>
          <w:ilvl w:val="0"/>
          <w:numId w:val="54"/>
        </w:numPr>
        <w:tabs>
          <w:tab w:val="left" w:pos="527"/>
        </w:tabs>
        <w:autoSpaceDE w:val="0"/>
        <w:autoSpaceDN w:val="0"/>
        <w:spacing w:after="0" w:line="360" w:lineRule="auto"/>
        <w:ind w:right="49"/>
        <w:contextualSpacing w:val="0"/>
        <w:jc w:val="both"/>
        <w:rPr>
          <w:rFonts w:ascii="Arial" w:hAnsi="Arial" w:cs="Arial"/>
          <w:sz w:val="24"/>
          <w:szCs w:val="24"/>
        </w:rPr>
      </w:pPr>
      <w:r w:rsidRPr="007653B3">
        <w:rPr>
          <w:rFonts w:ascii="Arial" w:hAnsi="Arial" w:cs="Arial"/>
          <w:b/>
          <w:sz w:val="24"/>
          <w:szCs w:val="24"/>
        </w:rPr>
        <w:t xml:space="preserve">La </w:t>
      </w:r>
      <w:proofErr w:type="spellStart"/>
      <w:r w:rsidRPr="007653B3">
        <w:rPr>
          <w:rFonts w:ascii="Arial" w:hAnsi="Arial" w:cs="Arial"/>
          <w:b/>
          <w:sz w:val="24"/>
          <w:szCs w:val="24"/>
        </w:rPr>
        <w:t>propia</w:t>
      </w:r>
      <w:proofErr w:type="spellEnd"/>
      <w:r w:rsidRPr="007653B3">
        <w:rPr>
          <w:rFonts w:ascii="Arial" w:hAnsi="Arial" w:cs="Arial"/>
          <w:b/>
          <w:sz w:val="24"/>
          <w:szCs w:val="24"/>
        </w:rPr>
        <w:t xml:space="preserve"> </w:t>
      </w:r>
      <w:proofErr w:type="spellStart"/>
      <w:r w:rsidRPr="007653B3">
        <w:rPr>
          <w:rFonts w:ascii="Arial" w:hAnsi="Arial" w:cs="Arial"/>
          <w:b/>
          <w:sz w:val="24"/>
          <w:szCs w:val="24"/>
        </w:rPr>
        <w:t>reparación</w:t>
      </w:r>
      <w:proofErr w:type="spellEnd"/>
      <w:r w:rsidRPr="007653B3">
        <w:rPr>
          <w:rFonts w:ascii="Arial" w:hAnsi="Arial" w:cs="Arial"/>
          <w:b/>
          <w:sz w:val="24"/>
          <w:szCs w:val="24"/>
        </w:rPr>
        <w:t xml:space="preserve"> de </w:t>
      </w:r>
      <w:proofErr w:type="spellStart"/>
      <w:r w:rsidRPr="007653B3">
        <w:rPr>
          <w:rFonts w:ascii="Arial" w:hAnsi="Arial" w:cs="Arial"/>
          <w:b/>
          <w:sz w:val="24"/>
          <w:szCs w:val="24"/>
        </w:rPr>
        <w:t>los</w:t>
      </w:r>
      <w:proofErr w:type="spellEnd"/>
      <w:r w:rsidRPr="007653B3">
        <w:rPr>
          <w:rFonts w:ascii="Arial" w:hAnsi="Arial" w:cs="Arial"/>
          <w:b/>
          <w:sz w:val="24"/>
          <w:szCs w:val="24"/>
        </w:rPr>
        <w:t xml:space="preserve"> </w:t>
      </w:r>
      <w:proofErr w:type="spellStart"/>
      <w:r w:rsidRPr="007653B3">
        <w:rPr>
          <w:rFonts w:ascii="Arial" w:hAnsi="Arial" w:cs="Arial"/>
          <w:b/>
          <w:sz w:val="24"/>
          <w:szCs w:val="24"/>
        </w:rPr>
        <w:t>sentimientos</w:t>
      </w:r>
      <w:proofErr w:type="spellEnd"/>
      <w:r w:rsidRPr="007653B3">
        <w:rPr>
          <w:rFonts w:ascii="Arial" w:hAnsi="Arial" w:cs="Arial"/>
          <w:b/>
          <w:sz w:val="24"/>
          <w:szCs w:val="24"/>
        </w:rPr>
        <w:t xml:space="preserve"> y </w:t>
      </w:r>
      <w:proofErr w:type="spellStart"/>
      <w:r w:rsidRPr="007653B3">
        <w:rPr>
          <w:rFonts w:ascii="Arial" w:hAnsi="Arial" w:cs="Arial"/>
          <w:b/>
          <w:sz w:val="24"/>
          <w:szCs w:val="24"/>
        </w:rPr>
        <w:t>emociones</w:t>
      </w:r>
      <w:proofErr w:type="spellEnd"/>
      <w:r w:rsidRPr="007653B3">
        <w:rPr>
          <w:rFonts w:ascii="Arial" w:hAnsi="Arial" w:cs="Arial"/>
          <w:b/>
          <w:sz w:val="24"/>
          <w:szCs w:val="24"/>
        </w:rPr>
        <w:t xml:space="preserve"> </w:t>
      </w:r>
      <w:proofErr w:type="spellStart"/>
      <w:r w:rsidRPr="007653B3">
        <w:rPr>
          <w:rFonts w:ascii="Arial" w:hAnsi="Arial" w:cs="Arial"/>
          <w:b/>
          <w:spacing w:val="-3"/>
          <w:sz w:val="24"/>
          <w:szCs w:val="24"/>
        </w:rPr>
        <w:t>evocados</w:t>
      </w:r>
      <w:proofErr w:type="spellEnd"/>
      <w:r w:rsidRPr="007653B3">
        <w:rPr>
          <w:rFonts w:ascii="Arial" w:hAnsi="Arial" w:cs="Arial"/>
          <w:b/>
          <w:spacing w:val="-3"/>
          <w:sz w:val="24"/>
          <w:szCs w:val="24"/>
        </w:rPr>
        <w:t xml:space="preserve"> </w:t>
      </w:r>
      <w:proofErr w:type="spellStart"/>
      <w:r w:rsidRPr="007653B3">
        <w:rPr>
          <w:rFonts w:ascii="Arial" w:hAnsi="Arial" w:cs="Arial"/>
          <w:b/>
          <w:spacing w:val="-3"/>
          <w:sz w:val="24"/>
          <w:szCs w:val="24"/>
        </w:rPr>
        <w:t>en</w:t>
      </w:r>
      <w:proofErr w:type="spellEnd"/>
      <w:r w:rsidRPr="007653B3">
        <w:rPr>
          <w:rFonts w:ascii="Arial" w:hAnsi="Arial" w:cs="Arial"/>
          <w:b/>
          <w:spacing w:val="-3"/>
          <w:sz w:val="24"/>
          <w:szCs w:val="24"/>
        </w:rPr>
        <w:t xml:space="preserve"> </w:t>
      </w:r>
      <w:proofErr w:type="spellStart"/>
      <w:r w:rsidRPr="007653B3">
        <w:rPr>
          <w:rFonts w:ascii="Arial" w:hAnsi="Arial" w:cs="Arial"/>
          <w:b/>
          <w:sz w:val="24"/>
          <w:szCs w:val="24"/>
        </w:rPr>
        <w:t>dicha</w:t>
      </w:r>
      <w:proofErr w:type="spellEnd"/>
      <w:r w:rsidRPr="007653B3">
        <w:rPr>
          <w:rFonts w:ascii="Arial" w:hAnsi="Arial" w:cs="Arial"/>
          <w:b/>
          <w:sz w:val="24"/>
          <w:szCs w:val="24"/>
        </w:rPr>
        <w:t xml:space="preserve"> </w:t>
      </w:r>
      <w:proofErr w:type="spellStart"/>
      <w:r w:rsidRPr="007653B3">
        <w:rPr>
          <w:rFonts w:ascii="Arial" w:hAnsi="Arial" w:cs="Arial"/>
          <w:b/>
          <w:sz w:val="24"/>
          <w:szCs w:val="24"/>
        </w:rPr>
        <w:t>desregulación</w:t>
      </w:r>
      <w:proofErr w:type="spellEnd"/>
      <w:r w:rsidRPr="007653B3">
        <w:rPr>
          <w:rFonts w:ascii="Arial" w:hAnsi="Arial" w:cs="Arial"/>
          <w:b/>
          <w:sz w:val="24"/>
          <w:szCs w:val="24"/>
        </w:rPr>
        <w:t xml:space="preserve"> </w:t>
      </w:r>
      <w:proofErr w:type="spellStart"/>
      <w:r w:rsidRPr="007653B3">
        <w:rPr>
          <w:rFonts w:ascii="Arial" w:hAnsi="Arial" w:cs="Arial"/>
          <w:b/>
          <w:sz w:val="24"/>
          <w:szCs w:val="24"/>
        </w:rPr>
        <w:t>emocional</w:t>
      </w:r>
      <w:proofErr w:type="spellEnd"/>
      <w:r w:rsidRPr="007653B3">
        <w:rPr>
          <w:rFonts w:ascii="Arial" w:hAnsi="Arial" w:cs="Arial"/>
          <w:b/>
          <w:sz w:val="24"/>
          <w:szCs w:val="24"/>
        </w:rPr>
        <w:t xml:space="preserve"> y </w:t>
      </w:r>
      <w:proofErr w:type="spellStart"/>
      <w:r w:rsidRPr="007653B3">
        <w:rPr>
          <w:rFonts w:ascii="Arial" w:hAnsi="Arial" w:cs="Arial"/>
          <w:b/>
          <w:spacing w:val="-3"/>
          <w:sz w:val="24"/>
          <w:szCs w:val="24"/>
        </w:rPr>
        <w:t>conductual</w:t>
      </w:r>
      <w:proofErr w:type="spellEnd"/>
      <w:r w:rsidRPr="007653B3">
        <w:rPr>
          <w:rFonts w:ascii="Arial" w:hAnsi="Arial" w:cs="Arial"/>
          <w:b/>
          <w:spacing w:val="-3"/>
          <w:sz w:val="24"/>
          <w:szCs w:val="24"/>
        </w:rPr>
        <w:t xml:space="preserve"> </w:t>
      </w:r>
      <w:proofErr w:type="spellStart"/>
      <w:r w:rsidRPr="007653B3">
        <w:rPr>
          <w:rFonts w:ascii="Arial" w:hAnsi="Arial" w:cs="Arial"/>
          <w:b/>
          <w:sz w:val="24"/>
          <w:szCs w:val="24"/>
        </w:rPr>
        <w:t>deben</w:t>
      </w:r>
      <w:proofErr w:type="spellEnd"/>
      <w:r w:rsidRPr="007653B3">
        <w:rPr>
          <w:rFonts w:ascii="Arial" w:hAnsi="Arial" w:cs="Arial"/>
          <w:b/>
          <w:sz w:val="24"/>
          <w:szCs w:val="24"/>
        </w:rPr>
        <w:t xml:space="preserve"> </w:t>
      </w:r>
      <w:r w:rsidRPr="007653B3">
        <w:rPr>
          <w:rFonts w:ascii="Arial" w:hAnsi="Arial" w:cs="Arial"/>
          <w:b/>
          <w:spacing w:val="-4"/>
          <w:sz w:val="24"/>
          <w:szCs w:val="24"/>
        </w:rPr>
        <w:t xml:space="preserve">ser </w:t>
      </w:r>
      <w:proofErr w:type="spellStart"/>
      <w:r w:rsidRPr="007653B3">
        <w:rPr>
          <w:rFonts w:ascii="Arial" w:hAnsi="Arial" w:cs="Arial"/>
          <w:b/>
          <w:sz w:val="24"/>
          <w:szCs w:val="24"/>
        </w:rPr>
        <w:t>considerados</w:t>
      </w:r>
      <w:proofErr w:type="spellEnd"/>
      <w:r w:rsidRPr="007653B3">
        <w:rPr>
          <w:rFonts w:ascii="Arial" w:hAnsi="Arial" w:cs="Arial"/>
          <w:b/>
          <w:sz w:val="24"/>
          <w:szCs w:val="24"/>
        </w:rPr>
        <w:t xml:space="preserve"> </w:t>
      </w:r>
      <w:proofErr w:type="spellStart"/>
      <w:r w:rsidRPr="007653B3">
        <w:rPr>
          <w:rFonts w:ascii="Arial" w:hAnsi="Arial" w:cs="Arial"/>
          <w:b/>
          <w:spacing w:val="-3"/>
          <w:sz w:val="24"/>
          <w:szCs w:val="24"/>
        </w:rPr>
        <w:t>en</w:t>
      </w:r>
      <w:proofErr w:type="spellEnd"/>
      <w:r w:rsidRPr="007653B3">
        <w:rPr>
          <w:rFonts w:ascii="Arial" w:hAnsi="Arial" w:cs="Arial"/>
          <w:b/>
          <w:spacing w:val="-3"/>
          <w:sz w:val="24"/>
          <w:szCs w:val="24"/>
        </w:rPr>
        <w:t xml:space="preserve"> </w:t>
      </w:r>
      <w:r w:rsidRPr="007653B3">
        <w:rPr>
          <w:rFonts w:ascii="Arial" w:hAnsi="Arial" w:cs="Arial"/>
          <w:b/>
          <w:sz w:val="24"/>
          <w:szCs w:val="24"/>
        </w:rPr>
        <w:t xml:space="preserve">un </w:t>
      </w:r>
      <w:proofErr w:type="spellStart"/>
      <w:r w:rsidRPr="007653B3">
        <w:rPr>
          <w:rFonts w:ascii="Arial" w:hAnsi="Arial" w:cs="Arial"/>
          <w:b/>
          <w:sz w:val="24"/>
          <w:szCs w:val="24"/>
        </w:rPr>
        <w:t>diseño</w:t>
      </w:r>
      <w:proofErr w:type="spellEnd"/>
      <w:r w:rsidRPr="007653B3">
        <w:rPr>
          <w:rFonts w:ascii="Arial" w:hAnsi="Arial" w:cs="Arial"/>
          <w:b/>
          <w:sz w:val="24"/>
          <w:szCs w:val="24"/>
        </w:rPr>
        <w:t xml:space="preserve"> de </w:t>
      </w:r>
      <w:proofErr w:type="spellStart"/>
      <w:r w:rsidRPr="007653B3">
        <w:rPr>
          <w:rFonts w:ascii="Arial" w:hAnsi="Arial" w:cs="Arial"/>
          <w:b/>
          <w:sz w:val="24"/>
          <w:szCs w:val="24"/>
        </w:rPr>
        <w:t>intervención</w:t>
      </w:r>
      <w:proofErr w:type="spellEnd"/>
      <w:r w:rsidRPr="007653B3">
        <w:rPr>
          <w:rFonts w:ascii="Arial" w:hAnsi="Arial" w:cs="Arial"/>
          <w:b/>
          <w:sz w:val="24"/>
          <w:szCs w:val="24"/>
        </w:rPr>
        <w:t xml:space="preserve"> a </w:t>
      </w:r>
      <w:proofErr w:type="spellStart"/>
      <w:r w:rsidRPr="007653B3">
        <w:rPr>
          <w:rFonts w:ascii="Arial" w:hAnsi="Arial" w:cs="Arial"/>
          <w:b/>
          <w:sz w:val="24"/>
          <w:szCs w:val="24"/>
        </w:rPr>
        <w:t>mediano</w:t>
      </w:r>
      <w:proofErr w:type="spellEnd"/>
      <w:r w:rsidRPr="007653B3">
        <w:rPr>
          <w:rFonts w:ascii="Arial" w:hAnsi="Arial" w:cs="Arial"/>
          <w:b/>
          <w:sz w:val="24"/>
          <w:szCs w:val="24"/>
        </w:rPr>
        <w:t xml:space="preserve"> </w:t>
      </w:r>
      <w:proofErr w:type="spellStart"/>
      <w:r w:rsidRPr="007653B3">
        <w:rPr>
          <w:rFonts w:ascii="Arial" w:hAnsi="Arial" w:cs="Arial"/>
          <w:b/>
          <w:sz w:val="24"/>
          <w:szCs w:val="24"/>
        </w:rPr>
        <w:t>plazo</w:t>
      </w:r>
      <w:proofErr w:type="spellEnd"/>
      <w:r w:rsidRPr="007653B3">
        <w:rPr>
          <w:rFonts w:ascii="Arial" w:hAnsi="Arial" w:cs="Arial"/>
          <w:b/>
          <w:sz w:val="24"/>
          <w:szCs w:val="24"/>
        </w:rPr>
        <w:t xml:space="preserve"> </w:t>
      </w:r>
      <w:r w:rsidRPr="007653B3">
        <w:rPr>
          <w:rFonts w:ascii="Arial" w:hAnsi="Arial" w:cs="Arial"/>
          <w:spacing w:val="-3"/>
          <w:sz w:val="24"/>
          <w:szCs w:val="24"/>
        </w:rPr>
        <w:t>(</w:t>
      </w:r>
      <w:proofErr w:type="spellStart"/>
      <w:r w:rsidRPr="007653B3">
        <w:rPr>
          <w:rFonts w:ascii="Arial" w:hAnsi="Arial" w:cs="Arial"/>
          <w:spacing w:val="-3"/>
          <w:sz w:val="24"/>
          <w:szCs w:val="24"/>
        </w:rPr>
        <w:t>más</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allá</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 xml:space="preserve">la </w:t>
      </w:r>
      <w:proofErr w:type="spellStart"/>
      <w:r w:rsidRPr="007653B3">
        <w:rPr>
          <w:rFonts w:ascii="Arial" w:hAnsi="Arial" w:cs="Arial"/>
          <w:spacing w:val="2"/>
          <w:sz w:val="24"/>
          <w:szCs w:val="24"/>
        </w:rPr>
        <w:t>contención</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inicial</w:t>
      </w:r>
      <w:proofErr w:type="spellEnd"/>
      <w:r w:rsidRPr="007653B3">
        <w:rPr>
          <w:rFonts w:ascii="Arial" w:hAnsi="Arial" w:cs="Arial"/>
          <w:sz w:val="24"/>
          <w:szCs w:val="24"/>
        </w:rPr>
        <w:t xml:space="preserve">), que </w:t>
      </w:r>
      <w:proofErr w:type="spellStart"/>
      <w:r w:rsidRPr="007653B3">
        <w:rPr>
          <w:rFonts w:ascii="Arial" w:hAnsi="Arial" w:cs="Arial"/>
          <w:sz w:val="24"/>
          <w:szCs w:val="24"/>
        </w:rPr>
        <w:t>incluya</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un </w:t>
      </w:r>
      <w:proofErr w:type="spellStart"/>
      <w:r w:rsidRPr="007653B3">
        <w:rPr>
          <w:rFonts w:ascii="Arial" w:hAnsi="Arial" w:cs="Arial"/>
          <w:sz w:val="24"/>
          <w:szCs w:val="24"/>
        </w:rPr>
        <w:t>análisis</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sobre</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la </w:t>
      </w:r>
      <w:proofErr w:type="spellStart"/>
      <w:r w:rsidRPr="007653B3">
        <w:rPr>
          <w:rFonts w:ascii="Arial" w:hAnsi="Arial" w:cs="Arial"/>
          <w:spacing w:val="3"/>
          <w:sz w:val="24"/>
          <w:szCs w:val="24"/>
        </w:rPr>
        <w:t>necesidad</w:t>
      </w:r>
      <w:proofErr w:type="spellEnd"/>
      <w:r w:rsidRPr="007653B3">
        <w:rPr>
          <w:rFonts w:ascii="Arial" w:hAnsi="Arial" w:cs="Arial"/>
          <w:spacing w:val="3"/>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2"/>
          <w:sz w:val="24"/>
          <w:szCs w:val="24"/>
        </w:rPr>
        <w:t>mejora</w:t>
      </w:r>
      <w:proofErr w:type="spellEnd"/>
      <w:r w:rsidRPr="007653B3">
        <w:rPr>
          <w:rFonts w:ascii="Arial" w:hAnsi="Arial" w:cs="Arial"/>
          <w:spacing w:val="2"/>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la </w:t>
      </w:r>
      <w:proofErr w:type="spellStart"/>
      <w:r w:rsidRPr="007653B3">
        <w:rPr>
          <w:rFonts w:ascii="Arial" w:hAnsi="Arial" w:cs="Arial"/>
          <w:sz w:val="24"/>
          <w:szCs w:val="24"/>
        </w:rPr>
        <w:t>calidad</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4"/>
          <w:sz w:val="24"/>
          <w:szCs w:val="24"/>
        </w:rPr>
        <w:t>vida</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general </w:t>
      </w:r>
      <w:r w:rsidRPr="007653B3">
        <w:rPr>
          <w:rFonts w:ascii="Arial" w:hAnsi="Arial" w:cs="Arial"/>
          <w:spacing w:val="6"/>
          <w:sz w:val="24"/>
          <w:szCs w:val="24"/>
        </w:rPr>
        <w:t xml:space="preserve">del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y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pacing w:val="2"/>
          <w:sz w:val="24"/>
          <w:szCs w:val="24"/>
        </w:rPr>
        <w:t>desarrollo</w:t>
      </w:r>
      <w:proofErr w:type="spellEnd"/>
      <w:r w:rsidRPr="007653B3">
        <w:rPr>
          <w:rFonts w:ascii="Arial" w:hAnsi="Arial" w:cs="Arial"/>
          <w:spacing w:val="2"/>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2"/>
          <w:sz w:val="24"/>
          <w:szCs w:val="24"/>
        </w:rPr>
        <w:t>habilidades</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alternativas</w:t>
      </w:r>
      <w:proofErr w:type="spellEnd"/>
      <w:r w:rsidRPr="007653B3">
        <w:rPr>
          <w:rFonts w:ascii="Arial" w:hAnsi="Arial" w:cs="Arial"/>
          <w:sz w:val="24"/>
          <w:szCs w:val="24"/>
        </w:rPr>
        <w:t xml:space="preserve">. </w:t>
      </w:r>
      <w:proofErr w:type="spellStart"/>
      <w:r w:rsidRPr="007653B3">
        <w:rPr>
          <w:rFonts w:ascii="Arial" w:hAnsi="Arial" w:cs="Arial"/>
          <w:sz w:val="24"/>
          <w:szCs w:val="24"/>
        </w:rPr>
        <w:t>Así</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la </w:t>
      </w:r>
      <w:proofErr w:type="spellStart"/>
      <w:r w:rsidRPr="007653B3">
        <w:rPr>
          <w:rFonts w:ascii="Arial" w:hAnsi="Arial" w:cs="Arial"/>
          <w:sz w:val="24"/>
          <w:szCs w:val="24"/>
        </w:rPr>
        <w:t>línea</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 xml:space="preserve">la </w:t>
      </w:r>
      <w:proofErr w:type="spellStart"/>
      <w:r w:rsidRPr="007653B3">
        <w:rPr>
          <w:rFonts w:ascii="Arial" w:hAnsi="Arial" w:cs="Arial"/>
          <w:spacing w:val="4"/>
          <w:sz w:val="24"/>
          <w:szCs w:val="24"/>
        </w:rPr>
        <w:t>propia</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reparación</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es </w:t>
      </w:r>
      <w:proofErr w:type="spellStart"/>
      <w:r w:rsidRPr="007653B3">
        <w:rPr>
          <w:rFonts w:ascii="Arial" w:hAnsi="Arial" w:cs="Arial"/>
          <w:sz w:val="24"/>
          <w:szCs w:val="24"/>
        </w:rPr>
        <w:t>relevante</w:t>
      </w:r>
      <w:proofErr w:type="spellEnd"/>
      <w:r w:rsidRPr="007653B3">
        <w:rPr>
          <w:rFonts w:ascii="Arial" w:hAnsi="Arial" w:cs="Arial"/>
          <w:sz w:val="24"/>
          <w:szCs w:val="24"/>
        </w:rPr>
        <w:t xml:space="preserve"> </w:t>
      </w:r>
      <w:proofErr w:type="spellStart"/>
      <w:r w:rsidRPr="007653B3">
        <w:rPr>
          <w:rFonts w:ascii="Arial" w:hAnsi="Arial" w:cs="Arial"/>
          <w:sz w:val="24"/>
          <w:szCs w:val="24"/>
        </w:rPr>
        <w:t>considerar</w:t>
      </w:r>
      <w:proofErr w:type="spellEnd"/>
      <w:r w:rsidRPr="007653B3">
        <w:rPr>
          <w:rFonts w:ascii="Arial" w:hAnsi="Arial" w:cs="Arial"/>
          <w:sz w:val="24"/>
          <w:szCs w:val="24"/>
        </w:rPr>
        <w:t>:</w:t>
      </w:r>
    </w:p>
    <w:p w14:paraId="51202AAF" w14:textId="77777777" w:rsidR="00893C50" w:rsidRPr="007653B3" w:rsidRDefault="00893C50" w:rsidP="00893C50">
      <w:pPr>
        <w:pStyle w:val="Prrafodelista"/>
        <w:widowControl w:val="0"/>
        <w:numPr>
          <w:ilvl w:val="0"/>
          <w:numId w:val="54"/>
        </w:numPr>
        <w:tabs>
          <w:tab w:val="left" w:pos="1233"/>
        </w:tabs>
        <w:autoSpaceDE w:val="0"/>
        <w:autoSpaceDN w:val="0"/>
        <w:spacing w:before="1" w:after="0" w:line="360" w:lineRule="auto"/>
        <w:ind w:right="49"/>
        <w:contextualSpacing w:val="0"/>
        <w:jc w:val="both"/>
        <w:rPr>
          <w:rFonts w:ascii="Arial" w:hAnsi="Arial" w:cs="Arial"/>
          <w:sz w:val="24"/>
          <w:szCs w:val="24"/>
        </w:rPr>
      </w:pPr>
      <w:r w:rsidRPr="007653B3">
        <w:rPr>
          <w:rFonts w:ascii="Arial" w:hAnsi="Arial" w:cs="Arial"/>
          <w:b/>
          <w:sz w:val="24"/>
          <w:szCs w:val="24"/>
        </w:rPr>
        <w:t xml:space="preserve">La </w:t>
      </w:r>
      <w:proofErr w:type="spellStart"/>
      <w:r w:rsidRPr="007653B3">
        <w:rPr>
          <w:rFonts w:ascii="Arial" w:hAnsi="Arial" w:cs="Arial"/>
          <w:b/>
          <w:spacing w:val="-4"/>
          <w:sz w:val="24"/>
          <w:szCs w:val="24"/>
        </w:rPr>
        <w:t>enseñanza</w:t>
      </w:r>
      <w:proofErr w:type="spellEnd"/>
      <w:r w:rsidRPr="007653B3">
        <w:rPr>
          <w:rFonts w:ascii="Arial" w:hAnsi="Arial" w:cs="Arial"/>
          <w:b/>
          <w:spacing w:val="-4"/>
          <w:sz w:val="24"/>
          <w:szCs w:val="24"/>
        </w:rPr>
        <w:t xml:space="preserve"> </w:t>
      </w:r>
      <w:r w:rsidRPr="007653B3">
        <w:rPr>
          <w:rFonts w:ascii="Arial" w:hAnsi="Arial" w:cs="Arial"/>
          <w:b/>
          <w:sz w:val="24"/>
          <w:szCs w:val="24"/>
        </w:rPr>
        <w:t xml:space="preserve">de </w:t>
      </w:r>
      <w:proofErr w:type="spellStart"/>
      <w:r w:rsidRPr="007653B3">
        <w:rPr>
          <w:rFonts w:ascii="Arial" w:hAnsi="Arial" w:cs="Arial"/>
          <w:b/>
          <w:sz w:val="24"/>
          <w:szCs w:val="24"/>
        </w:rPr>
        <w:t>habilidades</w:t>
      </w:r>
      <w:proofErr w:type="spellEnd"/>
      <w:r w:rsidRPr="007653B3">
        <w:rPr>
          <w:rFonts w:ascii="Arial" w:hAnsi="Arial" w:cs="Arial"/>
          <w:b/>
          <w:sz w:val="24"/>
          <w:szCs w:val="24"/>
        </w:rPr>
        <w:t xml:space="preserve"> </w:t>
      </w:r>
      <w:proofErr w:type="spellStart"/>
      <w:r w:rsidRPr="007653B3">
        <w:rPr>
          <w:rFonts w:ascii="Arial" w:hAnsi="Arial" w:cs="Arial"/>
          <w:b/>
          <w:sz w:val="24"/>
          <w:szCs w:val="24"/>
        </w:rPr>
        <w:t>alternativas</w:t>
      </w:r>
      <w:proofErr w:type="spellEnd"/>
      <w:r w:rsidRPr="007653B3">
        <w:rPr>
          <w:rFonts w:ascii="Arial" w:hAnsi="Arial" w:cs="Arial"/>
          <w:sz w:val="24"/>
          <w:szCs w:val="24"/>
        </w:rPr>
        <w:t xml:space="preserve">, la que </w:t>
      </w:r>
      <w:proofErr w:type="spellStart"/>
      <w:r w:rsidRPr="007653B3">
        <w:rPr>
          <w:rFonts w:ascii="Arial" w:hAnsi="Arial" w:cs="Arial"/>
          <w:spacing w:val="7"/>
          <w:sz w:val="24"/>
          <w:szCs w:val="24"/>
        </w:rPr>
        <w:t>debe</w:t>
      </w:r>
      <w:proofErr w:type="spellEnd"/>
      <w:r w:rsidRPr="007653B3">
        <w:rPr>
          <w:rFonts w:ascii="Arial" w:hAnsi="Arial" w:cs="Arial"/>
          <w:spacing w:val="7"/>
          <w:sz w:val="24"/>
          <w:szCs w:val="24"/>
        </w:rPr>
        <w:t xml:space="preserve"> </w:t>
      </w:r>
      <w:proofErr w:type="spellStart"/>
      <w:r w:rsidRPr="007653B3">
        <w:rPr>
          <w:rFonts w:ascii="Arial" w:hAnsi="Arial" w:cs="Arial"/>
          <w:sz w:val="24"/>
          <w:szCs w:val="24"/>
        </w:rPr>
        <w:t>incorporar</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siguientes</w:t>
      </w:r>
      <w:proofErr w:type="spellEnd"/>
      <w:r w:rsidRPr="007653B3">
        <w:rPr>
          <w:rFonts w:ascii="Arial" w:hAnsi="Arial" w:cs="Arial"/>
          <w:sz w:val="24"/>
          <w:szCs w:val="24"/>
        </w:rPr>
        <w:t xml:space="preserve"> </w:t>
      </w:r>
      <w:proofErr w:type="spellStart"/>
      <w:r w:rsidRPr="007653B3">
        <w:rPr>
          <w:rFonts w:ascii="Arial" w:hAnsi="Arial" w:cs="Arial"/>
          <w:sz w:val="24"/>
          <w:szCs w:val="24"/>
        </w:rPr>
        <w:t>criterios</w:t>
      </w:r>
      <w:proofErr w:type="spellEnd"/>
      <w:r w:rsidRPr="007653B3">
        <w:rPr>
          <w:rFonts w:ascii="Arial" w:hAnsi="Arial" w:cs="Arial"/>
          <w:sz w:val="24"/>
          <w:szCs w:val="24"/>
        </w:rPr>
        <w:t xml:space="preserve">: que </w:t>
      </w:r>
      <w:proofErr w:type="spellStart"/>
      <w:r w:rsidRPr="007653B3">
        <w:rPr>
          <w:rFonts w:ascii="Arial" w:hAnsi="Arial" w:cs="Arial"/>
          <w:sz w:val="24"/>
          <w:szCs w:val="24"/>
        </w:rPr>
        <w:t>cumplan</w:t>
      </w:r>
      <w:proofErr w:type="spellEnd"/>
      <w:r w:rsidRPr="007653B3">
        <w:rPr>
          <w:rFonts w:ascii="Arial" w:hAnsi="Arial" w:cs="Arial"/>
          <w:sz w:val="24"/>
          <w:szCs w:val="24"/>
        </w:rPr>
        <w:t xml:space="preserve"> la </w:t>
      </w:r>
      <w:proofErr w:type="spellStart"/>
      <w:r w:rsidRPr="007653B3">
        <w:rPr>
          <w:rFonts w:ascii="Arial" w:hAnsi="Arial" w:cs="Arial"/>
          <w:sz w:val="24"/>
          <w:szCs w:val="24"/>
        </w:rPr>
        <w:t>misma</w:t>
      </w:r>
      <w:proofErr w:type="spellEnd"/>
      <w:r w:rsidRPr="007653B3">
        <w:rPr>
          <w:rFonts w:ascii="Arial" w:hAnsi="Arial" w:cs="Arial"/>
          <w:sz w:val="24"/>
          <w:szCs w:val="24"/>
        </w:rPr>
        <w:t xml:space="preserve"> </w:t>
      </w:r>
      <w:proofErr w:type="spellStart"/>
      <w:r w:rsidRPr="007653B3">
        <w:rPr>
          <w:rFonts w:ascii="Arial" w:hAnsi="Arial" w:cs="Arial"/>
          <w:sz w:val="24"/>
          <w:szCs w:val="24"/>
        </w:rPr>
        <w:t>función</w:t>
      </w:r>
      <w:proofErr w:type="spellEnd"/>
      <w:r w:rsidRPr="007653B3">
        <w:rPr>
          <w:rFonts w:ascii="Arial" w:hAnsi="Arial" w:cs="Arial"/>
          <w:sz w:val="24"/>
          <w:szCs w:val="24"/>
        </w:rPr>
        <w:t xml:space="preserve"> que la </w:t>
      </w:r>
      <w:proofErr w:type="spellStart"/>
      <w:r w:rsidRPr="007653B3">
        <w:rPr>
          <w:rFonts w:ascii="Arial" w:hAnsi="Arial" w:cs="Arial"/>
          <w:sz w:val="24"/>
          <w:szCs w:val="24"/>
        </w:rPr>
        <w:t>conducta</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3"/>
          <w:sz w:val="24"/>
          <w:szCs w:val="24"/>
        </w:rPr>
        <w:t>desregulación</w:t>
      </w:r>
      <w:proofErr w:type="spellEnd"/>
      <w:r w:rsidRPr="007653B3">
        <w:rPr>
          <w:rFonts w:ascii="Arial" w:hAnsi="Arial" w:cs="Arial"/>
          <w:spacing w:val="3"/>
          <w:sz w:val="24"/>
          <w:szCs w:val="24"/>
        </w:rPr>
        <w:t xml:space="preserve"> </w:t>
      </w:r>
      <w:proofErr w:type="spellStart"/>
      <w:r w:rsidRPr="007653B3">
        <w:rPr>
          <w:rFonts w:ascii="Arial" w:hAnsi="Arial" w:cs="Arial"/>
          <w:spacing w:val="3"/>
          <w:sz w:val="24"/>
          <w:szCs w:val="24"/>
        </w:rPr>
        <w:t>emocional</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y </w:t>
      </w:r>
      <w:proofErr w:type="spellStart"/>
      <w:r w:rsidRPr="007653B3">
        <w:rPr>
          <w:rFonts w:ascii="Arial" w:hAnsi="Arial" w:cs="Arial"/>
          <w:sz w:val="24"/>
          <w:szCs w:val="24"/>
        </w:rPr>
        <w:t>conductual</w:t>
      </w:r>
      <w:proofErr w:type="spellEnd"/>
      <w:r w:rsidRPr="007653B3">
        <w:rPr>
          <w:rFonts w:ascii="Arial" w:hAnsi="Arial" w:cs="Arial"/>
          <w:sz w:val="24"/>
          <w:szCs w:val="24"/>
        </w:rPr>
        <w:t xml:space="preserve">, que </w:t>
      </w:r>
      <w:proofErr w:type="spellStart"/>
      <w:r w:rsidRPr="007653B3">
        <w:rPr>
          <w:rFonts w:ascii="Arial" w:hAnsi="Arial" w:cs="Arial"/>
          <w:spacing w:val="5"/>
          <w:sz w:val="24"/>
          <w:szCs w:val="24"/>
        </w:rPr>
        <w:t>sea</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inicialmente</w:t>
      </w:r>
      <w:proofErr w:type="spellEnd"/>
      <w:r w:rsidRPr="007653B3">
        <w:rPr>
          <w:rFonts w:ascii="Arial" w:hAnsi="Arial" w:cs="Arial"/>
          <w:sz w:val="24"/>
          <w:szCs w:val="24"/>
        </w:rPr>
        <w:t xml:space="preserve"> </w:t>
      </w:r>
      <w:proofErr w:type="spellStart"/>
      <w:r w:rsidRPr="007653B3">
        <w:rPr>
          <w:rFonts w:ascii="Arial" w:hAnsi="Arial" w:cs="Arial"/>
          <w:sz w:val="24"/>
          <w:szCs w:val="24"/>
        </w:rPr>
        <w:t>fácil</w:t>
      </w:r>
      <w:proofErr w:type="spellEnd"/>
      <w:r w:rsidRPr="007653B3">
        <w:rPr>
          <w:rFonts w:ascii="Arial" w:hAnsi="Arial" w:cs="Arial"/>
          <w:sz w:val="24"/>
          <w:szCs w:val="24"/>
        </w:rPr>
        <w:t xml:space="preserve">, que </w:t>
      </w:r>
      <w:proofErr w:type="spellStart"/>
      <w:r w:rsidRPr="007653B3">
        <w:rPr>
          <w:rFonts w:ascii="Arial" w:hAnsi="Arial" w:cs="Arial"/>
          <w:spacing w:val="2"/>
          <w:sz w:val="24"/>
          <w:szCs w:val="24"/>
        </w:rPr>
        <w:lastRenderedPageBreak/>
        <w:t>produzcan</w:t>
      </w:r>
      <w:proofErr w:type="spellEnd"/>
      <w:r w:rsidRPr="007653B3">
        <w:rPr>
          <w:rFonts w:ascii="Arial" w:hAnsi="Arial" w:cs="Arial"/>
          <w:spacing w:val="2"/>
          <w:sz w:val="24"/>
          <w:szCs w:val="24"/>
        </w:rPr>
        <w:t xml:space="preserve"> </w:t>
      </w:r>
      <w:proofErr w:type="spellStart"/>
      <w:r w:rsidRPr="007653B3">
        <w:rPr>
          <w:rFonts w:ascii="Arial" w:hAnsi="Arial" w:cs="Arial"/>
          <w:spacing w:val="2"/>
          <w:sz w:val="24"/>
          <w:szCs w:val="24"/>
        </w:rPr>
        <w:t>efectos</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inmediatos</w:t>
      </w:r>
      <w:proofErr w:type="spellEnd"/>
      <w:r w:rsidRPr="007653B3">
        <w:rPr>
          <w:rFonts w:ascii="Arial" w:hAnsi="Arial" w:cs="Arial"/>
          <w:sz w:val="24"/>
          <w:szCs w:val="24"/>
        </w:rPr>
        <w:t xml:space="preserve">, que </w:t>
      </w:r>
      <w:r w:rsidRPr="007653B3">
        <w:rPr>
          <w:rFonts w:ascii="Arial" w:hAnsi="Arial" w:cs="Arial"/>
          <w:spacing w:val="3"/>
          <w:sz w:val="24"/>
          <w:szCs w:val="24"/>
        </w:rPr>
        <w:t xml:space="preserve">se </w:t>
      </w:r>
      <w:proofErr w:type="spellStart"/>
      <w:r w:rsidRPr="007653B3">
        <w:rPr>
          <w:rFonts w:ascii="Arial" w:hAnsi="Arial" w:cs="Arial"/>
          <w:spacing w:val="3"/>
          <w:sz w:val="24"/>
          <w:szCs w:val="24"/>
        </w:rPr>
        <w:t>puedan</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usar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diferentes</w:t>
      </w:r>
      <w:proofErr w:type="spellEnd"/>
      <w:r w:rsidRPr="007653B3">
        <w:rPr>
          <w:rFonts w:ascii="Arial" w:hAnsi="Arial" w:cs="Arial"/>
          <w:sz w:val="24"/>
          <w:szCs w:val="24"/>
        </w:rPr>
        <w:t xml:space="preserve"> </w:t>
      </w:r>
      <w:proofErr w:type="spellStart"/>
      <w:r w:rsidRPr="007653B3">
        <w:rPr>
          <w:rFonts w:ascii="Arial" w:hAnsi="Arial" w:cs="Arial"/>
          <w:sz w:val="24"/>
          <w:szCs w:val="24"/>
        </w:rPr>
        <w:t>entornos</w:t>
      </w:r>
      <w:proofErr w:type="spellEnd"/>
      <w:r w:rsidRPr="007653B3">
        <w:rPr>
          <w:rFonts w:ascii="Arial" w:hAnsi="Arial" w:cs="Arial"/>
          <w:sz w:val="24"/>
          <w:szCs w:val="24"/>
        </w:rPr>
        <w:t xml:space="preserve">. </w:t>
      </w:r>
      <w:r w:rsidRPr="007653B3">
        <w:rPr>
          <w:rFonts w:ascii="Arial" w:hAnsi="Arial" w:cs="Arial"/>
          <w:spacing w:val="4"/>
          <w:sz w:val="24"/>
          <w:szCs w:val="24"/>
        </w:rPr>
        <w:t xml:space="preserve">Por </w:t>
      </w:r>
      <w:proofErr w:type="spellStart"/>
      <w:r w:rsidRPr="007653B3">
        <w:rPr>
          <w:rFonts w:ascii="Arial" w:hAnsi="Arial" w:cs="Arial"/>
          <w:spacing w:val="5"/>
          <w:sz w:val="24"/>
          <w:szCs w:val="24"/>
        </w:rPr>
        <w:t>ejemplo</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para </w:t>
      </w:r>
      <w:proofErr w:type="spellStart"/>
      <w:r w:rsidRPr="007653B3">
        <w:rPr>
          <w:rFonts w:ascii="Arial" w:hAnsi="Arial" w:cs="Arial"/>
          <w:sz w:val="24"/>
          <w:szCs w:val="24"/>
        </w:rPr>
        <w:t>comunicar</w:t>
      </w:r>
      <w:proofErr w:type="spellEnd"/>
      <w:r w:rsidRPr="007653B3">
        <w:rPr>
          <w:rFonts w:ascii="Arial" w:hAnsi="Arial" w:cs="Arial"/>
          <w:sz w:val="24"/>
          <w:szCs w:val="24"/>
        </w:rPr>
        <w:t xml:space="preserve"> que </w:t>
      </w:r>
      <w:proofErr w:type="spellStart"/>
      <w:r w:rsidRPr="007653B3">
        <w:rPr>
          <w:rFonts w:ascii="Arial" w:hAnsi="Arial" w:cs="Arial"/>
          <w:sz w:val="24"/>
          <w:szCs w:val="24"/>
        </w:rPr>
        <w:t>requiere</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un </w:t>
      </w:r>
      <w:proofErr w:type="spellStart"/>
      <w:r w:rsidRPr="007653B3">
        <w:rPr>
          <w:rFonts w:ascii="Arial" w:hAnsi="Arial" w:cs="Arial"/>
          <w:spacing w:val="4"/>
          <w:sz w:val="24"/>
          <w:szCs w:val="24"/>
        </w:rPr>
        <w:t>descanso</w:t>
      </w:r>
      <w:proofErr w:type="spellEnd"/>
      <w:r w:rsidRPr="007653B3">
        <w:rPr>
          <w:rFonts w:ascii="Arial" w:hAnsi="Arial" w:cs="Arial"/>
          <w:spacing w:val="4"/>
          <w:sz w:val="24"/>
          <w:szCs w:val="24"/>
        </w:rPr>
        <w:t xml:space="preserve">, </w:t>
      </w:r>
      <w:proofErr w:type="spellStart"/>
      <w:r w:rsidRPr="007653B3">
        <w:rPr>
          <w:rFonts w:ascii="Arial" w:hAnsi="Arial" w:cs="Arial"/>
          <w:spacing w:val="5"/>
          <w:sz w:val="24"/>
          <w:szCs w:val="24"/>
        </w:rPr>
        <w:t>puede</w:t>
      </w:r>
      <w:proofErr w:type="spellEnd"/>
      <w:r w:rsidRPr="007653B3">
        <w:rPr>
          <w:rFonts w:ascii="Arial" w:hAnsi="Arial" w:cs="Arial"/>
          <w:spacing w:val="5"/>
          <w:sz w:val="24"/>
          <w:szCs w:val="24"/>
        </w:rPr>
        <w:t xml:space="preserve"> ser </w:t>
      </w:r>
      <w:proofErr w:type="spellStart"/>
      <w:r w:rsidRPr="007653B3">
        <w:rPr>
          <w:rFonts w:ascii="Arial" w:hAnsi="Arial" w:cs="Arial"/>
          <w:sz w:val="24"/>
          <w:szCs w:val="24"/>
        </w:rPr>
        <w:t>más</w:t>
      </w:r>
      <w:proofErr w:type="spellEnd"/>
      <w:r w:rsidRPr="007653B3">
        <w:rPr>
          <w:rFonts w:ascii="Arial" w:hAnsi="Arial" w:cs="Arial"/>
          <w:sz w:val="24"/>
          <w:szCs w:val="24"/>
        </w:rPr>
        <w:t xml:space="preserve"> </w:t>
      </w:r>
      <w:proofErr w:type="spellStart"/>
      <w:r w:rsidRPr="007653B3">
        <w:rPr>
          <w:rFonts w:ascii="Arial" w:hAnsi="Arial" w:cs="Arial"/>
          <w:sz w:val="24"/>
          <w:szCs w:val="24"/>
        </w:rPr>
        <w:t>fácil</w:t>
      </w:r>
      <w:proofErr w:type="spellEnd"/>
      <w:r w:rsidRPr="007653B3">
        <w:rPr>
          <w:rFonts w:ascii="Arial" w:hAnsi="Arial" w:cs="Arial"/>
          <w:sz w:val="24"/>
          <w:szCs w:val="24"/>
        </w:rPr>
        <w:t xml:space="preserve"> que </w:t>
      </w:r>
      <w:proofErr w:type="spellStart"/>
      <w:r w:rsidRPr="007653B3">
        <w:rPr>
          <w:rFonts w:ascii="Arial" w:hAnsi="Arial" w:cs="Arial"/>
          <w:spacing w:val="3"/>
          <w:sz w:val="24"/>
          <w:szCs w:val="24"/>
        </w:rPr>
        <w:t>el</w:t>
      </w:r>
      <w:proofErr w:type="spellEnd"/>
      <w:r w:rsidRPr="007653B3">
        <w:rPr>
          <w:rFonts w:ascii="Arial" w:hAnsi="Arial" w:cs="Arial"/>
          <w:spacing w:val="3"/>
          <w:sz w:val="24"/>
          <w:szCs w:val="24"/>
        </w:rPr>
        <w:t xml:space="preserve">/la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w:t>
      </w:r>
      <w:proofErr w:type="spellStart"/>
      <w:r w:rsidRPr="007653B3">
        <w:rPr>
          <w:rFonts w:ascii="Arial" w:hAnsi="Arial" w:cs="Arial"/>
          <w:sz w:val="24"/>
          <w:szCs w:val="24"/>
        </w:rPr>
        <w:t>inicialmente</w:t>
      </w:r>
      <w:proofErr w:type="spellEnd"/>
      <w:r w:rsidRPr="007653B3">
        <w:rPr>
          <w:rFonts w:ascii="Arial" w:hAnsi="Arial" w:cs="Arial"/>
          <w:sz w:val="24"/>
          <w:szCs w:val="24"/>
        </w:rPr>
        <w:t xml:space="preserve"> </w:t>
      </w:r>
      <w:proofErr w:type="spellStart"/>
      <w:r w:rsidRPr="007653B3">
        <w:rPr>
          <w:rFonts w:ascii="Arial" w:hAnsi="Arial" w:cs="Arial"/>
          <w:sz w:val="24"/>
          <w:szCs w:val="24"/>
        </w:rPr>
        <w:t>levante</w:t>
      </w:r>
      <w:proofErr w:type="spellEnd"/>
      <w:r w:rsidRPr="007653B3">
        <w:rPr>
          <w:rFonts w:ascii="Arial" w:hAnsi="Arial" w:cs="Arial"/>
          <w:sz w:val="24"/>
          <w:szCs w:val="24"/>
        </w:rPr>
        <w:t xml:space="preserve"> la </w:t>
      </w:r>
      <w:r w:rsidRPr="007653B3">
        <w:rPr>
          <w:rFonts w:ascii="Arial" w:hAnsi="Arial" w:cs="Arial"/>
          <w:spacing w:val="-3"/>
          <w:sz w:val="24"/>
          <w:szCs w:val="24"/>
        </w:rPr>
        <w:t xml:space="preserve">mano </w:t>
      </w:r>
      <w:r w:rsidRPr="007653B3">
        <w:rPr>
          <w:rFonts w:ascii="Arial" w:hAnsi="Arial" w:cs="Arial"/>
          <w:sz w:val="24"/>
          <w:szCs w:val="24"/>
        </w:rPr>
        <w:t xml:space="preserve">a que lo </w:t>
      </w:r>
      <w:proofErr w:type="spellStart"/>
      <w:r w:rsidRPr="007653B3">
        <w:rPr>
          <w:rFonts w:ascii="Arial" w:hAnsi="Arial" w:cs="Arial"/>
          <w:spacing w:val="3"/>
          <w:sz w:val="24"/>
          <w:szCs w:val="24"/>
        </w:rPr>
        <w:t>verbalice</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Esta </w:t>
      </w:r>
      <w:proofErr w:type="spellStart"/>
      <w:r w:rsidRPr="007653B3">
        <w:rPr>
          <w:rFonts w:ascii="Arial" w:hAnsi="Arial" w:cs="Arial"/>
          <w:sz w:val="24"/>
          <w:szCs w:val="24"/>
        </w:rPr>
        <w:t>conducta</w:t>
      </w:r>
      <w:proofErr w:type="spellEnd"/>
      <w:r w:rsidRPr="007653B3">
        <w:rPr>
          <w:rFonts w:ascii="Arial" w:hAnsi="Arial" w:cs="Arial"/>
          <w:sz w:val="24"/>
          <w:szCs w:val="24"/>
        </w:rPr>
        <w:t xml:space="preserve"> </w:t>
      </w:r>
      <w:proofErr w:type="spellStart"/>
      <w:r w:rsidRPr="007653B3">
        <w:rPr>
          <w:rFonts w:ascii="Arial" w:hAnsi="Arial" w:cs="Arial"/>
          <w:spacing w:val="7"/>
          <w:sz w:val="24"/>
          <w:szCs w:val="24"/>
        </w:rPr>
        <w:t>debe</w:t>
      </w:r>
      <w:proofErr w:type="spellEnd"/>
      <w:r w:rsidRPr="007653B3">
        <w:rPr>
          <w:rFonts w:ascii="Arial" w:hAnsi="Arial" w:cs="Arial"/>
          <w:spacing w:val="7"/>
          <w:sz w:val="24"/>
          <w:szCs w:val="24"/>
        </w:rPr>
        <w:t xml:space="preserve"> </w:t>
      </w:r>
      <w:r w:rsidRPr="007653B3">
        <w:rPr>
          <w:rFonts w:ascii="Arial" w:hAnsi="Arial" w:cs="Arial"/>
          <w:spacing w:val="5"/>
          <w:sz w:val="24"/>
          <w:szCs w:val="24"/>
        </w:rPr>
        <w:t xml:space="preserve">ser </w:t>
      </w:r>
      <w:proofErr w:type="spellStart"/>
      <w:r w:rsidRPr="007653B3">
        <w:rPr>
          <w:rFonts w:ascii="Arial" w:hAnsi="Arial" w:cs="Arial"/>
          <w:spacing w:val="2"/>
          <w:sz w:val="24"/>
          <w:szCs w:val="24"/>
        </w:rPr>
        <w:t>generalizada</w:t>
      </w:r>
      <w:proofErr w:type="spellEnd"/>
      <w:r w:rsidRPr="007653B3">
        <w:rPr>
          <w:rFonts w:ascii="Arial" w:hAnsi="Arial" w:cs="Arial"/>
          <w:spacing w:val="2"/>
          <w:sz w:val="24"/>
          <w:szCs w:val="24"/>
        </w:rPr>
        <w:t xml:space="preserve"> </w:t>
      </w:r>
      <w:proofErr w:type="gramStart"/>
      <w:r w:rsidRPr="007653B3">
        <w:rPr>
          <w:rFonts w:ascii="Arial" w:hAnsi="Arial" w:cs="Arial"/>
          <w:sz w:val="24"/>
          <w:szCs w:val="24"/>
        </w:rPr>
        <w:t>a</w:t>
      </w:r>
      <w:proofErr w:type="gramEnd"/>
      <w:r w:rsidRPr="007653B3">
        <w:rPr>
          <w:rFonts w:ascii="Arial" w:hAnsi="Arial" w:cs="Arial"/>
          <w:sz w:val="24"/>
          <w:szCs w:val="24"/>
        </w:rPr>
        <w:t xml:space="preserve"> </w:t>
      </w:r>
      <w:proofErr w:type="spellStart"/>
      <w:r w:rsidRPr="007653B3">
        <w:rPr>
          <w:rFonts w:ascii="Arial" w:hAnsi="Arial" w:cs="Arial"/>
          <w:sz w:val="24"/>
          <w:szCs w:val="24"/>
        </w:rPr>
        <w:t>otros</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contextos</w:t>
      </w:r>
      <w:proofErr w:type="spellEnd"/>
      <w:r w:rsidRPr="007653B3">
        <w:rPr>
          <w:rFonts w:ascii="Arial" w:hAnsi="Arial" w:cs="Arial"/>
          <w:spacing w:val="2"/>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acuerdo</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con </w:t>
      </w:r>
      <w:proofErr w:type="spellStart"/>
      <w:r w:rsidRPr="007653B3">
        <w:rPr>
          <w:rFonts w:ascii="Arial" w:hAnsi="Arial" w:cs="Arial"/>
          <w:sz w:val="24"/>
          <w:szCs w:val="24"/>
        </w:rPr>
        <w:t>el</w:t>
      </w:r>
      <w:proofErr w:type="spellEnd"/>
      <w:r w:rsidRPr="007653B3">
        <w:rPr>
          <w:rFonts w:ascii="Arial" w:hAnsi="Arial" w:cs="Arial"/>
          <w:sz w:val="24"/>
          <w:szCs w:val="24"/>
        </w:rPr>
        <w:t xml:space="preserve">/la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y </w:t>
      </w:r>
      <w:r w:rsidRPr="007653B3">
        <w:rPr>
          <w:rFonts w:ascii="Arial" w:hAnsi="Arial" w:cs="Arial"/>
          <w:spacing w:val="2"/>
          <w:sz w:val="24"/>
          <w:szCs w:val="24"/>
        </w:rPr>
        <w:t xml:space="preserve">las personas </w:t>
      </w:r>
      <w:r w:rsidRPr="007653B3">
        <w:rPr>
          <w:rFonts w:ascii="Arial" w:hAnsi="Arial" w:cs="Arial"/>
          <w:sz w:val="24"/>
          <w:szCs w:val="24"/>
        </w:rPr>
        <w:t xml:space="preserve">que </w:t>
      </w:r>
      <w:proofErr w:type="spellStart"/>
      <w:r w:rsidRPr="007653B3">
        <w:rPr>
          <w:rFonts w:ascii="Arial" w:hAnsi="Arial" w:cs="Arial"/>
          <w:spacing w:val="3"/>
          <w:sz w:val="24"/>
          <w:szCs w:val="24"/>
        </w:rPr>
        <w:t>correspondan</w:t>
      </w:r>
      <w:proofErr w:type="spellEnd"/>
      <w:r w:rsidRPr="007653B3">
        <w:rPr>
          <w:rFonts w:ascii="Arial" w:hAnsi="Arial" w:cs="Arial"/>
          <w:spacing w:val="3"/>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pacing w:val="2"/>
          <w:sz w:val="24"/>
          <w:szCs w:val="24"/>
        </w:rPr>
        <w:t>cada</w:t>
      </w:r>
      <w:proofErr w:type="spellEnd"/>
      <w:r w:rsidRPr="007653B3">
        <w:rPr>
          <w:rFonts w:ascii="Arial" w:hAnsi="Arial" w:cs="Arial"/>
          <w:spacing w:val="2"/>
          <w:sz w:val="24"/>
          <w:szCs w:val="24"/>
        </w:rPr>
        <w:t xml:space="preserve"> </w:t>
      </w:r>
      <w:proofErr w:type="spellStart"/>
      <w:r w:rsidRPr="007653B3">
        <w:rPr>
          <w:rFonts w:ascii="Arial" w:hAnsi="Arial" w:cs="Arial"/>
          <w:spacing w:val="3"/>
          <w:sz w:val="24"/>
          <w:szCs w:val="24"/>
        </w:rPr>
        <w:t>caso</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Y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la </w:t>
      </w:r>
      <w:proofErr w:type="spellStart"/>
      <w:r w:rsidRPr="007653B3">
        <w:rPr>
          <w:rFonts w:ascii="Arial" w:hAnsi="Arial" w:cs="Arial"/>
          <w:spacing w:val="5"/>
          <w:sz w:val="24"/>
          <w:szCs w:val="24"/>
        </w:rPr>
        <w:t>medida</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que </w:t>
      </w:r>
      <w:proofErr w:type="spellStart"/>
      <w:r w:rsidRPr="007653B3">
        <w:rPr>
          <w:rFonts w:ascii="Arial" w:hAnsi="Arial" w:cs="Arial"/>
          <w:spacing w:val="5"/>
          <w:sz w:val="24"/>
          <w:szCs w:val="24"/>
        </w:rPr>
        <w:t>sea</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efectiva</w:t>
      </w:r>
      <w:proofErr w:type="spellEnd"/>
      <w:r w:rsidRPr="007653B3">
        <w:rPr>
          <w:rFonts w:ascii="Arial" w:hAnsi="Arial" w:cs="Arial"/>
          <w:sz w:val="24"/>
          <w:szCs w:val="24"/>
        </w:rPr>
        <w:t xml:space="preserve">, </w:t>
      </w:r>
      <w:proofErr w:type="spellStart"/>
      <w:r w:rsidRPr="007653B3">
        <w:rPr>
          <w:rFonts w:ascii="Arial" w:hAnsi="Arial" w:cs="Arial"/>
          <w:sz w:val="24"/>
          <w:szCs w:val="24"/>
        </w:rPr>
        <w:t>ir</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enriqueciéndola</w:t>
      </w:r>
      <w:proofErr w:type="spellEnd"/>
      <w:r w:rsidRPr="007653B3">
        <w:rPr>
          <w:rFonts w:ascii="Arial" w:hAnsi="Arial" w:cs="Arial"/>
          <w:spacing w:val="3"/>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pacing w:val="4"/>
          <w:sz w:val="24"/>
          <w:szCs w:val="24"/>
        </w:rPr>
        <w:t>complejidad</w:t>
      </w:r>
      <w:proofErr w:type="spellEnd"/>
      <w:r w:rsidRPr="007653B3">
        <w:rPr>
          <w:rFonts w:ascii="Arial" w:hAnsi="Arial" w:cs="Arial"/>
          <w:spacing w:val="4"/>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r w:rsidRPr="007653B3">
        <w:rPr>
          <w:rFonts w:ascii="Arial" w:hAnsi="Arial" w:cs="Arial"/>
          <w:spacing w:val="2"/>
          <w:sz w:val="24"/>
          <w:szCs w:val="24"/>
        </w:rPr>
        <w:t xml:space="preserve">base </w:t>
      </w:r>
      <w:r w:rsidRPr="007653B3">
        <w:rPr>
          <w:rFonts w:ascii="Arial" w:hAnsi="Arial" w:cs="Arial"/>
          <w:sz w:val="24"/>
          <w:szCs w:val="24"/>
        </w:rPr>
        <w:t xml:space="preserve">a las </w:t>
      </w:r>
      <w:proofErr w:type="spellStart"/>
      <w:r w:rsidRPr="007653B3">
        <w:rPr>
          <w:rFonts w:ascii="Arial" w:hAnsi="Arial" w:cs="Arial"/>
          <w:spacing w:val="2"/>
          <w:sz w:val="24"/>
          <w:szCs w:val="24"/>
        </w:rPr>
        <w:t>potencialidades</w:t>
      </w:r>
      <w:proofErr w:type="spellEnd"/>
      <w:r w:rsidRPr="007653B3">
        <w:rPr>
          <w:rFonts w:ascii="Arial" w:hAnsi="Arial" w:cs="Arial"/>
          <w:spacing w:val="2"/>
          <w:sz w:val="24"/>
          <w:szCs w:val="24"/>
        </w:rPr>
        <w:t xml:space="preserve"> </w:t>
      </w:r>
      <w:r w:rsidRPr="007653B3">
        <w:rPr>
          <w:rFonts w:ascii="Arial" w:hAnsi="Arial" w:cs="Arial"/>
          <w:spacing w:val="6"/>
          <w:sz w:val="24"/>
          <w:szCs w:val="24"/>
        </w:rPr>
        <w:t xml:space="preserve">del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y </w:t>
      </w:r>
      <w:r w:rsidRPr="007653B3">
        <w:rPr>
          <w:rFonts w:ascii="Arial" w:hAnsi="Arial" w:cs="Arial"/>
          <w:spacing w:val="-3"/>
          <w:sz w:val="24"/>
          <w:szCs w:val="24"/>
        </w:rPr>
        <w:t xml:space="preserve">al </w:t>
      </w:r>
      <w:proofErr w:type="spellStart"/>
      <w:r w:rsidRPr="007653B3">
        <w:rPr>
          <w:rFonts w:ascii="Arial" w:hAnsi="Arial" w:cs="Arial"/>
          <w:spacing w:val="3"/>
          <w:sz w:val="24"/>
          <w:szCs w:val="24"/>
        </w:rPr>
        <w:t>consenso</w:t>
      </w:r>
      <w:proofErr w:type="spellEnd"/>
      <w:r w:rsidRPr="007653B3">
        <w:rPr>
          <w:rFonts w:ascii="Arial" w:hAnsi="Arial" w:cs="Arial"/>
          <w:spacing w:val="3"/>
          <w:sz w:val="24"/>
          <w:szCs w:val="24"/>
        </w:rPr>
        <w:t xml:space="preserve"> </w:t>
      </w:r>
      <w:proofErr w:type="spellStart"/>
      <w:r w:rsidRPr="007653B3">
        <w:rPr>
          <w:rFonts w:ascii="Arial" w:hAnsi="Arial" w:cs="Arial"/>
          <w:spacing w:val="3"/>
          <w:sz w:val="24"/>
          <w:szCs w:val="24"/>
        </w:rPr>
        <w:t>establecido</w:t>
      </w:r>
      <w:proofErr w:type="spellEnd"/>
      <w:r w:rsidRPr="007653B3">
        <w:rPr>
          <w:rFonts w:ascii="Arial" w:hAnsi="Arial" w:cs="Arial"/>
          <w:spacing w:val="3"/>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las </w:t>
      </w:r>
      <w:proofErr w:type="spellStart"/>
      <w:r w:rsidRPr="007653B3">
        <w:rPr>
          <w:rFonts w:ascii="Arial" w:hAnsi="Arial" w:cs="Arial"/>
          <w:sz w:val="24"/>
          <w:szCs w:val="24"/>
        </w:rPr>
        <w:t>normas</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la</w:t>
      </w:r>
      <w:r w:rsidRPr="007653B3">
        <w:rPr>
          <w:rFonts w:ascii="Arial" w:hAnsi="Arial" w:cs="Arial"/>
          <w:spacing w:val="30"/>
          <w:sz w:val="24"/>
          <w:szCs w:val="24"/>
        </w:rPr>
        <w:t xml:space="preserve"> </w:t>
      </w:r>
      <w:proofErr w:type="spellStart"/>
      <w:r w:rsidRPr="007653B3">
        <w:rPr>
          <w:rFonts w:ascii="Arial" w:hAnsi="Arial" w:cs="Arial"/>
          <w:spacing w:val="3"/>
          <w:sz w:val="24"/>
          <w:szCs w:val="24"/>
        </w:rPr>
        <w:t>clase</w:t>
      </w:r>
      <w:proofErr w:type="spellEnd"/>
      <w:r w:rsidRPr="007653B3">
        <w:rPr>
          <w:rFonts w:ascii="Arial" w:hAnsi="Arial" w:cs="Arial"/>
          <w:spacing w:val="3"/>
          <w:sz w:val="24"/>
          <w:szCs w:val="24"/>
        </w:rPr>
        <w:t>.</w:t>
      </w:r>
    </w:p>
    <w:p w14:paraId="5A126A3E" w14:textId="77777777" w:rsidR="00893C50" w:rsidRPr="00107EBD" w:rsidRDefault="00893C50" w:rsidP="00893C50">
      <w:pPr>
        <w:pStyle w:val="Prrafodelista"/>
        <w:widowControl w:val="0"/>
        <w:numPr>
          <w:ilvl w:val="0"/>
          <w:numId w:val="54"/>
        </w:numPr>
        <w:tabs>
          <w:tab w:val="left" w:pos="1233"/>
        </w:tabs>
        <w:autoSpaceDE w:val="0"/>
        <w:autoSpaceDN w:val="0"/>
        <w:spacing w:before="13" w:after="0" w:line="360" w:lineRule="auto"/>
        <w:ind w:right="49"/>
        <w:contextualSpacing w:val="0"/>
        <w:jc w:val="both"/>
        <w:rPr>
          <w:rFonts w:ascii="Arial" w:hAnsi="Arial" w:cs="Arial"/>
          <w:sz w:val="24"/>
          <w:szCs w:val="24"/>
        </w:rPr>
      </w:pPr>
      <w:r w:rsidRPr="00107EBD">
        <w:rPr>
          <w:rFonts w:ascii="Arial" w:hAnsi="Arial" w:cs="Arial"/>
          <w:b/>
          <w:sz w:val="24"/>
          <w:szCs w:val="24"/>
        </w:rPr>
        <w:t xml:space="preserve">La </w:t>
      </w:r>
      <w:proofErr w:type="spellStart"/>
      <w:r w:rsidRPr="00107EBD">
        <w:rPr>
          <w:rFonts w:ascii="Arial" w:hAnsi="Arial" w:cs="Arial"/>
          <w:b/>
          <w:sz w:val="24"/>
          <w:szCs w:val="24"/>
        </w:rPr>
        <w:t>intervención</w:t>
      </w:r>
      <w:proofErr w:type="spellEnd"/>
      <w:r w:rsidRPr="00107EBD">
        <w:rPr>
          <w:rFonts w:ascii="Arial" w:hAnsi="Arial" w:cs="Arial"/>
          <w:b/>
          <w:sz w:val="24"/>
          <w:szCs w:val="24"/>
        </w:rPr>
        <w:t xml:space="preserve"> </w:t>
      </w:r>
      <w:proofErr w:type="spellStart"/>
      <w:r w:rsidRPr="00107EBD">
        <w:rPr>
          <w:rFonts w:ascii="Arial" w:hAnsi="Arial" w:cs="Arial"/>
          <w:b/>
          <w:sz w:val="24"/>
          <w:szCs w:val="24"/>
        </w:rPr>
        <w:t>sobre</w:t>
      </w:r>
      <w:proofErr w:type="spellEnd"/>
      <w:r w:rsidRPr="00107EBD">
        <w:rPr>
          <w:rFonts w:ascii="Arial" w:hAnsi="Arial" w:cs="Arial"/>
          <w:b/>
          <w:sz w:val="24"/>
          <w:szCs w:val="24"/>
        </w:rPr>
        <w:t xml:space="preserve"> </w:t>
      </w:r>
      <w:r w:rsidRPr="00107EBD">
        <w:rPr>
          <w:rFonts w:ascii="Arial" w:hAnsi="Arial" w:cs="Arial"/>
          <w:b/>
          <w:spacing w:val="2"/>
          <w:sz w:val="24"/>
          <w:szCs w:val="24"/>
        </w:rPr>
        <w:t xml:space="preserve">la </w:t>
      </w:r>
      <w:proofErr w:type="spellStart"/>
      <w:r w:rsidRPr="00107EBD">
        <w:rPr>
          <w:rFonts w:ascii="Arial" w:hAnsi="Arial" w:cs="Arial"/>
          <w:b/>
          <w:sz w:val="24"/>
          <w:szCs w:val="24"/>
        </w:rPr>
        <w:t>calidad</w:t>
      </w:r>
      <w:proofErr w:type="spellEnd"/>
      <w:r w:rsidRPr="00107EBD">
        <w:rPr>
          <w:rFonts w:ascii="Arial" w:hAnsi="Arial" w:cs="Arial"/>
          <w:b/>
          <w:sz w:val="24"/>
          <w:szCs w:val="24"/>
        </w:rPr>
        <w:t xml:space="preserve"> de </w:t>
      </w:r>
      <w:proofErr w:type="spellStart"/>
      <w:r w:rsidRPr="00107EBD">
        <w:rPr>
          <w:rFonts w:ascii="Arial" w:hAnsi="Arial" w:cs="Arial"/>
          <w:b/>
          <w:sz w:val="24"/>
          <w:szCs w:val="24"/>
        </w:rPr>
        <w:t>vida</w:t>
      </w:r>
      <w:proofErr w:type="spellEnd"/>
      <w:r w:rsidRPr="00107EBD">
        <w:rPr>
          <w:rFonts w:ascii="Arial" w:hAnsi="Arial" w:cs="Arial"/>
          <w:sz w:val="24"/>
          <w:szCs w:val="24"/>
        </w:rPr>
        <w:t xml:space="preserve">; </w:t>
      </w:r>
      <w:proofErr w:type="spellStart"/>
      <w:r w:rsidRPr="00107EBD">
        <w:rPr>
          <w:rFonts w:ascii="Arial" w:hAnsi="Arial" w:cs="Arial"/>
          <w:spacing w:val="-4"/>
          <w:sz w:val="24"/>
          <w:szCs w:val="24"/>
        </w:rPr>
        <w:t>una</w:t>
      </w:r>
      <w:proofErr w:type="spellEnd"/>
      <w:r w:rsidRPr="00107EBD">
        <w:rPr>
          <w:rFonts w:ascii="Arial" w:hAnsi="Arial" w:cs="Arial"/>
          <w:spacing w:val="-4"/>
          <w:sz w:val="24"/>
          <w:szCs w:val="24"/>
        </w:rPr>
        <w:t xml:space="preserve"> </w:t>
      </w:r>
      <w:proofErr w:type="spellStart"/>
      <w:r w:rsidRPr="00107EBD">
        <w:rPr>
          <w:rFonts w:ascii="Arial" w:hAnsi="Arial" w:cs="Arial"/>
          <w:sz w:val="24"/>
          <w:szCs w:val="24"/>
        </w:rPr>
        <w:t>insatisfacción</w:t>
      </w:r>
      <w:proofErr w:type="spellEnd"/>
      <w:r w:rsidRPr="00107EBD">
        <w:rPr>
          <w:rFonts w:ascii="Arial" w:hAnsi="Arial" w:cs="Arial"/>
          <w:sz w:val="24"/>
          <w:szCs w:val="24"/>
        </w:rPr>
        <w:t xml:space="preserve"> </w:t>
      </w:r>
      <w:proofErr w:type="spellStart"/>
      <w:r w:rsidRPr="00107EBD">
        <w:rPr>
          <w:rFonts w:ascii="Arial" w:hAnsi="Arial" w:cs="Arial"/>
          <w:sz w:val="24"/>
          <w:szCs w:val="24"/>
        </w:rPr>
        <w:t>amplia</w:t>
      </w:r>
      <w:proofErr w:type="spellEnd"/>
      <w:r w:rsidRPr="00107EBD">
        <w:rPr>
          <w:rFonts w:ascii="Arial" w:hAnsi="Arial" w:cs="Arial"/>
          <w:sz w:val="24"/>
          <w:szCs w:val="24"/>
        </w:rPr>
        <w:t xml:space="preserve"> </w:t>
      </w:r>
      <w:proofErr w:type="spellStart"/>
      <w:r w:rsidRPr="00107EBD">
        <w:rPr>
          <w:rFonts w:ascii="Arial" w:hAnsi="Arial" w:cs="Arial"/>
          <w:spacing w:val="5"/>
          <w:sz w:val="24"/>
          <w:szCs w:val="24"/>
        </w:rPr>
        <w:t>en</w:t>
      </w:r>
      <w:proofErr w:type="spellEnd"/>
      <w:r w:rsidRPr="00107EBD">
        <w:rPr>
          <w:rFonts w:ascii="Arial" w:hAnsi="Arial" w:cs="Arial"/>
          <w:spacing w:val="5"/>
          <w:sz w:val="24"/>
          <w:szCs w:val="24"/>
        </w:rPr>
        <w:t xml:space="preserve"> </w:t>
      </w:r>
      <w:r w:rsidRPr="00107EBD">
        <w:rPr>
          <w:rFonts w:ascii="Arial" w:hAnsi="Arial" w:cs="Arial"/>
          <w:sz w:val="24"/>
          <w:szCs w:val="24"/>
        </w:rPr>
        <w:t xml:space="preserve">la </w:t>
      </w:r>
      <w:proofErr w:type="spellStart"/>
      <w:r w:rsidRPr="00107EBD">
        <w:rPr>
          <w:rFonts w:ascii="Arial" w:hAnsi="Arial" w:cs="Arial"/>
          <w:spacing w:val="4"/>
          <w:sz w:val="24"/>
          <w:szCs w:val="24"/>
        </w:rPr>
        <w:t>vida</w:t>
      </w:r>
      <w:proofErr w:type="spellEnd"/>
      <w:r w:rsidRPr="00107EBD">
        <w:rPr>
          <w:rFonts w:ascii="Arial" w:hAnsi="Arial" w:cs="Arial"/>
          <w:spacing w:val="4"/>
          <w:sz w:val="24"/>
          <w:szCs w:val="24"/>
        </w:rPr>
        <w:t xml:space="preserve"> </w:t>
      </w:r>
      <w:proofErr w:type="spellStart"/>
      <w:r w:rsidRPr="00107EBD">
        <w:rPr>
          <w:rFonts w:ascii="Arial" w:hAnsi="Arial" w:cs="Arial"/>
          <w:sz w:val="24"/>
          <w:szCs w:val="24"/>
        </w:rPr>
        <w:t>cotidiana</w:t>
      </w:r>
      <w:proofErr w:type="spellEnd"/>
      <w:r w:rsidRPr="00107EBD">
        <w:rPr>
          <w:rFonts w:ascii="Arial" w:hAnsi="Arial" w:cs="Arial"/>
          <w:sz w:val="24"/>
          <w:szCs w:val="24"/>
        </w:rPr>
        <w:t xml:space="preserve"> </w:t>
      </w:r>
      <w:r w:rsidRPr="00107EBD">
        <w:rPr>
          <w:rFonts w:ascii="Arial" w:hAnsi="Arial" w:cs="Arial"/>
          <w:spacing w:val="5"/>
          <w:sz w:val="24"/>
          <w:szCs w:val="24"/>
        </w:rPr>
        <w:t xml:space="preserve">es </w:t>
      </w:r>
      <w:r w:rsidRPr="00107EBD">
        <w:rPr>
          <w:rFonts w:ascii="Arial" w:hAnsi="Arial" w:cs="Arial"/>
          <w:spacing w:val="-3"/>
          <w:sz w:val="24"/>
          <w:szCs w:val="24"/>
        </w:rPr>
        <w:t xml:space="preserve">un </w:t>
      </w:r>
      <w:r w:rsidRPr="00107EBD">
        <w:rPr>
          <w:rFonts w:ascii="Arial" w:hAnsi="Arial" w:cs="Arial"/>
          <w:sz w:val="24"/>
          <w:szCs w:val="24"/>
        </w:rPr>
        <w:t xml:space="preserve">factor que </w:t>
      </w:r>
      <w:proofErr w:type="spellStart"/>
      <w:r w:rsidRPr="00107EBD">
        <w:rPr>
          <w:rFonts w:ascii="Arial" w:hAnsi="Arial" w:cs="Arial"/>
          <w:spacing w:val="5"/>
          <w:sz w:val="24"/>
          <w:szCs w:val="24"/>
        </w:rPr>
        <w:t>puede</w:t>
      </w:r>
      <w:proofErr w:type="spellEnd"/>
      <w:r w:rsidRPr="00107EBD">
        <w:rPr>
          <w:rFonts w:ascii="Arial" w:hAnsi="Arial" w:cs="Arial"/>
          <w:spacing w:val="5"/>
          <w:sz w:val="24"/>
          <w:szCs w:val="24"/>
        </w:rPr>
        <w:t xml:space="preserve"> </w:t>
      </w:r>
      <w:proofErr w:type="spellStart"/>
      <w:r w:rsidRPr="00107EBD">
        <w:rPr>
          <w:rFonts w:ascii="Arial" w:hAnsi="Arial" w:cs="Arial"/>
          <w:sz w:val="24"/>
          <w:szCs w:val="24"/>
        </w:rPr>
        <w:t>contribuir</w:t>
      </w:r>
      <w:proofErr w:type="spellEnd"/>
      <w:r w:rsidRPr="00107EBD">
        <w:rPr>
          <w:rFonts w:ascii="Arial" w:hAnsi="Arial" w:cs="Arial"/>
          <w:sz w:val="24"/>
          <w:szCs w:val="24"/>
        </w:rPr>
        <w:t xml:space="preserve"> a la </w:t>
      </w:r>
      <w:proofErr w:type="spellStart"/>
      <w:r w:rsidRPr="00107EBD">
        <w:rPr>
          <w:rFonts w:ascii="Arial" w:hAnsi="Arial" w:cs="Arial"/>
          <w:sz w:val="24"/>
          <w:szCs w:val="24"/>
        </w:rPr>
        <w:t>aparición</w:t>
      </w:r>
      <w:proofErr w:type="spellEnd"/>
      <w:r w:rsidRPr="00107EBD">
        <w:rPr>
          <w:rFonts w:ascii="Arial" w:hAnsi="Arial" w:cs="Arial"/>
          <w:sz w:val="24"/>
          <w:szCs w:val="24"/>
        </w:rPr>
        <w:t xml:space="preserve"> y </w:t>
      </w:r>
      <w:proofErr w:type="spellStart"/>
      <w:r w:rsidRPr="00107EBD">
        <w:rPr>
          <w:rFonts w:ascii="Arial" w:hAnsi="Arial" w:cs="Arial"/>
          <w:sz w:val="24"/>
          <w:szCs w:val="24"/>
        </w:rPr>
        <w:t>mantención</w:t>
      </w:r>
      <w:proofErr w:type="spellEnd"/>
      <w:r w:rsidRPr="00107EBD">
        <w:rPr>
          <w:rFonts w:ascii="Arial" w:hAnsi="Arial" w:cs="Arial"/>
          <w:sz w:val="24"/>
          <w:szCs w:val="24"/>
        </w:rPr>
        <w:t xml:space="preserve"> </w:t>
      </w:r>
      <w:r w:rsidRPr="00107EBD">
        <w:rPr>
          <w:rFonts w:ascii="Arial" w:hAnsi="Arial" w:cs="Arial"/>
          <w:spacing w:val="5"/>
          <w:sz w:val="24"/>
          <w:szCs w:val="24"/>
        </w:rPr>
        <w:t xml:space="preserve">de </w:t>
      </w:r>
      <w:proofErr w:type="spellStart"/>
      <w:r w:rsidRPr="00107EBD">
        <w:rPr>
          <w:rFonts w:ascii="Arial" w:hAnsi="Arial" w:cs="Arial"/>
          <w:sz w:val="24"/>
          <w:szCs w:val="24"/>
        </w:rPr>
        <w:t>estas</w:t>
      </w:r>
      <w:proofErr w:type="spellEnd"/>
      <w:r w:rsidRPr="00107EBD">
        <w:rPr>
          <w:rFonts w:ascii="Arial" w:hAnsi="Arial" w:cs="Arial"/>
          <w:sz w:val="24"/>
          <w:szCs w:val="24"/>
        </w:rPr>
        <w:t xml:space="preserve"> </w:t>
      </w:r>
      <w:proofErr w:type="spellStart"/>
      <w:r w:rsidRPr="00107EBD">
        <w:rPr>
          <w:rFonts w:ascii="Arial" w:hAnsi="Arial" w:cs="Arial"/>
          <w:sz w:val="24"/>
          <w:szCs w:val="24"/>
        </w:rPr>
        <w:t>conductas</w:t>
      </w:r>
      <w:proofErr w:type="spellEnd"/>
      <w:r w:rsidRPr="00107EBD">
        <w:rPr>
          <w:rFonts w:ascii="Arial" w:hAnsi="Arial" w:cs="Arial"/>
          <w:sz w:val="24"/>
          <w:szCs w:val="24"/>
        </w:rPr>
        <w:t xml:space="preserve">. Se </w:t>
      </w:r>
      <w:proofErr w:type="spellStart"/>
      <w:r w:rsidRPr="00107EBD">
        <w:rPr>
          <w:rFonts w:ascii="Arial" w:hAnsi="Arial" w:cs="Arial"/>
          <w:sz w:val="24"/>
          <w:szCs w:val="24"/>
        </w:rPr>
        <w:t>requiere</w:t>
      </w:r>
      <w:proofErr w:type="spellEnd"/>
      <w:r w:rsidRPr="00107EBD">
        <w:rPr>
          <w:rFonts w:ascii="Arial" w:hAnsi="Arial" w:cs="Arial"/>
          <w:spacing w:val="25"/>
          <w:sz w:val="24"/>
          <w:szCs w:val="24"/>
        </w:rPr>
        <w:t xml:space="preserve"> </w:t>
      </w:r>
      <w:proofErr w:type="spellStart"/>
      <w:r w:rsidRPr="00107EBD">
        <w:rPr>
          <w:rFonts w:ascii="Arial" w:hAnsi="Arial" w:cs="Arial"/>
          <w:sz w:val="24"/>
          <w:szCs w:val="24"/>
        </w:rPr>
        <w:t>indagar</w:t>
      </w:r>
      <w:proofErr w:type="spellEnd"/>
      <w:r w:rsidRPr="00107EBD">
        <w:rPr>
          <w:rFonts w:ascii="Arial" w:hAnsi="Arial" w:cs="Arial"/>
          <w:sz w:val="24"/>
          <w:szCs w:val="24"/>
        </w:rPr>
        <w:t xml:space="preserve"> </w:t>
      </w:r>
      <w:proofErr w:type="spellStart"/>
      <w:r w:rsidRPr="00107EBD">
        <w:rPr>
          <w:rFonts w:ascii="Arial" w:hAnsi="Arial" w:cs="Arial"/>
          <w:sz w:val="24"/>
          <w:szCs w:val="24"/>
        </w:rPr>
        <w:t>sobre</w:t>
      </w:r>
      <w:proofErr w:type="spellEnd"/>
      <w:r w:rsidRPr="00107EBD">
        <w:rPr>
          <w:rFonts w:ascii="Arial" w:hAnsi="Arial" w:cs="Arial"/>
          <w:sz w:val="24"/>
          <w:szCs w:val="24"/>
        </w:rPr>
        <w:t xml:space="preserve"> </w:t>
      </w:r>
      <w:proofErr w:type="spellStart"/>
      <w:r w:rsidRPr="00107EBD">
        <w:rPr>
          <w:rFonts w:ascii="Arial" w:hAnsi="Arial" w:cs="Arial"/>
          <w:sz w:val="24"/>
          <w:szCs w:val="24"/>
        </w:rPr>
        <w:t>bienestar</w:t>
      </w:r>
      <w:proofErr w:type="spellEnd"/>
      <w:r w:rsidRPr="00107EBD">
        <w:rPr>
          <w:rFonts w:ascii="Arial" w:hAnsi="Arial" w:cs="Arial"/>
          <w:sz w:val="24"/>
          <w:szCs w:val="24"/>
        </w:rPr>
        <w:t xml:space="preserve"> personal, la </w:t>
      </w:r>
      <w:proofErr w:type="spellStart"/>
      <w:r w:rsidRPr="00107EBD">
        <w:rPr>
          <w:rFonts w:ascii="Arial" w:hAnsi="Arial" w:cs="Arial"/>
          <w:sz w:val="24"/>
          <w:szCs w:val="24"/>
        </w:rPr>
        <w:t>calidad</w:t>
      </w:r>
      <w:proofErr w:type="spellEnd"/>
      <w:r w:rsidRPr="00107EBD">
        <w:rPr>
          <w:rFonts w:ascii="Arial" w:hAnsi="Arial" w:cs="Arial"/>
          <w:sz w:val="24"/>
          <w:szCs w:val="24"/>
        </w:rPr>
        <w:t xml:space="preserve"> de las </w:t>
      </w:r>
      <w:proofErr w:type="spellStart"/>
      <w:r w:rsidRPr="00107EBD">
        <w:rPr>
          <w:rFonts w:ascii="Arial" w:hAnsi="Arial" w:cs="Arial"/>
          <w:sz w:val="24"/>
          <w:szCs w:val="24"/>
        </w:rPr>
        <w:t>relaciones</w:t>
      </w:r>
      <w:proofErr w:type="spellEnd"/>
      <w:r w:rsidRPr="00107EBD">
        <w:rPr>
          <w:rFonts w:ascii="Arial" w:hAnsi="Arial" w:cs="Arial"/>
          <w:sz w:val="24"/>
          <w:szCs w:val="24"/>
        </w:rPr>
        <w:t xml:space="preserve"> con sus pares, con la familia, las </w:t>
      </w:r>
      <w:proofErr w:type="spellStart"/>
      <w:r w:rsidRPr="00107EBD">
        <w:rPr>
          <w:rFonts w:ascii="Arial" w:hAnsi="Arial" w:cs="Arial"/>
          <w:sz w:val="24"/>
          <w:szCs w:val="24"/>
        </w:rPr>
        <w:t>oportunidades</w:t>
      </w:r>
      <w:proofErr w:type="spellEnd"/>
      <w:r w:rsidRPr="00107EBD">
        <w:rPr>
          <w:rFonts w:ascii="Arial" w:hAnsi="Arial" w:cs="Arial"/>
          <w:sz w:val="24"/>
          <w:szCs w:val="24"/>
        </w:rPr>
        <w:t xml:space="preserve"> de </w:t>
      </w:r>
      <w:proofErr w:type="spellStart"/>
      <w:r w:rsidRPr="00107EBD">
        <w:rPr>
          <w:rFonts w:ascii="Arial" w:hAnsi="Arial" w:cs="Arial"/>
          <w:sz w:val="24"/>
          <w:szCs w:val="24"/>
        </w:rPr>
        <w:t>participar</w:t>
      </w:r>
      <w:proofErr w:type="spellEnd"/>
      <w:r w:rsidRPr="00107EBD">
        <w:rPr>
          <w:rFonts w:ascii="Arial" w:hAnsi="Arial" w:cs="Arial"/>
          <w:sz w:val="24"/>
          <w:szCs w:val="24"/>
        </w:rPr>
        <w:t xml:space="preserve"> </w:t>
      </w:r>
      <w:proofErr w:type="spellStart"/>
      <w:r w:rsidRPr="00107EBD">
        <w:rPr>
          <w:rFonts w:ascii="Arial" w:hAnsi="Arial" w:cs="Arial"/>
          <w:sz w:val="24"/>
          <w:szCs w:val="24"/>
        </w:rPr>
        <w:t>en</w:t>
      </w:r>
      <w:proofErr w:type="spellEnd"/>
      <w:r w:rsidRPr="00107EBD">
        <w:rPr>
          <w:rFonts w:ascii="Arial" w:hAnsi="Arial" w:cs="Arial"/>
          <w:sz w:val="24"/>
          <w:szCs w:val="24"/>
        </w:rPr>
        <w:t xml:space="preserve"> </w:t>
      </w:r>
      <w:proofErr w:type="spellStart"/>
      <w:r w:rsidRPr="00107EBD">
        <w:rPr>
          <w:rFonts w:ascii="Arial" w:hAnsi="Arial" w:cs="Arial"/>
          <w:sz w:val="24"/>
          <w:szCs w:val="24"/>
        </w:rPr>
        <w:t>actividades</w:t>
      </w:r>
      <w:proofErr w:type="spellEnd"/>
      <w:r w:rsidRPr="00107EBD">
        <w:rPr>
          <w:rFonts w:ascii="Arial" w:hAnsi="Arial" w:cs="Arial"/>
          <w:sz w:val="24"/>
          <w:szCs w:val="24"/>
        </w:rPr>
        <w:t xml:space="preserve"> </w:t>
      </w:r>
      <w:proofErr w:type="spellStart"/>
      <w:r w:rsidRPr="00107EBD">
        <w:rPr>
          <w:rFonts w:ascii="Arial" w:hAnsi="Arial" w:cs="Arial"/>
          <w:sz w:val="24"/>
          <w:szCs w:val="24"/>
        </w:rPr>
        <w:t>atractivas</w:t>
      </w:r>
      <w:proofErr w:type="spellEnd"/>
      <w:r w:rsidRPr="00107EBD">
        <w:rPr>
          <w:rFonts w:ascii="Arial" w:hAnsi="Arial" w:cs="Arial"/>
          <w:sz w:val="24"/>
          <w:szCs w:val="24"/>
        </w:rPr>
        <w:t xml:space="preserve"> y </w:t>
      </w:r>
      <w:proofErr w:type="spellStart"/>
      <w:r w:rsidRPr="00107EBD">
        <w:rPr>
          <w:rFonts w:ascii="Arial" w:hAnsi="Arial" w:cs="Arial"/>
          <w:sz w:val="24"/>
          <w:szCs w:val="24"/>
        </w:rPr>
        <w:t>significativas</w:t>
      </w:r>
      <w:proofErr w:type="spellEnd"/>
      <w:r w:rsidRPr="00107EBD">
        <w:rPr>
          <w:rFonts w:ascii="Arial" w:hAnsi="Arial" w:cs="Arial"/>
          <w:sz w:val="24"/>
          <w:szCs w:val="24"/>
        </w:rPr>
        <w:t xml:space="preserve"> y lo que le </w:t>
      </w:r>
      <w:proofErr w:type="spellStart"/>
      <w:r w:rsidRPr="00107EBD">
        <w:rPr>
          <w:rFonts w:ascii="Arial" w:hAnsi="Arial" w:cs="Arial"/>
          <w:sz w:val="24"/>
          <w:szCs w:val="24"/>
        </w:rPr>
        <w:t>gustaría</w:t>
      </w:r>
      <w:proofErr w:type="spellEnd"/>
      <w:r w:rsidRPr="00107EBD">
        <w:rPr>
          <w:rFonts w:ascii="Arial" w:hAnsi="Arial" w:cs="Arial"/>
          <w:sz w:val="24"/>
          <w:szCs w:val="24"/>
        </w:rPr>
        <w:t xml:space="preserve"> </w:t>
      </w:r>
      <w:proofErr w:type="spellStart"/>
      <w:r w:rsidRPr="00107EBD">
        <w:rPr>
          <w:rFonts w:ascii="Arial" w:hAnsi="Arial" w:cs="Arial"/>
          <w:sz w:val="24"/>
          <w:szCs w:val="24"/>
        </w:rPr>
        <w:t>hacer</w:t>
      </w:r>
      <w:proofErr w:type="spellEnd"/>
      <w:r w:rsidRPr="00107EBD">
        <w:rPr>
          <w:rFonts w:ascii="Arial" w:hAnsi="Arial" w:cs="Arial"/>
          <w:sz w:val="24"/>
          <w:szCs w:val="24"/>
        </w:rPr>
        <w:t xml:space="preserve"> </w:t>
      </w:r>
      <w:proofErr w:type="spellStart"/>
      <w:r w:rsidRPr="00107EBD">
        <w:rPr>
          <w:rFonts w:ascii="Arial" w:hAnsi="Arial" w:cs="Arial"/>
          <w:sz w:val="24"/>
          <w:szCs w:val="24"/>
        </w:rPr>
        <w:t>en</w:t>
      </w:r>
      <w:proofErr w:type="spellEnd"/>
      <w:r w:rsidRPr="00107EBD">
        <w:rPr>
          <w:rFonts w:ascii="Arial" w:hAnsi="Arial" w:cs="Arial"/>
          <w:sz w:val="24"/>
          <w:szCs w:val="24"/>
        </w:rPr>
        <w:t xml:space="preserve"> </w:t>
      </w:r>
      <w:proofErr w:type="spellStart"/>
      <w:r w:rsidRPr="00107EBD">
        <w:rPr>
          <w:rFonts w:ascii="Arial" w:hAnsi="Arial" w:cs="Arial"/>
          <w:sz w:val="24"/>
          <w:szCs w:val="24"/>
        </w:rPr>
        <w:t>comparación</w:t>
      </w:r>
      <w:proofErr w:type="spellEnd"/>
      <w:r w:rsidRPr="00107EBD">
        <w:rPr>
          <w:rFonts w:ascii="Arial" w:hAnsi="Arial" w:cs="Arial"/>
          <w:sz w:val="24"/>
          <w:szCs w:val="24"/>
        </w:rPr>
        <w:t xml:space="preserve"> con lo que </w:t>
      </w:r>
      <w:proofErr w:type="spellStart"/>
      <w:r w:rsidRPr="00107EBD">
        <w:rPr>
          <w:rFonts w:ascii="Arial" w:hAnsi="Arial" w:cs="Arial"/>
          <w:sz w:val="24"/>
          <w:szCs w:val="24"/>
        </w:rPr>
        <w:t>cotidianamente</w:t>
      </w:r>
      <w:proofErr w:type="spellEnd"/>
      <w:r w:rsidRPr="00107EBD">
        <w:rPr>
          <w:rFonts w:ascii="Arial" w:hAnsi="Arial" w:cs="Arial"/>
          <w:sz w:val="24"/>
          <w:szCs w:val="24"/>
        </w:rPr>
        <w:t xml:space="preserve"> </w:t>
      </w:r>
      <w:proofErr w:type="spellStart"/>
      <w:r w:rsidRPr="00107EBD">
        <w:rPr>
          <w:rFonts w:ascii="Arial" w:hAnsi="Arial" w:cs="Arial"/>
          <w:sz w:val="24"/>
          <w:szCs w:val="24"/>
        </w:rPr>
        <w:t>hace</w:t>
      </w:r>
      <w:proofErr w:type="spellEnd"/>
      <w:r w:rsidRPr="00107EBD">
        <w:rPr>
          <w:rFonts w:ascii="Arial" w:hAnsi="Arial" w:cs="Arial"/>
          <w:sz w:val="24"/>
          <w:szCs w:val="24"/>
        </w:rPr>
        <w:t>.</w:t>
      </w:r>
    </w:p>
    <w:p w14:paraId="0F82B13B" w14:textId="77777777" w:rsidR="00893C50" w:rsidRDefault="00893C50" w:rsidP="00893C50">
      <w:pPr>
        <w:pStyle w:val="Textoindependiente"/>
        <w:spacing w:line="360" w:lineRule="auto"/>
        <w:ind w:right="49"/>
        <w:jc w:val="both"/>
        <w:rPr>
          <w:rFonts w:ascii="Arial" w:hAnsi="Arial" w:cs="Arial"/>
        </w:rPr>
      </w:pPr>
    </w:p>
    <w:p w14:paraId="23D5DCB5" w14:textId="77777777" w:rsidR="00893C50" w:rsidRDefault="00893C50" w:rsidP="00893C50">
      <w:pPr>
        <w:pStyle w:val="Textoindependiente"/>
        <w:spacing w:line="360" w:lineRule="auto"/>
        <w:ind w:right="49"/>
        <w:jc w:val="both"/>
        <w:rPr>
          <w:rFonts w:ascii="Arial" w:hAnsi="Arial" w:cs="Arial"/>
        </w:rPr>
      </w:pPr>
    </w:p>
    <w:p w14:paraId="0E9390D2" w14:textId="21F9D71D" w:rsidR="00893C50" w:rsidRPr="00107EBD" w:rsidRDefault="00893C50" w:rsidP="00893C50">
      <w:pPr>
        <w:pStyle w:val="Textoindependiente"/>
        <w:spacing w:line="360" w:lineRule="auto"/>
        <w:ind w:right="49"/>
        <w:jc w:val="both"/>
        <w:rPr>
          <w:rFonts w:ascii="Arial" w:hAnsi="Arial" w:cs="Arial"/>
          <w:b/>
          <w:bCs/>
        </w:rPr>
      </w:pPr>
      <w:r w:rsidRPr="00107EBD">
        <w:rPr>
          <w:rFonts w:ascii="Arial" w:hAnsi="Arial" w:cs="Arial"/>
          <w:b/>
          <w:bCs/>
        </w:rPr>
        <w:t>IMPORTANTE DE CONSIDERAR:</w:t>
      </w:r>
    </w:p>
    <w:p w14:paraId="4E278821" w14:textId="77777777" w:rsidR="00893C50" w:rsidRPr="00107EBD" w:rsidRDefault="00893C50" w:rsidP="00893C50">
      <w:pPr>
        <w:pStyle w:val="Textoindependiente"/>
        <w:widowControl w:val="0"/>
        <w:numPr>
          <w:ilvl w:val="0"/>
          <w:numId w:val="59"/>
        </w:numPr>
        <w:autoSpaceDE w:val="0"/>
        <w:autoSpaceDN w:val="0"/>
        <w:spacing w:after="0" w:line="360" w:lineRule="auto"/>
        <w:ind w:right="49"/>
        <w:jc w:val="both"/>
        <w:rPr>
          <w:rFonts w:ascii="Arial" w:hAnsi="Arial" w:cs="Arial"/>
        </w:rPr>
      </w:pPr>
      <w:proofErr w:type="spellStart"/>
      <w:r w:rsidRPr="00107EBD">
        <w:rPr>
          <w:rFonts w:ascii="Arial" w:hAnsi="Arial" w:cs="Arial"/>
        </w:rPr>
        <w:t>Recordar</w:t>
      </w:r>
      <w:proofErr w:type="spellEnd"/>
      <w:r w:rsidRPr="00107EBD">
        <w:rPr>
          <w:rFonts w:ascii="Arial" w:hAnsi="Arial" w:cs="Arial"/>
        </w:rPr>
        <w:t xml:space="preserve"> que no se </w:t>
      </w:r>
      <w:proofErr w:type="spellStart"/>
      <w:r w:rsidRPr="00107EBD">
        <w:rPr>
          <w:rFonts w:ascii="Arial" w:hAnsi="Arial" w:cs="Arial"/>
        </w:rPr>
        <w:t>hablará</w:t>
      </w:r>
      <w:proofErr w:type="spellEnd"/>
      <w:r w:rsidRPr="00107EBD">
        <w:rPr>
          <w:rFonts w:ascii="Arial" w:hAnsi="Arial" w:cs="Arial"/>
        </w:rPr>
        <w:t xml:space="preserve"> de </w:t>
      </w:r>
      <w:proofErr w:type="spellStart"/>
      <w:r w:rsidRPr="00107EBD">
        <w:rPr>
          <w:rFonts w:ascii="Arial" w:hAnsi="Arial" w:cs="Arial"/>
        </w:rPr>
        <w:t>trastorno</w:t>
      </w:r>
      <w:proofErr w:type="spellEnd"/>
      <w:r w:rsidRPr="00107EBD">
        <w:rPr>
          <w:rFonts w:ascii="Arial" w:hAnsi="Arial" w:cs="Arial"/>
        </w:rPr>
        <w:t xml:space="preserve">, </w:t>
      </w:r>
      <w:proofErr w:type="spellStart"/>
      <w:r w:rsidRPr="00107EBD">
        <w:rPr>
          <w:rFonts w:ascii="Arial" w:hAnsi="Arial" w:cs="Arial"/>
        </w:rPr>
        <w:t>sino</w:t>
      </w:r>
      <w:proofErr w:type="spellEnd"/>
      <w:r w:rsidRPr="00107EBD">
        <w:rPr>
          <w:rFonts w:ascii="Arial" w:hAnsi="Arial" w:cs="Arial"/>
        </w:rPr>
        <w:t xml:space="preserve"> que se </w:t>
      </w:r>
      <w:proofErr w:type="spellStart"/>
      <w:r w:rsidRPr="00107EBD">
        <w:rPr>
          <w:rFonts w:ascii="Arial" w:hAnsi="Arial" w:cs="Arial"/>
        </w:rPr>
        <w:t>hablará</w:t>
      </w:r>
      <w:proofErr w:type="spellEnd"/>
      <w:r w:rsidRPr="00107EBD">
        <w:rPr>
          <w:rFonts w:ascii="Arial" w:hAnsi="Arial" w:cs="Arial"/>
        </w:rPr>
        <w:t xml:space="preserve"> de </w:t>
      </w:r>
      <w:proofErr w:type="spellStart"/>
      <w:r w:rsidRPr="00107EBD">
        <w:rPr>
          <w:rFonts w:ascii="Arial" w:hAnsi="Arial" w:cs="Arial"/>
        </w:rPr>
        <w:t>condición</w:t>
      </w:r>
      <w:proofErr w:type="spellEnd"/>
      <w:r w:rsidRPr="00107EBD">
        <w:rPr>
          <w:rFonts w:ascii="Arial" w:hAnsi="Arial" w:cs="Arial"/>
        </w:rPr>
        <w:t xml:space="preserve"> del </w:t>
      </w:r>
      <w:proofErr w:type="spellStart"/>
      <w:r w:rsidRPr="00107EBD">
        <w:rPr>
          <w:rFonts w:ascii="Arial" w:hAnsi="Arial" w:cs="Arial"/>
        </w:rPr>
        <w:t>espectro</w:t>
      </w:r>
      <w:proofErr w:type="spellEnd"/>
      <w:r w:rsidRPr="00107EBD">
        <w:rPr>
          <w:rFonts w:ascii="Arial" w:hAnsi="Arial" w:cs="Arial"/>
        </w:rPr>
        <w:t xml:space="preserve"> </w:t>
      </w:r>
      <w:proofErr w:type="spellStart"/>
      <w:r w:rsidRPr="00107EBD">
        <w:rPr>
          <w:rFonts w:ascii="Arial" w:hAnsi="Arial" w:cs="Arial"/>
        </w:rPr>
        <w:t>autista</w:t>
      </w:r>
      <w:proofErr w:type="spellEnd"/>
      <w:r w:rsidRPr="00107EBD">
        <w:rPr>
          <w:rFonts w:ascii="Arial" w:hAnsi="Arial" w:cs="Arial"/>
        </w:rPr>
        <w:t>.</w:t>
      </w:r>
    </w:p>
    <w:p w14:paraId="5D9E2A89" w14:textId="77777777" w:rsidR="00893C50" w:rsidRPr="00107EBD" w:rsidRDefault="00893C50" w:rsidP="00893C50">
      <w:pPr>
        <w:pStyle w:val="Textoindependiente"/>
        <w:widowControl w:val="0"/>
        <w:numPr>
          <w:ilvl w:val="0"/>
          <w:numId w:val="59"/>
        </w:numPr>
        <w:autoSpaceDE w:val="0"/>
        <w:autoSpaceDN w:val="0"/>
        <w:spacing w:after="0" w:line="360" w:lineRule="auto"/>
        <w:ind w:right="49"/>
        <w:jc w:val="both"/>
        <w:rPr>
          <w:rFonts w:ascii="Arial" w:hAnsi="Arial" w:cs="Arial"/>
        </w:rPr>
      </w:pPr>
      <w:r w:rsidRPr="00107EBD">
        <w:rPr>
          <w:rFonts w:ascii="Arial" w:hAnsi="Arial" w:cs="Arial"/>
        </w:rPr>
        <w:t xml:space="preserve">Se sabe que </w:t>
      </w:r>
      <w:proofErr w:type="spellStart"/>
      <w:r w:rsidRPr="00107EBD">
        <w:rPr>
          <w:rFonts w:ascii="Arial" w:hAnsi="Arial" w:cs="Arial"/>
        </w:rPr>
        <w:t>una</w:t>
      </w:r>
      <w:proofErr w:type="spellEnd"/>
      <w:r w:rsidRPr="00107EBD">
        <w:rPr>
          <w:rFonts w:ascii="Arial" w:hAnsi="Arial" w:cs="Arial"/>
        </w:rPr>
        <w:t xml:space="preserve"> de las </w:t>
      </w:r>
      <w:proofErr w:type="spellStart"/>
      <w:r w:rsidRPr="00107EBD">
        <w:rPr>
          <w:rFonts w:ascii="Arial" w:hAnsi="Arial" w:cs="Arial"/>
        </w:rPr>
        <w:t>causas</w:t>
      </w:r>
      <w:proofErr w:type="spellEnd"/>
      <w:r w:rsidRPr="00107EBD">
        <w:rPr>
          <w:rFonts w:ascii="Arial" w:hAnsi="Arial" w:cs="Arial"/>
        </w:rPr>
        <w:t xml:space="preserve"> de la </w:t>
      </w:r>
      <w:proofErr w:type="spellStart"/>
      <w:r w:rsidRPr="00107EBD">
        <w:rPr>
          <w:rFonts w:ascii="Arial" w:hAnsi="Arial" w:cs="Arial"/>
        </w:rPr>
        <w:t>condición</w:t>
      </w:r>
      <w:proofErr w:type="spellEnd"/>
      <w:r w:rsidRPr="00107EBD">
        <w:rPr>
          <w:rFonts w:ascii="Arial" w:hAnsi="Arial" w:cs="Arial"/>
        </w:rPr>
        <w:t xml:space="preserve"> del </w:t>
      </w:r>
      <w:proofErr w:type="spellStart"/>
      <w:r w:rsidRPr="00107EBD">
        <w:rPr>
          <w:rFonts w:ascii="Arial" w:hAnsi="Arial" w:cs="Arial"/>
        </w:rPr>
        <w:t>espectro</w:t>
      </w:r>
      <w:proofErr w:type="spellEnd"/>
      <w:r w:rsidRPr="00107EBD">
        <w:rPr>
          <w:rFonts w:ascii="Arial" w:hAnsi="Arial" w:cs="Arial"/>
        </w:rPr>
        <w:t xml:space="preserve"> </w:t>
      </w:r>
      <w:proofErr w:type="spellStart"/>
      <w:r w:rsidRPr="00107EBD">
        <w:rPr>
          <w:rFonts w:ascii="Arial" w:hAnsi="Arial" w:cs="Arial"/>
        </w:rPr>
        <w:t>autista</w:t>
      </w:r>
      <w:proofErr w:type="spellEnd"/>
      <w:r w:rsidRPr="00107EBD">
        <w:rPr>
          <w:rFonts w:ascii="Arial" w:hAnsi="Arial" w:cs="Arial"/>
        </w:rPr>
        <w:t xml:space="preserve"> es </w:t>
      </w:r>
      <w:proofErr w:type="spellStart"/>
      <w:r w:rsidRPr="00107EBD">
        <w:rPr>
          <w:rFonts w:ascii="Arial" w:hAnsi="Arial" w:cs="Arial"/>
        </w:rPr>
        <w:t>genética</w:t>
      </w:r>
      <w:proofErr w:type="spellEnd"/>
      <w:r w:rsidRPr="00107EBD">
        <w:rPr>
          <w:rFonts w:ascii="Arial" w:hAnsi="Arial" w:cs="Arial"/>
        </w:rPr>
        <w:t xml:space="preserve"> y que</w:t>
      </w:r>
      <w:r>
        <w:rPr>
          <w:rFonts w:ascii="Arial" w:hAnsi="Arial" w:cs="Arial"/>
        </w:rPr>
        <w:t xml:space="preserve"> </w:t>
      </w:r>
      <w:proofErr w:type="spellStart"/>
      <w:r w:rsidRPr="00107EBD">
        <w:rPr>
          <w:rFonts w:ascii="Arial" w:hAnsi="Arial" w:cs="Arial"/>
        </w:rPr>
        <w:t>su</w:t>
      </w:r>
      <w:proofErr w:type="spellEnd"/>
      <w:r w:rsidRPr="00107EBD">
        <w:rPr>
          <w:rFonts w:ascii="Arial" w:hAnsi="Arial" w:cs="Arial"/>
        </w:rPr>
        <w:t xml:space="preserve"> </w:t>
      </w:r>
      <w:proofErr w:type="spellStart"/>
      <w:r w:rsidRPr="00107EBD">
        <w:rPr>
          <w:rFonts w:ascii="Arial" w:hAnsi="Arial" w:cs="Arial"/>
        </w:rPr>
        <w:t>cerebro</w:t>
      </w:r>
      <w:proofErr w:type="spellEnd"/>
      <w:r w:rsidRPr="00107EBD">
        <w:rPr>
          <w:rFonts w:ascii="Arial" w:hAnsi="Arial" w:cs="Arial"/>
        </w:rPr>
        <w:t xml:space="preserve"> </w:t>
      </w:r>
      <w:proofErr w:type="spellStart"/>
      <w:r w:rsidRPr="00107EBD">
        <w:rPr>
          <w:rFonts w:ascii="Arial" w:hAnsi="Arial" w:cs="Arial"/>
        </w:rPr>
        <w:t>funciona</w:t>
      </w:r>
      <w:proofErr w:type="spellEnd"/>
      <w:r w:rsidRPr="00107EBD">
        <w:rPr>
          <w:rFonts w:ascii="Arial" w:hAnsi="Arial" w:cs="Arial"/>
        </w:rPr>
        <w:t xml:space="preserve"> de forma </w:t>
      </w:r>
      <w:proofErr w:type="spellStart"/>
      <w:r w:rsidRPr="00107EBD">
        <w:rPr>
          <w:rFonts w:ascii="Arial" w:hAnsi="Arial" w:cs="Arial"/>
        </w:rPr>
        <w:t>diferente</w:t>
      </w:r>
      <w:proofErr w:type="spellEnd"/>
      <w:r w:rsidRPr="00107EBD">
        <w:rPr>
          <w:rFonts w:ascii="Arial" w:hAnsi="Arial" w:cs="Arial"/>
        </w:rPr>
        <w:t xml:space="preserve"> al de las personas que no la </w:t>
      </w:r>
      <w:proofErr w:type="spellStart"/>
      <w:r w:rsidRPr="00107EBD">
        <w:rPr>
          <w:rFonts w:ascii="Arial" w:hAnsi="Arial" w:cs="Arial"/>
        </w:rPr>
        <w:t>tienen</w:t>
      </w:r>
      <w:proofErr w:type="spellEnd"/>
      <w:r w:rsidRPr="00107EBD">
        <w:rPr>
          <w:rFonts w:ascii="Arial" w:hAnsi="Arial" w:cs="Arial"/>
        </w:rPr>
        <w:t>.</w:t>
      </w:r>
    </w:p>
    <w:p w14:paraId="17D2ADBA" w14:textId="77777777" w:rsidR="00893C50" w:rsidRPr="00107EBD" w:rsidRDefault="00893C50" w:rsidP="00893C50">
      <w:pPr>
        <w:pStyle w:val="Textoindependiente"/>
        <w:widowControl w:val="0"/>
        <w:numPr>
          <w:ilvl w:val="0"/>
          <w:numId w:val="59"/>
        </w:numPr>
        <w:autoSpaceDE w:val="0"/>
        <w:autoSpaceDN w:val="0"/>
        <w:spacing w:after="0" w:line="360" w:lineRule="auto"/>
        <w:ind w:right="49"/>
        <w:jc w:val="both"/>
        <w:rPr>
          <w:rFonts w:ascii="Arial" w:hAnsi="Arial" w:cs="Arial"/>
        </w:rPr>
      </w:pPr>
      <w:r w:rsidRPr="00107EBD">
        <w:rPr>
          <w:rFonts w:ascii="Arial" w:hAnsi="Arial" w:cs="Arial"/>
        </w:rPr>
        <w:t xml:space="preserve">El </w:t>
      </w:r>
      <w:proofErr w:type="spellStart"/>
      <w:r w:rsidRPr="00107EBD">
        <w:rPr>
          <w:rFonts w:ascii="Arial" w:hAnsi="Arial" w:cs="Arial"/>
        </w:rPr>
        <w:t>trabajo</w:t>
      </w:r>
      <w:proofErr w:type="spellEnd"/>
      <w:r w:rsidRPr="00107EBD">
        <w:rPr>
          <w:rFonts w:ascii="Arial" w:hAnsi="Arial" w:cs="Arial"/>
        </w:rPr>
        <w:t xml:space="preserve"> y </w:t>
      </w:r>
      <w:proofErr w:type="spellStart"/>
      <w:r w:rsidRPr="00107EBD">
        <w:rPr>
          <w:rFonts w:ascii="Arial" w:hAnsi="Arial" w:cs="Arial"/>
        </w:rPr>
        <w:t>los</w:t>
      </w:r>
      <w:proofErr w:type="spellEnd"/>
      <w:r w:rsidRPr="00107EBD">
        <w:rPr>
          <w:rFonts w:ascii="Arial" w:hAnsi="Arial" w:cs="Arial"/>
        </w:rPr>
        <w:t xml:space="preserve"> </w:t>
      </w:r>
      <w:proofErr w:type="spellStart"/>
      <w:r w:rsidRPr="00107EBD">
        <w:rPr>
          <w:rFonts w:ascii="Arial" w:hAnsi="Arial" w:cs="Arial"/>
        </w:rPr>
        <w:t>apoyos</w:t>
      </w:r>
      <w:proofErr w:type="spellEnd"/>
      <w:r w:rsidRPr="00107EBD">
        <w:rPr>
          <w:rFonts w:ascii="Arial" w:hAnsi="Arial" w:cs="Arial"/>
        </w:rPr>
        <w:t xml:space="preserve"> que se </w:t>
      </w:r>
      <w:proofErr w:type="spellStart"/>
      <w:r w:rsidRPr="00107EBD">
        <w:rPr>
          <w:rFonts w:ascii="Arial" w:hAnsi="Arial" w:cs="Arial"/>
        </w:rPr>
        <w:t>entreguen</w:t>
      </w:r>
      <w:proofErr w:type="spellEnd"/>
      <w:r w:rsidRPr="00107EBD">
        <w:rPr>
          <w:rFonts w:ascii="Arial" w:hAnsi="Arial" w:cs="Arial"/>
        </w:rPr>
        <w:t xml:space="preserve">, </w:t>
      </w:r>
      <w:proofErr w:type="spellStart"/>
      <w:r w:rsidRPr="00107EBD">
        <w:rPr>
          <w:rFonts w:ascii="Arial" w:hAnsi="Arial" w:cs="Arial"/>
        </w:rPr>
        <w:t>deben</w:t>
      </w:r>
      <w:proofErr w:type="spellEnd"/>
      <w:r w:rsidRPr="00107EBD">
        <w:rPr>
          <w:rFonts w:ascii="Arial" w:hAnsi="Arial" w:cs="Arial"/>
        </w:rPr>
        <w:t xml:space="preserve"> </w:t>
      </w:r>
      <w:proofErr w:type="spellStart"/>
      <w:r w:rsidRPr="00107EBD">
        <w:rPr>
          <w:rFonts w:ascii="Arial" w:hAnsi="Arial" w:cs="Arial"/>
        </w:rPr>
        <w:t>estar</w:t>
      </w:r>
      <w:proofErr w:type="spellEnd"/>
      <w:r w:rsidRPr="00107EBD">
        <w:rPr>
          <w:rFonts w:ascii="Arial" w:hAnsi="Arial" w:cs="Arial"/>
        </w:rPr>
        <w:t xml:space="preserve"> </w:t>
      </w:r>
      <w:proofErr w:type="spellStart"/>
      <w:r w:rsidRPr="00107EBD">
        <w:rPr>
          <w:rFonts w:ascii="Arial" w:hAnsi="Arial" w:cs="Arial"/>
        </w:rPr>
        <w:t>orientados</w:t>
      </w:r>
      <w:proofErr w:type="spellEnd"/>
      <w:r w:rsidRPr="00107EBD">
        <w:rPr>
          <w:rFonts w:ascii="Arial" w:hAnsi="Arial" w:cs="Arial"/>
        </w:rPr>
        <w:t xml:space="preserve"> </w:t>
      </w:r>
      <w:proofErr w:type="spellStart"/>
      <w:r w:rsidRPr="00107EBD">
        <w:rPr>
          <w:rFonts w:ascii="Arial" w:hAnsi="Arial" w:cs="Arial"/>
        </w:rPr>
        <w:t>en</w:t>
      </w:r>
      <w:proofErr w:type="spellEnd"/>
      <w:r w:rsidRPr="00107EBD">
        <w:rPr>
          <w:rFonts w:ascii="Arial" w:hAnsi="Arial" w:cs="Arial"/>
        </w:rPr>
        <w:t xml:space="preserve"> </w:t>
      </w:r>
      <w:proofErr w:type="spellStart"/>
      <w:r w:rsidRPr="00107EBD">
        <w:rPr>
          <w:rFonts w:ascii="Arial" w:hAnsi="Arial" w:cs="Arial"/>
        </w:rPr>
        <w:t>mejorar</w:t>
      </w:r>
      <w:proofErr w:type="spellEnd"/>
      <w:r w:rsidRPr="00107EBD">
        <w:rPr>
          <w:rFonts w:ascii="Arial" w:hAnsi="Arial" w:cs="Arial"/>
        </w:rPr>
        <w:t xml:space="preserve"> la </w:t>
      </w:r>
      <w:proofErr w:type="spellStart"/>
      <w:r w:rsidRPr="00107EBD">
        <w:rPr>
          <w:rFonts w:ascii="Arial" w:hAnsi="Arial" w:cs="Arial"/>
        </w:rPr>
        <w:t>calidad</w:t>
      </w:r>
      <w:proofErr w:type="spellEnd"/>
      <w:r w:rsidRPr="00107EBD">
        <w:rPr>
          <w:rFonts w:ascii="Arial" w:hAnsi="Arial" w:cs="Arial"/>
        </w:rPr>
        <w:t xml:space="preserve"> de </w:t>
      </w:r>
      <w:proofErr w:type="spellStart"/>
      <w:r w:rsidRPr="00107EBD">
        <w:rPr>
          <w:rFonts w:ascii="Arial" w:hAnsi="Arial" w:cs="Arial"/>
        </w:rPr>
        <w:t>vida</w:t>
      </w:r>
      <w:proofErr w:type="spellEnd"/>
      <w:r w:rsidRPr="00107EBD">
        <w:rPr>
          <w:rFonts w:ascii="Arial" w:hAnsi="Arial" w:cs="Arial"/>
        </w:rPr>
        <w:t xml:space="preserve"> de las personas.</w:t>
      </w:r>
    </w:p>
    <w:p w14:paraId="085F77E3" w14:textId="77777777" w:rsidR="00893C50" w:rsidRDefault="00893C50" w:rsidP="00893C50">
      <w:pPr>
        <w:pStyle w:val="Textoindependiente"/>
        <w:widowControl w:val="0"/>
        <w:numPr>
          <w:ilvl w:val="0"/>
          <w:numId w:val="59"/>
        </w:numPr>
        <w:autoSpaceDE w:val="0"/>
        <w:autoSpaceDN w:val="0"/>
        <w:spacing w:after="0" w:line="360" w:lineRule="auto"/>
        <w:ind w:right="49"/>
        <w:jc w:val="both"/>
        <w:rPr>
          <w:rFonts w:ascii="Arial" w:hAnsi="Arial" w:cs="Arial"/>
        </w:rPr>
      </w:pPr>
      <w:r w:rsidRPr="00107EBD">
        <w:rPr>
          <w:rFonts w:ascii="Arial" w:hAnsi="Arial" w:cs="Arial"/>
        </w:rPr>
        <w:t xml:space="preserve">Es </w:t>
      </w:r>
      <w:proofErr w:type="spellStart"/>
      <w:r w:rsidRPr="00107EBD">
        <w:rPr>
          <w:rFonts w:ascii="Arial" w:hAnsi="Arial" w:cs="Arial"/>
        </w:rPr>
        <w:t>relevante</w:t>
      </w:r>
      <w:proofErr w:type="spellEnd"/>
      <w:r w:rsidRPr="00107EBD">
        <w:rPr>
          <w:rFonts w:ascii="Arial" w:hAnsi="Arial" w:cs="Arial"/>
        </w:rPr>
        <w:t xml:space="preserve"> </w:t>
      </w:r>
      <w:proofErr w:type="spellStart"/>
      <w:r w:rsidRPr="00107EBD">
        <w:rPr>
          <w:rFonts w:ascii="Arial" w:hAnsi="Arial" w:cs="Arial"/>
        </w:rPr>
        <w:t>clarificar</w:t>
      </w:r>
      <w:proofErr w:type="spellEnd"/>
      <w:r w:rsidRPr="00107EBD">
        <w:rPr>
          <w:rFonts w:ascii="Arial" w:hAnsi="Arial" w:cs="Arial"/>
        </w:rPr>
        <w:t xml:space="preserve"> que la </w:t>
      </w:r>
      <w:proofErr w:type="spellStart"/>
      <w:r w:rsidRPr="00107EBD">
        <w:rPr>
          <w:rFonts w:ascii="Arial" w:hAnsi="Arial" w:cs="Arial"/>
        </w:rPr>
        <w:t>figura</w:t>
      </w:r>
      <w:proofErr w:type="spellEnd"/>
      <w:r w:rsidRPr="00107EBD">
        <w:rPr>
          <w:rFonts w:ascii="Arial" w:hAnsi="Arial" w:cs="Arial"/>
        </w:rPr>
        <w:t xml:space="preserve"> de tutor sombra para un o </w:t>
      </w:r>
      <w:proofErr w:type="spellStart"/>
      <w:r w:rsidRPr="00107EBD">
        <w:rPr>
          <w:rFonts w:ascii="Arial" w:hAnsi="Arial" w:cs="Arial"/>
        </w:rPr>
        <w:t>una</w:t>
      </w:r>
      <w:proofErr w:type="spellEnd"/>
      <w:r w:rsidRPr="00107EBD">
        <w:rPr>
          <w:rFonts w:ascii="Arial" w:hAnsi="Arial" w:cs="Arial"/>
        </w:rPr>
        <w:t xml:space="preserve"> </w:t>
      </w:r>
      <w:proofErr w:type="spellStart"/>
      <w:r w:rsidRPr="00107EBD">
        <w:rPr>
          <w:rFonts w:ascii="Arial" w:hAnsi="Arial" w:cs="Arial"/>
        </w:rPr>
        <w:t>estudiante</w:t>
      </w:r>
      <w:proofErr w:type="spellEnd"/>
      <w:r w:rsidRPr="00107EBD">
        <w:rPr>
          <w:rFonts w:ascii="Arial" w:hAnsi="Arial" w:cs="Arial"/>
        </w:rPr>
        <w:t xml:space="preserve"> </w:t>
      </w:r>
      <w:proofErr w:type="spellStart"/>
      <w:r w:rsidRPr="00107EBD">
        <w:rPr>
          <w:rFonts w:ascii="Arial" w:hAnsi="Arial" w:cs="Arial"/>
        </w:rPr>
        <w:t>en</w:t>
      </w:r>
      <w:proofErr w:type="spellEnd"/>
      <w:r w:rsidRPr="00107EBD">
        <w:rPr>
          <w:rFonts w:ascii="Arial" w:hAnsi="Arial" w:cs="Arial"/>
        </w:rPr>
        <w:t xml:space="preserve"> particular no </w:t>
      </w:r>
      <w:proofErr w:type="spellStart"/>
      <w:r w:rsidRPr="00107EBD">
        <w:rPr>
          <w:rFonts w:ascii="Arial" w:hAnsi="Arial" w:cs="Arial"/>
        </w:rPr>
        <w:t>está</w:t>
      </w:r>
      <w:proofErr w:type="spellEnd"/>
      <w:r w:rsidRPr="00107EBD">
        <w:rPr>
          <w:rFonts w:ascii="Arial" w:hAnsi="Arial" w:cs="Arial"/>
        </w:rPr>
        <w:t xml:space="preserve"> </w:t>
      </w:r>
      <w:proofErr w:type="spellStart"/>
      <w:r w:rsidRPr="00107EBD">
        <w:rPr>
          <w:rFonts w:ascii="Arial" w:hAnsi="Arial" w:cs="Arial"/>
        </w:rPr>
        <w:t>contemplada</w:t>
      </w:r>
      <w:proofErr w:type="spellEnd"/>
      <w:r w:rsidRPr="00107EBD">
        <w:rPr>
          <w:rFonts w:ascii="Arial" w:hAnsi="Arial" w:cs="Arial"/>
        </w:rPr>
        <w:t xml:space="preserve"> </w:t>
      </w:r>
      <w:proofErr w:type="spellStart"/>
      <w:r w:rsidRPr="00107EBD">
        <w:rPr>
          <w:rFonts w:ascii="Arial" w:hAnsi="Arial" w:cs="Arial"/>
        </w:rPr>
        <w:t>en</w:t>
      </w:r>
      <w:proofErr w:type="spellEnd"/>
      <w:r w:rsidRPr="00107EBD">
        <w:rPr>
          <w:rFonts w:ascii="Arial" w:hAnsi="Arial" w:cs="Arial"/>
        </w:rPr>
        <w:t xml:space="preserve"> la </w:t>
      </w:r>
      <w:proofErr w:type="spellStart"/>
      <w:r w:rsidRPr="00107EBD">
        <w:rPr>
          <w:rFonts w:ascii="Arial" w:hAnsi="Arial" w:cs="Arial"/>
        </w:rPr>
        <w:t>normativa</w:t>
      </w:r>
      <w:proofErr w:type="spellEnd"/>
      <w:r w:rsidRPr="00107EBD">
        <w:rPr>
          <w:rFonts w:ascii="Arial" w:hAnsi="Arial" w:cs="Arial"/>
        </w:rPr>
        <w:t xml:space="preserve"> </w:t>
      </w:r>
      <w:proofErr w:type="spellStart"/>
      <w:r w:rsidRPr="00107EBD">
        <w:rPr>
          <w:rFonts w:ascii="Arial" w:hAnsi="Arial" w:cs="Arial"/>
        </w:rPr>
        <w:t>educacional</w:t>
      </w:r>
      <w:proofErr w:type="spellEnd"/>
      <w:r w:rsidRPr="00107EBD">
        <w:rPr>
          <w:rFonts w:ascii="Arial" w:hAnsi="Arial" w:cs="Arial"/>
        </w:rPr>
        <w:t xml:space="preserve"> </w:t>
      </w:r>
      <w:proofErr w:type="spellStart"/>
      <w:r w:rsidRPr="00107EBD">
        <w:rPr>
          <w:rFonts w:ascii="Arial" w:hAnsi="Arial" w:cs="Arial"/>
        </w:rPr>
        <w:t>vigente</w:t>
      </w:r>
      <w:proofErr w:type="spellEnd"/>
      <w:r w:rsidRPr="00107EBD">
        <w:rPr>
          <w:rFonts w:ascii="Arial" w:hAnsi="Arial" w:cs="Arial"/>
        </w:rPr>
        <w:t xml:space="preserve">, y </w:t>
      </w:r>
      <w:proofErr w:type="spellStart"/>
      <w:r w:rsidRPr="00107EBD">
        <w:rPr>
          <w:rFonts w:ascii="Arial" w:hAnsi="Arial" w:cs="Arial"/>
        </w:rPr>
        <w:t>como</w:t>
      </w:r>
      <w:proofErr w:type="spellEnd"/>
      <w:r w:rsidRPr="00107EBD">
        <w:rPr>
          <w:rFonts w:ascii="Arial" w:hAnsi="Arial" w:cs="Arial"/>
        </w:rPr>
        <w:t xml:space="preserve"> </w:t>
      </w:r>
      <w:proofErr w:type="spellStart"/>
      <w:r w:rsidRPr="00107EBD">
        <w:rPr>
          <w:rFonts w:ascii="Arial" w:hAnsi="Arial" w:cs="Arial"/>
        </w:rPr>
        <w:t>tal</w:t>
      </w:r>
      <w:proofErr w:type="spellEnd"/>
      <w:r w:rsidRPr="00107EBD">
        <w:rPr>
          <w:rFonts w:ascii="Arial" w:hAnsi="Arial" w:cs="Arial"/>
        </w:rPr>
        <w:t xml:space="preserve"> </w:t>
      </w:r>
      <w:proofErr w:type="spellStart"/>
      <w:r w:rsidRPr="00107EBD">
        <w:rPr>
          <w:rFonts w:ascii="Arial" w:hAnsi="Arial" w:cs="Arial"/>
        </w:rPr>
        <w:t>tampoco</w:t>
      </w:r>
      <w:proofErr w:type="spellEnd"/>
      <w:r w:rsidRPr="00107EBD">
        <w:rPr>
          <w:rFonts w:ascii="Arial" w:hAnsi="Arial" w:cs="Arial"/>
        </w:rPr>
        <w:t xml:space="preserve"> entre </w:t>
      </w:r>
      <w:proofErr w:type="spellStart"/>
      <w:r w:rsidRPr="00107EBD">
        <w:rPr>
          <w:rFonts w:ascii="Arial" w:hAnsi="Arial" w:cs="Arial"/>
        </w:rPr>
        <w:t>los</w:t>
      </w:r>
      <w:proofErr w:type="spellEnd"/>
      <w:r w:rsidRPr="00107EBD">
        <w:rPr>
          <w:rFonts w:ascii="Arial" w:hAnsi="Arial" w:cs="Arial"/>
        </w:rPr>
        <w:t xml:space="preserve"> </w:t>
      </w:r>
      <w:proofErr w:type="spellStart"/>
      <w:r w:rsidRPr="00107EBD">
        <w:rPr>
          <w:rFonts w:ascii="Arial" w:hAnsi="Arial" w:cs="Arial"/>
        </w:rPr>
        <w:t>recursos</w:t>
      </w:r>
      <w:proofErr w:type="spellEnd"/>
      <w:r w:rsidRPr="00107EBD">
        <w:rPr>
          <w:rFonts w:ascii="Arial" w:hAnsi="Arial" w:cs="Arial"/>
        </w:rPr>
        <w:t xml:space="preserve"> </w:t>
      </w:r>
      <w:proofErr w:type="spellStart"/>
      <w:r w:rsidRPr="00107EBD">
        <w:rPr>
          <w:rFonts w:ascii="Arial" w:hAnsi="Arial" w:cs="Arial"/>
        </w:rPr>
        <w:t>humanos</w:t>
      </w:r>
      <w:proofErr w:type="spellEnd"/>
      <w:r w:rsidRPr="00107EBD">
        <w:rPr>
          <w:rFonts w:ascii="Arial" w:hAnsi="Arial" w:cs="Arial"/>
        </w:rPr>
        <w:t xml:space="preserve"> </w:t>
      </w:r>
      <w:proofErr w:type="spellStart"/>
      <w:r w:rsidRPr="00107EBD">
        <w:rPr>
          <w:rFonts w:ascii="Arial" w:hAnsi="Arial" w:cs="Arial"/>
        </w:rPr>
        <w:t>posibles</w:t>
      </w:r>
      <w:proofErr w:type="spellEnd"/>
      <w:r w:rsidRPr="00107EBD">
        <w:rPr>
          <w:rFonts w:ascii="Arial" w:hAnsi="Arial" w:cs="Arial"/>
        </w:rPr>
        <w:t xml:space="preserve"> de </w:t>
      </w:r>
      <w:proofErr w:type="spellStart"/>
      <w:r w:rsidRPr="00107EBD">
        <w:rPr>
          <w:rFonts w:ascii="Arial" w:hAnsi="Arial" w:cs="Arial"/>
        </w:rPr>
        <w:t>incorporar</w:t>
      </w:r>
      <w:proofErr w:type="spellEnd"/>
      <w:r w:rsidRPr="00107EBD">
        <w:rPr>
          <w:rFonts w:ascii="Arial" w:hAnsi="Arial" w:cs="Arial"/>
        </w:rPr>
        <w:t xml:space="preserve"> a las </w:t>
      </w:r>
      <w:proofErr w:type="spellStart"/>
      <w:r w:rsidRPr="00107EBD">
        <w:rPr>
          <w:rFonts w:ascii="Arial" w:hAnsi="Arial" w:cs="Arial"/>
        </w:rPr>
        <w:t>comunidades</w:t>
      </w:r>
      <w:proofErr w:type="spellEnd"/>
      <w:r w:rsidRPr="00107EBD">
        <w:rPr>
          <w:rFonts w:ascii="Arial" w:hAnsi="Arial" w:cs="Arial"/>
        </w:rPr>
        <w:t xml:space="preserve"> </w:t>
      </w:r>
      <w:proofErr w:type="spellStart"/>
      <w:r w:rsidRPr="00107EBD">
        <w:rPr>
          <w:rFonts w:ascii="Arial" w:hAnsi="Arial" w:cs="Arial"/>
        </w:rPr>
        <w:t>educativas</w:t>
      </w:r>
      <w:proofErr w:type="spellEnd"/>
      <w:r w:rsidRPr="00107EBD">
        <w:rPr>
          <w:rFonts w:ascii="Arial" w:hAnsi="Arial" w:cs="Arial"/>
        </w:rPr>
        <w:t xml:space="preserve"> con </w:t>
      </w:r>
      <w:proofErr w:type="spellStart"/>
      <w:r w:rsidRPr="00107EBD">
        <w:rPr>
          <w:rFonts w:ascii="Arial" w:hAnsi="Arial" w:cs="Arial"/>
        </w:rPr>
        <w:t>los</w:t>
      </w:r>
      <w:proofErr w:type="spellEnd"/>
      <w:r w:rsidRPr="00107EBD">
        <w:rPr>
          <w:rFonts w:ascii="Arial" w:hAnsi="Arial" w:cs="Arial"/>
        </w:rPr>
        <w:t xml:space="preserve"> </w:t>
      </w:r>
      <w:proofErr w:type="spellStart"/>
      <w:r w:rsidRPr="00107EBD">
        <w:rPr>
          <w:rFonts w:ascii="Arial" w:hAnsi="Arial" w:cs="Arial"/>
        </w:rPr>
        <w:t>recursos</w:t>
      </w:r>
      <w:proofErr w:type="spellEnd"/>
      <w:r w:rsidRPr="00107EBD">
        <w:rPr>
          <w:rFonts w:ascii="Arial" w:hAnsi="Arial" w:cs="Arial"/>
        </w:rPr>
        <w:t xml:space="preserve"> </w:t>
      </w:r>
      <w:proofErr w:type="spellStart"/>
      <w:r w:rsidRPr="00107EBD">
        <w:rPr>
          <w:rFonts w:ascii="Arial" w:hAnsi="Arial" w:cs="Arial"/>
        </w:rPr>
        <w:t>asociados</w:t>
      </w:r>
      <w:proofErr w:type="spellEnd"/>
      <w:r w:rsidRPr="00107EBD">
        <w:rPr>
          <w:rFonts w:ascii="Arial" w:hAnsi="Arial" w:cs="Arial"/>
        </w:rPr>
        <w:t xml:space="preserve"> a la </w:t>
      </w:r>
      <w:proofErr w:type="spellStart"/>
      <w:r w:rsidRPr="00107EBD">
        <w:rPr>
          <w:rFonts w:ascii="Arial" w:hAnsi="Arial" w:cs="Arial"/>
        </w:rPr>
        <w:t>subvención</w:t>
      </w:r>
      <w:proofErr w:type="spellEnd"/>
      <w:r w:rsidRPr="00107EBD">
        <w:rPr>
          <w:rFonts w:ascii="Arial" w:hAnsi="Arial" w:cs="Arial"/>
        </w:rPr>
        <w:t xml:space="preserve"> de </w:t>
      </w:r>
      <w:proofErr w:type="spellStart"/>
      <w:r w:rsidRPr="00107EBD">
        <w:rPr>
          <w:rFonts w:ascii="Arial" w:hAnsi="Arial" w:cs="Arial"/>
        </w:rPr>
        <w:t>educación</w:t>
      </w:r>
      <w:proofErr w:type="spellEnd"/>
      <w:r w:rsidRPr="00107EBD">
        <w:rPr>
          <w:rFonts w:ascii="Arial" w:hAnsi="Arial" w:cs="Arial"/>
        </w:rPr>
        <w:t xml:space="preserve"> especial, que </w:t>
      </w:r>
      <w:proofErr w:type="spellStart"/>
      <w:r w:rsidRPr="00107EBD">
        <w:rPr>
          <w:rFonts w:ascii="Arial" w:hAnsi="Arial" w:cs="Arial"/>
        </w:rPr>
        <w:t>cubre</w:t>
      </w:r>
      <w:proofErr w:type="spellEnd"/>
      <w:r w:rsidRPr="00107EBD">
        <w:rPr>
          <w:rFonts w:ascii="Arial" w:hAnsi="Arial" w:cs="Arial"/>
        </w:rPr>
        <w:t xml:space="preserve"> las horas </w:t>
      </w:r>
      <w:proofErr w:type="spellStart"/>
      <w:r w:rsidRPr="00107EBD">
        <w:rPr>
          <w:rFonts w:ascii="Arial" w:hAnsi="Arial" w:cs="Arial"/>
        </w:rPr>
        <w:t>profesionales</w:t>
      </w:r>
      <w:proofErr w:type="spellEnd"/>
      <w:r w:rsidRPr="00107EBD">
        <w:rPr>
          <w:rFonts w:ascii="Arial" w:hAnsi="Arial" w:cs="Arial"/>
        </w:rPr>
        <w:t xml:space="preserve"> </w:t>
      </w:r>
      <w:proofErr w:type="spellStart"/>
      <w:r w:rsidRPr="00107EBD">
        <w:rPr>
          <w:rFonts w:ascii="Arial" w:hAnsi="Arial" w:cs="Arial"/>
        </w:rPr>
        <w:t>mínimas</w:t>
      </w:r>
      <w:proofErr w:type="spellEnd"/>
      <w:r w:rsidRPr="00107EBD">
        <w:rPr>
          <w:rFonts w:ascii="Arial" w:hAnsi="Arial" w:cs="Arial"/>
        </w:rPr>
        <w:t xml:space="preserve"> para </w:t>
      </w:r>
      <w:proofErr w:type="spellStart"/>
      <w:r w:rsidRPr="00107EBD">
        <w:rPr>
          <w:rFonts w:ascii="Arial" w:hAnsi="Arial" w:cs="Arial"/>
        </w:rPr>
        <w:t>desplegar</w:t>
      </w:r>
      <w:proofErr w:type="spellEnd"/>
      <w:r w:rsidRPr="00107EBD">
        <w:rPr>
          <w:rFonts w:ascii="Arial" w:hAnsi="Arial" w:cs="Arial"/>
        </w:rPr>
        <w:t xml:space="preserve"> </w:t>
      </w:r>
      <w:proofErr w:type="spellStart"/>
      <w:r w:rsidRPr="00107EBD">
        <w:rPr>
          <w:rFonts w:ascii="Arial" w:hAnsi="Arial" w:cs="Arial"/>
        </w:rPr>
        <w:t>los</w:t>
      </w:r>
      <w:proofErr w:type="spellEnd"/>
      <w:r w:rsidRPr="00107EBD">
        <w:rPr>
          <w:rFonts w:ascii="Arial" w:hAnsi="Arial" w:cs="Arial"/>
        </w:rPr>
        <w:t xml:space="preserve"> </w:t>
      </w:r>
      <w:proofErr w:type="spellStart"/>
      <w:r w:rsidRPr="00107EBD">
        <w:rPr>
          <w:rFonts w:ascii="Arial" w:hAnsi="Arial" w:cs="Arial"/>
        </w:rPr>
        <w:t>apoyos</w:t>
      </w:r>
      <w:proofErr w:type="spellEnd"/>
      <w:r w:rsidRPr="00107EBD">
        <w:rPr>
          <w:rFonts w:ascii="Arial" w:hAnsi="Arial" w:cs="Arial"/>
        </w:rPr>
        <w:t xml:space="preserve"> </w:t>
      </w:r>
      <w:proofErr w:type="spellStart"/>
      <w:r w:rsidRPr="00107EBD">
        <w:rPr>
          <w:rFonts w:ascii="Arial" w:hAnsi="Arial" w:cs="Arial"/>
        </w:rPr>
        <w:t>requeridos</w:t>
      </w:r>
      <w:proofErr w:type="spellEnd"/>
      <w:r w:rsidRPr="00107EBD">
        <w:rPr>
          <w:rFonts w:ascii="Arial" w:hAnsi="Arial" w:cs="Arial"/>
        </w:rPr>
        <w:t xml:space="preserve"> </w:t>
      </w:r>
      <w:proofErr w:type="spellStart"/>
      <w:r w:rsidRPr="00107EBD">
        <w:rPr>
          <w:rFonts w:ascii="Arial" w:hAnsi="Arial" w:cs="Arial"/>
        </w:rPr>
        <w:t>por</w:t>
      </w:r>
      <w:proofErr w:type="spellEnd"/>
      <w:r w:rsidRPr="00107EBD">
        <w:rPr>
          <w:rFonts w:ascii="Arial" w:hAnsi="Arial" w:cs="Arial"/>
        </w:rPr>
        <w:t xml:space="preserve"> las y </w:t>
      </w:r>
      <w:proofErr w:type="spellStart"/>
      <w:r w:rsidRPr="00107EBD">
        <w:rPr>
          <w:rFonts w:ascii="Arial" w:hAnsi="Arial" w:cs="Arial"/>
        </w:rPr>
        <w:t>los</w:t>
      </w:r>
      <w:proofErr w:type="spellEnd"/>
      <w:r w:rsidRPr="00107EBD">
        <w:rPr>
          <w:rFonts w:ascii="Arial" w:hAnsi="Arial" w:cs="Arial"/>
        </w:rPr>
        <w:t xml:space="preserve"> </w:t>
      </w:r>
      <w:proofErr w:type="spellStart"/>
      <w:r w:rsidRPr="00107EBD">
        <w:rPr>
          <w:rFonts w:ascii="Arial" w:hAnsi="Arial" w:cs="Arial"/>
        </w:rPr>
        <w:t>estudiantes</w:t>
      </w:r>
      <w:proofErr w:type="spellEnd"/>
      <w:r w:rsidRPr="00107EBD">
        <w:rPr>
          <w:rFonts w:ascii="Arial" w:hAnsi="Arial" w:cs="Arial"/>
        </w:rPr>
        <w:t xml:space="preserve"> </w:t>
      </w:r>
      <w:proofErr w:type="spellStart"/>
      <w:r w:rsidRPr="00107EBD">
        <w:rPr>
          <w:rFonts w:ascii="Arial" w:hAnsi="Arial" w:cs="Arial"/>
        </w:rPr>
        <w:t>dentro</w:t>
      </w:r>
      <w:proofErr w:type="spellEnd"/>
      <w:r w:rsidRPr="00107EBD">
        <w:rPr>
          <w:rFonts w:ascii="Arial" w:hAnsi="Arial" w:cs="Arial"/>
        </w:rPr>
        <w:t xml:space="preserve"> de </w:t>
      </w:r>
      <w:proofErr w:type="spellStart"/>
      <w:r w:rsidRPr="00107EBD">
        <w:rPr>
          <w:rFonts w:ascii="Arial" w:hAnsi="Arial" w:cs="Arial"/>
        </w:rPr>
        <w:t>los</w:t>
      </w:r>
      <w:proofErr w:type="spellEnd"/>
      <w:r w:rsidRPr="00107EBD">
        <w:rPr>
          <w:rFonts w:ascii="Arial" w:hAnsi="Arial" w:cs="Arial"/>
        </w:rPr>
        <w:t xml:space="preserve"> </w:t>
      </w:r>
      <w:proofErr w:type="spellStart"/>
      <w:r w:rsidRPr="00107EBD">
        <w:rPr>
          <w:rFonts w:ascii="Arial" w:hAnsi="Arial" w:cs="Arial"/>
        </w:rPr>
        <w:t>Programas</w:t>
      </w:r>
      <w:proofErr w:type="spellEnd"/>
      <w:r w:rsidRPr="00107EBD">
        <w:rPr>
          <w:rFonts w:ascii="Arial" w:hAnsi="Arial" w:cs="Arial"/>
        </w:rPr>
        <w:t xml:space="preserve"> de </w:t>
      </w:r>
      <w:proofErr w:type="spellStart"/>
      <w:r w:rsidRPr="00107EBD">
        <w:rPr>
          <w:rFonts w:ascii="Arial" w:hAnsi="Arial" w:cs="Arial"/>
        </w:rPr>
        <w:t>Integración</w:t>
      </w:r>
      <w:proofErr w:type="spellEnd"/>
      <w:r w:rsidRPr="00107EBD">
        <w:rPr>
          <w:rFonts w:ascii="Arial" w:hAnsi="Arial" w:cs="Arial"/>
        </w:rPr>
        <w:t xml:space="preserve"> Escolar (PIE).</w:t>
      </w:r>
    </w:p>
    <w:p w14:paraId="51870599" w14:textId="77777777" w:rsidR="00893C50" w:rsidRDefault="00893C50" w:rsidP="00893C50">
      <w:pPr>
        <w:pStyle w:val="Textoindependiente"/>
        <w:spacing w:line="360" w:lineRule="auto"/>
        <w:ind w:right="49"/>
        <w:jc w:val="both"/>
        <w:rPr>
          <w:rFonts w:ascii="Arial" w:hAnsi="Arial" w:cs="Arial"/>
        </w:rPr>
      </w:pPr>
    </w:p>
    <w:p w14:paraId="43EE9905" w14:textId="77777777" w:rsidR="00893C50" w:rsidRDefault="00893C50" w:rsidP="00893C50">
      <w:pPr>
        <w:pStyle w:val="Textoindependiente"/>
        <w:spacing w:line="360" w:lineRule="auto"/>
        <w:ind w:right="49"/>
        <w:jc w:val="both"/>
        <w:rPr>
          <w:rFonts w:ascii="Arial" w:hAnsi="Arial" w:cs="Arial"/>
        </w:rPr>
      </w:pPr>
    </w:p>
    <w:p w14:paraId="337137DF" w14:textId="77777777" w:rsidR="00893C50" w:rsidRPr="00893C50" w:rsidRDefault="00893C50" w:rsidP="00893C50">
      <w:pPr>
        <w:pStyle w:val="Ttulo1"/>
        <w:spacing w:before="1" w:line="360" w:lineRule="auto"/>
        <w:ind w:right="49"/>
        <w:jc w:val="both"/>
        <w:rPr>
          <w:rFonts w:ascii="Arial" w:hAnsi="Arial" w:cs="Arial"/>
          <w:color w:val="auto"/>
        </w:rPr>
      </w:pPr>
      <w:r w:rsidRPr="00893C50">
        <w:rPr>
          <w:rFonts w:ascii="Arial" w:hAnsi="Arial" w:cs="Arial"/>
          <w:color w:val="auto"/>
        </w:rPr>
        <w:t>ANEXOS</w:t>
      </w:r>
    </w:p>
    <w:p w14:paraId="197944CC" w14:textId="77777777" w:rsidR="00893C50" w:rsidRPr="00901BC0" w:rsidRDefault="00893C50" w:rsidP="00893C50">
      <w:pPr>
        <w:pStyle w:val="Textoindependiente"/>
        <w:spacing w:before="4" w:line="360" w:lineRule="auto"/>
        <w:ind w:right="49"/>
        <w:jc w:val="both"/>
        <w:rPr>
          <w:rFonts w:ascii="Arial" w:hAnsi="Arial" w:cs="Arial"/>
          <w:b/>
        </w:rPr>
      </w:pPr>
    </w:p>
    <w:p w14:paraId="2DF8EDD3" w14:textId="08BE4908" w:rsidR="00893C50" w:rsidRDefault="00893C50" w:rsidP="00893C50">
      <w:pPr>
        <w:tabs>
          <w:tab w:val="left" w:pos="2493"/>
          <w:tab w:val="left" w:pos="4098"/>
          <w:tab w:val="left" w:pos="5567"/>
        </w:tabs>
        <w:spacing w:line="360" w:lineRule="auto"/>
        <w:ind w:right="49"/>
        <w:jc w:val="both"/>
        <w:rPr>
          <w:rFonts w:ascii="Arial" w:hAnsi="Arial" w:cs="Arial"/>
          <w:b/>
          <w:sz w:val="24"/>
          <w:szCs w:val="24"/>
        </w:rPr>
      </w:pPr>
      <w:r w:rsidRPr="00901BC0">
        <w:rPr>
          <w:rFonts w:ascii="Arial" w:hAnsi="Arial" w:cs="Arial"/>
          <w:b/>
          <w:sz w:val="24"/>
          <w:szCs w:val="24"/>
          <w:u w:val="single"/>
        </w:rPr>
        <w:t>RESUMEN:</w:t>
      </w:r>
      <w:r>
        <w:rPr>
          <w:rFonts w:ascii="Arial" w:hAnsi="Arial" w:cs="Arial"/>
          <w:b/>
          <w:sz w:val="24"/>
          <w:szCs w:val="24"/>
          <w:u w:val="single"/>
        </w:rPr>
        <w:t xml:space="preserve"> </w:t>
      </w:r>
      <w:r w:rsidRPr="00901BC0">
        <w:rPr>
          <w:rFonts w:ascii="Arial" w:hAnsi="Arial" w:cs="Arial"/>
          <w:b/>
          <w:sz w:val="24"/>
          <w:szCs w:val="24"/>
          <w:u w:val="single"/>
        </w:rPr>
        <w:t>ESTRATEGIAS</w:t>
      </w:r>
      <w:r>
        <w:rPr>
          <w:rFonts w:ascii="Arial" w:hAnsi="Arial" w:cs="Arial"/>
          <w:b/>
          <w:sz w:val="24"/>
          <w:szCs w:val="24"/>
          <w:u w:val="single"/>
        </w:rPr>
        <w:t xml:space="preserve"> </w:t>
      </w:r>
      <w:r w:rsidRPr="00901BC0">
        <w:rPr>
          <w:rFonts w:ascii="Arial" w:hAnsi="Arial" w:cs="Arial"/>
          <w:b/>
          <w:sz w:val="24"/>
          <w:szCs w:val="24"/>
          <w:u w:val="single"/>
        </w:rPr>
        <w:t>PREVENTIVA</w:t>
      </w:r>
      <w:r>
        <w:rPr>
          <w:rFonts w:ascii="Arial" w:hAnsi="Arial" w:cs="Arial"/>
          <w:b/>
          <w:sz w:val="24"/>
          <w:szCs w:val="24"/>
          <w:u w:val="single"/>
        </w:rPr>
        <w:t xml:space="preserve"> </w:t>
      </w:r>
      <w:r w:rsidRPr="00901BC0">
        <w:rPr>
          <w:rFonts w:ascii="Arial" w:hAnsi="Arial" w:cs="Arial"/>
          <w:b/>
          <w:spacing w:val="-4"/>
          <w:sz w:val="24"/>
          <w:szCs w:val="24"/>
          <w:u w:val="single"/>
        </w:rPr>
        <w:t xml:space="preserve">DE </w:t>
      </w:r>
      <w:r w:rsidRPr="00901BC0">
        <w:rPr>
          <w:rFonts w:ascii="Arial" w:hAnsi="Arial" w:cs="Arial"/>
          <w:b/>
          <w:spacing w:val="-6"/>
          <w:sz w:val="24"/>
          <w:szCs w:val="24"/>
          <w:u w:val="single"/>
        </w:rPr>
        <w:t>UNA</w:t>
      </w:r>
      <w:r>
        <w:rPr>
          <w:rFonts w:ascii="Arial" w:hAnsi="Arial" w:cs="Arial"/>
          <w:b/>
          <w:spacing w:val="-6"/>
          <w:sz w:val="24"/>
          <w:szCs w:val="24"/>
          <w:u w:val="single"/>
        </w:rPr>
        <w:t xml:space="preserve"> D</w:t>
      </w:r>
      <w:r w:rsidRPr="00901BC0">
        <w:rPr>
          <w:rFonts w:ascii="Arial" w:hAnsi="Arial" w:cs="Arial"/>
          <w:b/>
          <w:spacing w:val="-3"/>
          <w:sz w:val="24"/>
          <w:szCs w:val="24"/>
          <w:u w:val="single"/>
        </w:rPr>
        <w:t xml:space="preserve">ESREGULACIÓN EMOCIONAL </w:t>
      </w:r>
      <w:r w:rsidRPr="00901BC0">
        <w:rPr>
          <w:rFonts w:ascii="Arial" w:hAnsi="Arial" w:cs="Arial"/>
          <w:b/>
          <w:sz w:val="24"/>
          <w:szCs w:val="24"/>
          <w:u w:val="single"/>
        </w:rPr>
        <w:t>Y</w:t>
      </w:r>
      <w:r w:rsidRPr="00901BC0">
        <w:rPr>
          <w:rFonts w:ascii="Arial" w:hAnsi="Arial" w:cs="Arial"/>
          <w:b/>
          <w:sz w:val="24"/>
          <w:szCs w:val="24"/>
        </w:rPr>
        <w:t xml:space="preserve"> </w:t>
      </w:r>
      <w:r w:rsidRPr="00901BC0">
        <w:rPr>
          <w:rFonts w:ascii="Arial" w:hAnsi="Arial" w:cs="Arial"/>
          <w:b/>
          <w:spacing w:val="-6"/>
          <w:sz w:val="24"/>
          <w:szCs w:val="24"/>
          <w:u w:val="single"/>
        </w:rPr>
        <w:t>CONDUCTUAL</w:t>
      </w:r>
      <w:r w:rsidRPr="00901BC0">
        <w:rPr>
          <w:rFonts w:ascii="Arial" w:hAnsi="Arial" w:cs="Arial"/>
          <w:b/>
          <w:spacing w:val="1"/>
          <w:sz w:val="24"/>
          <w:szCs w:val="24"/>
          <w:u w:val="single"/>
        </w:rPr>
        <w:t xml:space="preserve"> </w:t>
      </w:r>
      <w:r w:rsidRPr="00901BC0">
        <w:rPr>
          <w:rFonts w:ascii="Arial" w:hAnsi="Arial" w:cs="Arial"/>
          <w:b/>
          <w:spacing w:val="-4"/>
          <w:sz w:val="24"/>
          <w:szCs w:val="24"/>
          <w:u w:val="single"/>
        </w:rPr>
        <w:t>(DEC)</w:t>
      </w:r>
    </w:p>
    <w:p w14:paraId="42B9AC07" w14:textId="0704750D" w:rsidR="00893C50" w:rsidRPr="00893C50" w:rsidRDefault="00893C50" w:rsidP="00893C50">
      <w:pPr>
        <w:spacing w:before="18" w:line="360" w:lineRule="auto"/>
        <w:ind w:right="49"/>
        <w:jc w:val="both"/>
        <w:rPr>
          <w:rFonts w:ascii="Arial" w:hAnsi="Arial" w:cs="Arial"/>
          <w:b/>
          <w:sz w:val="24"/>
          <w:szCs w:val="24"/>
        </w:rPr>
      </w:pPr>
      <w:r w:rsidRPr="00901BC0">
        <w:rPr>
          <w:rFonts w:ascii="Arial" w:hAnsi="Arial" w:cs="Arial"/>
          <w:b/>
          <w:sz w:val="24"/>
          <w:szCs w:val="24"/>
        </w:rPr>
        <w:t xml:space="preserve">Para </w:t>
      </w:r>
      <w:proofErr w:type="spellStart"/>
      <w:r w:rsidRPr="00901BC0">
        <w:rPr>
          <w:rFonts w:ascii="Arial" w:hAnsi="Arial" w:cs="Arial"/>
          <w:b/>
          <w:sz w:val="24"/>
          <w:szCs w:val="24"/>
        </w:rPr>
        <w:t>utilizar</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en</w:t>
      </w:r>
      <w:proofErr w:type="spellEnd"/>
      <w:r w:rsidRPr="00901BC0">
        <w:rPr>
          <w:rFonts w:ascii="Arial" w:hAnsi="Arial" w:cs="Arial"/>
          <w:b/>
          <w:sz w:val="24"/>
          <w:szCs w:val="24"/>
        </w:rPr>
        <w:t xml:space="preserve"> forma </w:t>
      </w:r>
      <w:proofErr w:type="spellStart"/>
      <w:r w:rsidRPr="00901BC0">
        <w:rPr>
          <w:rFonts w:ascii="Arial" w:hAnsi="Arial" w:cs="Arial"/>
          <w:b/>
          <w:sz w:val="24"/>
          <w:szCs w:val="24"/>
        </w:rPr>
        <w:t>preventiva</w:t>
      </w:r>
      <w:proofErr w:type="spellEnd"/>
      <w:r w:rsidRPr="00901BC0">
        <w:rPr>
          <w:rFonts w:ascii="Arial" w:hAnsi="Arial" w:cs="Arial"/>
          <w:b/>
          <w:sz w:val="24"/>
          <w:szCs w:val="24"/>
        </w:rPr>
        <w:t xml:space="preserve"> del </w:t>
      </w:r>
      <w:proofErr w:type="spellStart"/>
      <w:r w:rsidRPr="00901BC0">
        <w:rPr>
          <w:rFonts w:ascii="Arial" w:hAnsi="Arial" w:cs="Arial"/>
          <w:b/>
          <w:sz w:val="24"/>
          <w:szCs w:val="24"/>
        </w:rPr>
        <w:t>documento</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orientaciones</w:t>
      </w:r>
      <w:proofErr w:type="spellEnd"/>
      <w:r w:rsidRPr="00901BC0">
        <w:rPr>
          <w:rFonts w:ascii="Arial" w:hAnsi="Arial" w:cs="Arial"/>
          <w:b/>
          <w:sz w:val="24"/>
          <w:szCs w:val="24"/>
        </w:rPr>
        <w:t xml:space="preserve"> para </w:t>
      </w:r>
      <w:proofErr w:type="spellStart"/>
      <w:r w:rsidRPr="00901BC0">
        <w:rPr>
          <w:rFonts w:ascii="Arial" w:hAnsi="Arial" w:cs="Arial"/>
          <w:b/>
          <w:sz w:val="24"/>
          <w:szCs w:val="24"/>
        </w:rPr>
        <w:t>elaboración</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protocolo</w:t>
      </w:r>
      <w:proofErr w:type="spellEnd"/>
      <w:r w:rsidRPr="00901BC0">
        <w:rPr>
          <w:rFonts w:ascii="Arial" w:hAnsi="Arial" w:cs="Arial"/>
          <w:b/>
          <w:sz w:val="24"/>
          <w:szCs w:val="24"/>
        </w:rPr>
        <w:t xml:space="preserve"> de </w:t>
      </w:r>
      <w:proofErr w:type="spellStart"/>
      <w:r w:rsidRPr="00901BC0">
        <w:rPr>
          <w:rFonts w:ascii="Arial" w:hAnsi="Arial" w:cs="Arial"/>
          <w:b/>
          <w:sz w:val="24"/>
          <w:szCs w:val="24"/>
        </w:rPr>
        <w:t>actuación</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en</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desregulación</w:t>
      </w:r>
      <w:proofErr w:type="spellEnd"/>
      <w:r w:rsidRPr="00901BC0">
        <w:rPr>
          <w:rFonts w:ascii="Arial" w:hAnsi="Arial" w:cs="Arial"/>
          <w:b/>
          <w:sz w:val="24"/>
          <w:szCs w:val="24"/>
        </w:rPr>
        <w:t xml:space="preserve"> </w:t>
      </w:r>
      <w:proofErr w:type="spellStart"/>
      <w:r w:rsidRPr="00901BC0">
        <w:rPr>
          <w:rFonts w:ascii="Arial" w:hAnsi="Arial" w:cs="Arial"/>
          <w:b/>
          <w:sz w:val="24"/>
          <w:szCs w:val="24"/>
        </w:rPr>
        <w:t>conductual</w:t>
      </w:r>
      <w:proofErr w:type="spellEnd"/>
      <w:r w:rsidRPr="00901BC0">
        <w:rPr>
          <w:rFonts w:ascii="Arial" w:hAnsi="Arial" w:cs="Arial"/>
          <w:b/>
          <w:sz w:val="24"/>
          <w:szCs w:val="24"/>
        </w:rPr>
        <w:t xml:space="preserve"> y </w:t>
      </w:r>
      <w:proofErr w:type="spellStart"/>
      <w:r w:rsidRPr="00901BC0">
        <w:rPr>
          <w:rFonts w:ascii="Arial" w:hAnsi="Arial" w:cs="Arial"/>
          <w:b/>
          <w:sz w:val="24"/>
          <w:szCs w:val="24"/>
        </w:rPr>
        <w:t>emocional</w:t>
      </w:r>
      <w:proofErr w:type="spellEnd"/>
      <w:r w:rsidRPr="00901BC0">
        <w:rPr>
          <w:rFonts w:ascii="Arial" w:hAnsi="Arial" w:cs="Arial"/>
          <w:b/>
          <w:sz w:val="24"/>
          <w:szCs w:val="24"/>
        </w:rPr>
        <w:t xml:space="preserve"> de </w:t>
      </w:r>
      <w:proofErr w:type="spellStart"/>
      <w:r w:rsidRPr="00901BC0">
        <w:rPr>
          <w:rFonts w:ascii="Arial" w:hAnsi="Arial" w:cs="Arial"/>
          <w:b/>
          <w:sz w:val="24"/>
          <w:szCs w:val="24"/>
        </w:rPr>
        <w:t>estudiante</w:t>
      </w:r>
      <w:proofErr w:type="spellEnd"/>
      <w:r w:rsidRPr="00901BC0">
        <w:rPr>
          <w:rFonts w:ascii="Arial" w:hAnsi="Arial" w:cs="Arial"/>
          <w:b/>
          <w:sz w:val="24"/>
          <w:szCs w:val="24"/>
        </w:rPr>
        <w:t>.</w:t>
      </w:r>
    </w:p>
    <w:p w14:paraId="680969A6"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pacing w:val="4"/>
          <w:sz w:val="24"/>
          <w:szCs w:val="24"/>
        </w:rPr>
        <w:t>Reconocer</w:t>
      </w:r>
      <w:proofErr w:type="spellEnd"/>
      <w:r w:rsidRPr="007653B3">
        <w:rPr>
          <w:rFonts w:ascii="Arial" w:hAnsi="Arial" w:cs="Arial"/>
          <w:spacing w:val="4"/>
          <w:sz w:val="24"/>
          <w:szCs w:val="24"/>
        </w:rPr>
        <w:t xml:space="preserve"> </w:t>
      </w:r>
      <w:proofErr w:type="spellStart"/>
      <w:r w:rsidRPr="007653B3">
        <w:rPr>
          <w:rFonts w:ascii="Arial" w:hAnsi="Arial" w:cs="Arial"/>
          <w:spacing w:val="2"/>
          <w:sz w:val="24"/>
          <w:szCs w:val="24"/>
        </w:rPr>
        <w:t>señales</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previas que </w:t>
      </w:r>
      <w:proofErr w:type="spellStart"/>
      <w:r w:rsidRPr="007653B3">
        <w:rPr>
          <w:rFonts w:ascii="Arial" w:hAnsi="Arial" w:cs="Arial"/>
          <w:sz w:val="24"/>
          <w:szCs w:val="24"/>
        </w:rPr>
        <w:t>pueden</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ser </w:t>
      </w:r>
      <w:proofErr w:type="spellStart"/>
      <w:r w:rsidRPr="007653B3">
        <w:rPr>
          <w:rFonts w:ascii="Arial" w:hAnsi="Arial" w:cs="Arial"/>
          <w:sz w:val="24"/>
          <w:szCs w:val="24"/>
        </w:rPr>
        <w:t>indicadores</w:t>
      </w:r>
      <w:proofErr w:type="spellEnd"/>
      <w:r w:rsidRPr="007653B3">
        <w:rPr>
          <w:rFonts w:ascii="Arial" w:hAnsi="Arial" w:cs="Arial"/>
          <w:sz w:val="24"/>
          <w:szCs w:val="24"/>
        </w:rPr>
        <w:t xml:space="preserve"> </w:t>
      </w:r>
      <w:proofErr w:type="spellStart"/>
      <w:r w:rsidRPr="007653B3">
        <w:rPr>
          <w:rFonts w:ascii="Arial" w:hAnsi="Arial" w:cs="Arial"/>
          <w:sz w:val="24"/>
          <w:szCs w:val="24"/>
        </w:rPr>
        <w:t>previos</w:t>
      </w:r>
      <w:proofErr w:type="spellEnd"/>
      <w:r w:rsidRPr="007653B3">
        <w:rPr>
          <w:rFonts w:ascii="Arial" w:hAnsi="Arial" w:cs="Arial"/>
          <w:sz w:val="24"/>
          <w:szCs w:val="24"/>
        </w:rPr>
        <w:t xml:space="preserve"> a que </w:t>
      </w:r>
      <w:r w:rsidRPr="007653B3">
        <w:rPr>
          <w:rFonts w:ascii="Arial" w:hAnsi="Arial" w:cs="Arial"/>
          <w:spacing w:val="3"/>
          <w:sz w:val="24"/>
          <w:szCs w:val="24"/>
        </w:rPr>
        <w:t xml:space="preserve">se </w:t>
      </w:r>
      <w:proofErr w:type="spellStart"/>
      <w:r w:rsidRPr="007653B3">
        <w:rPr>
          <w:rFonts w:ascii="Arial" w:hAnsi="Arial" w:cs="Arial"/>
          <w:sz w:val="24"/>
          <w:szCs w:val="24"/>
        </w:rPr>
        <w:t>genere</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DEC, </w:t>
      </w:r>
      <w:proofErr w:type="spellStart"/>
      <w:r w:rsidRPr="007653B3">
        <w:rPr>
          <w:rFonts w:ascii="Arial" w:hAnsi="Arial" w:cs="Arial"/>
          <w:spacing w:val="5"/>
          <w:sz w:val="24"/>
          <w:szCs w:val="24"/>
        </w:rPr>
        <w:t>pueden</w:t>
      </w:r>
      <w:proofErr w:type="spellEnd"/>
      <w:r w:rsidRPr="007653B3">
        <w:rPr>
          <w:rFonts w:ascii="Arial" w:hAnsi="Arial" w:cs="Arial"/>
          <w:spacing w:val="-35"/>
          <w:sz w:val="24"/>
          <w:szCs w:val="24"/>
        </w:rPr>
        <w:t xml:space="preserve"> </w:t>
      </w:r>
      <w:r w:rsidRPr="007653B3">
        <w:rPr>
          <w:rFonts w:ascii="Arial" w:hAnsi="Arial" w:cs="Arial"/>
          <w:spacing w:val="5"/>
          <w:sz w:val="24"/>
          <w:szCs w:val="24"/>
        </w:rPr>
        <w:t xml:space="preserve">ser </w:t>
      </w:r>
      <w:proofErr w:type="spellStart"/>
      <w:r w:rsidRPr="007653B3">
        <w:rPr>
          <w:rFonts w:ascii="Arial" w:hAnsi="Arial" w:cs="Arial"/>
          <w:spacing w:val="2"/>
          <w:sz w:val="24"/>
          <w:szCs w:val="24"/>
        </w:rPr>
        <w:t>visualizados</w:t>
      </w:r>
      <w:proofErr w:type="spellEnd"/>
      <w:r w:rsidRPr="007653B3">
        <w:rPr>
          <w:rFonts w:ascii="Arial" w:hAnsi="Arial" w:cs="Arial"/>
          <w:spacing w:val="2"/>
          <w:sz w:val="24"/>
          <w:szCs w:val="24"/>
        </w:rPr>
        <w:t xml:space="preserve"> </w:t>
      </w:r>
      <w:proofErr w:type="spellStart"/>
      <w:r w:rsidRPr="007653B3">
        <w:rPr>
          <w:rFonts w:ascii="Arial" w:hAnsi="Arial" w:cs="Arial"/>
          <w:spacing w:val="4"/>
          <w:sz w:val="24"/>
          <w:szCs w:val="24"/>
        </w:rPr>
        <w:t>como</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tensión</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ansiedad</w:t>
      </w:r>
      <w:proofErr w:type="spellEnd"/>
      <w:r w:rsidRPr="007653B3">
        <w:rPr>
          <w:rFonts w:ascii="Arial" w:hAnsi="Arial" w:cs="Arial"/>
          <w:spacing w:val="2"/>
          <w:sz w:val="24"/>
          <w:szCs w:val="24"/>
        </w:rPr>
        <w:t xml:space="preserve">, </w:t>
      </w:r>
      <w:proofErr w:type="spellStart"/>
      <w:r w:rsidRPr="007653B3">
        <w:rPr>
          <w:rFonts w:ascii="Arial" w:hAnsi="Arial" w:cs="Arial"/>
          <w:spacing w:val="2"/>
          <w:sz w:val="24"/>
          <w:szCs w:val="24"/>
        </w:rPr>
        <w:t>temor</w:t>
      </w:r>
      <w:proofErr w:type="spellEnd"/>
      <w:r w:rsidRPr="007653B3">
        <w:rPr>
          <w:rFonts w:ascii="Arial" w:hAnsi="Arial" w:cs="Arial"/>
          <w:spacing w:val="2"/>
          <w:sz w:val="24"/>
          <w:szCs w:val="24"/>
        </w:rPr>
        <w:t xml:space="preserve">, </w:t>
      </w:r>
      <w:proofErr w:type="spellStart"/>
      <w:r w:rsidRPr="007653B3">
        <w:rPr>
          <w:rFonts w:ascii="Arial" w:hAnsi="Arial" w:cs="Arial"/>
          <w:spacing w:val="-3"/>
          <w:sz w:val="24"/>
          <w:szCs w:val="24"/>
        </w:rPr>
        <w:t>ira</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frustración</w:t>
      </w:r>
      <w:proofErr w:type="spellEnd"/>
      <w:r w:rsidRPr="007653B3">
        <w:rPr>
          <w:rFonts w:ascii="Arial" w:hAnsi="Arial" w:cs="Arial"/>
          <w:sz w:val="24"/>
          <w:szCs w:val="24"/>
        </w:rPr>
        <w:t xml:space="preserve">, </w:t>
      </w:r>
      <w:proofErr w:type="spellStart"/>
      <w:r w:rsidRPr="007653B3">
        <w:rPr>
          <w:rFonts w:ascii="Arial" w:hAnsi="Arial" w:cs="Arial"/>
          <w:sz w:val="24"/>
          <w:szCs w:val="24"/>
        </w:rPr>
        <w:t>agitación</w:t>
      </w:r>
      <w:proofErr w:type="spellEnd"/>
      <w:r w:rsidRPr="007653B3">
        <w:rPr>
          <w:rFonts w:ascii="Arial" w:hAnsi="Arial" w:cs="Arial"/>
          <w:sz w:val="24"/>
          <w:szCs w:val="24"/>
        </w:rPr>
        <w:t xml:space="preserve"> </w:t>
      </w:r>
      <w:proofErr w:type="spellStart"/>
      <w:r w:rsidRPr="007653B3">
        <w:rPr>
          <w:rFonts w:ascii="Arial" w:hAnsi="Arial" w:cs="Arial"/>
          <w:sz w:val="24"/>
          <w:szCs w:val="24"/>
        </w:rPr>
        <w:t>motriz</w:t>
      </w:r>
      <w:proofErr w:type="spellEnd"/>
      <w:r w:rsidRPr="007653B3">
        <w:rPr>
          <w:rFonts w:ascii="Arial" w:hAnsi="Arial" w:cs="Arial"/>
          <w:sz w:val="24"/>
          <w:szCs w:val="24"/>
        </w:rPr>
        <w:t xml:space="preserve">, </w:t>
      </w:r>
      <w:proofErr w:type="spellStart"/>
      <w:r w:rsidRPr="007653B3">
        <w:rPr>
          <w:rFonts w:ascii="Arial" w:hAnsi="Arial" w:cs="Arial"/>
          <w:sz w:val="24"/>
          <w:szCs w:val="24"/>
        </w:rPr>
        <w:t>aumentos</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2"/>
          <w:sz w:val="24"/>
          <w:szCs w:val="24"/>
        </w:rPr>
        <w:t>estereotipias</w:t>
      </w:r>
      <w:proofErr w:type="spellEnd"/>
      <w:r w:rsidRPr="007653B3">
        <w:rPr>
          <w:rFonts w:ascii="Arial" w:hAnsi="Arial" w:cs="Arial"/>
          <w:spacing w:val="2"/>
          <w:sz w:val="24"/>
          <w:szCs w:val="24"/>
        </w:rPr>
        <w:t xml:space="preserve">, mayor </w:t>
      </w:r>
      <w:proofErr w:type="spellStart"/>
      <w:r w:rsidRPr="007653B3">
        <w:rPr>
          <w:rFonts w:ascii="Arial" w:hAnsi="Arial" w:cs="Arial"/>
          <w:sz w:val="24"/>
          <w:szCs w:val="24"/>
        </w:rPr>
        <w:t>inquietud</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signos</w:t>
      </w:r>
      <w:proofErr w:type="spellEnd"/>
      <w:r w:rsidRPr="007653B3">
        <w:rPr>
          <w:rFonts w:ascii="Arial" w:hAnsi="Arial" w:cs="Arial"/>
          <w:spacing w:val="3"/>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irritabilidad</w:t>
      </w:r>
      <w:proofErr w:type="spellEnd"/>
      <w:r w:rsidRPr="007653B3">
        <w:rPr>
          <w:rFonts w:ascii="Arial" w:hAnsi="Arial" w:cs="Arial"/>
          <w:sz w:val="24"/>
          <w:szCs w:val="24"/>
        </w:rPr>
        <w:t xml:space="preserve">, mayor </w:t>
      </w:r>
      <w:proofErr w:type="spellStart"/>
      <w:r w:rsidRPr="007653B3">
        <w:rPr>
          <w:rFonts w:ascii="Arial" w:hAnsi="Arial" w:cs="Arial"/>
          <w:sz w:val="24"/>
          <w:szCs w:val="24"/>
        </w:rPr>
        <w:t>desatención</w:t>
      </w:r>
      <w:proofErr w:type="spellEnd"/>
      <w:r w:rsidRPr="007653B3">
        <w:rPr>
          <w:rFonts w:ascii="Arial" w:hAnsi="Arial" w:cs="Arial"/>
          <w:sz w:val="24"/>
          <w:szCs w:val="24"/>
        </w:rPr>
        <w:t xml:space="preserve"> que lo habitual, </w:t>
      </w:r>
      <w:r w:rsidRPr="007653B3">
        <w:rPr>
          <w:rFonts w:ascii="Arial" w:hAnsi="Arial" w:cs="Arial"/>
          <w:spacing w:val="3"/>
          <w:sz w:val="24"/>
          <w:szCs w:val="24"/>
        </w:rPr>
        <w:t xml:space="preserve">se </w:t>
      </w:r>
      <w:proofErr w:type="spellStart"/>
      <w:r w:rsidRPr="007653B3">
        <w:rPr>
          <w:rFonts w:ascii="Arial" w:hAnsi="Arial" w:cs="Arial"/>
          <w:sz w:val="24"/>
          <w:szCs w:val="24"/>
        </w:rPr>
        <w:t>aísla</w:t>
      </w:r>
      <w:proofErr w:type="spellEnd"/>
      <w:r w:rsidRPr="007653B3">
        <w:rPr>
          <w:rFonts w:ascii="Arial" w:hAnsi="Arial" w:cs="Arial"/>
          <w:sz w:val="24"/>
          <w:szCs w:val="24"/>
        </w:rPr>
        <w:t xml:space="preserve"> o </w:t>
      </w:r>
      <w:r w:rsidRPr="007653B3">
        <w:rPr>
          <w:rFonts w:ascii="Arial" w:hAnsi="Arial" w:cs="Arial"/>
          <w:spacing w:val="3"/>
          <w:sz w:val="24"/>
          <w:szCs w:val="24"/>
        </w:rPr>
        <w:t xml:space="preserve">se </w:t>
      </w:r>
      <w:proofErr w:type="spellStart"/>
      <w:r w:rsidRPr="007653B3">
        <w:rPr>
          <w:rFonts w:ascii="Arial" w:hAnsi="Arial" w:cs="Arial"/>
          <w:sz w:val="24"/>
          <w:szCs w:val="24"/>
        </w:rPr>
        <w:t>retrae</w:t>
      </w:r>
      <w:proofErr w:type="spellEnd"/>
      <w:r w:rsidRPr="007653B3">
        <w:rPr>
          <w:rFonts w:ascii="Arial" w:hAnsi="Arial" w:cs="Arial"/>
          <w:sz w:val="24"/>
          <w:szCs w:val="24"/>
        </w:rPr>
        <w:t xml:space="preserve">, </w:t>
      </w:r>
      <w:r w:rsidRPr="007653B3">
        <w:rPr>
          <w:rFonts w:ascii="Arial" w:hAnsi="Arial" w:cs="Arial"/>
          <w:spacing w:val="2"/>
          <w:sz w:val="24"/>
          <w:szCs w:val="24"/>
        </w:rPr>
        <w:t xml:space="preserve">cambia </w:t>
      </w:r>
      <w:proofErr w:type="spellStart"/>
      <w:r w:rsidRPr="007653B3">
        <w:rPr>
          <w:rFonts w:ascii="Arial" w:hAnsi="Arial" w:cs="Arial"/>
          <w:spacing w:val="3"/>
          <w:sz w:val="24"/>
          <w:szCs w:val="24"/>
        </w:rPr>
        <w:t>su</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lenguaje</w:t>
      </w:r>
      <w:proofErr w:type="spellEnd"/>
      <w:r w:rsidRPr="007653B3">
        <w:rPr>
          <w:rFonts w:ascii="Arial" w:hAnsi="Arial" w:cs="Arial"/>
          <w:spacing w:val="15"/>
          <w:sz w:val="24"/>
          <w:szCs w:val="24"/>
        </w:rPr>
        <w:t xml:space="preserve"> </w:t>
      </w:r>
      <w:r w:rsidRPr="007653B3">
        <w:rPr>
          <w:rFonts w:ascii="Arial" w:hAnsi="Arial" w:cs="Arial"/>
          <w:spacing w:val="2"/>
          <w:sz w:val="24"/>
          <w:szCs w:val="24"/>
        </w:rPr>
        <w:t>corporal.</w:t>
      </w:r>
    </w:p>
    <w:p w14:paraId="4C26EEBA" w14:textId="77777777" w:rsidR="00893C50" w:rsidRPr="00901BC0" w:rsidRDefault="00893C50" w:rsidP="00893C50">
      <w:pPr>
        <w:pStyle w:val="Textoindependiente"/>
        <w:spacing w:before="1" w:line="360" w:lineRule="auto"/>
        <w:ind w:right="49"/>
        <w:jc w:val="both"/>
        <w:rPr>
          <w:rFonts w:ascii="Arial" w:hAnsi="Arial" w:cs="Arial"/>
        </w:rPr>
      </w:pPr>
    </w:p>
    <w:p w14:paraId="0CA14538"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Evitar</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cambios</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repentinos</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entorno</w:t>
      </w:r>
      <w:proofErr w:type="spellEnd"/>
      <w:r w:rsidRPr="007653B3">
        <w:rPr>
          <w:rFonts w:ascii="Arial" w:hAnsi="Arial" w:cs="Arial"/>
          <w:sz w:val="24"/>
          <w:szCs w:val="24"/>
        </w:rPr>
        <w:t xml:space="preserve"> </w:t>
      </w:r>
      <w:r w:rsidRPr="007653B3">
        <w:rPr>
          <w:rFonts w:ascii="Arial" w:hAnsi="Arial" w:cs="Arial"/>
          <w:spacing w:val="4"/>
          <w:sz w:val="24"/>
          <w:szCs w:val="24"/>
        </w:rPr>
        <w:t xml:space="preserve">escolar </w:t>
      </w:r>
      <w:r w:rsidRPr="007653B3">
        <w:rPr>
          <w:rFonts w:ascii="Arial" w:hAnsi="Arial" w:cs="Arial"/>
          <w:sz w:val="24"/>
          <w:szCs w:val="24"/>
        </w:rPr>
        <w:t xml:space="preserve">o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r w:rsidRPr="007653B3">
        <w:rPr>
          <w:rFonts w:ascii="Arial" w:hAnsi="Arial" w:cs="Arial"/>
          <w:sz w:val="24"/>
          <w:szCs w:val="24"/>
        </w:rPr>
        <w:t>la</w:t>
      </w:r>
      <w:r w:rsidRPr="007653B3">
        <w:rPr>
          <w:rFonts w:ascii="Arial" w:hAnsi="Arial" w:cs="Arial"/>
          <w:spacing w:val="35"/>
          <w:sz w:val="24"/>
          <w:szCs w:val="24"/>
        </w:rPr>
        <w:t xml:space="preserve"> </w:t>
      </w:r>
      <w:proofErr w:type="spellStart"/>
      <w:r w:rsidRPr="007653B3">
        <w:rPr>
          <w:rFonts w:ascii="Arial" w:hAnsi="Arial" w:cs="Arial"/>
          <w:spacing w:val="-3"/>
          <w:sz w:val="24"/>
          <w:szCs w:val="24"/>
        </w:rPr>
        <w:t>rutina</w:t>
      </w:r>
      <w:proofErr w:type="spellEnd"/>
      <w:r w:rsidRPr="007653B3">
        <w:rPr>
          <w:rFonts w:ascii="Arial" w:hAnsi="Arial" w:cs="Arial"/>
          <w:spacing w:val="-3"/>
          <w:sz w:val="24"/>
          <w:szCs w:val="24"/>
        </w:rPr>
        <w:t>.</w:t>
      </w:r>
    </w:p>
    <w:p w14:paraId="21E91B2F" w14:textId="77777777" w:rsidR="00893C50" w:rsidRPr="00901BC0" w:rsidRDefault="00893C50" w:rsidP="00893C50">
      <w:pPr>
        <w:pStyle w:val="Textoindependiente"/>
        <w:spacing w:before="4" w:line="360" w:lineRule="auto"/>
        <w:ind w:right="49"/>
        <w:jc w:val="both"/>
        <w:rPr>
          <w:rFonts w:ascii="Arial" w:hAnsi="Arial" w:cs="Arial"/>
        </w:rPr>
      </w:pPr>
    </w:p>
    <w:p w14:paraId="06C4A981"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Reducir</w:t>
      </w:r>
      <w:proofErr w:type="spellEnd"/>
      <w:r w:rsidRPr="007653B3">
        <w:rPr>
          <w:rFonts w:ascii="Arial" w:hAnsi="Arial" w:cs="Arial"/>
          <w:sz w:val="24"/>
          <w:szCs w:val="24"/>
        </w:rPr>
        <w:t xml:space="preserve"> </w:t>
      </w:r>
      <w:proofErr w:type="spellStart"/>
      <w:r w:rsidRPr="007653B3">
        <w:rPr>
          <w:rFonts w:ascii="Arial" w:hAnsi="Arial" w:cs="Arial"/>
          <w:sz w:val="24"/>
          <w:szCs w:val="24"/>
        </w:rPr>
        <w:t>incertidumbre</w:t>
      </w:r>
      <w:proofErr w:type="spellEnd"/>
      <w:r w:rsidRPr="007653B3">
        <w:rPr>
          <w:rFonts w:ascii="Arial" w:hAnsi="Arial" w:cs="Arial"/>
          <w:sz w:val="24"/>
          <w:szCs w:val="24"/>
        </w:rPr>
        <w:t xml:space="preserve"> </w:t>
      </w:r>
      <w:proofErr w:type="spellStart"/>
      <w:r w:rsidRPr="007653B3">
        <w:rPr>
          <w:rFonts w:ascii="Arial" w:hAnsi="Arial" w:cs="Arial"/>
          <w:sz w:val="24"/>
          <w:szCs w:val="24"/>
        </w:rPr>
        <w:t>anticipando</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actividad</w:t>
      </w:r>
      <w:proofErr w:type="spellEnd"/>
      <w:r w:rsidRPr="007653B3">
        <w:rPr>
          <w:rFonts w:ascii="Arial" w:hAnsi="Arial" w:cs="Arial"/>
          <w:sz w:val="24"/>
          <w:szCs w:val="24"/>
        </w:rPr>
        <w:t xml:space="preserve"> y lo que </w:t>
      </w:r>
      <w:r w:rsidRPr="007653B3">
        <w:rPr>
          <w:rFonts w:ascii="Arial" w:hAnsi="Arial" w:cs="Arial"/>
          <w:spacing w:val="3"/>
          <w:sz w:val="24"/>
          <w:szCs w:val="24"/>
        </w:rPr>
        <w:t xml:space="preserve">se </w:t>
      </w:r>
      <w:proofErr w:type="spellStart"/>
      <w:r w:rsidRPr="007653B3">
        <w:rPr>
          <w:rFonts w:ascii="Arial" w:hAnsi="Arial" w:cs="Arial"/>
          <w:spacing w:val="5"/>
          <w:sz w:val="24"/>
          <w:szCs w:val="24"/>
        </w:rPr>
        <w:t>espera</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que </w:t>
      </w:r>
      <w:proofErr w:type="spellStart"/>
      <w:r w:rsidRPr="007653B3">
        <w:rPr>
          <w:rFonts w:ascii="Arial" w:hAnsi="Arial" w:cs="Arial"/>
          <w:spacing w:val="2"/>
          <w:sz w:val="24"/>
          <w:szCs w:val="24"/>
        </w:rPr>
        <w:t>logren</w:t>
      </w:r>
      <w:proofErr w:type="spellEnd"/>
      <w:r w:rsidRPr="007653B3">
        <w:rPr>
          <w:rFonts w:ascii="Arial" w:hAnsi="Arial" w:cs="Arial"/>
          <w:spacing w:val="2"/>
          <w:sz w:val="24"/>
          <w:szCs w:val="24"/>
        </w:rPr>
        <w:t xml:space="preserve">. </w:t>
      </w:r>
      <w:proofErr w:type="spellStart"/>
      <w:r w:rsidRPr="007653B3">
        <w:rPr>
          <w:rFonts w:ascii="Arial" w:hAnsi="Arial" w:cs="Arial"/>
          <w:spacing w:val="-4"/>
          <w:sz w:val="24"/>
          <w:szCs w:val="24"/>
        </w:rPr>
        <w:t>Informar</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a </w:t>
      </w:r>
      <w:proofErr w:type="spellStart"/>
      <w:r w:rsidRPr="007653B3">
        <w:rPr>
          <w:rFonts w:ascii="Arial" w:hAnsi="Arial" w:cs="Arial"/>
          <w:sz w:val="24"/>
          <w:szCs w:val="24"/>
        </w:rPr>
        <w:t>estudiantes</w:t>
      </w:r>
      <w:proofErr w:type="spellEnd"/>
      <w:r w:rsidRPr="007653B3">
        <w:rPr>
          <w:rFonts w:ascii="Arial" w:hAnsi="Arial" w:cs="Arial"/>
          <w:sz w:val="24"/>
          <w:szCs w:val="24"/>
        </w:rPr>
        <w:t xml:space="preserve"> </w:t>
      </w:r>
      <w:proofErr w:type="spellStart"/>
      <w:r w:rsidRPr="007653B3">
        <w:rPr>
          <w:rFonts w:ascii="Arial" w:hAnsi="Arial" w:cs="Arial"/>
          <w:sz w:val="24"/>
          <w:szCs w:val="24"/>
        </w:rPr>
        <w:t>previamente</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si</w:t>
      </w:r>
      <w:proofErr w:type="spellEnd"/>
      <w:r w:rsidRPr="007653B3">
        <w:rPr>
          <w:rFonts w:ascii="Arial" w:hAnsi="Arial" w:cs="Arial"/>
          <w:spacing w:val="3"/>
          <w:sz w:val="24"/>
          <w:szCs w:val="24"/>
        </w:rPr>
        <w:t xml:space="preserve"> </w:t>
      </w:r>
      <w:r w:rsidRPr="007653B3">
        <w:rPr>
          <w:rFonts w:ascii="Arial" w:hAnsi="Arial" w:cs="Arial"/>
          <w:spacing w:val="5"/>
          <w:sz w:val="24"/>
          <w:szCs w:val="24"/>
        </w:rPr>
        <w:t xml:space="preserve">es </w:t>
      </w:r>
      <w:r w:rsidRPr="007653B3">
        <w:rPr>
          <w:rFonts w:ascii="Arial" w:hAnsi="Arial" w:cs="Arial"/>
          <w:sz w:val="24"/>
          <w:szCs w:val="24"/>
        </w:rPr>
        <w:t xml:space="preserve">que </w:t>
      </w:r>
      <w:proofErr w:type="spellStart"/>
      <w:r w:rsidRPr="007653B3">
        <w:rPr>
          <w:rFonts w:ascii="Arial" w:hAnsi="Arial" w:cs="Arial"/>
          <w:sz w:val="24"/>
          <w:szCs w:val="24"/>
        </w:rPr>
        <w:t>tendrán</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w:t>
      </w:r>
      <w:proofErr w:type="spellStart"/>
      <w:r w:rsidRPr="007653B3">
        <w:rPr>
          <w:rFonts w:ascii="Arial" w:hAnsi="Arial" w:cs="Arial"/>
          <w:spacing w:val="2"/>
          <w:sz w:val="24"/>
          <w:szCs w:val="24"/>
        </w:rPr>
        <w:t>adecuación</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curricular </w:t>
      </w:r>
      <w:r w:rsidRPr="007653B3">
        <w:rPr>
          <w:rFonts w:ascii="Arial" w:hAnsi="Arial" w:cs="Arial"/>
          <w:spacing w:val="5"/>
          <w:sz w:val="24"/>
          <w:szCs w:val="24"/>
        </w:rPr>
        <w:t xml:space="preserve">de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actividad</w:t>
      </w:r>
      <w:proofErr w:type="spellEnd"/>
      <w:r w:rsidRPr="007653B3">
        <w:rPr>
          <w:rFonts w:ascii="Arial" w:hAnsi="Arial" w:cs="Arial"/>
          <w:sz w:val="24"/>
          <w:szCs w:val="24"/>
        </w:rPr>
        <w:t xml:space="preserve"> y </w:t>
      </w:r>
      <w:proofErr w:type="spellStart"/>
      <w:r w:rsidRPr="007653B3">
        <w:rPr>
          <w:rFonts w:ascii="Arial" w:hAnsi="Arial" w:cs="Arial"/>
          <w:sz w:val="24"/>
          <w:szCs w:val="24"/>
        </w:rPr>
        <w:t>anticipar</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los</w:t>
      </w:r>
      <w:proofErr w:type="spellEnd"/>
      <w:r w:rsidRPr="007653B3">
        <w:rPr>
          <w:rFonts w:ascii="Arial" w:hAnsi="Arial" w:cs="Arial"/>
          <w:spacing w:val="3"/>
          <w:sz w:val="24"/>
          <w:szCs w:val="24"/>
        </w:rPr>
        <w:t xml:space="preserve"> </w:t>
      </w:r>
      <w:proofErr w:type="spellStart"/>
      <w:r w:rsidRPr="007653B3">
        <w:rPr>
          <w:rFonts w:ascii="Arial" w:hAnsi="Arial" w:cs="Arial"/>
          <w:spacing w:val="3"/>
          <w:sz w:val="24"/>
          <w:szCs w:val="24"/>
        </w:rPr>
        <w:t>cambios</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que </w:t>
      </w:r>
      <w:r w:rsidRPr="007653B3">
        <w:rPr>
          <w:rFonts w:ascii="Arial" w:hAnsi="Arial" w:cs="Arial"/>
          <w:spacing w:val="3"/>
          <w:sz w:val="24"/>
          <w:szCs w:val="24"/>
        </w:rPr>
        <w:t xml:space="preserve">se </w:t>
      </w:r>
      <w:proofErr w:type="spellStart"/>
      <w:r w:rsidRPr="007653B3">
        <w:rPr>
          <w:rFonts w:ascii="Arial" w:hAnsi="Arial" w:cs="Arial"/>
          <w:sz w:val="24"/>
          <w:szCs w:val="24"/>
        </w:rPr>
        <w:t>vayan</w:t>
      </w:r>
      <w:proofErr w:type="spellEnd"/>
      <w:r w:rsidRPr="007653B3">
        <w:rPr>
          <w:rFonts w:ascii="Arial" w:hAnsi="Arial" w:cs="Arial"/>
          <w:sz w:val="24"/>
          <w:szCs w:val="24"/>
        </w:rPr>
        <w:t xml:space="preserve"> a</w:t>
      </w:r>
      <w:r w:rsidRPr="007653B3">
        <w:rPr>
          <w:rFonts w:ascii="Arial" w:hAnsi="Arial" w:cs="Arial"/>
          <w:spacing w:val="-1"/>
          <w:sz w:val="24"/>
          <w:szCs w:val="24"/>
        </w:rPr>
        <w:t xml:space="preserve"> </w:t>
      </w:r>
      <w:proofErr w:type="spellStart"/>
      <w:r w:rsidRPr="007653B3">
        <w:rPr>
          <w:rFonts w:ascii="Arial" w:hAnsi="Arial" w:cs="Arial"/>
          <w:sz w:val="24"/>
          <w:szCs w:val="24"/>
        </w:rPr>
        <w:t>realizar</w:t>
      </w:r>
      <w:proofErr w:type="spellEnd"/>
      <w:r w:rsidRPr="007653B3">
        <w:rPr>
          <w:rFonts w:ascii="Arial" w:hAnsi="Arial" w:cs="Arial"/>
          <w:sz w:val="24"/>
          <w:szCs w:val="24"/>
        </w:rPr>
        <w:t>.</w:t>
      </w:r>
    </w:p>
    <w:p w14:paraId="41A75BA8" w14:textId="77777777" w:rsidR="00893C50" w:rsidRPr="00901BC0" w:rsidRDefault="00893C50" w:rsidP="00893C50">
      <w:pPr>
        <w:pStyle w:val="Textoindependiente"/>
        <w:spacing w:before="6" w:line="360" w:lineRule="auto"/>
        <w:ind w:right="49"/>
        <w:jc w:val="both"/>
        <w:rPr>
          <w:rFonts w:ascii="Arial" w:hAnsi="Arial" w:cs="Arial"/>
        </w:rPr>
      </w:pPr>
    </w:p>
    <w:p w14:paraId="4C7412CC"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r w:rsidRPr="007653B3">
        <w:rPr>
          <w:rFonts w:ascii="Arial" w:hAnsi="Arial" w:cs="Arial"/>
          <w:spacing w:val="-5"/>
          <w:sz w:val="24"/>
          <w:szCs w:val="24"/>
        </w:rPr>
        <w:t xml:space="preserve">Dar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tiempo</w:t>
      </w:r>
      <w:proofErr w:type="spellEnd"/>
      <w:r w:rsidRPr="007653B3">
        <w:rPr>
          <w:rFonts w:ascii="Arial" w:hAnsi="Arial" w:cs="Arial"/>
          <w:sz w:val="24"/>
          <w:szCs w:val="24"/>
        </w:rPr>
        <w:t xml:space="preserve"> </w:t>
      </w:r>
      <w:proofErr w:type="spellStart"/>
      <w:r w:rsidRPr="007653B3">
        <w:rPr>
          <w:rFonts w:ascii="Arial" w:hAnsi="Arial" w:cs="Arial"/>
          <w:sz w:val="24"/>
          <w:szCs w:val="24"/>
        </w:rPr>
        <w:t>necesario</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al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para </w:t>
      </w:r>
      <w:proofErr w:type="spellStart"/>
      <w:r w:rsidRPr="007653B3">
        <w:rPr>
          <w:rFonts w:ascii="Arial" w:hAnsi="Arial" w:cs="Arial"/>
          <w:sz w:val="24"/>
          <w:szCs w:val="24"/>
        </w:rPr>
        <w:t>flexibilizar</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ante </w:t>
      </w:r>
      <w:r w:rsidRPr="007653B3">
        <w:rPr>
          <w:rFonts w:ascii="Arial" w:hAnsi="Arial" w:cs="Arial"/>
          <w:spacing w:val="-3"/>
          <w:sz w:val="24"/>
          <w:szCs w:val="24"/>
        </w:rPr>
        <w:t xml:space="preserve">un </w:t>
      </w:r>
      <w:proofErr w:type="spellStart"/>
      <w:r w:rsidRPr="007653B3">
        <w:rPr>
          <w:rFonts w:ascii="Arial" w:hAnsi="Arial" w:cs="Arial"/>
          <w:spacing w:val="3"/>
          <w:sz w:val="24"/>
          <w:szCs w:val="24"/>
        </w:rPr>
        <w:t>cambio</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aunque</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se </w:t>
      </w:r>
      <w:proofErr w:type="spellStart"/>
      <w:r w:rsidRPr="007653B3">
        <w:rPr>
          <w:rFonts w:ascii="Arial" w:hAnsi="Arial" w:cs="Arial"/>
          <w:sz w:val="24"/>
          <w:szCs w:val="24"/>
        </w:rPr>
        <w:t>haya</w:t>
      </w:r>
      <w:proofErr w:type="spellEnd"/>
      <w:r w:rsidRPr="007653B3">
        <w:rPr>
          <w:rFonts w:ascii="Arial" w:hAnsi="Arial" w:cs="Arial"/>
          <w:sz w:val="24"/>
          <w:szCs w:val="24"/>
        </w:rPr>
        <w:t xml:space="preserve"> </w:t>
      </w:r>
      <w:proofErr w:type="spellStart"/>
      <w:r w:rsidRPr="007653B3">
        <w:rPr>
          <w:rFonts w:ascii="Arial" w:hAnsi="Arial" w:cs="Arial"/>
          <w:sz w:val="24"/>
          <w:szCs w:val="24"/>
        </w:rPr>
        <w:t>anticipado</w:t>
      </w:r>
      <w:proofErr w:type="spellEnd"/>
      <w:r w:rsidRPr="007653B3">
        <w:rPr>
          <w:rFonts w:ascii="Arial" w:hAnsi="Arial" w:cs="Arial"/>
          <w:sz w:val="24"/>
          <w:szCs w:val="24"/>
        </w:rPr>
        <w:t xml:space="preserve"> </w:t>
      </w:r>
      <w:proofErr w:type="spellStart"/>
      <w:r w:rsidRPr="007653B3">
        <w:rPr>
          <w:rFonts w:ascii="Arial" w:hAnsi="Arial" w:cs="Arial"/>
          <w:sz w:val="24"/>
          <w:szCs w:val="24"/>
        </w:rPr>
        <w:t>previamente</w:t>
      </w:r>
      <w:proofErr w:type="spellEnd"/>
      <w:r w:rsidRPr="007653B3">
        <w:rPr>
          <w:rFonts w:ascii="Arial" w:hAnsi="Arial" w:cs="Arial"/>
          <w:sz w:val="24"/>
          <w:szCs w:val="24"/>
        </w:rPr>
        <w:t>.</w:t>
      </w:r>
    </w:p>
    <w:p w14:paraId="1C0202FD" w14:textId="77777777" w:rsidR="00893C50" w:rsidRPr="00901BC0" w:rsidRDefault="00893C50" w:rsidP="00893C50">
      <w:pPr>
        <w:pStyle w:val="Textoindependiente"/>
        <w:spacing w:before="6" w:line="360" w:lineRule="auto"/>
        <w:ind w:right="49"/>
        <w:jc w:val="both"/>
        <w:rPr>
          <w:rFonts w:ascii="Arial" w:hAnsi="Arial" w:cs="Arial"/>
        </w:rPr>
      </w:pPr>
    </w:p>
    <w:p w14:paraId="14396673"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r w:rsidRPr="007653B3">
        <w:rPr>
          <w:rFonts w:ascii="Arial" w:hAnsi="Arial" w:cs="Arial"/>
          <w:sz w:val="24"/>
          <w:szCs w:val="24"/>
        </w:rPr>
        <w:t xml:space="preserve">Estar </w:t>
      </w:r>
      <w:proofErr w:type="spellStart"/>
      <w:r w:rsidRPr="007653B3">
        <w:rPr>
          <w:rFonts w:ascii="Arial" w:hAnsi="Arial" w:cs="Arial"/>
          <w:sz w:val="24"/>
          <w:szCs w:val="24"/>
        </w:rPr>
        <w:t>atentos</w:t>
      </w:r>
      <w:proofErr w:type="spellEnd"/>
      <w:r w:rsidRPr="007653B3">
        <w:rPr>
          <w:rFonts w:ascii="Arial" w:hAnsi="Arial" w:cs="Arial"/>
          <w:sz w:val="24"/>
          <w:szCs w:val="24"/>
        </w:rPr>
        <w:t xml:space="preserve"> a </w:t>
      </w:r>
      <w:proofErr w:type="spellStart"/>
      <w:r w:rsidRPr="007653B3">
        <w:rPr>
          <w:rFonts w:ascii="Arial" w:hAnsi="Arial" w:cs="Arial"/>
          <w:sz w:val="24"/>
          <w:szCs w:val="24"/>
        </w:rPr>
        <w:t>conflictos</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r w:rsidRPr="007653B3">
        <w:rPr>
          <w:rFonts w:ascii="Arial" w:hAnsi="Arial" w:cs="Arial"/>
          <w:spacing w:val="-3"/>
          <w:sz w:val="24"/>
          <w:szCs w:val="24"/>
        </w:rPr>
        <w:t xml:space="preserve">aula </w:t>
      </w:r>
      <w:r w:rsidRPr="007653B3">
        <w:rPr>
          <w:rFonts w:ascii="Arial" w:hAnsi="Arial" w:cs="Arial"/>
          <w:sz w:val="24"/>
          <w:szCs w:val="24"/>
        </w:rPr>
        <w:t xml:space="preserve">que </w:t>
      </w:r>
      <w:proofErr w:type="spellStart"/>
      <w:r w:rsidRPr="007653B3">
        <w:rPr>
          <w:rFonts w:ascii="Arial" w:hAnsi="Arial" w:cs="Arial"/>
          <w:spacing w:val="5"/>
          <w:sz w:val="24"/>
          <w:szCs w:val="24"/>
        </w:rPr>
        <w:t>pueden</w:t>
      </w:r>
      <w:proofErr w:type="spellEnd"/>
      <w:r w:rsidRPr="007653B3">
        <w:rPr>
          <w:rFonts w:ascii="Arial" w:hAnsi="Arial" w:cs="Arial"/>
          <w:spacing w:val="5"/>
          <w:sz w:val="24"/>
          <w:szCs w:val="24"/>
        </w:rPr>
        <w:t xml:space="preserve"> </w:t>
      </w:r>
      <w:proofErr w:type="spellStart"/>
      <w:r w:rsidRPr="007653B3">
        <w:rPr>
          <w:rFonts w:ascii="Arial" w:hAnsi="Arial" w:cs="Arial"/>
          <w:spacing w:val="3"/>
          <w:sz w:val="24"/>
          <w:szCs w:val="24"/>
        </w:rPr>
        <w:t>desencadenar</w:t>
      </w:r>
      <w:proofErr w:type="spellEnd"/>
      <w:r w:rsidRPr="007653B3">
        <w:rPr>
          <w:rFonts w:ascii="Arial" w:hAnsi="Arial" w:cs="Arial"/>
          <w:spacing w:val="3"/>
          <w:sz w:val="24"/>
          <w:szCs w:val="24"/>
        </w:rPr>
        <w:t xml:space="preserve"> </w:t>
      </w:r>
      <w:proofErr w:type="spellStart"/>
      <w:r w:rsidRPr="007653B3">
        <w:rPr>
          <w:rFonts w:ascii="Arial" w:hAnsi="Arial" w:cs="Arial"/>
          <w:spacing w:val="-4"/>
          <w:sz w:val="24"/>
          <w:szCs w:val="24"/>
        </w:rPr>
        <w:t>una</w:t>
      </w:r>
      <w:proofErr w:type="spellEnd"/>
      <w:r w:rsidRPr="007653B3">
        <w:rPr>
          <w:rFonts w:ascii="Arial" w:hAnsi="Arial" w:cs="Arial"/>
          <w:spacing w:val="29"/>
          <w:sz w:val="24"/>
          <w:szCs w:val="24"/>
        </w:rPr>
        <w:t xml:space="preserve"> </w:t>
      </w:r>
      <w:proofErr w:type="spellStart"/>
      <w:r w:rsidRPr="007653B3">
        <w:rPr>
          <w:rFonts w:ascii="Arial" w:hAnsi="Arial" w:cs="Arial"/>
          <w:spacing w:val="3"/>
          <w:sz w:val="24"/>
          <w:szCs w:val="24"/>
        </w:rPr>
        <w:t>desregulación</w:t>
      </w:r>
      <w:proofErr w:type="spellEnd"/>
      <w:r w:rsidRPr="007653B3">
        <w:rPr>
          <w:rFonts w:ascii="Arial" w:hAnsi="Arial" w:cs="Arial"/>
          <w:spacing w:val="3"/>
          <w:sz w:val="24"/>
          <w:szCs w:val="24"/>
        </w:rPr>
        <w:t>.</w:t>
      </w:r>
    </w:p>
    <w:p w14:paraId="791C08A4" w14:textId="77777777" w:rsidR="00893C50" w:rsidRPr="00901BC0" w:rsidRDefault="00893C50" w:rsidP="00893C50">
      <w:pPr>
        <w:pStyle w:val="Textoindependiente"/>
        <w:spacing w:before="1" w:line="360" w:lineRule="auto"/>
        <w:ind w:right="49"/>
        <w:jc w:val="both"/>
        <w:rPr>
          <w:rFonts w:ascii="Arial" w:hAnsi="Arial" w:cs="Arial"/>
        </w:rPr>
      </w:pPr>
    </w:p>
    <w:p w14:paraId="438464A1"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lastRenderedPageBreak/>
        <w:t>Minimizar</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8"/>
          <w:sz w:val="24"/>
          <w:szCs w:val="24"/>
        </w:rPr>
        <w:t xml:space="preserve"> </w:t>
      </w:r>
      <w:proofErr w:type="spellStart"/>
      <w:r w:rsidRPr="007653B3">
        <w:rPr>
          <w:rFonts w:ascii="Arial" w:hAnsi="Arial" w:cs="Arial"/>
          <w:sz w:val="24"/>
          <w:szCs w:val="24"/>
        </w:rPr>
        <w:t>ruido</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ambiental</w:t>
      </w:r>
      <w:proofErr w:type="spellEnd"/>
      <w:r w:rsidRPr="007653B3">
        <w:rPr>
          <w:rFonts w:ascii="Arial" w:hAnsi="Arial" w:cs="Arial"/>
          <w:sz w:val="24"/>
          <w:szCs w:val="24"/>
        </w:rPr>
        <w:t>,</w:t>
      </w:r>
      <w:r w:rsidRPr="007653B3">
        <w:rPr>
          <w:rFonts w:ascii="Arial" w:hAnsi="Arial" w:cs="Arial"/>
          <w:spacing w:val="-4"/>
          <w:sz w:val="24"/>
          <w:szCs w:val="24"/>
        </w:rPr>
        <w:t xml:space="preserve"> </w:t>
      </w:r>
      <w:proofErr w:type="spellStart"/>
      <w:r w:rsidRPr="007653B3">
        <w:rPr>
          <w:rFonts w:ascii="Arial" w:hAnsi="Arial" w:cs="Arial"/>
          <w:spacing w:val="5"/>
          <w:sz w:val="24"/>
          <w:szCs w:val="24"/>
        </w:rPr>
        <w:t>puede</w:t>
      </w:r>
      <w:proofErr w:type="spellEnd"/>
      <w:r w:rsidRPr="007653B3">
        <w:rPr>
          <w:rFonts w:ascii="Arial" w:hAnsi="Arial" w:cs="Arial"/>
          <w:spacing w:val="2"/>
          <w:sz w:val="24"/>
          <w:szCs w:val="24"/>
        </w:rPr>
        <w:t xml:space="preserve"> </w:t>
      </w:r>
      <w:r w:rsidRPr="007653B3">
        <w:rPr>
          <w:rFonts w:ascii="Arial" w:hAnsi="Arial" w:cs="Arial"/>
          <w:spacing w:val="5"/>
          <w:sz w:val="24"/>
          <w:szCs w:val="24"/>
        </w:rPr>
        <w:t>ser</w:t>
      </w:r>
      <w:r w:rsidRPr="007653B3">
        <w:rPr>
          <w:rFonts w:ascii="Arial" w:hAnsi="Arial" w:cs="Arial"/>
          <w:spacing w:val="-15"/>
          <w:sz w:val="24"/>
          <w:szCs w:val="24"/>
        </w:rPr>
        <w:t xml:space="preserve"> </w:t>
      </w:r>
      <w:proofErr w:type="spellStart"/>
      <w:r w:rsidRPr="007653B3">
        <w:rPr>
          <w:rFonts w:ascii="Arial" w:hAnsi="Arial" w:cs="Arial"/>
          <w:sz w:val="24"/>
          <w:szCs w:val="24"/>
        </w:rPr>
        <w:t>disminuyendo</w:t>
      </w:r>
      <w:proofErr w:type="spellEnd"/>
      <w:r w:rsidRPr="007653B3">
        <w:rPr>
          <w:rFonts w:ascii="Arial" w:hAnsi="Arial" w:cs="Arial"/>
          <w:spacing w:val="1"/>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8"/>
          <w:sz w:val="24"/>
          <w:szCs w:val="24"/>
        </w:rPr>
        <w:t xml:space="preserve"> </w:t>
      </w:r>
      <w:proofErr w:type="spellStart"/>
      <w:r w:rsidRPr="007653B3">
        <w:rPr>
          <w:rFonts w:ascii="Arial" w:hAnsi="Arial" w:cs="Arial"/>
          <w:sz w:val="24"/>
          <w:szCs w:val="24"/>
        </w:rPr>
        <w:t>volumen</w:t>
      </w:r>
      <w:proofErr w:type="spellEnd"/>
      <w:r w:rsidRPr="007653B3">
        <w:rPr>
          <w:rFonts w:ascii="Arial" w:hAnsi="Arial" w:cs="Arial"/>
          <w:spacing w:val="-14"/>
          <w:sz w:val="24"/>
          <w:szCs w:val="24"/>
        </w:rPr>
        <w:t xml:space="preserve"> </w:t>
      </w:r>
      <w:r w:rsidRPr="007653B3">
        <w:rPr>
          <w:rFonts w:ascii="Arial" w:hAnsi="Arial" w:cs="Arial"/>
          <w:spacing w:val="5"/>
          <w:sz w:val="24"/>
          <w:szCs w:val="24"/>
        </w:rPr>
        <w:t>de</w:t>
      </w:r>
      <w:r w:rsidRPr="007653B3">
        <w:rPr>
          <w:rFonts w:ascii="Arial" w:hAnsi="Arial" w:cs="Arial"/>
          <w:spacing w:val="-14"/>
          <w:sz w:val="24"/>
          <w:szCs w:val="24"/>
        </w:rPr>
        <w:t xml:space="preserve"> </w:t>
      </w:r>
      <w:r w:rsidRPr="007653B3">
        <w:rPr>
          <w:rFonts w:ascii="Arial" w:hAnsi="Arial" w:cs="Arial"/>
          <w:spacing w:val="2"/>
          <w:sz w:val="24"/>
          <w:szCs w:val="24"/>
        </w:rPr>
        <w:t>televisor</w:t>
      </w:r>
      <w:r w:rsidRPr="007653B3">
        <w:rPr>
          <w:rFonts w:ascii="Arial" w:hAnsi="Arial" w:cs="Arial"/>
          <w:spacing w:val="1"/>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1"/>
          <w:sz w:val="24"/>
          <w:szCs w:val="24"/>
        </w:rPr>
        <w:t xml:space="preserve"> </w:t>
      </w:r>
      <w:proofErr w:type="spellStart"/>
      <w:r w:rsidRPr="007653B3">
        <w:rPr>
          <w:rFonts w:ascii="Arial" w:hAnsi="Arial" w:cs="Arial"/>
          <w:sz w:val="24"/>
          <w:szCs w:val="24"/>
        </w:rPr>
        <w:t>caso</w:t>
      </w:r>
      <w:proofErr w:type="spellEnd"/>
      <w:r w:rsidRPr="007653B3">
        <w:rPr>
          <w:rFonts w:ascii="Arial" w:hAnsi="Arial" w:cs="Arial"/>
          <w:spacing w:val="17"/>
          <w:sz w:val="24"/>
          <w:szCs w:val="24"/>
        </w:rPr>
        <w:t xml:space="preserve"> </w:t>
      </w:r>
      <w:r w:rsidRPr="007653B3">
        <w:rPr>
          <w:rFonts w:ascii="Arial" w:hAnsi="Arial" w:cs="Arial"/>
          <w:sz w:val="24"/>
          <w:szCs w:val="24"/>
        </w:rPr>
        <w:t>d</w:t>
      </w:r>
      <w:r w:rsidRPr="007653B3">
        <w:rPr>
          <w:rFonts w:ascii="Arial" w:hAnsi="Arial" w:cs="Arial"/>
          <w:spacing w:val="-21"/>
          <w:sz w:val="24"/>
          <w:szCs w:val="24"/>
        </w:rPr>
        <w:t>e</w:t>
      </w:r>
      <w:r w:rsidRPr="007653B3">
        <w:rPr>
          <w:rFonts w:ascii="Arial" w:hAnsi="Arial" w:cs="Arial"/>
          <w:spacing w:val="17"/>
          <w:sz w:val="24"/>
          <w:szCs w:val="24"/>
        </w:rPr>
        <w:t xml:space="preserve"> </w:t>
      </w:r>
      <w:proofErr w:type="spellStart"/>
      <w:r w:rsidRPr="007653B3">
        <w:rPr>
          <w:rFonts w:ascii="Arial" w:hAnsi="Arial" w:cs="Arial"/>
          <w:sz w:val="24"/>
          <w:szCs w:val="24"/>
        </w:rPr>
        <w:t>presentar</w:t>
      </w:r>
      <w:proofErr w:type="spellEnd"/>
      <w:r w:rsidRPr="007653B3">
        <w:rPr>
          <w:rFonts w:ascii="Arial" w:hAnsi="Arial" w:cs="Arial"/>
          <w:spacing w:val="1"/>
          <w:sz w:val="24"/>
          <w:szCs w:val="24"/>
        </w:rPr>
        <w:t xml:space="preserve"> </w:t>
      </w:r>
      <w:r w:rsidRPr="007653B3">
        <w:rPr>
          <w:rFonts w:ascii="Arial" w:hAnsi="Arial" w:cs="Arial"/>
          <w:spacing w:val="-3"/>
          <w:sz w:val="24"/>
          <w:szCs w:val="24"/>
        </w:rPr>
        <w:t xml:space="preserve">un </w:t>
      </w:r>
      <w:r w:rsidRPr="007653B3">
        <w:rPr>
          <w:rFonts w:ascii="Arial" w:hAnsi="Arial" w:cs="Arial"/>
          <w:spacing w:val="5"/>
          <w:sz w:val="24"/>
          <w:szCs w:val="24"/>
        </w:rPr>
        <w:t xml:space="preserve">video </w:t>
      </w:r>
      <w:r w:rsidRPr="007653B3">
        <w:rPr>
          <w:rFonts w:ascii="Arial" w:hAnsi="Arial" w:cs="Arial"/>
          <w:sz w:val="24"/>
          <w:szCs w:val="24"/>
        </w:rPr>
        <w:t xml:space="preserve">o </w:t>
      </w:r>
      <w:proofErr w:type="spellStart"/>
      <w:r w:rsidRPr="007653B3">
        <w:rPr>
          <w:rFonts w:ascii="Arial" w:hAnsi="Arial" w:cs="Arial"/>
          <w:sz w:val="24"/>
          <w:szCs w:val="24"/>
        </w:rPr>
        <w:t>solicitando</w:t>
      </w:r>
      <w:proofErr w:type="spellEnd"/>
      <w:r w:rsidRPr="007653B3">
        <w:rPr>
          <w:rFonts w:ascii="Arial" w:hAnsi="Arial" w:cs="Arial"/>
          <w:sz w:val="24"/>
          <w:szCs w:val="24"/>
        </w:rPr>
        <w:t xml:space="preserve"> </w:t>
      </w:r>
      <w:proofErr w:type="gramStart"/>
      <w:r w:rsidRPr="007653B3">
        <w:rPr>
          <w:rFonts w:ascii="Arial" w:hAnsi="Arial" w:cs="Arial"/>
          <w:sz w:val="24"/>
          <w:szCs w:val="24"/>
        </w:rPr>
        <w:t>a</w:t>
      </w:r>
      <w:proofErr w:type="gramEnd"/>
      <w:r w:rsidRPr="007653B3">
        <w:rPr>
          <w:rFonts w:ascii="Arial" w:hAnsi="Arial" w:cs="Arial"/>
          <w:sz w:val="24"/>
          <w:szCs w:val="24"/>
        </w:rPr>
        <w:t xml:space="preserve"> </w:t>
      </w:r>
      <w:proofErr w:type="spellStart"/>
      <w:r w:rsidRPr="007653B3">
        <w:rPr>
          <w:rFonts w:ascii="Arial" w:hAnsi="Arial" w:cs="Arial"/>
          <w:sz w:val="24"/>
          <w:szCs w:val="24"/>
        </w:rPr>
        <w:t>estudiantes</w:t>
      </w:r>
      <w:proofErr w:type="spellEnd"/>
      <w:r w:rsidRPr="007653B3">
        <w:rPr>
          <w:rFonts w:ascii="Arial" w:hAnsi="Arial" w:cs="Arial"/>
          <w:sz w:val="24"/>
          <w:szCs w:val="24"/>
        </w:rPr>
        <w:t xml:space="preserve"> </w:t>
      </w:r>
      <w:proofErr w:type="spellStart"/>
      <w:r w:rsidRPr="007653B3">
        <w:rPr>
          <w:rFonts w:ascii="Arial" w:hAnsi="Arial" w:cs="Arial"/>
          <w:sz w:val="24"/>
          <w:szCs w:val="24"/>
        </w:rPr>
        <w:t>bajar</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pacing w:val="3"/>
          <w:sz w:val="24"/>
          <w:szCs w:val="24"/>
        </w:rPr>
        <w:t>volumen</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o </w:t>
      </w:r>
      <w:proofErr w:type="spellStart"/>
      <w:r w:rsidRPr="007653B3">
        <w:rPr>
          <w:rFonts w:ascii="Arial" w:hAnsi="Arial" w:cs="Arial"/>
          <w:sz w:val="24"/>
          <w:szCs w:val="24"/>
        </w:rPr>
        <w:t>guardar</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silencio</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cuando</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ruido</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social se </w:t>
      </w:r>
      <w:proofErr w:type="spellStart"/>
      <w:r w:rsidRPr="007653B3">
        <w:rPr>
          <w:rFonts w:ascii="Arial" w:hAnsi="Arial" w:cs="Arial"/>
          <w:sz w:val="24"/>
          <w:szCs w:val="24"/>
        </w:rPr>
        <w:t>incremente</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en</w:t>
      </w:r>
      <w:proofErr w:type="spellEnd"/>
      <w:r w:rsidRPr="007653B3">
        <w:rPr>
          <w:rFonts w:ascii="Arial" w:hAnsi="Arial" w:cs="Arial"/>
          <w:spacing w:val="5"/>
          <w:sz w:val="24"/>
          <w:szCs w:val="24"/>
        </w:rPr>
        <w:t xml:space="preserve"> </w:t>
      </w:r>
      <w:r w:rsidRPr="007653B3">
        <w:rPr>
          <w:rFonts w:ascii="Arial" w:hAnsi="Arial" w:cs="Arial"/>
          <w:sz w:val="24"/>
          <w:szCs w:val="24"/>
        </w:rPr>
        <w:t xml:space="preserve">la sala y </w:t>
      </w:r>
      <w:proofErr w:type="spellStart"/>
      <w:r w:rsidRPr="007653B3">
        <w:rPr>
          <w:rFonts w:ascii="Arial" w:hAnsi="Arial" w:cs="Arial"/>
          <w:sz w:val="24"/>
          <w:szCs w:val="24"/>
        </w:rPr>
        <w:t>existan</w:t>
      </w:r>
      <w:proofErr w:type="spellEnd"/>
      <w:r w:rsidRPr="007653B3">
        <w:rPr>
          <w:rFonts w:ascii="Arial" w:hAnsi="Arial" w:cs="Arial"/>
          <w:sz w:val="24"/>
          <w:szCs w:val="24"/>
        </w:rPr>
        <w:t xml:space="preserve"> </w:t>
      </w:r>
      <w:proofErr w:type="spellStart"/>
      <w:r w:rsidRPr="007653B3">
        <w:rPr>
          <w:rFonts w:ascii="Arial" w:hAnsi="Arial" w:cs="Arial"/>
          <w:sz w:val="24"/>
          <w:szCs w:val="24"/>
        </w:rPr>
        <w:t>estudiantes</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con </w:t>
      </w:r>
      <w:proofErr w:type="spellStart"/>
      <w:r w:rsidRPr="007653B3">
        <w:rPr>
          <w:rFonts w:ascii="Arial" w:hAnsi="Arial" w:cs="Arial"/>
          <w:sz w:val="24"/>
          <w:szCs w:val="24"/>
        </w:rPr>
        <w:t>malestar</w:t>
      </w:r>
      <w:proofErr w:type="spellEnd"/>
      <w:r w:rsidRPr="007653B3">
        <w:rPr>
          <w:rFonts w:ascii="Arial" w:hAnsi="Arial" w:cs="Arial"/>
          <w:sz w:val="24"/>
          <w:szCs w:val="24"/>
        </w:rPr>
        <w:t xml:space="preserve"> </w:t>
      </w:r>
      <w:proofErr w:type="gramStart"/>
      <w:r w:rsidRPr="007653B3">
        <w:rPr>
          <w:rFonts w:ascii="Arial" w:hAnsi="Arial" w:cs="Arial"/>
          <w:sz w:val="24"/>
          <w:szCs w:val="24"/>
        </w:rPr>
        <w:t>a</w:t>
      </w:r>
      <w:proofErr w:type="gramEnd"/>
      <w:r w:rsidRPr="007653B3">
        <w:rPr>
          <w:rFonts w:ascii="Arial" w:hAnsi="Arial" w:cs="Arial"/>
          <w:sz w:val="24"/>
          <w:szCs w:val="24"/>
        </w:rPr>
        <w:t xml:space="preserve"> </w:t>
      </w:r>
      <w:r w:rsidRPr="007653B3">
        <w:rPr>
          <w:rFonts w:ascii="Arial" w:hAnsi="Arial" w:cs="Arial"/>
          <w:spacing w:val="5"/>
          <w:sz w:val="24"/>
          <w:szCs w:val="24"/>
        </w:rPr>
        <w:t xml:space="preserve">ese </w:t>
      </w:r>
      <w:proofErr w:type="spellStart"/>
      <w:r w:rsidRPr="007653B3">
        <w:rPr>
          <w:rFonts w:ascii="Arial" w:hAnsi="Arial" w:cs="Arial"/>
          <w:sz w:val="24"/>
          <w:szCs w:val="24"/>
        </w:rPr>
        <w:t>tipo</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ruido</w:t>
      </w:r>
      <w:proofErr w:type="spellEnd"/>
      <w:r w:rsidRPr="007653B3">
        <w:rPr>
          <w:rFonts w:ascii="Arial" w:hAnsi="Arial" w:cs="Arial"/>
          <w:sz w:val="24"/>
          <w:szCs w:val="24"/>
        </w:rPr>
        <w:t xml:space="preserve"> </w:t>
      </w:r>
      <w:r w:rsidRPr="007653B3">
        <w:rPr>
          <w:rFonts w:ascii="Arial" w:hAnsi="Arial" w:cs="Arial"/>
          <w:spacing w:val="2"/>
          <w:sz w:val="24"/>
          <w:szCs w:val="24"/>
        </w:rPr>
        <w:t>(</w:t>
      </w:r>
      <w:proofErr w:type="spellStart"/>
      <w:r w:rsidRPr="007653B3">
        <w:rPr>
          <w:rFonts w:ascii="Arial" w:hAnsi="Arial" w:cs="Arial"/>
          <w:spacing w:val="2"/>
          <w:sz w:val="24"/>
          <w:szCs w:val="24"/>
        </w:rPr>
        <w:t>hiperresponsividad</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auditiva</w:t>
      </w:r>
      <w:proofErr w:type="spellEnd"/>
      <w:r w:rsidRPr="007653B3">
        <w:rPr>
          <w:rFonts w:ascii="Arial" w:hAnsi="Arial" w:cs="Arial"/>
          <w:sz w:val="24"/>
          <w:szCs w:val="24"/>
        </w:rPr>
        <w:t xml:space="preserve">). Si </w:t>
      </w:r>
      <w:r w:rsidRPr="007653B3">
        <w:rPr>
          <w:rFonts w:ascii="Arial" w:hAnsi="Arial" w:cs="Arial"/>
          <w:spacing w:val="5"/>
          <w:sz w:val="24"/>
          <w:szCs w:val="24"/>
        </w:rPr>
        <w:t xml:space="preserve">es </w:t>
      </w:r>
      <w:r w:rsidRPr="007653B3">
        <w:rPr>
          <w:rFonts w:ascii="Arial" w:hAnsi="Arial" w:cs="Arial"/>
          <w:sz w:val="24"/>
          <w:szCs w:val="24"/>
        </w:rPr>
        <w:t xml:space="preserve">que </w:t>
      </w:r>
      <w:proofErr w:type="spellStart"/>
      <w:r w:rsidRPr="007653B3">
        <w:rPr>
          <w:rFonts w:ascii="Arial" w:hAnsi="Arial" w:cs="Arial"/>
          <w:sz w:val="24"/>
          <w:szCs w:val="24"/>
        </w:rPr>
        <w:t>esto</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no </w:t>
      </w:r>
      <w:r w:rsidRPr="007653B3">
        <w:rPr>
          <w:rFonts w:ascii="Arial" w:hAnsi="Arial" w:cs="Arial"/>
          <w:spacing w:val="5"/>
          <w:sz w:val="24"/>
          <w:szCs w:val="24"/>
        </w:rPr>
        <w:t xml:space="preserve">es </w:t>
      </w:r>
      <w:proofErr w:type="spellStart"/>
      <w:r w:rsidRPr="007653B3">
        <w:rPr>
          <w:rFonts w:ascii="Arial" w:hAnsi="Arial" w:cs="Arial"/>
          <w:spacing w:val="5"/>
          <w:sz w:val="24"/>
          <w:szCs w:val="24"/>
        </w:rPr>
        <w:t>posible</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permitir</w:t>
      </w:r>
      <w:proofErr w:type="spellEnd"/>
      <w:r w:rsidRPr="007653B3">
        <w:rPr>
          <w:rFonts w:ascii="Arial" w:hAnsi="Arial" w:cs="Arial"/>
          <w:sz w:val="24"/>
          <w:szCs w:val="24"/>
        </w:rPr>
        <w:t xml:space="preserve"> y </w:t>
      </w:r>
      <w:proofErr w:type="spellStart"/>
      <w:r w:rsidRPr="007653B3">
        <w:rPr>
          <w:rFonts w:ascii="Arial" w:hAnsi="Arial" w:cs="Arial"/>
          <w:spacing w:val="2"/>
          <w:sz w:val="24"/>
          <w:szCs w:val="24"/>
        </w:rPr>
        <w:t>recordar</w:t>
      </w:r>
      <w:proofErr w:type="spellEnd"/>
      <w:r w:rsidRPr="007653B3">
        <w:rPr>
          <w:rFonts w:ascii="Arial" w:hAnsi="Arial" w:cs="Arial"/>
          <w:spacing w:val="2"/>
          <w:sz w:val="24"/>
          <w:szCs w:val="24"/>
        </w:rPr>
        <w:t xml:space="preserve"> </w:t>
      </w:r>
      <w:proofErr w:type="gramStart"/>
      <w:r w:rsidRPr="007653B3">
        <w:rPr>
          <w:rFonts w:ascii="Arial" w:hAnsi="Arial" w:cs="Arial"/>
          <w:sz w:val="24"/>
          <w:szCs w:val="24"/>
        </w:rPr>
        <w:t>a</w:t>
      </w:r>
      <w:proofErr w:type="gramEnd"/>
      <w:r w:rsidRPr="007653B3">
        <w:rPr>
          <w:rFonts w:ascii="Arial" w:hAnsi="Arial" w:cs="Arial"/>
          <w:sz w:val="24"/>
          <w:szCs w:val="24"/>
        </w:rPr>
        <w:t xml:space="preserve"> </w:t>
      </w:r>
      <w:proofErr w:type="spellStart"/>
      <w:r w:rsidRPr="007653B3">
        <w:rPr>
          <w:rFonts w:ascii="Arial" w:hAnsi="Arial" w:cs="Arial"/>
          <w:sz w:val="24"/>
          <w:szCs w:val="24"/>
        </w:rPr>
        <w:t>estudiantes</w:t>
      </w:r>
      <w:proofErr w:type="spellEnd"/>
      <w:r w:rsidRPr="007653B3">
        <w:rPr>
          <w:rFonts w:ascii="Arial" w:hAnsi="Arial" w:cs="Arial"/>
          <w:sz w:val="24"/>
          <w:szCs w:val="24"/>
        </w:rPr>
        <w:t xml:space="preserve"> </w:t>
      </w:r>
      <w:proofErr w:type="spellStart"/>
      <w:r w:rsidRPr="007653B3">
        <w:rPr>
          <w:rFonts w:ascii="Arial" w:hAnsi="Arial" w:cs="Arial"/>
          <w:sz w:val="24"/>
          <w:szCs w:val="24"/>
        </w:rPr>
        <w:t>hacer</w:t>
      </w:r>
      <w:proofErr w:type="spellEnd"/>
      <w:r w:rsidRPr="007653B3">
        <w:rPr>
          <w:rFonts w:ascii="Arial" w:hAnsi="Arial" w:cs="Arial"/>
          <w:sz w:val="24"/>
          <w:szCs w:val="24"/>
        </w:rPr>
        <w:t xml:space="preserve"> </w:t>
      </w:r>
      <w:proofErr w:type="spellStart"/>
      <w:r w:rsidRPr="007653B3">
        <w:rPr>
          <w:rFonts w:ascii="Arial" w:hAnsi="Arial" w:cs="Arial"/>
          <w:sz w:val="24"/>
          <w:szCs w:val="24"/>
        </w:rPr>
        <w:t>uso</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audífonos</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protectores</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o </w:t>
      </w:r>
      <w:proofErr w:type="spellStart"/>
      <w:r w:rsidRPr="007653B3">
        <w:rPr>
          <w:rFonts w:ascii="Arial" w:hAnsi="Arial" w:cs="Arial"/>
          <w:sz w:val="24"/>
          <w:szCs w:val="24"/>
        </w:rPr>
        <w:t>tapones</w:t>
      </w:r>
      <w:proofErr w:type="spellEnd"/>
      <w:r w:rsidRPr="007653B3">
        <w:rPr>
          <w:rFonts w:ascii="Arial" w:hAnsi="Arial" w:cs="Arial"/>
          <w:sz w:val="24"/>
          <w:szCs w:val="24"/>
        </w:rPr>
        <w:t xml:space="preserve"> </w:t>
      </w:r>
      <w:proofErr w:type="spellStart"/>
      <w:r w:rsidRPr="007653B3">
        <w:rPr>
          <w:rFonts w:ascii="Arial" w:hAnsi="Arial" w:cs="Arial"/>
          <w:sz w:val="24"/>
          <w:szCs w:val="24"/>
        </w:rPr>
        <w:t>auditivos</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previo</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a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actividad</w:t>
      </w:r>
      <w:proofErr w:type="spellEnd"/>
      <w:r w:rsidRPr="007653B3">
        <w:rPr>
          <w:rFonts w:ascii="Arial" w:hAnsi="Arial" w:cs="Arial"/>
          <w:sz w:val="24"/>
          <w:szCs w:val="24"/>
        </w:rPr>
        <w:t xml:space="preserve"> que involucre </w:t>
      </w:r>
      <w:proofErr w:type="spellStart"/>
      <w:r w:rsidRPr="007653B3">
        <w:rPr>
          <w:rFonts w:ascii="Arial" w:hAnsi="Arial" w:cs="Arial"/>
          <w:spacing w:val="-3"/>
          <w:sz w:val="24"/>
          <w:szCs w:val="24"/>
        </w:rPr>
        <w:t>aumento</w:t>
      </w:r>
      <w:proofErr w:type="spellEnd"/>
      <w:r w:rsidRPr="007653B3">
        <w:rPr>
          <w:rFonts w:ascii="Arial" w:hAnsi="Arial" w:cs="Arial"/>
          <w:spacing w:val="-3"/>
          <w:sz w:val="24"/>
          <w:szCs w:val="24"/>
        </w:rPr>
        <w:t xml:space="preserve"> </w:t>
      </w:r>
      <w:r w:rsidRPr="007653B3">
        <w:rPr>
          <w:rFonts w:ascii="Arial" w:hAnsi="Arial" w:cs="Arial"/>
          <w:spacing w:val="5"/>
          <w:sz w:val="24"/>
          <w:szCs w:val="24"/>
        </w:rPr>
        <w:t>de</w:t>
      </w:r>
      <w:r w:rsidRPr="007653B3">
        <w:rPr>
          <w:rFonts w:ascii="Arial" w:hAnsi="Arial" w:cs="Arial"/>
          <w:spacing w:val="59"/>
          <w:sz w:val="24"/>
          <w:szCs w:val="24"/>
        </w:rPr>
        <w:t xml:space="preserve"> </w:t>
      </w:r>
      <w:proofErr w:type="spellStart"/>
      <w:r w:rsidRPr="007653B3">
        <w:rPr>
          <w:rFonts w:ascii="Arial" w:hAnsi="Arial" w:cs="Arial"/>
          <w:sz w:val="24"/>
          <w:szCs w:val="24"/>
        </w:rPr>
        <w:t>ruido</w:t>
      </w:r>
      <w:proofErr w:type="spellEnd"/>
      <w:r w:rsidRPr="007653B3">
        <w:rPr>
          <w:rFonts w:ascii="Arial" w:hAnsi="Arial" w:cs="Arial"/>
          <w:sz w:val="24"/>
          <w:szCs w:val="24"/>
        </w:rPr>
        <w:t>.</w:t>
      </w:r>
    </w:p>
    <w:p w14:paraId="49154170" w14:textId="77777777" w:rsidR="00893C50" w:rsidRPr="00901BC0" w:rsidRDefault="00893C50" w:rsidP="00893C50">
      <w:pPr>
        <w:pStyle w:val="Textoindependiente"/>
        <w:spacing w:before="5" w:line="360" w:lineRule="auto"/>
        <w:ind w:right="49"/>
        <w:jc w:val="both"/>
        <w:rPr>
          <w:rFonts w:ascii="Arial" w:hAnsi="Arial" w:cs="Arial"/>
        </w:rPr>
      </w:pPr>
    </w:p>
    <w:p w14:paraId="4F7C546E"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Minimizar</w:t>
      </w:r>
      <w:proofErr w:type="spellEnd"/>
      <w:r w:rsidRPr="007653B3">
        <w:rPr>
          <w:rFonts w:ascii="Arial" w:hAnsi="Arial" w:cs="Arial"/>
          <w:sz w:val="24"/>
          <w:szCs w:val="24"/>
        </w:rPr>
        <w:t xml:space="preserve"> la</w:t>
      </w:r>
      <w:r w:rsidRPr="007653B3">
        <w:rPr>
          <w:rFonts w:ascii="Arial" w:hAnsi="Arial" w:cs="Arial"/>
          <w:spacing w:val="2"/>
          <w:sz w:val="24"/>
          <w:szCs w:val="24"/>
        </w:rPr>
        <w:t xml:space="preserve"> </w:t>
      </w:r>
      <w:proofErr w:type="spellStart"/>
      <w:r w:rsidRPr="007653B3">
        <w:rPr>
          <w:rFonts w:ascii="Arial" w:hAnsi="Arial" w:cs="Arial"/>
          <w:spacing w:val="3"/>
          <w:sz w:val="24"/>
          <w:szCs w:val="24"/>
        </w:rPr>
        <w:t>sobrecarga</w:t>
      </w:r>
      <w:proofErr w:type="spellEnd"/>
      <w:r w:rsidRPr="007653B3">
        <w:rPr>
          <w:rFonts w:ascii="Arial" w:hAnsi="Arial" w:cs="Arial"/>
          <w:spacing w:val="-13"/>
          <w:sz w:val="24"/>
          <w:szCs w:val="24"/>
        </w:rPr>
        <w:t xml:space="preserve"> </w:t>
      </w:r>
      <w:r w:rsidRPr="007653B3">
        <w:rPr>
          <w:rFonts w:ascii="Arial" w:hAnsi="Arial" w:cs="Arial"/>
          <w:spacing w:val="5"/>
          <w:sz w:val="24"/>
          <w:szCs w:val="24"/>
        </w:rPr>
        <w:t>de</w:t>
      </w:r>
      <w:r w:rsidRPr="007653B3">
        <w:rPr>
          <w:rFonts w:ascii="Arial" w:hAnsi="Arial" w:cs="Arial"/>
          <w:spacing w:val="2"/>
          <w:sz w:val="24"/>
          <w:szCs w:val="24"/>
        </w:rPr>
        <w:t xml:space="preserve"> </w:t>
      </w:r>
      <w:proofErr w:type="spellStart"/>
      <w:r w:rsidRPr="007653B3">
        <w:rPr>
          <w:rFonts w:ascii="Arial" w:hAnsi="Arial" w:cs="Arial"/>
          <w:sz w:val="24"/>
          <w:szCs w:val="24"/>
        </w:rPr>
        <w:t>estímulos</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sensoriales</w:t>
      </w:r>
      <w:proofErr w:type="spellEnd"/>
      <w:r w:rsidRPr="007653B3">
        <w:rPr>
          <w:rFonts w:ascii="Arial" w:hAnsi="Arial" w:cs="Arial"/>
          <w:spacing w:val="-18"/>
          <w:sz w:val="24"/>
          <w:szCs w:val="24"/>
        </w:rPr>
        <w:t xml:space="preserve"> </w:t>
      </w:r>
      <w:proofErr w:type="spellStart"/>
      <w:r w:rsidRPr="007653B3">
        <w:rPr>
          <w:rFonts w:ascii="Arial" w:hAnsi="Arial" w:cs="Arial"/>
          <w:sz w:val="24"/>
          <w:szCs w:val="24"/>
        </w:rPr>
        <w:t>visuales</w:t>
      </w:r>
      <w:proofErr w:type="spellEnd"/>
      <w:r w:rsidRPr="007653B3">
        <w:rPr>
          <w:rFonts w:ascii="Arial" w:hAnsi="Arial" w:cs="Arial"/>
          <w:spacing w:val="-2"/>
          <w:sz w:val="24"/>
          <w:szCs w:val="24"/>
        </w:rPr>
        <w:t xml:space="preserve"> </w:t>
      </w:r>
      <w:r w:rsidRPr="007653B3">
        <w:rPr>
          <w:rFonts w:ascii="Arial" w:hAnsi="Arial" w:cs="Arial"/>
          <w:sz w:val="24"/>
          <w:szCs w:val="24"/>
        </w:rPr>
        <w:t>del</w:t>
      </w:r>
      <w:r w:rsidRPr="007653B3">
        <w:rPr>
          <w:rFonts w:ascii="Arial" w:hAnsi="Arial" w:cs="Arial"/>
          <w:spacing w:val="-8"/>
          <w:sz w:val="24"/>
          <w:szCs w:val="24"/>
        </w:rPr>
        <w:t xml:space="preserve"> </w:t>
      </w:r>
      <w:proofErr w:type="spellStart"/>
      <w:r w:rsidRPr="007653B3">
        <w:rPr>
          <w:rFonts w:ascii="Arial" w:hAnsi="Arial" w:cs="Arial"/>
          <w:sz w:val="24"/>
          <w:szCs w:val="24"/>
        </w:rPr>
        <w:t>entorno</w:t>
      </w:r>
      <w:proofErr w:type="spellEnd"/>
      <w:r w:rsidRPr="007653B3">
        <w:rPr>
          <w:rFonts w:ascii="Arial" w:hAnsi="Arial" w:cs="Arial"/>
          <w:spacing w:val="2"/>
          <w:sz w:val="24"/>
          <w:szCs w:val="24"/>
        </w:rPr>
        <w:t xml:space="preserve"> </w:t>
      </w:r>
      <w:r w:rsidRPr="007653B3">
        <w:rPr>
          <w:rFonts w:ascii="Arial" w:hAnsi="Arial" w:cs="Arial"/>
          <w:sz w:val="24"/>
          <w:szCs w:val="24"/>
        </w:rPr>
        <w:t>(luces</w:t>
      </w:r>
      <w:r w:rsidRPr="007653B3">
        <w:rPr>
          <w:rFonts w:ascii="Arial" w:hAnsi="Arial" w:cs="Arial"/>
          <w:spacing w:val="-2"/>
          <w:sz w:val="24"/>
          <w:szCs w:val="24"/>
        </w:rPr>
        <w:t xml:space="preserve"> </w:t>
      </w:r>
      <w:proofErr w:type="spellStart"/>
      <w:r w:rsidRPr="007653B3">
        <w:rPr>
          <w:rFonts w:ascii="Arial" w:hAnsi="Arial" w:cs="Arial"/>
          <w:sz w:val="24"/>
          <w:szCs w:val="24"/>
        </w:rPr>
        <w:t>intensas</w:t>
      </w:r>
      <w:proofErr w:type="spellEnd"/>
      <w:r w:rsidRPr="007653B3">
        <w:rPr>
          <w:rFonts w:ascii="Arial" w:hAnsi="Arial" w:cs="Arial"/>
          <w:sz w:val="24"/>
          <w:szCs w:val="24"/>
        </w:rPr>
        <w:t>,</w:t>
      </w:r>
      <w:r w:rsidRPr="007653B3">
        <w:rPr>
          <w:rFonts w:ascii="Arial" w:hAnsi="Arial" w:cs="Arial"/>
          <w:spacing w:val="-3"/>
          <w:sz w:val="24"/>
          <w:szCs w:val="24"/>
        </w:rPr>
        <w:t xml:space="preserve"> </w:t>
      </w:r>
      <w:proofErr w:type="spellStart"/>
      <w:r w:rsidRPr="007653B3">
        <w:rPr>
          <w:rFonts w:ascii="Arial" w:hAnsi="Arial" w:cs="Arial"/>
          <w:sz w:val="24"/>
          <w:szCs w:val="24"/>
        </w:rPr>
        <w:t>colores</w:t>
      </w:r>
      <w:proofErr w:type="spellEnd"/>
      <w:r w:rsidRPr="007653B3">
        <w:rPr>
          <w:rFonts w:ascii="Arial" w:hAnsi="Arial" w:cs="Arial"/>
          <w:spacing w:val="-2"/>
          <w:sz w:val="24"/>
          <w:szCs w:val="24"/>
        </w:rPr>
        <w:t xml:space="preserve"> </w:t>
      </w:r>
      <w:proofErr w:type="spellStart"/>
      <w:r w:rsidRPr="007653B3">
        <w:rPr>
          <w:rFonts w:ascii="Arial" w:hAnsi="Arial" w:cs="Arial"/>
          <w:spacing w:val="-4"/>
          <w:sz w:val="24"/>
          <w:szCs w:val="24"/>
        </w:rPr>
        <w:t>fuertes</w:t>
      </w:r>
      <w:proofErr w:type="spellEnd"/>
      <w:r w:rsidRPr="007653B3">
        <w:rPr>
          <w:rFonts w:ascii="Arial" w:hAnsi="Arial" w:cs="Arial"/>
          <w:spacing w:val="-2"/>
          <w:sz w:val="24"/>
          <w:szCs w:val="24"/>
        </w:rPr>
        <w:t xml:space="preserve"> </w:t>
      </w:r>
      <w:r w:rsidRPr="007653B3">
        <w:rPr>
          <w:rFonts w:ascii="Arial" w:hAnsi="Arial" w:cs="Arial"/>
          <w:sz w:val="24"/>
          <w:szCs w:val="24"/>
        </w:rPr>
        <w:t xml:space="preserve">e </w:t>
      </w:r>
      <w:proofErr w:type="spellStart"/>
      <w:r w:rsidRPr="007653B3">
        <w:rPr>
          <w:rFonts w:ascii="Arial" w:hAnsi="Arial" w:cs="Arial"/>
          <w:sz w:val="24"/>
          <w:szCs w:val="24"/>
        </w:rPr>
        <w:t>intensos</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exceso</w:t>
      </w:r>
      <w:proofErr w:type="spellEnd"/>
      <w:r w:rsidRPr="007653B3">
        <w:rPr>
          <w:rFonts w:ascii="Arial" w:hAnsi="Arial" w:cs="Arial"/>
          <w:spacing w:val="4"/>
          <w:sz w:val="24"/>
          <w:szCs w:val="24"/>
        </w:rPr>
        <w:t xml:space="preserve"> </w:t>
      </w:r>
      <w:r w:rsidRPr="007653B3">
        <w:rPr>
          <w:rFonts w:ascii="Arial" w:hAnsi="Arial" w:cs="Arial"/>
          <w:spacing w:val="5"/>
          <w:sz w:val="24"/>
          <w:szCs w:val="24"/>
        </w:rPr>
        <w:t xml:space="preserve">de </w:t>
      </w:r>
      <w:r w:rsidRPr="007653B3">
        <w:rPr>
          <w:rFonts w:ascii="Arial" w:hAnsi="Arial" w:cs="Arial"/>
          <w:sz w:val="24"/>
          <w:szCs w:val="24"/>
        </w:rPr>
        <w:t xml:space="preserve">material o </w:t>
      </w:r>
      <w:proofErr w:type="spellStart"/>
      <w:r w:rsidRPr="007653B3">
        <w:rPr>
          <w:rFonts w:ascii="Arial" w:hAnsi="Arial" w:cs="Arial"/>
          <w:sz w:val="24"/>
          <w:szCs w:val="24"/>
        </w:rPr>
        <w:t>decoraciones</w:t>
      </w:r>
      <w:proofErr w:type="spellEnd"/>
      <w:r w:rsidRPr="007653B3">
        <w:rPr>
          <w:rFonts w:ascii="Arial" w:hAnsi="Arial" w:cs="Arial"/>
          <w:sz w:val="24"/>
          <w:szCs w:val="24"/>
        </w:rPr>
        <w:t xml:space="preserve">, </w:t>
      </w:r>
      <w:r w:rsidRPr="007653B3">
        <w:rPr>
          <w:rFonts w:ascii="Arial" w:hAnsi="Arial" w:cs="Arial"/>
          <w:spacing w:val="2"/>
          <w:sz w:val="24"/>
          <w:szCs w:val="24"/>
        </w:rPr>
        <w:t xml:space="preserve">etc.) </w:t>
      </w:r>
      <w:r w:rsidRPr="007653B3">
        <w:rPr>
          <w:rFonts w:ascii="Arial" w:hAnsi="Arial" w:cs="Arial"/>
          <w:sz w:val="24"/>
          <w:szCs w:val="24"/>
        </w:rPr>
        <w:t xml:space="preserve">Si </w:t>
      </w:r>
      <w:r w:rsidRPr="007653B3">
        <w:rPr>
          <w:rFonts w:ascii="Arial" w:hAnsi="Arial" w:cs="Arial"/>
          <w:spacing w:val="-3"/>
          <w:sz w:val="24"/>
          <w:szCs w:val="24"/>
        </w:rPr>
        <w:t xml:space="preserve">no </w:t>
      </w:r>
      <w:r w:rsidRPr="007653B3">
        <w:rPr>
          <w:rFonts w:ascii="Arial" w:hAnsi="Arial" w:cs="Arial"/>
          <w:spacing w:val="5"/>
          <w:sz w:val="24"/>
          <w:szCs w:val="24"/>
        </w:rPr>
        <w:t xml:space="preserve">es </w:t>
      </w:r>
      <w:proofErr w:type="spellStart"/>
      <w:r w:rsidRPr="007653B3">
        <w:rPr>
          <w:rFonts w:ascii="Arial" w:hAnsi="Arial" w:cs="Arial"/>
          <w:sz w:val="24"/>
          <w:szCs w:val="24"/>
        </w:rPr>
        <w:t>posible</w:t>
      </w:r>
      <w:proofErr w:type="spellEnd"/>
      <w:r w:rsidRPr="007653B3">
        <w:rPr>
          <w:rFonts w:ascii="Arial" w:hAnsi="Arial" w:cs="Arial"/>
          <w:sz w:val="24"/>
          <w:szCs w:val="24"/>
        </w:rPr>
        <w:t xml:space="preserve"> </w:t>
      </w:r>
      <w:proofErr w:type="spellStart"/>
      <w:r w:rsidRPr="007653B3">
        <w:rPr>
          <w:rFonts w:ascii="Arial" w:hAnsi="Arial" w:cs="Arial"/>
          <w:sz w:val="24"/>
          <w:szCs w:val="24"/>
        </w:rPr>
        <w:t>permitir</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uso</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gafas</w:t>
      </w:r>
      <w:proofErr w:type="spellEnd"/>
      <w:r w:rsidRPr="007653B3">
        <w:rPr>
          <w:rFonts w:ascii="Arial" w:hAnsi="Arial" w:cs="Arial"/>
          <w:sz w:val="24"/>
          <w:szCs w:val="24"/>
        </w:rPr>
        <w:t xml:space="preserve"> y </w:t>
      </w:r>
      <w:proofErr w:type="spellStart"/>
      <w:r w:rsidRPr="007653B3">
        <w:rPr>
          <w:rFonts w:ascii="Arial" w:hAnsi="Arial" w:cs="Arial"/>
          <w:sz w:val="24"/>
          <w:szCs w:val="24"/>
        </w:rPr>
        <w:t>recordarle</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al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w:t>
      </w:r>
      <w:proofErr w:type="spellStart"/>
      <w:r w:rsidRPr="007653B3">
        <w:rPr>
          <w:rFonts w:ascii="Arial" w:hAnsi="Arial" w:cs="Arial"/>
          <w:sz w:val="24"/>
          <w:szCs w:val="24"/>
        </w:rPr>
        <w:t>hace</w:t>
      </w:r>
      <w:proofErr w:type="spellEnd"/>
      <w:r w:rsidRPr="007653B3">
        <w:rPr>
          <w:rFonts w:ascii="Arial" w:hAnsi="Arial" w:cs="Arial"/>
          <w:sz w:val="24"/>
          <w:szCs w:val="24"/>
        </w:rPr>
        <w:t xml:space="preserve"> </w:t>
      </w:r>
      <w:proofErr w:type="spellStart"/>
      <w:r w:rsidRPr="007653B3">
        <w:rPr>
          <w:rFonts w:ascii="Arial" w:hAnsi="Arial" w:cs="Arial"/>
          <w:sz w:val="24"/>
          <w:szCs w:val="24"/>
        </w:rPr>
        <w:t>uso</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estas</w:t>
      </w:r>
      <w:proofErr w:type="spellEnd"/>
      <w:r w:rsidRPr="007653B3">
        <w:rPr>
          <w:rFonts w:ascii="Arial" w:hAnsi="Arial" w:cs="Arial"/>
          <w:sz w:val="24"/>
          <w:szCs w:val="24"/>
        </w:rPr>
        <w:t xml:space="preserve"> </w:t>
      </w:r>
      <w:proofErr w:type="spellStart"/>
      <w:r w:rsidRPr="007653B3">
        <w:rPr>
          <w:rFonts w:ascii="Arial" w:hAnsi="Arial" w:cs="Arial"/>
          <w:sz w:val="24"/>
          <w:szCs w:val="24"/>
        </w:rPr>
        <w:t>cuando</w:t>
      </w:r>
      <w:proofErr w:type="spellEnd"/>
      <w:r w:rsidRPr="007653B3">
        <w:rPr>
          <w:rFonts w:ascii="Arial" w:hAnsi="Arial" w:cs="Arial"/>
          <w:sz w:val="24"/>
          <w:szCs w:val="24"/>
        </w:rPr>
        <w:t xml:space="preserve"> </w:t>
      </w:r>
      <w:proofErr w:type="spellStart"/>
      <w:r w:rsidRPr="007653B3">
        <w:rPr>
          <w:rFonts w:ascii="Arial" w:hAnsi="Arial" w:cs="Arial"/>
          <w:sz w:val="24"/>
          <w:szCs w:val="24"/>
        </w:rPr>
        <w:t>vaya</w:t>
      </w:r>
      <w:proofErr w:type="spellEnd"/>
      <w:r w:rsidRPr="007653B3">
        <w:rPr>
          <w:rFonts w:ascii="Arial" w:hAnsi="Arial" w:cs="Arial"/>
          <w:sz w:val="24"/>
          <w:szCs w:val="24"/>
        </w:rPr>
        <w:t xml:space="preserve"> </w:t>
      </w:r>
      <w:proofErr w:type="gramStart"/>
      <w:r w:rsidRPr="007653B3">
        <w:rPr>
          <w:rFonts w:ascii="Arial" w:hAnsi="Arial" w:cs="Arial"/>
          <w:sz w:val="24"/>
          <w:szCs w:val="24"/>
        </w:rPr>
        <w:t>a</w:t>
      </w:r>
      <w:proofErr w:type="gramEnd"/>
      <w:r w:rsidRPr="007653B3">
        <w:rPr>
          <w:rFonts w:ascii="Arial" w:hAnsi="Arial" w:cs="Arial"/>
          <w:sz w:val="24"/>
          <w:szCs w:val="24"/>
        </w:rPr>
        <w:t xml:space="preserve"> </w:t>
      </w:r>
      <w:proofErr w:type="spellStart"/>
      <w:r w:rsidRPr="007653B3">
        <w:rPr>
          <w:rFonts w:ascii="Arial" w:hAnsi="Arial" w:cs="Arial"/>
          <w:sz w:val="24"/>
          <w:szCs w:val="24"/>
        </w:rPr>
        <w:t>estar</w:t>
      </w:r>
      <w:proofErr w:type="spellEnd"/>
      <w:r w:rsidRPr="007653B3">
        <w:rPr>
          <w:rFonts w:ascii="Arial" w:hAnsi="Arial" w:cs="Arial"/>
          <w:spacing w:val="48"/>
          <w:sz w:val="24"/>
          <w:szCs w:val="24"/>
        </w:rPr>
        <w:t xml:space="preserve"> </w:t>
      </w:r>
      <w:proofErr w:type="spellStart"/>
      <w:r w:rsidRPr="007653B3">
        <w:rPr>
          <w:rFonts w:ascii="Arial" w:hAnsi="Arial" w:cs="Arial"/>
          <w:spacing w:val="3"/>
          <w:sz w:val="24"/>
          <w:szCs w:val="24"/>
        </w:rPr>
        <w:t>expuesto</w:t>
      </w:r>
      <w:proofErr w:type="spellEnd"/>
      <w:r w:rsidRPr="007653B3">
        <w:rPr>
          <w:rFonts w:ascii="Arial" w:hAnsi="Arial" w:cs="Arial"/>
          <w:spacing w:val="3"/>
          <w:sz w:val="24"/>
          <w:szCs w:val="24"/>
        </w:rPr>
        <w:t xml:space="preserve"> </w:t>
      </w:r>
      <w:proofErr w:type="gramStart"/>
      <w:r w:rsidRPr="007653B3">
        <w:rPr>
          <w:rFonts w:ascii="Arial" w:hAnsi="Arial" w:cs="Arial"/>
          <w:sz w:val="24"/>
          <w:szCs w:val="24"/>
        </w:rPr>
        <w:t>a</w:t>
      </w:r>
      <w:proofErr w:type="gramEnd"/>
      <w:r w:rsidRPr="007653B3">
        <w:rPr>
          <w:rFonts w:ascii="Arial" w:hAnsi="Arial" w:cs="Arial"/>
          <w:sz w:val="24"/>
          <w:szCs w:val="24"/>
        </w:rPr>
        <w:t xml:space="preserve"> </w:t>
      </w:r>
      <w:proofErr w:type="spellStart"/>
      <w:r w:rsidRPr="007653B3">
        <w:rPr>
          <w:rFonts w:ascii="Arial" w:hAnsi="Arial" w:cs="Arial"/>
          <w:spacing w:val="3"/>
          <w:sz w:val="24"/>
          <w:szCs w:val="24"/>
        </w:rPr>
        <w:t>estos</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estímulos</w:t>
      </w:r>
      <w:proofErr w:type="spellEnd"/>
      <w:r w:rsidRPr="007653B3">
        <w:rPr>
          <w:rFonts w:ascii="Arial" w:hAnsi="Arial" w:cs="Arial"/>
          <w:sz w:val="24"/>
          <w:szCs w:val="24"/>
        </w:rPr>
        <w:t>.</w:t>
      </w:r>
    </w:p>
    <w:p w14:paraId="6FBFEBA1" w14:textId="77777777" w:rsidR="00893C50" w:rsidRPr="00901BC0" w:rsidRDefault="00893C50" w:rsidP="00893C50">
      <w:pPr>
        <w:pStyle w:val="Textoindependiente"/>
        <w:spacing w:before="6" w:line="360" w:lineRule="auto"/>
        <w:ind w:right="49"/>
        <w:jc w:val="both"/>
        <w:rPr>
          <w:rFonts w:ascii="Arial" w:hAnsi="Arial" w:cs="Arial"/>
        </w:rPr>
      </w:pPr>
    </w:p>
    <w:p w14:paraId="30BF805E" w14:textId="77777777" w:rsidR="00893C50" w:rsidRPr="007653B3" w:rsidRDefault="00893C50" w:rsidP="00893C50">
      <w:pPr>
        <w:pStyle w:val="Prrafodelista"/>
        <w:widowControl w:val="0"/>
        <w:numPr>
          <w:ilvl w:val="0"/>
          <w:numId w:val="55"/>
        </w:numPr>
        <w:tabs>
          <w:tab w:val="left" w:pos="948"/>
        </w:tabs>
        <w:autoSpaceDE w:val="0"/>
        <w:autoSpaceDN w:val="0"/>
        <w:spacing w:before="1"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Ajustar</w:t>
      </w:r>
      <w:proofErr w:type="spellEnd"/>
      <w:r w:rsidRPr="007653B3">
        <w:rPr>
          <w:rFonts w:ascii="Arial" w:hAnsi="Arial" w:cs="Arial"/>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pacing w:val="2"/>
          <w:sz w:val="24"/>
          <w:szCs w:val="24"/>
        </w:rPr>
        <w:t>nivel</w:t>
      </w:r>
      <w:proofErr w:type="spellEnd"/>
      <w:r w:rsidRPr="007653B3">
        <w:rPr>
          <w:rFonts w:ascii="Arial" w:hAnsi="Arial" w:cs="Arial"/>
          <w:spacing w:val="2"/>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4"/>
          <w:sz w:val="24"/>
          <w:szCs w:val="24"/>
        </w:rPr>
        <w:t>exigencia</w:t>
      </w:r>
      <w:proofErr w:type="spellEnd"/>
      <w:r w:rsidRPr="007653B3">
        <w:rPr>
          <w:rFonts w:ascii="Arial" w:hAnsi="Arial" w:cs="Arial"/>
          <w:spacing w:val="4"/>
          <w:sz w:val="24"/>
          <w:szCs w:val="24"/>
        </w:rPr>
        <w:t xml:space="preserve"> </w:t>
      </w:r>
      <w:r w:rsidRPr="007653B3">
        <w:rPr>
          <w:rFonts w:ascii="Arial" w:hAnsi="Arial" w:cs="Arial"/>
          <w:sz w:val="24"/>
          <w:szCs w:val="24"/>
        </w:rPr>
        <w:t xml:space="preserve">para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estudiante</w:t>
      </w:r>
      <w:proofErr w:type="spellEnd"/>
      <w:r w:rsidRPr="007653B3">
        <w:rPr>
          <w:rFonts w:ascii="Arial" w:hAnsi="Arial" w:cs="Arial"/>
          <w:sz w:val="24"/>
          <w:szCs w:val="24"/>
        </w:rPr>
        <w:t xml:space="preserve"> </w:t>
      </w:r>
      <w:proofErr w:type="spellStart"/>
      <w:r w:rsidRPr="007653B3">
        <w:rPr>
          <w:rFonts w:ascii="Arial" w:hAnsi="Arial" w:cs="Arial"/>
          <w:spacing w:val="2"/>
          <w:sz w:val="24"/>
          <w:szCs w:val="24"/>
        </w:rPr>
        <w:t>considerando</w:t>
      </w:r>
      <w:proofErr w:type="spellEnd"/>
      <w:r w:rsidRPr="007653B3">
        <w:rPr>
          <w:rFonts w:ascii="Arial" w:hAnsi="Arial" w:cs="Arial"/>
          <w:spacing w:val="2"/>
          <w:sz w:val="24"/>
          <w:szCs w:val="24"/>
        </w:rPr>
        <w:t xml:space="preserve"> </w:t>
      </w:r>
      <w:proofErr w:type="spellStart"/>
      <w:r w:rsidRPr="007653B3">
        <w:rPr>
          <w:rFonts w:ascii="Arial" w:hAnsi="Arial" w:cs="Arial"/>
          <w:spacing w:val="2"/>
          <w:sz w:val="24"/>
          <w:szCs w:val="24"/>
        </w:rPr>
        <w:t>habilidades</w:t>
      </w:r>
      <w:proofErr w:type="spellEnd"/>
      <w:r w:rsidRPr="007653B3">
        <w:rPr>
          <w:rFonts w:ascii="Arial" w:hAnsi="Arial" w:cs="Arial"/>
          <w:spacing w:val="2"/>
          <w:sz w:val="24"/>
          <w:szCs w:val="24"/>
        </w:rPr>
        <w:t xml:space="preserve"> </w:t>
      </w:r>
      <w:r w:rsidRPr="007653B3">
        <w:rPr>
          <w:rFonts w:ascii="Arial" w:hAnsi="Arial" w:cs="Arial"/>
          <w:spacing w:val="-6"/>
          <w:sz w:val="24"/>
          <w:szCs w:val="24"/>
        </w:rPr>
        <w:t xml:space="preserve">tanto </w:t>
      </w:r>
      <w:proofErr w:type="spellStart"/>
      <w:r w:rsidRPr="007653B3">
        <w:rPr>
          <w:rFonts w:ascii="Arial" w:hAnsi="Arial" w:cs="Arial"/>
          <w:spacing w:val="4"/>
          <w:sz w:val="24"/>
          <w:szCs w:val="24"/>
        </w:rPr>
        <w:t>motrices</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cognitivas</w:t>
      </w:r>
      <w:proofErr w:type="spellEnd"/>
      <w:r w:rsidRPr="007653B3">
        <w:rPr>
          <w:rFonts w:ascii="Arial" w:hAnsi="Arial" w:cs="Arial"/>
          <w:sz w:val="24"/>
          <w:szCs w:val="24"/>
        </w:rPr>
        <w:t xml:space="preserve"> y </w:t>
      </w:r>
      <w:proofErr w:type="spellStart"/>
      <w:r w:rsidRPr="007653B3">
        <w:rPr>
          <w:rFonts w:ascii="Arial" w:hAnsi="Arial" w:cs="Arial"/>
          <w:spacing w:val="3"/>
          <w:sz w:val="24"/>
          <w:szCs w:val="24"/>
        </w:rPr>
        <w:t>emocionales</w:t>
      </w:r>
      <w:proofErr w:type="spellEnd"/>
      <w:r w:rsidRPr="007653B3">
        <w:rPr>
          <w:rFonts w:ascii="Arial" w:hAnsi="Arial" w:cs="Arial"/>
          <w:spacing w:val="3"/>
          <w:sz w:val="24"/>
          <w:szCs w:val="24"/>
        </w:rPr>
        <w:t xml:space="preserve"> </w:t>
      </w:r>
      <w:proofErr w:type="spellStart"/>
      <w:r w:rsidRPr="007653B3">
        <w:rPr>
          <w:rFonts w:ascii="Arial" w:hAnsi="Arial" w:cs="Arial"/>
          <w:spacing w:val="4"/>
          <w:sz w:val="24"/>
          <w:szCs w:val="24"/>
        </w:rPr>
        <w:t>como</w:t>
      </w:r>
      <w:proofErr w:type="spellEnd"/>
      <w:r w:rsidRPr="007653B3">
        <w:rPr>
          <w:rFonts w:ascii="Arial" w:hAnsi="Arial" w:cs="Arial"/>
          <w:spacing w:val="4"/>
          <w:sz w:val="24"/>
          <w:szCs w:val="24"/>
        </w:rPr>
        <w:t xml:space="preserve"> </w:t>
      </w:r>
      <w:proofErr w:type="spellStart"/>
      <w:r w:rsidRPr="007653B3">
        <w:rPr>
          <w:rFonts w:ascii="Arial" w:hAnsi="Arial" w:cs="Arial"/>
          <w:spacing w:val="6"/>
          <w:sz w:val="24"/>
          <w:szCs w:val="24"/>
        </w:rPr>
        <w:t>por</w:t>
      </w:r>
      <w:proofErr w:type="spellEnd"/>
      <w:r w:rsidRPr="007653B3">
        <w:rPr>
          <w:rFonts w:ascii="Arial" w:hAnsi="Arial" w:cs="Arial"/>
          <w:spacing w:val="6"/>
          <w:sz w:val="24"/>
          <w:szCs w:val="24"/>
        </w:rPr>
        <w:t xml:space="preserve"> </w:t>
      </w:r>
      <w:proofErr w:type="spellStart"/>
      <w:r w:rsidRPr="007653B3">
        <w:rPr>
          <w:rFonts w:ascii="Arial" w:hAnsi="Arial" w:cs="Arial"/>
          <w:spacing w:val="5"/>
          <w:sz w:val="24"/>
          <w:szCs w:val="24"/>
        </w:rPr>
        <w:t>ejemplo</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intolerancia</w:t>
      </w:r>
      <w:proofErr w:type="spellEnd"/>
      <w:r w:rsidRPr="007653B3">
        <w:rPr>
          <w:rFonts w:ascii="Arial" w:hAnsi="Arial" w:cs="Arial"/>
          <w:sz w:val="24"/>
          <w:szCs w:val="24"/>
        </w:rPr>
        <w:t xml:space="preserve"> a la </w:t>
      </w:r>
      <w:proofErr w:type="spellStart"/>
      <w:r w:rsidRPr="007653B3">
        <w:rPr>
          <w:rFonts w:ascii="Arial" w:hAnsi="Arial" w:cs="Arial"/>
          <w:sz w:val="24"/>
          <w:szCs w:val="24"/>
        </w:rPr>
        <w:t>frustración</w:t>
      </w:r>
      <w:proofErr w:type="spellEnd"/>
      <w:r w:rsidRPr="007653B3">
        <w:rPr>
          <w:rFonts w:ascii="Arial" w:hAnsi="Arial" w:cs="Arial"/>
          <w:sz w:val="24"/>
          <w:szCs w:val="24"/>
        </w:rPr>
        <w:t xml:space="preserve">, </w:t>
      </w:r>
      <w:proofErr w:type="spellStart"/>
      <w:r w:rsidRPr="007653B3">
        <w:rPr>
          <w:rFonts w:ascii="Arial" w:hAnsi="Arial" w:cs="Arial"/>
          <w:sz w:val="24"/>
          <w:szCs w:val="24"/>
        </w:rPr>
        <w:t>dificultades</w:t>
      </w:r>
      <w:proofErr w:type="spellEnd"/>
      <w:r w:rsidRPr="007653B3">
        <w:rPr>
          <w:rFonts w:ascii="Arial" w:hAnsi="Arial" w:cs="Arial"/>
          <w:sz w:val="24"/>
          <w:szCs w:val="24"/>
        </w:rPr>
        <w:t xml:space="preserve"> para </w:t>
      </w:r>
      <w:proofErr w:type="spellStart"/>
      <w:r w:rsidRPr="007653B3">
        <w:rPr>
          <w:rFonts w:ascii="Arial" w:hAnsi="Arial" w:cs="Arial"/>
          <w:spacing w:val="3"/>
          <w:sz w:val="24"/>
          <w:szCs w:val="24"/>
        </w:rPr>
        <w:t>coordinación</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motriz</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al </w:t>
      </w:r>
      <w:proofErr w:type="spellStart"/>
      <w:r w:rsidRPr="007653B3">
        <w:rPr>
          <w:rFonts w:ascii="Arial" w:hAnsi="Arial" w:cs="Arial"/>
          <w:sz w:val="24"/>
          <w:szCs w:val="24"/>
        </w:rPr>
        <w:t>recortar</w:t>
      </w:r>
      <w:proofErr w:type="spellEnd"/>
      <w:r w:rsidRPr="007653B3">
        <w:rPr>
          <w:rFonts w:ascii="Arial" w:hAnsi="Arial" w:cs="Arial"/>
          <w:sz w:val="24"/>
          <w:szCs w:val="24"/>
        </w:rPr>
        <w:t xml:space="preserve"> o </w:t>
      </w:r>
      <w:r w:rsidRPr="007653B3">
        <w:rPr>
          <w:rFonts w:ascii="Arial" w:hAnsi="Arial" w:cs="Arial"/>
          <w:spacing w:val="-3"/>
          <w:sz w:val="24"/>
          <w:szCs w:val="24"/>
        </w:rPr>
        <w:t xml:space="preserve">al </w:t>
      </w:r>
      <w:proofErr w:type="spellStart"/>
      <w:r w:rsidRPr="007653B3">
        <w:rPr>
          <w:rFonts w:ascii="Arial" w:hAnsi="Arial" w:cs="Arial"/>
          <w:spacing w:val="3"/>
          <w:sz w:val="24"/>
          <w:szCs w:val="24"/>
        </w:rPr>
        <w:t>pegar</w:t>
      </w:r>
      <w:proofErr w:type="spellEnd"/>
      <w:r w:rsidRPr="007653B3">
        <w:rPr>
          <w:rFonts w:ascii="Arial" w:hAnsi="Arial" w:cs="Arial"/>
          <w:spacing w:val="3"/>
          <w:sz w:val="24"/>
          <w:szCs w:val="24"/>
        </w:rPr>
        <w:t xml:space="preserve">, </w:t>
      </w:r>
      <w:proofErr w:type="spellStart"/>
      <w:r w:rsidRPr="007653B3">
        <w:rPr>
          <w:rFonts w:ascii="Arial" w:hAnsi="Arial" w:cs="Arial"/>
          <w:sz w:val="24"/>
          <w:szCs w:val="24"/>
        </w:rPr>
        <w:t>dificultades</w:t>
      </w:r>
      <w:proofErr w:type="spellEnd"/>
      <w:r w:rsidRPr="007653B3">
        <w:rPr>
          <w:rFonts w:ascii="Arial" w:hAnsi="Arial" w:cs="Arial"/>
          <w:sz w:val="24"/>
          <w:szCs w:val="24"/>
        </w:rPr>
        <w:t xml:space="preserve"> para </w:t>
      </w:r>
      <w:proofErr w:type="spellStart"/>
      <w:r w:rsidRPr="007653B3">
        <w:rPr>
          <w:rFonts w:ascii="Arial" w:hAnsi="Arial" w:cs="Arial"/>
          <w:sz w:val="24"/>
          <w:szCs w:val="24"/>
        </w:rPr>
        <w:t>tolerar</w:t>
      </w:r>
      <w:proofErr w:type="spellEnd"/>
      <w:r w:rsidRPr="007653B3">
        <w:rPr>
          <w:rFonts w:ascii="Arial" w:hAnsi="Arial" w:cs="Arial"/>
          <w:spacing w:val="31"/>
          <w:sz w:val="24"/>
          <w:szCs w:val="24"/>
        </w:rPr>
        <w:t xml:space="preserve"> </w:t>
      </w:r>
      <w:proofErr w:type="spellStart"/>
      <w:r w:rsidRPr="007653B3">
        <w:rPr>
          <w:rFonts w:ascii="Arial" w:hAnsi="Arial" w:cs="Arial"/>
          <w:sz w:val="24"/>
          <w:szCs w:val="24"/>
        </w:rPr>
        <w:t>visualmente</w:t>
      </w:r>
      <w:proofErr w:type="spellEnd"/>
      <w:r w:rsidRPr="007653B3">
        <w:rPr>
          <w:rFonts w:ascii="Arial" w:hAnsi="Arial" w:cs="Arial"/>
          <w:sz w:val="24"/>
          <w:szCs w:val="24"/>
        </w:rPr>
        <w:t xml:space="preserve"> </w:t>
      </w:r>
      <w:proofErr w:type="spellStart"/>
      <w:r w:rsidRPr="007653B3">
        <w:rPr>
          <w:rFonts w:ascii="Arial" w:hAnsi="Arial" w:cs="Arial"/>
          <w:spacing w:val="-4"/>
          <w:sz w:val="24"/>
          <w:szCs w:val="24"/>
        </w:rPr>
        <w:t>una</w:t>
      </w:r>
      <w:proofErr w:type="spellEnd"/>
      <w:r w:rsidRPr="007653B3">
        <w:rPr>
          <w:rFonts w:ascii="Arial" w:hAnsi="Arial" w:cs="Arial"/>
          <w:spacing w:val="-4"/>
          <w:sz w:val="24"/>
          <w:szCs w:val="24"/>
        </w:rPr>
        <w:t xml:space="preserve"> </w:t>
      </w:r>
      <w:proofErr w:type="spellStart"/>
      <w:r w:rsidRPr="007653B3">
        <w:rPr>
          <w:rFonts w:ascii="Arial" w:hAnsi="Arial" w:cs="Arial"/>
          <w:sz w:val="24"/>
          <w:szCs w:val="24"/>
        </w:rPr>
        <w:t>actividad</w:t>
      </w:r>
      <w:proofErr w:type="spellEnd"/>
      <w:r w:rsidRPr="007653B3">
        <w:rPr>
          <w:rFonts w:ascii="Arial" w:hAnsi="Arial" w:cs="Arial"/>
          <w:sz w:val="24"/>
          <w:szCs w:val="24"/>
        </w:rPr>
        <w:t xml:space="preserve"> </w:t>
      </w:r>
      <w:proofErr w:type="spellStart"/>
      <w:r w:rsidRPr="007653B3">
        <w:rPr>
          <w:rFonts w:ascii="Arial" w:hAnsi="Arial" w:cs="Arial"/>
          <w:sz w:val="24"/>
          <w:szCs w:val="24"/>
        </w:rPr>
        <w:t>muy</w:t>
      </w:r>
      <w:proofErr w:type="spellEnd"/>
      <w:r w:rsidRPr="007653B3">
        <w:rPr>
          <w:rFonts w:ascii="Arial" w:hAnsi="Arial" w:cs="Arial"/>
          <w:sz w:val="24"/>
          <w:szCs w:val="24"/>
        </w:rPr>
        <w:t xml:space="preserve"> </w:t>
      </w:r>
      <w:proofErr w:type="spellStart"/>
      <w:r w:rsidRPr="007653B3">
        <w:rPr>
          <w:rFonts w:ascii="Arial" w:hAnsi="Arial" w:cs="Arial"/>
          <w:sz w:val="24"/>
          <w:szCs w:val="24"/>
        </w:rPr>
        <w:t>larga</w:t>
      </w:r>
      <w:proofErr w:type="spellEnd"/>
      <w:r w:rsidRPr="007653B3">
        <w:rPr>
          <w:rFonts w:ascii="Arial" w:hAnsi="Arial" w:cs="Arial"/>
          <w:sz w:val="24"/>
          <w:szCs w:val="24"/>
        </w:rPr>
        <w:t>.</w:t>
      </w:r>
    </w:p>
    <w:p w14:paraId="3DAC59CF" w14:textId="77777777" w:rsidR="00893C50" w:rsidRPr="00901BC0" w:rsidRDefault="00893C50" w:rsidP="00893C50">
      <w:pPr>
        <w:pStyle w:val="Textoindependiente"/>
        <w:spacing w:before="8" w:line="360" w:lineRule="auto"/>
        <w:ind w:right="49"/>
        <w:jc w:val="both"/>
        <w:rPr>
          <w:rFonts w:ascii="Arial" w:hAnsi="Arial" w:cs="Arial"/>
        </w:rPr>
      </w:pPr>
    </w:p>
    <w:p w14:paraId="17FE34DD"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Programar</w:t>
      </w:r>
      <w:proofErr w:type="spellEnd"/>
      <w:r w:rsidRPr="007653B3">
        <w:rPr>
          <w:rFonts w:ascii="Arial" w:hAnsi="Arial" w:cs="Arial"/>
          <w:sz w:val="24"/>
          <w:szCs w:val="24"/>
        </w:rPr>
        <w:t xml:space="preserve"> </w:t>
      </w:r>
      <w:proofErr w:type="spellStart"/>
      <w:r w:rsidRPr="007653B3">
        <w:rPr>
          <w:rFonts w:ascii="Arial" w:hAnsi="Arial" w:cs="Arial"/>
          <w:sz w:val="24"/>
          <w:szCs w:val="24"/>
        </w:rPr>
        <w:t>momentos</w:t>
      </w:r>
      <w:proofErr w:type="spellEnd"/>
      <w:r w:rsidRPr="007653B3">
        <w:rPr>
          <w:rFonts w:ascii="Arial" w:hAnsi="Arial" w:cs="Arial"/>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z w:val="24"/>
          <w:szCs w:val="24"/>
        </w:rPr>
        <w:t>relajación</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descanso</w:t>
      </w:r>
      <w:proofErr w:type="spellEnd"/>
      <w:r w:rsidRPr="007653B3">
        <w:rPr>
          <w:rFonts w:ascii="Arial" w:hAnsi="Arial" w:cs="Arial"/>
          <w:spacing w:val="3"/>
          <w:sz w:val="24"/>
          <w:szCs w:val="24"/>
        </w:rPr>
        <w:t xml:space="preserve"> </w:t>
      </w:r>
      <w:r w:rsidRPr="007653B3">
        <w:rPr>
          <w:rFonts w:ascii="Arial" w:hAnsi="Arial" w:cs="Arial"/>
          <w:sz w:val="24"/>
          <w:szCs w:val="24"/>
        </w:rPr>
        <w:t xml:space="preserve">y </w:t>
      </w:r>
      <w:proofErr w:type="spellStart"/>
      <w:r w:rsidRPr="007653B3">
        <w:rPr>
          <w:rFonts w:ascii="Arial" w:hAnsi="Arial" w:cs="Arial"/>
          <w:spacing w:val="2"/>
          <w:sz w:val="24"/>
          <w:szCs w:val="24"/>
        </w:rPr>
        <w:t>pausas</w:t>
      </w:r>
      <w:proofErr w:type="spellEnd"/>
      <w:r w:rsidRPr="007653B3">
        <w:rPr>
          <w:rFonts w:ascii="Arial" w:hAnsi="Arial" w:cs="Arial"/>
          <w:spacing w:val="2"/>
          <w:sz w:val="24"/>
          <w:szCs w:val="24"/>
        </w:rPr>
        <w:t xml:space="preserve"> </w:t>
      </w:r>
      <w:proofErr w:type="spellStart"/>
      <w:r w:rsidRPr="007653B3">
        <w:rPr>
          <w:rFonts w:ascii="Arial" w:hAnsi="Arial" w:cs="Arial"/>
          <w:sz w:val="24"/>
          <w:szCs w:val="24"/>
        </w:rPr>
        <w:t>activas</w:t>
      </w:r>
      <w:proofErr w:type="spellEnd"/>
      <w:r w:rsidRPr="007653B3">
        <w:rPr>
          <w:rFonts w:ascii="Arial" w:hAnsi="Arial" w:cs="Arial"/>
          <w:sz w:val="24"/>
          <w:szCs w:val="24"/>
        </w:rPr>
        <w:t xml:space="preserve"> </w:t>
      </w:r>
      <w:r w:rsidRPr="007653B3">
        <w:rPr>
          <w:rFonts w:ascii="Arial" w:hAnsi="Arial" w:cs="Arial"/>
          <w:spacing w:val="-3"/>
          <w:sz w:val="24"/>
          <w:szCs w:val="24"/>
        </w:rPr>
        <w:t xml:space="preserve">entre </w:t>
      </w:r>
      <w:r w:rsidRPr="007653B3">
        <w:rPr>
          <w:rFonts w:ascii="Arial" w:hAnsi="Arial" w:cs="Arial"/>
          <w:sz w:val="24"/>
          <w:szCs w:val="24"/>
        </w:rPr>
        <w:t>las</w:t>
      </w:r>
      <w:r w:rsidRPr="007653B3">
        <w:rPr>
          <w:rFonts w:ascii="Arial" w:hAnsi="Arial" w:cs="Arial"/>
          <w:spacing w:val="1"/>
          <w:sz w:val="24"/>
          <w:szCs w:val="24"/>
        </w:rPr>
        <w:t xml:space="preserve"> </w:t>
      </w:r>
      <w:proofErr w:type="spellStart"/>
      <w:r w:rsidRPr="007653B3">
        <w:rPr>
          <w:rFonts w:ascii="Arial" w:hAnsi="Arial" w:cs="Arial"/>
          <w:spacing w:val="3"/>
          <w:sz w:val="24"/>
          <w:szCs w:val="24"/>
        </w:rPr>
        <w:t>clases</w:t>
      </w:r>
      <w:proofErr w:type="spellEnd"/>
      <w:r w:rsidRPr="007653B3">
        <w:rPr>
          <w:rFonts w:ascii="Arial" w:hAnsi="Arial" w:cs="Arial"/>
          <w:spacing w:val="3"/>
          <w:sz w:val="24"/>
          <w:szCs w:val="24"/>
        </w:rPr>
        <w:t>.</w:t>
      </w:r>
    </w:p>
    <w:p w14:paraId="0E3ED3E3" w14:textId="77777777" w:rsidR="00893C50" w:rsidRPr="00901BC0" w:rsidRDefault="00893C50" w:rsidP="00893C50">
      <w:pPr>
        <w:pStyle w:val="Textoindependiente"/>
        <w:spacing w:before="5" w:line="360" w:lineRule="auto"/>
        <w:ind w:right="49"/>
        <w:jc w:val="both"/>
        <w:rPr>
          <w:rFonts w:ascii="Arial" w:hAnsi="Arial" w:cs="Arial"/>
        </w:rPr>
      </w:pPr>
    </w:p>
    <w:p w14:paraId="1B535786" w14:textId="77777777" w:rsidR="00893C50" w:rsidRPr="007653B3"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7653B3">
        <w:rPr>
          <w:rFonts w:ascii="Arial" w:hAnsi="Arial" w:cs="Arial"/>
          <w:sz w:val="24"/>
          <w:szCs w:val="24"/>
        </w:rPr>
        <w:t>Ajustar</w:t>
      </w:r>
      <w:proofErr w:type="spellEnd"/>
      <w:r w:rsidRPr="007653B3">
        <w:rPr>
          <w:rFonts w:ascii="Arial" w:hAnsi="Arial" w:cs="Arial"/>
          <w:spacing w:val="12"/>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10"/>
          <w:sz w:val="24"/>
          <w:szCs w:val="24"/>
        </w:rPr>
        <w:t xml:space="preserve"> </w:t>
      </w:r>
      <w:proofErr w:type="spellStart"/>
      <w:r w:rsidRPr="007653B3">
        <w:rPr>
          <w:rFonts w:ascii="Arial" w:hAnsi="Arial" w:cs="Arial"/>
          <w:sz w:val="24"/>
          <w:szCs w:val="24"/>
        </w:rPr>
        <w:t>lenguaje</w:t>
      </w:r>
      <w:proofErr w:type="spellEnd"/>
      <w:r w:rsidRPr="007653B3">
        <w:rPr>
          <w:rFonts w:ascii="Arial" w:hAnsi="Arial" w:cs="Arial"/>
          <w:spacing w:val="-1"/>
          <w:sz w:val="24"/>
          <w:szCs w:val="24"/>
        </w:rPr>
        <w:t xml:space="preserve"> </w:t>
      </w:r>
      <w:r w:rsidRPr="007653B3">
        <w:rPr>
          <w:rFonts w:ascii="Arial" w:hAnsi="Arial" w:cs="Arial"/>
          <w:sz w:val="24"/>
          <w:szCs w:val="24"/>
        </w:rPr>
        <w:t>para</w:t>
      </w:r>
      <w:r w:rsidRPr="007653B3">
        <w:rPr>
          <w:rFonts w:ascii="Arial" w:hAnsi="Arial" w:cs="Arial"/>
          <w:spacing w:val="-16"/>
          <w:sz w:val="24"/>
          <w:szCs w:val="24"/>
        </w:rPr>
        <w:t xml:space="preserve"> </w:t>
      </w:r>
      <w:proofErr w:type="spellStart"/>
      <w:r w:rsidRPr="007653B3">
        <w:rPr>
          <w:rFonts w:ascii="Arial" w:hAnsi="Arial" w:cs="Arial"/>
          <w:spacing w:val="2"/>
          <w:sz w:val="24"/>
          <w:szCs w:val="24"/>
        </w:rPr>
        <w:t>favorecer</w:t>
      </w:r>
      <w:proofErr w:type="spellEnd"/>
      <w:r w:rsidRPr="007653B3">
        <w:rPr>
          <w:rFonts w:ascii="Arial" w:hAnsi="Arial" w:cs="Arial"/>
          <w:spacing w:val="-17"/>
          <w:sz w:val="24"/>
          <w:szCs w:val="24"/>
        </w:rPr>
        <w:t xml:space="preserve"> </w:t>
      </w:r>
      <w:r w:rsidRPr="007653B3">
        <w:rPr>
          <w:rFonts w:ascii="Arial" w:hAnsi="Arial" w:cs="Arial"/>
          <w:sz w:val="24"/>
          <w:szCs w:val="24"/>
        </w:rPr>
        <w:t>la</w:t>
      </w:r>
      <w:r w:rsidRPr="007653B3">
        <w:rPr>
          <w:rFonts w:ascii="Arial" w:hAnsi="Arial" w:cs="Arial"/>
          <w:spacing w:val="-16"/>
          <w:sz w:val="24"/>
          <w:szCs w:val="24"/>
        </w:rPr>
        <w:t xml:space="preserve"> </w:t>
      </w:r>
      <w:proofErr w:type="spellStart"/>
      <w:r w:rsidRPr="007653B3">
        <w:rPr>
          <w:rFonts w:ascii="Arial" w:hAnsi="Arial" w:cs="Arial"/>
          <w:spacing w:val="2"/>
          <w:sz w:val="24"/>
          <w:szCs w:val="24"/>
        </w:rPr>
        <w:t>regulación</w:t>
      </w:r>
      <w:proofErr w:type="spellEnd"/>
      <w:r w:rsidRPr="007653B3">
        <w:rPr>
          <w:rFonts w:ascii="Arial" w:hAnsi="Arial" w:cs="Arial"/>
          <w:spacing w:val="-16"/>
          <w:sz w:val="24"/>
          <w:szCs w:val="24"/>
        </w:rPr>
        <w:t xml:space="preserve"> </w:t>
      </w:r>
      <w:r w:rsidRPr="007653B3">
        <w:rPr>
          <w:rFonts w:ascii="Arial" w:hAnsi="Arial" w:cs="Arial"/>
          <w:sz w:val="24"/>
          <w:szCs w:val="24"/>
        </w:rPr>
        <w:t>y</w:t>
      </w:r>
      <w:r w:rsidRPr="007653B3">
        <w:rPr>
          <w:rFonts w:ascii="Arial" w:hAnsi="Arial" w:cs="Arial"/>
          <w:spacing w:val="-5"/>
          <w:sz w:val="24"/>
          <w:szCs w:val="24"/>
        </w:rPr>
        <w:t xml:space="preserve"> </w:t>
      </w:r>
      <w:proofErr w:type="spellStart"/>
      <w:r w:rsidRPr="007653B3">
        <w:rPr>
          <w:rFonts w:ascii="Arial" w:hAnsi="Arial" w:cs="Arial"/>
          <w:sz w:val="24"/>
          <w:szCs w:val="24"/>
        </w:rPr>
        <w:t>calma</w:t>
      </w:r>
      <w:proofErr w:type="spellEnd"/>
      <w:r w:rsidRPr="007653B3">
        <w:rPr>
          <w:rFonts w:ascii="Arial" w:hAnsi="Arial" w:cs="Arial"/>
          <w:spacing w:val="-16"/>
          <w:sz w:val="24"/>
          <w:szCs w:val="24"/>
        </w:rPr>
        <w:t xml:space="preserve"> </w:t>
      </w:r>
      <w:r w:rsidRPr="007653B3">
        <w:rPr>
          <w:rFonts w:ascii="Arial" w:hAnsi="Arial" w:cs="Arial"/>
          <w:spacing w:val="6"/>
          <w:sz w:val="24"/>
          <w:szCs w:val="24"/>
        </w:rPr>
        <w:t>del</w:t>
      </w:r>
      <w:r w:rsidRPr="007653B3">
        <w:rPr>
          <w:rFonts w:ascii="Arial" w:hAnsi="Arial" w:cs="Arial"/>
          <w:spacing w:val="-10"/>
          <w:sz w:val="24"/>
          <w:szCs w:val="24"/>
        </w:rPr>
        <w:t xml:space="preserve"> </w:t>
      </w:r>
      <w:proofErr w:type="spellStart"/>
      <w:r w:rsidRPr="007653B3">
        <w:rPr>
          <w:rFonts w:ascii="Arial" w:hAnsi="Arial" w:cs="Arial"/>
          <w:sz w:val="24"/>
          <w:szCs w:val="24"/>
        </w:rPr>
        <w:t>estudiante</w:t>
      </w:r>
      <w:proofErr w:type="spellEnd"/>
      <w:r w:rsidRPr="007653B3">
        <w:rPr>
          <w:rFonts w:ascii="Arial" w:hAnsi="Arial" w:cs="Arial"/>
          <w:sz w:val="24"/>
          <w:szCs w:val="24"/>
        </w:rPr>
        <w:t>.</w:t>
      </w:r>
      <w:r w:rsidRPr="007653B3">
        <w:rPr>
          <w:rFonts w:ascii="Arial" w:hAnsi="Arial" w:cs="Arial"/>
          <w:spacing w:val="-6"/>
          <w:sz w:val="24"/>
          <w:szCs w:val="24"/>
        </w:rPr>
        <w:t xml:space="preserve"> </w:t>
      </w:r>
      <w:proofErr w:type="spellStart"/>
      <w:r w:rsidRPr="007653B3">
        <w:rPr>
          <w:rFonts w:ascii="Arial" w:hAnsi="Arial" w:cs="Arial"/>
          <w:sz w:val="24"/>
          <w:szCs w:val="24"/>
        </w:rPr>
        <w:t>Utilizar</w:t>
      </w:r>
      <w:proofErr w:type="spellEnd"/>
      <w:r w:rsidRPr="007653B3">
        <w:rPr>
          <w:rFonts w:ascii="Arial" w:hAnsi="Arial" w:cs="Arial"/>
          <w:spacing w:val="-2"/>
          <w:sz w:val="24"/>
          <w:szCs w:val="24"/>
        </w:rPr>
        <w:t xml:space="preserve"> </w:t>
      </w:r>
      <w:r w:rsidRPr="007653B3">
        <w:rPr>
          <w:rFonts w:ascii="Arial" w:hAnsi="Arial" w:cs="Arial"/>
          <w:spacing w:val="-3"/>
          <w:sz w:val="24"/>
          <w:szCs w:val="24"/>
        </w:rPr>
        <w:t>un</w:t>
      </w:r>
      <w:r w:rsidRPr="007653B3">
        <w:rPr>
          <w:rFonts w:ascii="Arial" w:hAnsi="Arial" w:cs="Arial"/>
          <w:spacing w:val="-1"/>
          <w:sz w:val="24"/>
          <w:szCs w:val="24"/>
        </w:rPr>
        <w:t xml:space="preserve"> </w:t>
      </w:r>
      <w:proofErr w:type="spellStart"/>
      <w:r w:rsidRPr="007653B3">
        <w:rPr>
          <w:rFonts w:ascii="Arial" w:hAnsi="Arial" w:cs="Arial"/>
          <w:sz w:val="24"/>
          <w:szCs w:val="24"/>
        </w:rPr>
        <w:t>tono</w:t>
      </w:r>
      <w:proofErr w:type="spellEnd"/>
      <w:r w:rsidRPr="007653B3">
        <w:rPr>
          <w:rFonts w:ascii="Arial" w:hAnsi="Arial" w:cs="Arial"/>
          <w:spacing w:val="-1"/>
          <w:sz w:val="24"/>
          <w:szCs w:val="24"/>
        </w:rPr>
        <w:t xml:space="preserve"> </w:t>
      </w:r>
      <w:r w:rsidRPr="007653B3">
        <w:rPr>
          <w:rFonts w:ascii="Arial" w:hAnsi="Arial" w:cs="Arial"/>
          <w:spacing w:val="5"/>
          <w:sz w:val="24"/>
          <w:szCs w:val="24"/>
        </w:rPr>
        <w:t>de</w:t>
      </w:r>
      <w:r w:rsidRPr="007653B3">
        <w:rPr>
          <w:rFonts w:ascii="Arial" w:hAnsi="Arial" w:cs="Arial"/>
          <w:spacing w:val="-2"/>
          <w:sz w:val="24"/>
          <w:szCs w:val="24"/>
        </w:rPr>
        <w:t xml:space="preserve"> </w:t>
      </w:r>
      <w:proofErr w:type="spellStart"/>
      <w:r w:rsidRPr="007653B3">
        <w:rPr>
          <w:rFonts w:ascii="Arial" w:hAnsi="Arial" w:cs="Arial"/>
          <w:spacing w:val="5"/>
          <w:sz w:val="24"/>
          <w:szCs w:val="24"/>
        </w:rPr>
        <w:t>voz</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tranquilo</w:t>
      </w:r>
      <w:proofErr w:type="spellEnd"/>
      <w:r w:rsidRPr="007653B3">
        <w:rPr>
          <w:rFonts w:ascii="Arial" w:hAnsi="Arial" w:cs="Arial"/>
          <w:sz w:val="24"/>
          <w:szCs w:val="24"/>
        </w:rPr>
        <w:t xml:space="preserve">, </w:t>
      </w:r>
      <w:proofErr w:type="spellStart"/>
      <w:r w:rsidRPr="007653B3">
        <w:rPr>
          <w:rFonts w:ascii="Arial" w:hAnsi="Arial" w:cs="Arial"/>
          <w:sz w:val="24"/>
          <w:szCs w:val="24"/>
        </w:rPr>
        <w:t>pausado</w:t>
      </w:r>
      <w:proofErr w:type="spellEnd"/>
      <w:r w:rsidRPr="007653B3">
        <w:rPr>
          <w:rFonts w:ascii="Arial" w:hAnsi="Arial" w:cs="Arial"/>
          <w:sz w:val="24"/>
          <w:szCs w:val="24"/>
        </w:rPr>
        <w:t xml:space="preserve"> y </w:t>
      </w:r>
      <w:proofErr w:type="spellStart"/>
      <w:r w:rsidRPr="007653B3">
        <w:rPr>
          <w:rFonts w:ascii="Arial" w:hAnsi="Arial" w:cs="Arial"/>
          <w:sz w:val="24"/>
          <w:szCs w:val="24"/>
        </w:rPr>
        <w:t>afectuoso</w:t>
      </w:r>
      <w:proofErr w:type="spellEnd"/>
      <w:r w:rsidRPr="007653B3">
        <w:rPr>
          <w:rFonts w:ascii="Arial" w:hAnsi="Arial" w:cs="Arial"/>
          <w:sz w:val="24"/>
          <w:szCs w:val="24"/>
        </w:rPr>
        <w:t xml:space="preserve">, </w:t>
      </w:r>
      <w:proofErr w:type="spellStart"/>
      <w:r w:rsidRPr="007653B3">
        <w:rPr>
          <w:rFonts w:ascii="Arial" w:hAnsi="Arial" w:cs="Arial"/>
          <w:sz w:val="24"/>
          <w:szCs w:val="24"/>
        </w:rPr>
        <w:t>evitando</w:t>
      </w:r>
      <w:proofErr w:type="spellEnd"/>
      <w:r w:rsidRPr="007653B3">
        <w:rPr>
          <w:rFonts w:ascii="Arial" w:hAnsi="Arial" w:cs="Arial"/>
          <w:sz w:val="24"/>
          <w:szCs w:val="24"/>
        </w:rPr>
        <w:t xml:space="preserve"> </w:t>
      </w:r>
      <w:proofErr w:type="spellStart"/>
      <w:r w:rsidRPr="007653B3">
        <w:rPr>
          <w:rFonts w:ascii="Arial" w:hAnsi="Arial" w:cs="Arial"/>
          <w:spacing w:val="-3"/>
          <w:sz w:val="24"/>
          <w:szCs w:val="24"/>
        </w:rPr>
        <w:t>aumentar</w:t>
      </w:r>
      <w:proofErr w:type="spellEnd"/>
      <w:r w:rsidRPr="007653B3">
        <w:rPr>
          <w:rFonts w:ascii="Arial" w:hAnsi="Arial" w:cs="Arial"/>
          <w:spacing w:val="-3"/>
          <w:sz w:val="24"/>
          <w:szCs w:val="24"/>
        </w:rPr>
        <w:t xml:space="preserve"> </w:t>
      </w:r>
      <w:proofErr w:type="spellStart"/>
      <w:r w:rsidRPr="007653B3">
        <w:rPr>
          <w:rFonts w:ascii="Arial" w:hAnsi="Arial" w:cs="Arial"/>
          <w:spacing w:val="5"/>
          <w:sz w:val="24"/>
          <w:szCs w:val="24"/>
        </w:rPr>
        <w:t>el</w:t>
      </w:r>
      <w:proofErr w:type="spellEnd"/>
      <w:r w:rsidRPr="007653B3">
        <w:rPr>
          <w:rFonts w:ascii="Arial" w:hAnsi="Arial" w:cs="Arial"/>
          <w:spacing w:val="5"/>
          <w:sz w:val="24"/>
          <w:szCs w:val="24"/>
        </w:rPr>
        <w:t xml:space="preserve"> </w:t>
      </w:r>
      <w:proofErr w:type="spellStart"/>
      <w:r w:rsidRPr="007653B3">
        <w:rPr>
          <w:rFonts w:ascii="Arial" w:hAnsi="Arial" w:cs="Arial"/>
          <w:sz w:val="24"/>
          <w:szCs w:val="24"/>
        </w:rPr>
        <w:t>tono</w:t>
      </w:r>
      <w:proofErr w:type="spellEnd"/>
      <w:r w:rsidRPr="007653B3">
        <w:rPr>
          <w:rFonts w:ascii="Arial" w:hAnsi="Arial" w:cs="Arial"/>
          <w:spacing w:val="27"/>
          <w:sz w:val="24"/>
          <w:szCs w:val="24"/>
        </w:rPr>
        <w:t xml:space="preserve"> </w:t>
      </w:r>
      <w:r w:rsidRPr="007653B3">
        <w:rPr>
          <w:rFonts w:ascii="Arial" w:hAnsi="Arial" w:cs="Arial"/>
          <w:spacing w:val="5"/>
          <w:sz w:val="24"/>
          <w:szCs w:val="24"/>
        </w:rPr>
        <w:t xml:space="preserve">de </w:t>
      </w:r>
      <w:proofErr w:type="spellStart"/>
      <w:r w:rsidRPr="007653B3">
        <w:rPr>
          <w:rFonts w:ascii="Arial" w:hAnsi="Arial" w:cs="Arial"/>
          <w:spacing w:val="5"/>
          <w:sz w:val="24"/>
          <w:szCs w:val="24"/>
        </w:rPr>
        <w:t>voz</w:t>
      </w:r>
      <w:proofErr w:type="spellEnd"/>
      <w:r w:rsidRPr="007653B3">
        <w:rPr>
          <w:rFonts w:ascii="Arial" w:hAnsi="Arial" w:cs="Arial"/>
          <w:spacing w:val="5"/>
          <w:sz w:val="24"/>
          <w:szCs w:val="24"/>
        </w:rPr>
        <w:t>.</w:t>
      </w:r>
    </w:p>
    <w:p w14:paraId="67518206" w14:textId="77777777" w:rsidR="00893C50" w:rsidRPr="00C667FD" w:rsidRDefault="00893C50" w:rsidP="00893C50">
      <w:pPr>
        <w:pStyle w:val="Prrafodelista"/>
        <w:widowControl w:val="0"/>
        <w:numPr>
          <w:ilvl w:val="0"/>
          <w:numId w:val="55"/>
        </w:numPr>
        <w:tabs>
          <w:tab w:val="left" w:pos="948"/>
        </w:tabs>
        <w:autoSpaceDE w:val="0"/>
        <w:autoSpaceDN w:val="0"/>
        <w:spacing w:before="13" w:after="0" w:line="360" w:lineRule="auto"/>
        <w:ind w:right="49"/>
        <w:contextualSpacing w:val="0"/>
        <w:jc w:val="both"/>
        <w:rPr>
          <w:rFonts w:ascii="Arial" w:hAnsi="Arial" w:cs="Arial"/>
          <w:sz w:val="24"/>
          <w:szCs w:val="24"/>
        </w:rPr>
      </w:pPr>
      <w:r w:rsidRPr="00C667FD">
        <w:rPr>
          <w:rFonts w:ascii="Arial" w:hAnsi="Arial" w:cs="Arial"/>
          <w:spacing w:val="-4"/>
          <w:sz w:val="24"/>
          <w:szCs w:val="24"/>
        </w:rPr>
        <w:t xml:space="preserve">No </w:t>
      </w:r>
      <w:proofErr w:type="spellStart"/>
      <w:r w:rsidRPr="00C667FD">
        <w:rPr>
          <w:rFonts w:ascii="Arial" w:hAnsi="Arial" w:cs="Arial"/>
          <w:sz w:val="24"/>
          <w:szCs w:val="24"/>
        </w:rPr>
        <w:t>juzgar</w:t>
      </w:r>
      <w:proofErr w:type="spellEnd"/>
      <w:r w:rsidRPr="00C667FD">
        <w:rPr>
          <w:rFonts w:ascii="Arial" w:hAnsi="Arial" w:cs="Arial"/>
          <w:sz w:val="24"/>
          <w:szCs w:val="24"/>
        </w:rPr>
        <w:t xml:space="preserve"> </w:t>
      </w:r>
      <w:proofErr w:type="spellStart"/>
      <w:r w:rsidRPr="00C667FD">
        <w:rPr>
          <w:rFonts w:ascii="Arial" w:hAnsi="Arial" w:cs="Arial"/>
          <w:spacing w:val="-3"/>
          <w:sz w:val="24"/>
          <w:szCs w:val="24"/>
        </w:rPr>
        <w:t>ni</w:t>
      </w:r>
      <w:proofErr w:type="spellEnd"/>
      <w:r w:rsidRPr="00C667FD">
        <w:rPr>
          <w:rFonts w:ascii="Arial" w:hAnsi="Arial" w:cs="Arial"/>
          <w:spacing w:val="-3"/>
          <w:sz w:val="24"/>
          <w:szCs w:val="24"/>
        </w:rPr>
        <w:t xml:space="preserve"> </w:t>
      </w:r>
      <w:proofErr w:type="spellStart"/>
      <w:r w:rsidRPr="00C667FD">
        <w:rPr>
          <w:rFonts w:ascii="Arial" w:hAnsi="Arial" w:cs="Arial"/>
          <w:sz w:val="24"/>
          <w:szCs w:val="24"/>
        </w:rPr>
        <w:t>atribuir</w:t>
      </w:r>
      <w:proofErr w:type="spellEnd"/>
      <w:r w:rsidRPr="00C667FD">
        <w:rPr>
          <w:rFonts w:ascii="Arial" w:hAnsi="Arial" w:cs="Arial"/>
          <w:sz w:val="24"/>
          <w:szCs w:val="24"/>
        </w:rPr>
        <w:t xml:space="preserve"> </w:t>
      </w:r>
      <w:proofErr w:type="spellStart"/>
      <w:r w:rsidRPr="00C667FD">
        <w:rPr>
          <w:rFonts w:ascii="Arial" w:hAnsi="Arial" w:cs="Arial"/>
          <w:sz w:val="24"/>
          <w:szCs w:val="24"/>
        </w:rPr>
        <w:t>automáticamente</w:t>
      </w:r>
      <w:proofErr w:type="spellEnd"/>
      <w:r w:rsidRPr="00C667FD">
        <w:rPr>
          <w:rFonts w:ascii="Arial" w:hAnsi="Arial" w:cs="Arial"/>
          <w:sz w:val="24"/>
          <w:szCs w:val="24"/>
        </w:rPr>
        <w:t xml:space="preserve"> mala </w:t>
      </w:r>
      <w:proofErr w:type="spellStart"/>
      <w:r w:rsidRPr="00C667FD">
        <w:rPr>
          <w:rFonts w:ascii="Arial" w:hAnsi="Arial" w:cs="Arial"/>
          <w:sz w:val="24"/>
          <w:szCs w:val="24"/>
        </w:rPr>
        <w:t>intención</w:t>
      </w:r>
      <w:proofErr w:type="spellEnd"/>
      <w:r w:rsidRPr="00C667FD">
        <w:rPr>
          <w:rFonts w:ascii="Arial" w:hAnsi="Arial" w:cs="Arial"/>
          <w:sz w:val="24"/>
          <w:szCs w:val="24"/>
        </w:rPr>
        <w:t xml:space="preserve"> </w:t>
      </w:r>
      <w:proofErr w:type="spellStart"/>
      <w:r w:rsidRPr="00C667FD">
        <w:rPr>
          <w:rFonts w:ascii="Arial" w:hAnsi="Arial" w:cs="Arial"/>
          <w:spacing w:val="6"/>
          <w:sz w:val="24"/>
          <w:szCs w:val="24"/>
        </w:rPr>
        <w:t>por</w:t>
      </w:r>
      <w:proofErr w:type="spellEnd"/>
      <w:r w:rsidRPr="00C667FD">
        <w:rPr>
          <w:rFonts w:ascii="Arial" w:hAnsi="Arial" w:cs="Arial"/>
          <w:spacing w:val="6"/>
          <w:sz w:val="24"/>
          <w:szCs w:val="24"/>
        </w:rPr>
        <w:t xml:space="preserve"> </w:t>
      </w:r>
      <w:r w:rsidRPr="00C667FD">
        <w:rPr>
          <w:rFonts w:ascii="Arial" w:hAnsi="Arial" w:cs="Arial"/>
          <w:spacing w:val="8"/>
          <w:sz w:val="24"/>
          <w:szCs w:val="24"/>
        </w:rPr>
        <w:t xml:space="preserve">la </w:t>
      </w:r>
      <w:proofErr w:type="spellStart"/>
      <w:r w:rsidRPr="00C667FD">
        <w:rPr>
          <w:rFonts w:ascii="Arial" w:hAnsi="Arial" w:cs="Arial"/>
          <w:spacing w:val="3"/>
          <w:sz w:val="24"/>
          <w:szCs w:val="24"/>
        </w:rPr>
        <w:t>acción</w:t>
      </w:r>
      <w:proofErr w:type="spellEnd"/>
      <w:r w:rsidRPr="00C667FD">
        <w:rPr>
          <w:rFonts w:ascii="Arial" w:hAnsi="Arial" w:cs="Arial"/>
          <w:spacing w:val="3"/>
          <w:sz w:val="24"/>
          <w:szCs w:val="24"/>
        </w:rPr>
        <w:t xml:space="preserve"> </w:t>
      </w:r>
      <w:r w:rsidRPr="00C667FD">
        <w:rPr>
          <w:rFonts w:ascii="Arial" w:hAnsi="Arial" w:cs="Arial"/>
          <w:spacing w:val="5"/>
          <w:sz w:val="24"/>
          <w:szCs w:val="24"/>
        </w:rPr>
        <w:t xml:space="preserve">de </w:t>
      </w:r>
      <w:r w:rsidRPr="00C667FD">
        <w:rPr>
          <w:rFonts w:ascii="Arial" w:hAnsi="Arial" w:cs="Arial"/>
          <w:spacing w:val="-3"/>
          <w:sz w:val="24"/>
          <w:szCs w:val="24"/>
        </w:rPr>
        <w:t xml:space="preserve">un </w:t>
      </w:r>
      <w:proofErr w:type="spellStart"/>
      <w:r w:rsidRPr="00C667FD">
        <w:rPr>
          <w:rFonts w:ascii="Arial" w:hAnsi="Arial" w:cs="Arial"/>
          <w:sz w:val="24"/>
          <w:szCs w:val="24"/>
        </w:rPr>
        <w:t>estudiante</w:t>
      </w:r>
      <w:proofErr w:type="spellEnd"/>
      <w:r w:rsidRPr="00C667FD">
        <w:rPr>
          <w:rFonts w:ascii="Arial" w:hAnsi="Arial" w:cs="Arial"/>
          <w:spacing w:val="-14"/>
          <w:sz w:val="24"/>
          <w:szCs w:val="24"/>
        </w:rPr>
        <w:t xml:space="preserve"> </w:t>
      </w:r>
      <w:proofErr w:type="spellStart"/>
      <w:r w:rsidRPr="00C667FD">
        <w:rPr>
          <w:rFonts w:ascii="Arial" w:hAnsi="Arial" w:cs="Arial"/>
          <w:spacing w:val="3"/>
          <w:sz w:val="24"/>
          <w:szCs w:val="24"/>
        </w:rPr>
        <w:t>específico</w:t>
      </w:r>
      <w:proofErr w:type="spellEnd"/>
      <w:r w:rsidRPr="00C667FD">
        <w:rPr>
          <w:rFonts w:ascii="Arial" w:hAnsi="Arial" w:cs="Arial"/>
          <w:spacing w:val="3"/>
          <w:sz w:val="24"/>
          <w:szCs w:val="24"/>
        </w:rPr>
        <w:t>.</w:t>
      </w:r>
    </w:p>
    <w:p w14:paraId="3CF611EC"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r w:rsidRPr="00C667FD">
        <w:rPr>
          <w:rFonts w:ascii="Arial" w:hAnsi="Arial" w:cs="Arial"/>
          <w:spacing w:val="-5"/>
          <w:sz w:val="24"/>
          <w:szCs w:val="24"/>
        </w:rPr>
        <w:t xml:space="preserve">Dar </w:t>
      </w:r>
      <w:proofErr w:type="spellStart"/>
      <w:r w:rsidRPr="00C667FD">
        <w:rPr>
          <w:rFonts w:ascii="Arial" w:hAnsi="Arial" w:cs="Arial"/>
          <w:sz w:val="24"/>
          <w:szCs w:val="24"/>
        </w:rPr>
        <w:t>tiempo</w:t>
      </w:r>
      <w:proofErr w:type="spellEnd"/>
      <w:r w:rsidRPr="00C667FD">
        <w:rPr>
          <w:rFonts w:ascii="Arial" w:hAnsi="Arial" w:cs="Arial"/>
          <w:sz w:val="24"/>
          <w:szCs w:val="24"/>
        </w:rPr>
        <w:t xml:space="preserve"> </w:t>
      </w:r>
      <w:r w:rsidRPr="00C667FD">
        <w:rPr>
          <w:rFonts w:ascii="Arial" w:hAnsi="Arial" w:cs="Arial"/>
          <w:spacing w:val="-3"/>
          <w:sz w:val="24"/>
          <w:szCs w:val="24"/>
        </w:rPr>
        <w:t xml:space="preserve">al </w:t>
      </w:r>
      <w:proofErr w:type="spellStart"/>
      <w:r w:rsidRPr="00C667FD">
        <w:rPr>
          <w:rFonts w:ascii="Arial" w:hAnsi="Arial" w:cs="Arial"/>
          <w:sz w:val="24"/>
          <w:szCs w:val="24"/>
        </w:rPr>
        <w:t>estudiante</w:t>
      </w:r>
      <w:proofErr w:type="spellEnd"/>
      <w:r w:rsidRPr="00C667FD">
        <w:rPr>
          <w:rFonts w:ascii="Arial" w:hAnsi="Arial" w:cs="Arial"/>
          <w:sz w:val="24"/>
          <w:szCs w:val="24"/>
        </w:rPr>
        <w:t xml:space="preserve"> para </w:t>
      </w:r>
      <w:proofErr w:type="spellStart"/>
      <w:r w:rsidRPr="00C667FD">
        <w:rPr>
          <w:rFonts w:ascii="Arial" w:hAnsi="Arial" w:cs="Arial"/>
          <w:spacing w:val="3"/>
          <w:sz w:val="24"/>
          <w:szCs w:val="24"/>
        </w:rPr>
        <w:t>expresar</w:t>
      </w:r>
      <w:proofErr w:type="spellEnd"/>
      <w:r w:rsidRPr="00C667FD">
        <w:rPr>
          <w:rFonts w:ascii="Arial" w:hAnsi="Arial" w:cs="Arial"/>
          <w:spacing w:val="3"/>
          <w:sz w:val="24"/>
          <w:szCs w:val="24"/>
        </w:rPr>
        <w:t xml:space="preserve"> </w:t>
      </w:r>
      <w:r w:rsidRPr="00C667FD">
        <w:rPr>
          <w:rFonts w:ascii="Arial" w:hAnsi="Arial" w:cs="Arial"/>
          <w:sz w:val="24"/>
          <w:szCs w:val="24"/>
        </w:rPr>
        <w:t xml:space="preserve">lo que le </w:t>
      </w:r>
      <w:proofErr w:type="spellStart"/>
      <w:r w:rsidRPr="00C667FD">
        <w:rPr>
          <w:rFonts w:ascii="Arial" w:hAnsi="Arial" w:cs="Arial"/>
          <w:spacing w:val="5"/>
          <w:sz w:val="24"/>
          <w:szCs w:val="24"/>
        </w:rPr>
        <w:t>sucede</w:t>
      </w:r>
      <w:proofErr w:type="spellEnd"/>
      <w:r w:rsidRPr="00C667FD">
        <w:rPr>
          <w:rFonts w:ascii="Arial" w:hAnsi="Arial" w:cs="Arial"/>
          <w:spacing w:val="5"/>
          <w:sz w:val="24"/>
          <w:szCs w:val="24"/>
        </w:rPr>
        <w:t xml:space="preserve">. </w:t>
      </w:r>
      <w:r w:rsidRPr="00C667FD">
        <w:rPr>
          <w:rFonts w:ascii="Arial" w:hAnsi="Arial" w:cs="Arial"/>
          <w:sz w:val="24"/>
          <w:szCs w:val="24"/>
        </w:rPr>
        <w:t xml:space="preserve">Si </w:t>
      </w:r>
      <w:r w:rsidRPr="00C667FD">
        <w:rPr>
          <w:rFonts w:ascii="Arial" w:hAnsi="Arial" w:cs="Arial"/>
          <w:spacing w:val="5"/>
          <w:sz w:val="24"/>
          <w:szCs w:val="24"/>
        </w:rPr>
        <w:t xml:space="preserve">es </w:t>
      </w:r>
      <w:r w:rsidRPr="00C667FD">
        <w:rPr>
          <w:rFonts w:ascii="Arial" w:hAnsi="Arial" w:cs="Arial"/>
          <w:sz w:val="24"/>
          <w:szCs w:val="24"/>
        </w:rPr>
        <w:t xml:space="preserve">que </w:t>
      </w:r>
      <w:proofErr w:type="spellStart"/>
      <w:r w:rsidRPr="00C667FD">
        <w:rPr>
          <w:rFonts w:ascii="Arial" w:hAnsi="Arial" w:cs="Arial"/>
          <w:spacing w:val="5"/>
          <w:sz w:val="24"/>
          <w:szCs w:val="24"/>
        </w:rPr>
        <w:t>el</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lastRenderedPageBreak/>
        <w:t>estudiante</w:t>
      </w:r>
      <w:proofErr w:type="spellEnd"/>
      <w:r w:rsidRPr="00C667FD">
        <w:rPr>
          <w:rFonts w:ascii="Arial" w:hAnsi="Arial" w:cs="Arial"/>
          <w:sz w:val="24"/>
          <w:szCs w:val="24"/>
        </w:rPr>
        <w:t xml:space="preserve"> </w:t>
      </w:r>
      <w:proofErr w:type="spellStart"/>
      <w:r w:rsidRPr="00C667FD">
        <w:rPr>
          <w:rFonts w:ascii="Arial" w:hAnsi="Arial" w:cs="Arial"/>
          <w:sz w:val="24"/>
          <w:szCs w:val="24"/>
        </w:rPr>
        <w:t>quiere</w:t>
      </w:r>
      <w:proofErr w:type="spellEnd"/>
      <w:r w:rsidRPr="00C667FD">
        <w:rPr>
          <w:rFonts w:ascii="Arial" w:hAnsi="Arial" w:cs="Arial"/>
          <w:sz w:val="24"/>
          <w:szCs w:val="24"/>
        </w:rPr>
        <w:t xml:space="preserve"> </w:t>
      </w:r>
      <w:proofErr w:type="spellStart"/>
      <w:r w:rsidRPr="00C667FD">
        <w:rPr>
          <w:rFonts w:ascii="Arial" w:hAnsi="Arial" w:cs="Arial"/>
          <w:spacing w:val="3"/>
          <w:sz w:val="24"/>
          <w:szCs w:val="24"/>
        </w:rPr>
        <w:t>expresarse</w:t>
      </w:r>
      <w:proofErr w:type="spellEnd"/>
      <w:r w:rsidRPr="00C667FD">
        <w:rPr>
          <w:rFonts w:ascii="Arial" w:hAnsi="Arial" w:cs="Arial"/>
          <w:spacing w:val="3"/>
          <w:sz w:val="24"/>
          <w:szCs w:val="24"/>
        </w:rPr>
        <w:t xml:space="preserve">, </w:t>
      </w:r>
      <w:proofErr w:type="spellStart"/>
      <w:r w:rsidRPr="00C667FD">
        <w:rPr>
          <w:rFonts w:ascii="Arial" w:hAnsi="Arial" w:cs="Arial"/>
          <w:spacing w:val="3"/>
          <w:sz w:val="24"/>
          <w:szCs w:val="24"/>
        </w:rPr>
        <w:t>pero</w:t>
      </w:r>
      <w:proofErr w:type="spellEnd"/>
      <w:r w:rsidRPr="00C667FD">
        <w:rPr>
          <w:rFonts w:ascii="Arial" w:hAnsi="Arial" w:cs="Arial"/>
          <w:spacing w:val="3"/>
          <w:sz w:val="24"/>
          <w:szCs w:val="24"/>
        </w:rPr>
        <w:t xml:space="preserve"> </w:t>
      </w:r>
      <w:r w:rsidRPr="00C667FD">
        <w:rPr>
          <w:rFonts w:ascii="Arial" w:hAnsi="Arial" w:cs="Arial"/>
          <w:spacing w:val="-3"/>
          <w:sz w:val="24"/>
          <w:szCs w:val="24"/>
        </w:rPr>
        <w:t xml:space="preserve">no </w:t>
      </w:r>
      <w:r w:rsidRPr="00C667FD">
        <w:rPr>
          <w:rFonts w:ascii="Arial" w:hAnsi="Arial" w:cs="Arial"/>
          <w:spacing w:val="5"/>
          <w:sz w:val="24"/>
          <w:szCs w:val="24"/>
        </w:rPr>
        <w:t xml:space="preserve">es </w:t>
      </w:r>
      <w:proofErr w:type="spellStart"/>
      <w:r w:rsidRPr="00C667FD">
        <w:rPr>
          <w:rFonts w:ascii="Arial" w:hAnsi="Arial" w:cs="Arial"/>
          <w:sz w:val="24"/>
          <w:szCs w:val="24"/>
        </w:rPr>
        <w:t>capaz</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hacerlo</w:t>
      </w:r>
      <w:proofErr w:type="spellEnd"/>
      <w:r w:rsidRPr="00C667FD">
        <w:rPr>
          <w:rFonts w:ascii="Arial" w:hAnsi="Arial" w:cs="Arial"/>
          <w:sz w:val="24"/>
          <w:szCs w:val="24"/>
        </w:rPr>
        <w:t xml:space="preserve"> </w:t>
      </w:r>
      <w:proofErr w:type="spellStart"/>
      <w:r w:rsidRPr="00C667FD">
        <w:rPr>
          <w:rFonts w:ascii="Arial" w:hAnsi="Arial" w:cs="Arial"/>
          <w:sz w:val="24"/>
          <w:szCs w:val="24"/>
        </w:rPr>
        <w:t>verbalmente</w:t>
      </w:r>
      <w:proofErr w:type="spellEnd"/>
      <w:r w:rsidRPr="00C667FD">
        <w:rPr>
          <w:rFonts w:ascii="Arial" w:hAnsi="Arial" w:cs="Arial"/>
          <w:sz w:val="24"/>
          <w:szCs w:val="24"/>
        </w:rPr>
        <w:t xml:space="preserve">, </w:t>
      </w:r>
      <w:r w:rsidRPr="00C667FD">
        <w:rPr>
          <w:rFonts w:ascii="Arial" w:hAnsi="Arial" w:cs="Arial"/>
          <w:spacing w:val="3"/>
          <w:sz w:val="24"/>
          <w:szCs w:val="24"/>
        </w:rPr>
        <w:t xml:space="preserve">se </w:t>
      </w:r>
      <w:r w:rsidRPr="00C667FD">
        <w:rPr>
          <w:rFonts w:ascii="Arial" w:hAnsi="Arial" w:cs="Arial"/>
          <w:sz w:val="24"/>
          <w:szCs w:val="24"/>
        </w:rPr>
        <w:t xml:space="preserve">le </w:t>
      </w:r>
      <w:proofErr w:type="spellStart"/>
      <w:r w:rsidRPr="00C667FD">
        <w:rPr>
          <w:rFonts w:ascii="Arial" w:hAnsi="Arial" w:cs="Arial"/>
          <w:spacing w:val="5"/>
          <w:sz w:val="24"/>
          <w:szCs w:val="24"/>
        </w:rPr>
        <w:t>puede</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entregar</w:t>
      </w:r>
      <w:proofErr w:type="spellEnd"/>
      <w:r w:rsidRPr="00C667FD">
        <w:rPr>
          <w:rFonts w:ascii="Arial" w:hAnsi="Arial" w:cs="Arial"/>
          <w:sz w:val="24"/>
          <w:szCs w:val="24"/>
        </w:rPr>
        <w:t xml:space="preserve"> la </w:t>
      </w:r>
      <w:proofErr w:type="spellStart"/>
      <w:r w:rsidRPr="00C667FD">
        <w:rPr>
          <w:rFonts w:ascii="Arial" w:hAnsi="Arial" w:cs="Arial"/>
          <w:spacing w:val="6"/>
          <w:sz w:val="24"/>
          <w:szCs w:val="24"/>
        </w:rPr>
        <w:t>opción</w:t>
      </w:r>
      <w:proofErr w:type="spellEnd"/>
      <w:r w:rsidRPr="00C667FD">
        <w:rPr>
          <w:rFonts w:ascii="Arial" w:hAnsi="Arial" w:cs="Arial"/>
          <w:spacing w:val="6"/>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dibujar</w:t>
      </w:r>
      <w:proofErr w:type="spellEnd"/>
      <w:r w:rsidRPr="00C667FD">
        <w:rPr>
          <w:rFonts w:ascii="Arial" w:hAnsi="Arial" w:cs="Arial"/>
          <w:sz w:val="24"/>
          <w:szCs w:val="24"/>
        </w:rPr>
        <w:t xml:space="preserve"> o </w:t>
      </w:r>
      <w:proofErr w:type="spellStart"/>
      <w:r w:rsidRPr="00C667FD">
        <w:rPr>
          <w:rFonts w:ascii="Arial" w:hAnsi="Arial" w:cs="Arial"/>
          <w:spacing w:val="3"/>
          <w:sz w:val="24"/>
          <w:szCs w:val="24"/>
        </w:rPr>
        <w:t>escribir</w:t>
      </w:r>
      <w:proofErr w:type="spellEnd"/>
      <w:r w:rsidRPr="00C667FD">
        <w:rPr>
          <w:rFonts w:ascii="Arial" w:hAnsi="Arial" w:cs="Arial"/>
          <w:spacing w:val="3"/>
          <w:sz w:val="24"/>
          <w:szCs w:val="24"/>
        </w:rPr>
        <w:t xml:space="preserve"> </w:t>
      </w:r>
      <w:r w:rsidRPr="00C667FD">
        <w:rPr>
          <w:rFonts w:ascii="Arial" w:hAnsi="Arial" w:cs="Arial"/>
          <w:sz w:val="24"/>
          <w:szCs w:val="24"/>
        </w:rPr>
        <w:t xml:space="preserve">lo que le </w:t>
      </w:r>
      <w:proofErr w:type="spellStart"/>
      <w:r w:rsidRPr="00C667FD">
        <w:rPr>
          <w:rFonts w:ascii="Arial" w:hAnsi="Arial" w:cs="Arial"/>
          <w:spacing w:val="4"/>
          <w:sz w:val="24"/>
          <w:szCs w:val="24"/>
        </w:rPr>
        <w:t>sucede</w:t>
      </w:r>
      <w:proofErr w:type="spellEnd"/>
      <w:r w:rsidRPr="00C667FD">
        <w:rPr>
          <w:rFonts w:ascii="Arial" w:hAnsi="Arial" w:cs="Arial"/>
          <w:spacing w:val="4"/>
          <w:sz w:val="24"/>
          <w:szCs w:val="24"/>
        </w:rPr>
        <w:t xml:space="preserve"> </w:t>
      </w:r>
      <w:r w:rsidRPr="00C667FD">
        <w:rPr>
          <w:rFonts w:ascii="Arial" w:hAnsi="Arial" w:cs="Arial"/>
          <w:sz w:val="24"/>
          <w:szCs w:val="24"/>
        </w:rPr>
        <w:t>o</w:t>
      </w:r>
      <w:r w:rsidRPr="00C667FD">
        <w:rPr>
          <w:rFonts w:ascii="Arial" w:hAnsi="Arial" w:cs="Arial"/>
          <w:spacing w:val="26"/>
          <w:sz w:val="24"/>
          <w:szCs w:val="24"/>
        </w:rPr>
        <w:t xml:space="preserve"> </w:t>
      </w:r>
      <w:proofErr w:type="spellStart"/>
      <w:r w:rsidRPr="00C667FD">
        <w:rPr>
          <w:rFonts w:ascii="Arial" w:hAnsi="Arial" w:cs="Arial"/>
          <w:spacing w:val="2"/>
          <w:sz w:val="24"/>
          <w:szCs w:val="24"/>
        </w:rPr>
        <w:t>siente</w:t>
      </w:r>
      <w:proofErr w:type="spellEnd"/>
      <w:r w:rsidRPr="00C667FD">
        <w:rPr>
          <w:rFonts w:ascii="Arial" w:hAnsi="Arial" w:cs="Arial"/>
          <w:spacing w:val="2"/>
          <w:sz w:val="24"/>
          <w:szCs w:val="24"/>
        </w:rPr>
        <w:t>.</w:t>
      </w:r>
    </w:p>
    <w:p w14:paraId="471A5A3C" w14:textId="77777777" w:rsidR="00893C50" w:rsidRPr="00901BC0" w:rsidRDefault="00893C50" w:rsidP="00893C50">
      <w:pPr>
        <w:pStyle w:val="Textoindependiente"/>
        <w:spacing w:before="7" w:line="360" w:lineRule="auto"/>
        <w:ind w:right="49"/>
        <w:jc w:val="both"/>
        <w:rPr>
          <w:rFonts w:ascii="Arial" w:hAnsi="Arial" w:cs="Arial"/>
        </w:rPr>
      </w:pPr>
    </w:p>
    <w:p w14:paraId="59047EEC"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r w:rsidRPr="00C667FD">
        <w:rPr>
          <w:rFonts w:ascii="Arial" w:hAnsi="Arial" w:cs="Arial"/>
          <w:sz w:val="24"/>
          <w:szCs w:val="24"/>
        </w:rPr>
        <w:t>Se</w:t>
      </w:r>
      <w:r w:rsidRPr="00C667FD">
        <w:rPr>
          <w:rFonts w:ascii="Arial" w:hAnsi="Arial" w:cs="Arial"/>
          <w:spacing w:val="2"/>
          <w:sz w:val="24"/>
          <w:szCs w:val="24"/>
        </w:rPr>
        <w:t xml:space="preserve"> </w:t>
      </w:r>
      <w:proofErr w:type="spellStart"/>
      <w:r w:rsidRPr="00C667FD">
        <w:rPr>
          <w:rFonts w:ascii="Arial" w:hAnsi="Arial" w:cs="Arial"/>
          <w:spacing w:val="5"/>
          <w:sz w:val="24"/>
          <w:szCs w:val="24"/>
        </w:rPr>
        <w:t>puede</w:t>
      </w:r>
      <w:proofErr w:type="spellEnd"/>
      <w:r w:rsidRPr="00C667FD">
        <w:rPr>
          <w:rFonts w:ascii="Arial" w:hAnsi="Arial" w:cs="Arial"/>
          <w:spacing w:val="2"/>
          <w:sz w:val="24"/>
          <w:szCs w:val="24"/>
        </w:rPr>
        <w:t xml:space="preserve"> </w:t>
      </w:r>
      <w:proofErr w:type="spellStart"/>
      <w:r w:rsidRPr="00C667FD">
        <w:rPr>
          <w:rFonts w:ascii="Arial" w:hAnsi="Arial" w:cs="Arial"/>
          <w:sz w:val="24"/>
          <w:szCs w:val="24"/>
        </w:rPr>
        <w:t>hacer</w:t>
      </w:r>
      <w:proofErr w:type="spellEnd"/>
      <w:r w:rsidRPr="00C667FD">
        <w:rPr>
          <w:rFonts w:ascii="Arial" w:hAnsi="Arial" w:cs="Arial"/>
          <w:spacing w:val="-14"/>
          <w:sz w:val="24"/>
          <w:szCs w:val="24"/>
        </w:rPr>
        <w:t xml:space="preserve"> </w:t>
      </w:r>
      <w:proofErr w:type="spellStart"/>
      <w:r w:rsidRPr="00C667FD">
        <w:rPr>
          <w:rFonts w:ascii="Arial" w:hAnsi="Arial" w:cs="Arial"/>
          <w:sz w:val="24"/>
          <w:szCs w:val="24"/>
        </w:rPr>
        <w:t>uso</w:t>
      </w:r>
      <w:proofErr w:type="spellEnd"/>
      <w:r w:rsidRPr="00C667FD">
        <w:rPr>
          <w:rFonts w:ascii="Arial" w:hAnsi="Arial" w:cs="Arial"/>
          <w:spacing w:val="3"/>
          <w:sz w:val="24"/>
          <w:szCs w:val="24"/>
        </w:rPr>
        <w:t xml:space="preserve"> </w:t>
      </w:r>
      <w:r w:rsidRPr="00C667FD">
        <w:rPr>
          <w:rFonts w:ascii="Arial" w:hAnsi="Arial" w:cs="Arial"/>
          <w:spacing w:val="5"/>
          <w:sz w:val="24"/>
          <w:szCs w:val="24"/>
        </w:rPr>
        <w:t>de</w:t>
      </w:r>
      <w:r w:rsidRPr="00C667FD">
        <w:rPr>
          <w:rFonts w:ascii="Arial" w:hAnsi="Arial" w:cs="Arial"/>
          <w:spacing w:val="2"/>
          <w:sz w:val="24"/>
          <w:szCs w:val="24"/>
        </w:rPr>
        <w:t xml:space="preserve"> </w:t>
      </w:r>
      <w:proofErr w:type="spellStart"/>
      <w:r w:rsidRPr="00C667FD">
        <w:rPr>
          <w:rFonts w:ascii="Arial" w:hAnsi="Arial" w:cs="Arial"/>
          <w:sz w:val="24"/>
          <w:szCs w:val="24"/>
        </w:rPr>
        <w:t>estrategias</w:t>
      </w:r>
      <w:proofErr w:type="spellEnd"/>
      <w:r w:rsidRPr="00C667FD">
        <w:rPr>
          <w:rFonts w:ascii="Arial" w:hAnsi="Arial" w:cs="Arial"/>
          <w:spacing w:val="-2"/>
          <w:sz w:val="24"/>
          <w:szCs w:val="24"/>
        </w:rPr>
        <w:t xml:space="preserve"> </w:t>
      </w:r>
      <w:proofErr w:type="spellStart"/>
      <w:r w:rsidRPr="00C667FD">
        <w:rPr>
          <w:rFonts w:ascii="Arial" w:hAnsi="Arial" w:cs="Arial"/>
          <w:sz w:val="24"/>
          <w:szCs w:val="24"/>
        </w:rPr>
        <w:t>visuales</w:t>
      </w:r>
      <w:proofErr w:type="spellEnd"/>
      <w:r w:rsidRPr="00C667FD">
        <w:rPr>
          <w:rFonts w:ascii="Arial" w:hAnsi="Arial" w:cs="Arial"/>
          <w:spacing w:val="-1"/>
          <w:sz w:val="24"/>
          <w:szCs w:val="24"/>
        </w:rPr>
        <w:t xml:space="preserve"> </w:t>
      </w:r>
      <w:r w:rsidRPr="00C667FD">
        <w:rPr>
          <w:rFonts w:ascii="Arial" w:hAnsi="Arial" w:cs="Arial"/>
          <w:sz w:val="24"/>
          <w:szCs w:val="24"/>
        </w:rPr>
        <w:t>para</w:t>
      </w:r>
      <w:r w:rsidRPr="00C667FD">
        <w:rPr>
          <w:rFonts w:ascii="Arial" w:hAnsi="Arial" w:cs="Arial"/>
          <w:spacing w:val="-13"/>
          <w:sz w:val="24"/>
          <w:szCs w:val="24"/>
        </w:rPr>
        <w:t xml:space="preserve"> </w:t>
      </w:r>
      <w:proofErr w:type="spellStart"/>
      <w:r w:rsidRPr="00C667FD">
        <w:rPr>
          <w:rFonts w:ascii="Arial" w:hAnsi="Arial" w:cs="Arial"/>
          <w:spacing w:val="2"/>
          <w:sz w:val="24"/>
          <w:szCs w:val="24"/>
        </w:rPr>
        <w:t>favorecer</w:t>
      </w:r>
      <w:proofErr w:type="spellEnd"/>
      <w:r w:rsidRPr="00C667FD">
        <w:rPr>
          <w:rFonts w:ascii="Arial" w:hAnsi="Arial" w:cs="Arial"/>
          <w:spacing w:val="-15"/>
          <w:sz w:val="24"/>
          <w:szCs w:val="24"/>
        </w:rPr>
        <w:t xml:space="preserve"> </w:t>
      </w:r>
      <w:r w:rsidRPr="00C667FD">
        <w:rPr>
          <w:rFonts w:ascii="Arial" w:hAnsi="Arial" w:cs="Arial"/>
          <w:sz w:val="24"/>
          <w:szCs w:val="24"/>
        </w:rPr>
        <w:t>la</w:t>
      </w:r>
      <w:r w:rsidRPr="00C667FD">
        <w:rPr>
          <w:rFonts w:ascii="Arial" w:hAnsi="Arial" w:cs="Arial"/>
          <w:spacing w:val="-13"/>
          <w:sz w:val="24"/>
          <w:szCs w:val="24"/>
        </w:rPr>
        <w:t xml:space="preserve"> </w:t>
      </w:r>
      <w:proofErr w:type="spellStart"/>
      <w:r w:rsidRPr="00C667FD">
        <w:rPr>
          <w:rFonts w:ascii="Arial" w:hAnsi="Arial" w:cs="Arial"/>
          <w:sz w:val="24"/>
          <w:szCs w:val="24"/>
        </w:rPr>
        <w:t>expresión</w:t>
      </w:r>
      <w:proofErr w:type="spellEnd"/>
      <w:r w:rsidRPr="00C667FD">
        <w:rPr>
          <w:rFonts w:ascii="Arial" w:hAnsi="Arial" w:cs="Arial"/>
          <w:spacing w:val="-13"/>
          <w:sz w:val="24"/>
          <w:szCs w:val="24"/>
        </w:rPr>
        <w:t xml:space="preserve"> </w:t>
      </w:r>
      <w:r w:rsidRPr="00C667FD">
        <w:rPr>
          <w:rFonts w:ascii="Arial" w:hAnsi="Arial" w:cs="Arial"/>
          <w:spacing w:val="5"/>
          <w:sz w:val="24"/>
          <w:szCs w:val="24"/>
        </w:rPr>
        <w:t>de</w:t>
      </w:r>
      <w:r w:rsidRPr="00C667FD">
        <w:rPr>
          <w:rFonts w:ascii="Arial" w:hAnsi="Arial" w:cs="Arial"/>
          <w:spacing w:val="18"/>
          <w:sz w:val="24"/>
          <w:szCs w:val="24"/>
        </w:rPr>
        <w:t xml:space="preserve"> </w:t>
      </w:r>
      <w:proofErr w:type="spellStart"/>
      <w:r w:rsidRPr="00C667FD">
        <w:rPr>
          <w:rFonts w:ascii="Arial" w:hAnsi="Arial" w:cs="Arial"/>
          <w:spacing w:val="-4"/>
          <w:sz w:val="24"/>
          <w:szCs w:val="24"/>
        </w:rPr>
        <w:t>una</w:t>
      </w:r>
      <w:proofErr w:type="spellEnd"/>
      <w:r w:rsidRPr="00C667FD">
        <w:rPr>
          <w:rFonts w:ascii="Arial" w:hAnsi="Arial" w:cs="Arial"/>
          <w:spacing w:val="3"/>
          <w:sz w:val="24"/>
          <w:szCs w:val="24"/>
        </w:rPr>
        <w:t xml:space="preserve"> </w:t>
      </w:r>
      <w:proofErr w:type="spellStart"/>
      <w:r w:rsidRPr="00C667FD">
        <w:rPr>
          <w:rFonts w:ascii="Arial" w:hAnsi="Arial" w:cs="Arial"/>
          <w:spacing w:val="4"/>
          <w:sz w:val="24"/>
          <w:szCs w:val="24"/>
        </w:rPr>
        <w:t>emoción</w:t>
      </w:r>
      <w:proofErr w:type="spellEnd"/>
      <w:r w:rsidRPr="00C667FD">
        <w:rPr>
          <w:rFonts w:ascii="Arial" w:hAnsi="Arial" w:cs="Arial"/>
          <w:spacing w:val="4"/>
          <w:sz w:val="24"/>
          <w:szCs w:val="24"/>
        </w:rPr>
        <w:t>,</w:t>
      </w:r>
      <w:r w:rsidRPr="00C667FD">
        <w:rPr>
          <w:rFonts w:ascii="Arial" w:hAnsi="Arial" w:cs="Arial"/>
          <w:spacing w:val="13"/>
          <w:sz w:val="24"/>
          <w:szCs w:val="24"/>
        </w:rPr>
        <w:t xml:space="preserve"> </w:t>
      </w:r>
      <w:proofErr w:type="spellStart"/>
      <w:r w:rsidRPr="00C667FD">
        <w:rPr>
          <w:rFonts w:ascii="Arial" w:hAnsi="Arial" w:cs="Arial"/>
          <w:spacing w:val="6"/>
          <w:sz w:val="24"/>
          <w:szCs w:val="24"/>
        </w:rPr>
        <w:t>por</w:t>
      </w:r>
      <w:proofErr w:type="spellEnd"/>
      <w:r w:rsidRPr="00C667FD">
        <w:rPr>
          <w:rFonts w:ascii="Arial" w:hAnsi="Arial" w:cs="Arial"/>
          <w:spacing w:val="1"/>
          <w:sz w:val="24"/>
          <w:szCs w:val="24"/>
        </w:rPr>
        <w:t xml:space="preserve"> </w:t>
      </w:r>
      <w:proofErr w:type="spellStart"/>
      <w:r w:rsidRPr="00C667FD">
        <w:rPr>
          <w:rFonts w:ascii="Arial" w:hAnsi="Arial" w:cs="Arial"/>
          <w:spacing w:val="5"/>
          <w:sz w:val="24"/>
          <w:szCs w:val="24"/>
        </w:rPr>
        <w:t>ejemplo</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pictogramas</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pacing w:val="4"/>
          <w:sz w:val="24"/>
          <w:szCs w:val="24"/>
        </w:rPr>
        <w:t>emociones</w:t>
      </w:r>
      <w:proofErr w:type="spellEnd"/>
      <w:r w:rsidRPr="00C667FD">
        <w:rPr>
          <w:rFonts w:ascii="Arial" w:hAnsi="Arial" w:cs="Arial"/>
          <w:spacing w:val="4"/>
          <w:sz w:val="24"/>
          <w:szCs w:val="24"/>
        </w:rPr>
        <w:t xml:space="preserve">, </w:t>
      </w:r>
      <w:r w:rsidRPr="00C667FD">
        <w:rPr>
          <w:rFonts w:ascii="Arial" w:hAnsi="Arial" w:cs="Arial"/>
          <w:sz w:val="24"/>
          <w:szCs w:val="24"/>
        </w:rPr>
        <w:t xml:space="preserve">panel </w:t>
      </w:r>
      <w:r w:rsidRPr="00C667FD">
        <w:rPr>
          <w:rFonts w:ascii="Arial" w:hAnsi="Arial" w:cs="Arial"/>
          <w:spacing w:val="5"/>
          <w:sz w:val="24"/>
          <w:szCs w:val="24"/>
        </w:rPr>
        <w:t xml:space="preserve">de </w:t>
      </w:r>
      <w:proofErr w:type="spellStart"/>
      <w:r w:rsidRPr="00C667FD">
        <w:rPr>
          <w:rFonts w:ascii="Arial" w:hAnsi="Arial" w:cs="Arial"/>
          <w:spacing w:val="4"/>
          <w:sz w:val="24"/>
          <w:szCs w:val="24"/>
        </w:rPr>
        <w:t>emociones</w:t>
      </w:r>
      <w:proofErr w:type="spellEnd"/>
      <w:r w:rsidRPr="00C667FD">
        <w:rPr>
          <w:rFonts w:ascii="Arial" w:hAnsi="Arial" w:cs="Arial"/>
          <w:spacing w:val="4"/>
          <w:sz w:val="24"/>
          <w:szCs w:val="24"/>
        </w:rPr>
        <w:t xml:space="preserve">, </w:t>
      </w:r>
      <w:proofErr w:type="spellStart"/>
      <w:r w:rsidRPr="00C667FD">
        <w:rPr>
          <w:rFonts w:ascii="Arial" w:hAnsi="Arial" w:cs="Arial"/>
          <w:sz w:val="24"/>
          <w:szCs w:val="24"/>
        </w:rPr>
        <w:t>dibujar</w:t>
      </w:r>
      <w:proofErr w:type="spellEnd"/>
      <w:r w:rsidRPr="00C667FD">
        <w:rPr>
          <w:rFonts w:ascii="Arial" w:hAnsi="Arial" w:cs="Arial"/>
          <w:sz w:val="24"/>
          <w:szCs w:val="24"/>
        </w:rPr>
        <w:t xml:space="preserve"> </w:t>
      </w:r>
      <w:proofErr w:type="spellStart"/>
      <w:r w:rsidRPr="00C667FD">
        <w:rPr>
          <w:rFonts w:ascii="Arial" w:hAnsi="Arial" w:cs="Arial"/>
          <w:spacing w:val="4"/>
          <w:sz w:val="24"/>
          <w:szCs w:val="24"/>
        </w:rPr>
        <w:t>emociones</w:t>
      </w:r>
      <w:proofErr w:type="spellEnd"/>
      <w:r w:rsidRPr="00C667FD">
        <w:rPr>
          <w:rFonts w:ascii="Arial" w:hAnsi="Arial" w:cs="Arial"/>
          <w:spacing w:val="4"/>
          <w:sz w:val="24"/>
          <w:szCs w:val="24"/>
        </w:rPr>
        <w:t xml:space="preserve"> </w:t>
      </w:r>
      <w:r w:rsidRPr="00C667FD">
        <w:rPr>
          <w:rFonts w:ascii="Arial" w:hAnsi="Arial" w:cs="Arial"/>
          <w:sz w:val="24"/>
          <w:szCs w:val="24"/>
        </w:rPr>
        <w:t xml:space="preserve">o </w:t>
      </w:r>
      <w:proofErr w:type="spellStart"/>
      <w:r w:rsidRPr="00C667FD">
        <w:rPr>
          <w:rFonts w:ascii="Arial" w:hAnsi="Arial" w:cs="Arial"/>
          <w:sz w:val="24"/>
          <w:szCs w:val="24"/>
        </w:rPr>
        <w:t>situación</w:t>
      </w:r>
      <w:proofErr w:type="spellEnd"/>
      <w:r w:rsidRPr="00C667FD">
        <w:rPr>
          <w:rFonts w:ascii="Arial" w:hAnsi="Arial" w:cs="Arial"/>
          <w:spacing w:val="49"/>
          <w:sz w:val="24"/>
          <w:szCs w:val="24"/>
        </w:rPr>
        <w:t xml:space="preserve"> </w:t>
      </w:r>
      <w:proofErr w:type="spellStart"/>
      <w:r w:rsidRPr="00C667FD">
        <w:rPr>
          <w:rFonts w:ascii="Arial" w:hAnsi="Arial" w:cs="Arial"/>
          <w:sz w:val="24"/>
          <w:szCs w:val="24"/>
        </w:rPr>
        <w:t>problemática</w:t>
      </w:r>
      <w:proofErr w:type="spellEnd"/>
      <w:r w:rsidRPr="00C667FD">
        <w:rPr>
          <w:rFonts w:ascii="Arial" w:hAnsi="Arial" w:cs="Arial"/>
          <w:sz w:val="24"/>
          <w:szCs w:val="24"/>
        </w:rPr>
        <w:t>.</w:t>
      </w:r>
    </w:p>
    <w:p w14:paraId="1C85F662" w14:textId="77777777" w:rsidR="00893C50" w:rsidRPr="00901BC0" w:rsidRDefault="00893C50" w:rsidP="00893C50">
      <w:pPr>
        <w:pStyle w:val="Textoindependiente"/>
        <w:spacing w:before="2" w:line="360" w:lineRule="auto"/>
        <w:ind w:right="49"/>
        <w:jc w:val="both"/>
        <w:rPr>
          <w:rFonts w:ascii="Arial" w:hAnsi="Arial" w:cs="Arial"/>
        </w:rPr>
      </w:pPr>
    </w:p>
    <w:p w14:paraId="5A49CE7D"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C667FD">
        <w:rPr>
          <w:rFonts w:ascii="Arial" w:hAnsi="Arial" w:cs="Arial"/>
          <w:sz w:val="24"/>
          <w:szCs w:val="24"/>
        </w:rPr>
        <w:t>Dirigir</w:t>
      </w:r>
      <w:proofErr w:type="spellEnd"/>
      <w:r w:rsidRPr="00C667FD">
        <w:rPr>
          <w:rFonts w:ascii="Arial" w:hAnsi="Arial" w:cs="Arial"/>
          <w:sz w:val="24"/>
          <w:szCs w:val="24"/>
        </w:rPr>
        <w:t xml:space="preserve"> </w:t>
      </w:r>
      <w:proofErr w:type="spellStart"/>
      <w:r w:rsidRPr="00C667FD">
        <w:rPr>
          <w:rFonts w:ascii="Arial" w:hAnsi="Arial" w:cs="Arial"/>
          <w:sz w:val="24"/>
          <w:szCs w:val="24"/>
        </w:rPr>
        <w:t>momentáneamente</w:t>
      </w:r>
      <w:proofErr w:type="spellEnd"/>
      <w:r w:rsidRPr="00C667FD">
        <w:rPr>
          <w:rFonts w:ascii="Arial" w:hAnsi="Arial" w:cs="Arial"/>
          <w:sz w:val="24"/>
          <w:szCs w:val="24"/>
        </w:rPr>
        <w:t xml:space="preserve"> </w:t>
      </w:r>
      <w:proofErr w:type="spellStart"/>
      <w:r w:rsidRPr="00C667FD">
        <w:rPr>
          <w:rFonts w:ascii="Arial" w:hAnsi="Arial" w:cs="Arial"/>
          <w:sz w:val="24"/>
          <w:szCs w:val="24"/>
        </w:rPr>
        <w:t>hacia</w:t>
      </w:r>
      <w:proofErr w:type="spellEnd"/>
      <w:r w:rsidRPr="00C667FD">
        <w:rPr>
          <w:rFonts w:ascii="Arial" w:hAnsi="Arial" w:cs="Arial"/>
          <w:sz w:val="24"/>
          <w:szCs w:val="24"/>
        </w:rPr>
        <w:t xml:space="preserve"> </w:t>
      </w:r>
      <w:proofErr w:type="spellStart"/>
      <w:r w:rsidRPr="00C667FD">
        <w:rPr>
          <w:rFonts w:ascii="Arial" w:hAnsi="Arial" w:cs="Arial"/>
          <w:sz w:val="24"/>
          <w:szCs w:val="24"/>
        </w:rPr>
        <w:t>otro</w:t>
      </w:r>
      <w:proofErr w:type="spellEnd"/>
      <w:r w:rsidRPr="00C667FD">
        <w:rPr>
          <w:rFonts w:ascii="Arial" w:hAnsi="Arial" w:cs="Arial"/>
          <w:sz w:val="24"/>
          <w:szCs w:val="24"/>
        </w:rPr>
        <w:t xml:space="preserve"> </w:t>
      </w:r>
      <w:proofErr w:type="spellStart"/>
      <w:r w:rsidRPr="00C667FD">
        <w:rPr>
          <w:rFonts w:ascii="Arial" w:hAnsi="Arial" w:cs="Arial"/>
          <w:sz w:val="24"/>
          <w:szCs w:val="24"/>
        </w:rPr>
        <w:t>foco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atención</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con </w:t>
      </w:r>
      <w:proofErr w:type="spellStart"/>
      <w:r w:rsidRPr="00C667FD">
        <w:rPr>
          <w:rFonts w:ascii="Arial" w:hAnsi="Arial" w:cs="Arial"/>
          <w:spacing w:val="2"/>
          <w:sz w:val="24"/>
          <w:szCs w:val="24"/>
        </w:rPr>
        <w:t>alguna</w:t>
      </w:r>
      <w:proofErr w:type="spellEnd"/>
      <w:r w:rsidRPr="00C667FD">
        <w:rPr>
          <w:rFonts w:ascii="Arial" w:hAnsi="Arial" w:cs="Arial"/>
          <w:spacing w:val="2"/>
          <w:sz w:val="24"/>
          <w:szCs w:val="24"/>
        </w:rPr>
        <w:t xml:space="preserve"> </w:t>
      </w:r>
      <w:proofErr w:type="spellStart"/>
      <w:r w:rsidRPr="00C667FD">
        <w:rPr>
          <w:rFonts w:ascii="Arial" w:hAnsi="Arial" w:cs="Arial"/>
          <w:sz w:val="24"/>
          <w:szCs w:val="24"/>
        </w:rPr>
        <w:t>actividad</w:t>
      </w:r>
      <w:proofErr w:type="spellEnd"/>
      <w:r w:rsidRPr="00C667FD">
        <w:rPr>
          <w:rFonts w:ascii="Arial" w:hAnsi="Arial" w:cs="Arial"/>
          <w:sz w:val="24"/>
          <w:szCs w:val="24"/>
        </w:rPr>
        <w:t xml:space="preserve">, </w:t>
      </w:r>
      <w:proofErr w:type="spellStart"/>
      <w:r w:rsidRPr="00C667FD">
        <w:rPr>
          <w:rFonts w:ascii="Arial" w:hAnsi="Arial" w:cs="Arial"/>
          <w:spacing w:val="6"/>
          <w:sz w:val="24"/>
          <w:szCs w:val="24"/>
        </w:rPr>
        <w:t>por</w:t>
      </w:r>
      <w:proofErr w:type="spellEnd"/>
      <w:r w:rsidRPr="00C667FD">
        <w:rPr>
          <w:rFonts w:ascii="Arial" w:hAnsi="Arial" w:cs="Arial"/>
          <w:spacing w:val="6"/>
          <w:sz w:val="24"/>
          <w:szCs w:val="24"/>
        </w:rPr>
        <w:t xml:space="preserve"> </w:t>
      </w:r>
      <w:proofErr w:type="spellStart"/>
      <w:r w:rsidRPr="00C667FD">
        <w:rPr>
          <w:rFonts w:ascii="Arial" w:hAnsi="Arial" w:cs="Arial"/>
          <w:spacing w:val="5"/>
          <w:sz w:val="24"/>
          <w:szCs w:val="24"/>
        </w:rPr>
        <w:t>ejemplo</w:t>
      </w:r>
      <w:proofErr w:type="spellEnd"/>
      <w:r w:rsidRPr="00C667FD">
        <w:rPr>
          <w:rFonts w:ascii="Arial" w:hAnsi="Arial" w:cs="Arial"/>
          <w:spacing w:val="5"/>
          <w:sz w:val="24"/>
          <w:szCs w:val="24"/>
        </w:rPr>
        <w:t xml:space="preserve">, </w:t>
      </w:r>
      <w:proofErr w:type="spellStart"/>
      <w:r w:rsidRPr="00C667FD">
        <w:rPr>
          <w:rFonts w:ascii="Arial" w:hAnsi="Arial" w:cs="Arial"/>
          <w:spacing w:val="3"/>
          <w:sz w:val="24"/>
          <w:szCs w:val="24"/>
        </w:rPr>
        <w:t>pedirle</w:t>
      </w:r>
      <w:proofErr w:type="spellEnd"/>
      <w:r w:rsidRPr="00C667FD">
        <w:rPr>
          <w:rFonts w:ascii="Arial" w:hAnsi="Arial" w:cs="Arial"/>
          <w:spacing w:val="3"/>
          <w:sz w:val="24"/>
          <w:szCs w:val="24"/>
        </w:rPr>
        <w:t xml:space="preserve"> </w:t>
      </w:r>
      <w:r w:rsidRPr="00C667FD">
        <w:rPr>
          <w:rFonts w:ascii="Arial" w:hAnsi="Arial" w:cs="Arial"/>
          <w:sz w:val="24"/>
          <w:szCs w:val="24"/>
        </w:rPr>
        <w:t xml:space="preserve">que </w:t>
      </w:r>
      <w:proofErr w:type="spellStart"/>
      <w:r w:rsidRPr="00C667FD">
        <w:rPr>
          <w:rFonts w:ascii="Arial" w:hAnsi="Arial" w:cs="Arial"/>
          <w:sz w:val="24"/>
          <w:szCs w:val="24"/>
        </w:rPr>
        <w:t>ayude</w:t>
      </w:r>
      <w:proofErr w:type="spellEnd"/>
      <w:r w:rsidRPr="00C667FD">
        <w:rPr>
          <w:rFonts w:ascii="Arial" w:hAnsi="Arial" w:cs="Arial"/>
          <w:sz w:val="24"/>
          <w:szCs w:val="24"/>
        </w:rPr>
        <w:t xml:space="preserve"> a </w:t>
      </w:r>
      <w:proofErr w:type="spellStart"/>
      <w:r w:rsidRPr="00C667FD">
        <w:rPr>
          <w:rFonts w:ascii="Arial" w:hAnsi="Arial" w:cs="Arial"/>
          <w:sz w:val="24"/>
          <w:szCs w:val="24"/>
        </w:rPr>
        <w:t>distribuir</w:t>
      </w:r>
      <w:proofErr w:type="spellEnd"/>
      <w:r w:rsidRPr="00C667FD">
        <w:rPr>
          <w:rFonts w:ascii="Arial" w:hAnsi="Arial" w:cs="Arial"/>
          <w:sz w:val="24"/>
          <w:szCs w:val="24"/>
        </w:rPr>
        <w:t xml:space="preserve"> </w:t>
      </w:r>
      <w:proofErr w:type="spellStart"/>
      <w:r w:rsidRPr="00C667FD">
        <w:rPr>
          <w:rFonts w:ascii="Arial" w:hAnsi="Arial" w:cs="Arial"/>
          <w:sz w:val="24"/>
          <w:szCs w:val="24"/>
        </w:rPr>
        <w:t>materiales</w:t>
      </w:r>
      <w:proofErr w:type="spellEnd"/>
      <w:r w:rsidRPr="00C667FD">
        <w:rPr>
          <w:rFonts w:ascii="Arial" w:hAnsi="Arial" w:cs="Arial"/>
          <w:sz w:val="24"/>
          <w:szCs w:val="24"/>
        </w:rPr>
        <w:t xml:space="preserve"> o </w:t>
      </w:r>
      <w:r w:rsidRPr="00C667FD">
        <w:rPr>
          <w:rFonts w:ascii="Arial" w:hAnsi="Arial" w:cs="Arial"/>
          <w:spacing w:val="5"/>
          <w:sz w:val="24"/>
          <w:szCs w:val="24"/>
        </w:rPr>
        <w:t xml:space="preserve">con </w:t>
      </w:r>
      <w:proofErr w:type="spellStart"/>
      <w:r w:rsidRPr="00C667FD">
        <w:rPr>
          <w:rFonts w:ascii="Arial" w:hAnsi="Arial" w:cs="Arial"/>
          <w:sz w:val="24"/>
          <w:szCs w:val="24"/>
        </w:rPr>
        <w:t>algún</w:t>
      </w:r>
      <w:proofErr w:type="spellEnd"/>
      <w:r w:rsidRPr="00C667FD">
        <w:rPr>
          <w:rFonts w:ascii="Arial" w:hAnsi="Arial" w:cs="Arial"/>
          <w:sz w:val="24"/>
          <w:szCs w:val="24"/>
        </w:rPr>
        <w:t xml:space="preserve"> </w:t>
      </w:r>
      <w:proofErr w:type="spellStart"/>
      <w:r w:rsidRPr="00C667FD">
        <w:rPr>
          <w:rFonts w:ascii="Arial" w:hAnsi="Arial" w:cs="Arial"/>
          <w:spacing w:val="4"/>
          <w:sz w:val="24"/>
          <w:szCs w:val="24"/>
        </w:rPr>
        <w:t>apoyo</w:t>
      </w:r>
      <w:proofErr w:type="spellEnd"/>
      <w:r w:rsidRPr="00C667FD">
        <w:rPr>
          <w:rFonts w:ascii="Arial" w:hAnsi="Arial" w:cs="Arial"/>
          <w:spacing w:val="52"/>
          <w:sz w:val="24"/>
          <w:szCs w:val="24"/>
        </w:rPr>
        <w:t xml:space="preserve"> </w:t>
      </w:r>
      <w:proofErr w:type="spellStart"/>
      <w:r w:rsidRPr="00C667FD">
        <w:rPr>
          <w:rFonts w:ascii="Arial" w:hAnsi="Arial" w:cs="Arial"/>
          <w:spacing w:val="6"/>
          <w:sz w:val="24"/>
          <w:szCs w:val="24"/>
        </w:rPr>
        <w:t>pedagógico</w:t>
      </w:r>
      <w:proofErr w:type="spellEnd"/>
      <w:r w:rsidRPr="00C667FD">
        <w:rPr>
          <w:rFonts w:ascii="Arial" w:hAnsi="Arial" w:cs="Arial"/>
          <w:spacing w:val="6"/>
          <w:sz w:val="24"/>
          <w:szCs w:val="24"/>
        </w:rPr>
        <w:t>.</w:t>
      </w:r>
    </w:p>
    <w:p w14:paraId="5C8376C9" w14:textId="77777777" w:rsidR="00893C50" w:rsidRPr="00901BC0" w:rsidRDefault="00893C50" w:rsidP="00893C50">
      <w:pPr>
        <w:pStyle w:val="Textoindependiente"/>
        <w:spacing w:before="6" w:line="360" w:lineRule="auto"/>
        <w:ind w:right="49"/>
        <w:jc w:val="both"/>
        <w:rPr>
          <w:rFonts w:ascii="Arial" w:hAnsi="Arial" w:cs="Arial"/>
        </w:rPr>
      </w:pPr>
    </w:p>
    <w:p w14:paraId="3A70F402"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C667FD">
        <w:rPr>
          <w:rFonts w:ascii="Arial" w:hAnsi="Arial" w:cs="Arial"/>
          <w:sz w:val="24"/>
          <w:szCs w:val="24"/>
        </w:rPr>
        <w:t>Utilizar</w:t>
      </w:r>
      <w:proofErr w:type="spellEnd"/>
      <w:r w:rsidRPr="00C667FD">
        <w:rPr>
          <w:rFonts w:ascii="Arial" w:hAnsi="Arial" w:cs="Arial"/>
          <w:sz w:val="24"/>
          <w:szCs w:val="24"/>
        </w:rPr>
        <w:t xml:space="preserve"> </w:t>
      </w:r>
      <w:proofErr w:type="spellStart"/>
      <w:r w:rsidRPr="00C667FD">
        <w:rPr>
          <w:rFonts w:ascii="Arial" w:hAnsi="Arial" w:cs="Arial"/>
          <w:sz w:val="24"/>
          <w:szCs w:val="24"/>
        </w:rPr>
        <w:t>refuerzo</w:t>
      </w:r>
      <w:proofErr w:type="spellEnd"/>
      <w:r w:rsidRPr="00C667FD">
        <w:rPr>
          <w:rFonts w:ascii="Arial" w:hAnsi="Arial" w:cs="Arial"/>
          <w:sz w:val="24"/>
          <w:szCs w:val="24"/>
        </w:rPr>
        <w:t xml:space="preserve"> </w:t>
      </w:r>
      <w:proofErr w:type="spellStart"/>
      <w:r w:rsidRPr="00C667FD">
        <w:rPr>
          <w:rFonts w:ascii="Arial" w:hAnsi="Arial" w:cs="Arial"/>
          <w:spacing w:val="3"/>
          <w:sz w:val="24"/>
          <w:szCs w:val="24"/>
        </w:rPr>
        <w:t>positivo</w:t>
      </w:r>
      <w:proofErr w:type="spellEnd"/>
      <w:r w:rsidRPr="00C667FD">
        <w:rPr>
          <w:rFonts w:ascii="Arial" w:hAnsi="Arial" w:cs="Arial"/>
          <w:spacing w:val="3"/>
          <w:sz w:val="24"/>
          <w:szCs w:val="24"/>
        </w:rPr>
        <w:t xml:space="preserve"> </w:t>
      </w:r>
      <w:proofErr w:type="spellStart"/>
      <w:r w:rsidRPr="00C667FD">
        <w:rPr>
          <w:rFonts w:ascii="Arial" w:hAnsi="Arial" w:cs="Arial"/>
          <w:spacing w:val="-4"/>
          <w:sz w:val="24"/>
          <w:szCs w:val="24"/>
        </w:rPr>
        <w:t>frente</w:t>
      </w:r>
      <w:proofErr w:type="spellEnd"/>
      <w:r w:rsidRPr="00C667FD">
        <w:rPr>
          <w:rFonts w:ascii="Arial" w:hAnsi="Arial" w:cs="Arial"/>
          <w:spacing w:val="-4"/>
          <w:sz w:val="24"/>
          <w:szCs w:val="24"/>
        </w:rPr>
        <w:t xml:space="preserve"> </w:t>
      </w:r>
      <w:r w:rsidRPr="00C667FD">
        <w:rPr>
          <w:rFonts w:ascii="Arial" w:hAnsi="Arial" w:cs="Arial"/>
          <w:sz w:val="24"/>
          <w:szCs w:val="24"/>
        </w:rPr>
        <w:t xml:space="preserve">a </w:t>
      </w:r>
      <w:proofErr w:type="spellStart"/>
      <w:r w:rsidRPr="00C667FD">
        <w:rPr>
          <w:rFonts w:ascii="Arial" w:hAnsi="Arial" w:cs="Arial"/>
          <w:sz w:val="24"/>
          <w:szCs w:val="24"/>
        </w:rPr>
        <w:t>conductas</w:t>
      </w:r>
      <w:proofErr w:type="spellEnd"/>
      <w:r w:rsidRPr="00C667FD">
        <w:rPr>
          <w:rFonts w:ascii="Arial" w:hAnsi="Arial" w:cs="Arial"/>
          <w:sz w:val="24"/>
          <w:szCs w:val="24"/>
        </w:rPr>
        <w:t xml:space="preserve"> </w:t>
      </w:r>
      <w:proofErr w:type="spellStart"/>
      <w:r w:rsidRPr="00C667FD">
        <w:rPr>
          <w:rFonts w:ascii="Arial" w:hAnsi="Arial" w:cs="Arial"/>
          <w:sz w:val="24"/>
          <w:szCs w:val="24"/>
        </w:rPr>
        <w:t>aprendidas</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con </w:t>
      </w:r>
      <w:proofErr w:type="spellStart"/>
      <w:r w:rsidRPr="00C667FD">
        <w:rPr>
          <w:rFonts w:ascii="Arial" w:hAnsi="Arial" w:cs="Arial"/>
          <w:spacing w:val="5"/>
          <w:sz w:val="24"/>
          <w:szCs w:val="24"/>
        </w:rPr>
        <w:t>apoyos</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iniciales</w:t>
      </w:r>
      <w:proofErr w:type="spellEnd"/>
      <w:r w:rsidRPr="00C667FD">
        <w:rPr>
          <w:rFonts w:ascii="Arial" w:hAnsi="Arial" w:cs="Arial"/>
          <w:sz w:val="24"/>
          <w:szCs w:val="24"/>
        </w:rPr>
        <w:t xml:space="preserve">. El </w:t>
      </w:r>
      <w:proofErr w:type="spellStart"/>
      <w:r w:rsidRPr="00C667FD">
        <w:rPr>
          <w:rFonts w:ascii="Arial" w:hAnsi="Arial" w:cs="Arial"/>
          <w:sz w:val="24"/>
          <w:szCs w:val="24"/>
        </w:rPr>
        <w:t>refuerzo</w:t>
      </w:r>
      <w:proofErr w:type="spellEnd"/>
      <w:r w:rsidRPr="00C667FD">
        <w:rPr>
          <w:rFonts w:ascii="Arial" w:hAnsi="Arial" w:cs="Arial"/>
          <w:sz w:val="24"/>
          <w:szCs w:val="24"/>
        </w:rPr>
        <w:t xml:space="preserve"> </w:t>
      </w:r>
      <w:proofErr w:type="spellStart"/>
      <w:r w:rsidRPr="00C667FD">
        <w:rPr>
          <w:rFonts w:ascii="Arial" w:hAnsi="Arial" w:cs="Arial"/>
          <w:spacing w:val="3"/>
          <w:sz w:val="24"/>
          <w:szCs w:val="24"/>
        </w:rPr>
        <w:t>positivo</w:t>
      </w:r>
      <w:proofErr w:type="spellEnd"/>
      <w:r w:rsidRPr="00C667FD">
        <w:rPr>
          <w:rFonts w:ascii="Arial" w:hAnsi="Arial" w:cs="Arial"/>
          <w:spacing w:val="3"/>
          <w:sz w:val="24"/>
          <w:szCs w:val="24"/>
        </w:rPr>
        <w:t xml:space="preserve"> se </w:t>
      </w:r>
      <w:proofErr w:type="spellStart"/>
      <w:r w:rsidRPr="00C667FD">
        <w:rPr>
          <w:rFonts w:ascii="Arial" w:hAnsi="Arial" w:cs="Arial"/>
          <w:spacing w:val="5"/>
          <w:sz w:val="24"/>
          <w:szCs w:val="24"/>
        </w:rPr>
        <w:t>puede</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entregar</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con </w:t>
      </w:r>
      <w:proofErr w:type="spellStart"/>
      <w:r w:rsidRPr="00C667FD">
        <w:rPr>
          <w:rFonts w:ascii="Arial" w:hAnsi="Arial" w:cs="Arial"/>
          <w:sz w:val="24"/>
          <w:szCs w:val="24"/>
        </w:rPr>
        <w:t>algún</w:t>
      </w:r>
      <w:proofErr w:type="spellEnd"/>
      <w:r w:rsidRPr="00C667FD">
        <w:rPr>
          <w:rFonts w:ascii="Arial" w:hAnsi="Arial" w:cs="Arial"/>
          <w:sz w:val="24"/>
          <w:szCs w:val="24"/>
        </w:rPr>
        <w:t xml:space="preserve"> </w:t>
      </w:r>
      <w:proofErr w:type="spellStart"/>
      <w:r w:rsidRPr="00C667FD">
        <w:rPr>
          <w:rFonts w:ascii="Arial" w:hAnsi="Arial" w:cs="Arial"/>
          <w:sz w:val="24"/>
          <w:szCs w:val="24"/>
        </w:rPr>
        <w:t>elemento</w:t>
      </w:r>
      <w:proofErr w:type="spellEnd"/>
      <w:r w:rsidRPr="00C667FD">
        <w:rPr>
          <w:rFonts w:ascii="Arial" w:hAnsi="Arial" w:cs="Arial"/>
          <w:sz w:val="24"/>
          <w:szCs w:val="24"/>
        </w:rPr>
        <w:t xml:space="preserve"> que </w:t>
      </w:r>
      <w:proofErr w:type="spellStart"/>
      <w:r w:rsidRPr="00C667FD">
        <w:rPr>
          <w:rFonts w:ascii="Arial" w:hAnsi="Arial" w:cs="Arial"/>
          <w:spacing w:val="5"/>
          <w:sz w:val="24"/>
          <w:szCs w:val="24"/>
        </w:rPr>
        <w:t>sea</w:t>
      </w:r>
      <w:proofErr w:type="spellEnd"/>
      <w:r w:rsidRPr="00C667FD">
        <w:rPr>
          <w:rFonts w:ascii="Arial" w:hAnsi="Arial" w:cs="Arial"/>
          <w:spacing w:val="5"/>
          <w:sz w:val="24"/>
          <w:szCs w:val="24"/>
        </w:rPr>
        <w:t xml:space="preserve"> de </w:t>
      </w:r>
      <w:proofErr w:type="spellStart"/>
      <w:r w:rsidRPr="00C667FD">
        <w:rPr>
          <w:rFonts w:ascii="Arial" w:hAnsi="Arial" w:cs="Arial"/>
          <w:sz w:val="24"/>
          <w:szCs w:val="24"/>
        </w:rPr>
        <w:t>interés</w:t>
      </w:r>
      <w:proofErr w:type="spellEnd"/>
      <w:r w:rsidRPr="00C667FD">
        <w:rPr>
          <w:rFonts w:ascii="Arial" w:hAnsi="Arial" w:cs="Arial"/>
          <w:sz w:val="24"/>
          <w:szCs w:val="24"/>
        </w:rPr>
        <w:t xml:space="preserve"> </w:t>
      </w:r>
      <w:r w:rsidRPr="00C667FD">
        <w:rPr>
          <w:rFonts w:ascii="Arial" w:hAnsi="Arial" w:cs="Arial"/>
          <w:spacing w:val="6"/>
          <w:sz w:val="24"/>
          <w:szCs w:val="24"/>
        </w:rPr>
        <w:t xml:space="preserve">del </w:t>
      </w:r>
      <w:proofErr w:type="spellStart"/>
      <w:r w:rsidRPr="00C667FD">
        <w:rPr>
          <w:rFonts w:ascii="Arial" w:hAnsi="Arial" w:cs="Arial"/>
          <w:sz w:val="24"/>
          <w:szCs w:val="24"/>
        </w:rPr>
        <w:t>estudiante</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con </w:t>
      </w:r>
      <w:proofErr w:type="spellStart"/>
      <w:r w:rsidRPr="00C667FD">
        <w:rPr>
          <w:rFonts w:ascii="Arial" w:hAnsi="Arial" w:cs="Arial"/>
          <w:sz w:val="24"/>
          <w:szCs w:val="24"/>
        </w:rPr>
        <w:t>aplausos</w:t>
      </w:r>
      <w:proofErr w:type="spellEnd"/>
      <w:r w:rsidRPr="00C667FD">
        <w:rPr>
          <w:rFonts w:ascii="Arial" w:hAnsi="Arial" w:cs="Arial"/>
          <w:sz w:val="24"/>
          <w:szCs w:val="24"/>
        </w:rPr>
        <w:t xml:space="preserve"> </w:t>
      </w:r>
      <w:proofErr w:type="spellStart"/>
      <w:r w:rsidRPr="00C667FD">
        <w:rPr>
          <w:rFonts w:ascii="Arial" w:hAnsi="Arial" w:cs="Arial"/>
          <w:spacing w:val="3"/>
          <w:sz w:val="24"/>
          <w:szCs w:val="24"/>
        </w:rPr>
        <w:t>si</w:t>
      </w:r>
      <w:proofErr w:type="spellEnd"/>
      <w:r w:rsidRPr="00C667FD">
        <w:rPr>
          <w:rFonts w:ascii="Arial" w:hAnsi="Arial" w:cs="Arial"/>
          <w:spacing w:val="3"/>
          <w:sz w:val="24"/>
          <w:szCs w:val="24"/>
        </w:rPr>
        <w:t xml:space="preserve"> </w:t>
      </w:r>
      <w:r w:rsidRPr="00C667FD">
        <w:rPr>
          <w:rFonts w:ascii="Arial" w:hAnsi="Arial" w:cs="Arial"/>
          <w:spacing w:val="5"/>
          <w:sz w:val="24"/>
          <w:szCs w:val="24"/>
        </w:rPr>
        <w:t xml:space="preserve">es </w:t>
      </w:r>
      <w:r w:rsidRPr="00C667FD">
        <w:rPr>
          <w:rFonts w:ascii="Arial" w:hAnsi="Arial" w:cs="Arial"/>
          <w:sz w:val="24"/>
          <w:szCs w:val="24"/>
        </w:rPr>
        <w:t xml:space="preserve">que le </w:t>
      </w:r>
      <w:proofErr w:type="spellStart"/>
      <w:r w:rsidRPr="00C667FD">
        <w:rPr>
          <w:rFonts w:ascii="Arial" w:hAnsi="Arial" w:cs="Arial"/>
          <w:sz w:val="24"/>
          <w:szCs w:val="24"/>
        </w:rPr>
        <w:t>gustan</w:t>
      </w:r>
      <w:proofErr w:type="spellEnd"/>
      <w:r w:rsidRPr="00C667FD">
        <w:rPr>
          <w:rFonts w:ascii="Arial" w:hAnsi="Arial" w:cs="Arial"/>
          <w:sz w:val="24"/>
          <w:szCs w:val="24"/>
        </w:rPr>
        <w:t xml:space="preserve">, </w:t>
      </w:r>
      <w:proofErr w:type="spellStart"/>
      <w:r w:rsidRPr="00C667FD">
        <w:rPr>
          <w:rFonts w:ascii="Arial" w:hAnsi="Arial" w:cs="Arial"/>
          <w:spacing w:val="4"/>
          <w:sz w:val="24"/>
          <w:szCs w:val="24"/>
        </w:rPr>
        <w:t>objetos</w:t>
      </w:r>
      <w:proofErr w:type="spellEnd"/>
      <w:r w:rsidRPr="00C667FD">
        <w:rPr>
          <w:rFonts w:ascii="Arial" w:hAnsi="Arial" w:cs="Arial"/>
          <w:spacing w:val="4"/>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pacing w:val="3"/>
          <w:sz w:val="24"/>
          <w:szCs w:val="24"/>
        </w:rPr>
        <w:t>apego</w:t>
      </w:r>
      <w:proofErr w:type="spellEnd"/>
      <w:r w:rsidRPr="00C667FD">
        <w:rPr>
          <w:rFonts w:ascii="Arial" w:hAnsi="Arial" w:cs="Arial"/>
          <w:spacing w:val="3"/>
          <w:sz w:val="24"/>
          <w:szCs w:val="24"/>
        </w:rPr>
        <w:t xml:space="preserve">, </w:t>
      </w:r>
      <w:r w:rsidRPr="00C667FD">
        <w:rPr>
          <w:rFonts w:ascii="Arial" w:hAnsi="Arial" w:cs="Arial"/>
          <w:spacing w:val="-3"/>
          <w:sz w:val="24"/>
          <w:szCs w:val="24"/>
        </w:rPr>
        <w:t xml:space="preserve">entre </w:t>
      </w:r>
      <w:proofErr w:type="spellStart"/>
      <w:r w:rsidRPr="00C667FD">
        <w:rPr>
          <w:rFonts w:ascii="Arial" w:hAnsi="Arial" w:cs="Arial"/>
          <w:sz w:val="24"/>
          <w:szCs w:val="24"/>
        </w:rPr>
        <w:t>otros</w:t>
      </w:r>
      <w:proofErr w:type="spellEnd"/>
      <w:r w:rsidRPr="00C667FD">
        <w:rPr>
          <w:rFonts w:ascii="Arial" w:hAnsi="Arial" w:cs="Arial"/>
          <w:sz w:val="24"/>
          <w:szCs w:val="24"/>
        </w:rPr>
        <w:t xml:space="preserve">. </w:t>
      </w:r>
      <w:r w:rsidRPr="00C667FD">
        <w:rPr>
          <w:rFonts w:ascii="Arial" w:hAnsi="Arial" w:cs="Arial"/>
          <w:spacing w:val="-3"/>
          <w:sz w:val="24"/>
          <w:szCs w:val="24"/>
        </w:rPr>
        <w:t xml:space="preserve">La </w:t>
      </w:r>
      <w:proofErr w:type="spellStart"/>
      <w:r w:rsidRPr="00C667FD">
        <w:rPr>
          <w:rFonts w:ascii="Arial" w:hAnsi="Arial" w:cs="Arial"/>
          <w:sz w:val="24"/>
          <w:szCs w:val="24"/>
        </w:rPr>
        <w:t>conducta</w:t>
      </w:r>
      <w:proofErr w:type="spellEnd"/>
      <w:r w:rsidRPr="00C667FD">
        <w:rPr>
          <w:rFonts w:ascii="Arial" w:hAnsi="Arial" w:cs="Arial"/>
          <w:sz w:val="24"/>
          <w:szCs w:val="24"/>
        </w:rPr>
        <w:t xml:space="preserve"> </w:t>
      </w:r>
      <w:proofErr w:type="spellStart"/>
      <w:r w:rsidRPr="00C667FD">
        <w:rPr>
          <w:rFonts w:ascii="Arial" w:hAnsi="Arial" w:cs="Arial"/>
          <w:spacing w:val="7"/>
          <w:sz w:val="24"/>
          <w:szCs w:val="24"/>
        </w:rPr>
        <w:t>debe</w:t>
      </w:r>
      <w:proofErr w:type="spellEnd"/>
      <w:r w:rsidRPr="00C667FD">
        <w:rPr>
          <w:rFonts w:ascii="Arial" w:hAnsi="Arial" w:cs="Arial"/>
          <w:spacing w:val="7"/>
          <w:sz w:val="24"/>
          <w:szCs w:val="24"/>
        </w:rPr>
        <w:t xml:space="preserve"> </w:t>
      </w:r>
      <w:r w:rsidRPr="00C667FD">
        <w:rPr>
          <w:rFonts w:ascii="Arial" w:hAnsi="Arial" w:cs="Arial"/>
          <w:spacing w:val="5"/>
          <w:sz w:val="24"/>
          <w:szCs w:val="24"/>
        </w:rPr>
        <w:t xml:space="preserve">ser </w:t>
      </w:r>
      <w:proofErr w:type="spellStart"/>
      <w:r w:rsidRPr="00C667FD">
        <w:rPr>
          <w:rFonts w:ascii="Arial" w:hAnsi="Arial" w:cs="Arial"/>
          <w:sz w:val="24"/>
          <w:szCs w:val="24"/>
        </w:rPr>
        <w:t>reforzada</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manera</w:t>
      </w:r>
      <w:proofErr w:type="spellEnd"/>
      <w:r w:rsidRPr="00C667FD">
        <w:rPr>
          <w:rFonts w:ascii="Arial" w:hAnsi="Arial" w:cs="Arial"/>
          <w:sz w:val="24"/>
          <w:szCs w:val="24"/>
        </w:rPr>
        <w:t xml:space="preserve"> </w:t>
      </w:r>
      <w:proofErr w:type="spellStart"/>
      <w:r w:rsidRPr="00C667FD">
        <w:rPr>
          <w:rFonts w:ascii="Arial" w:hAnsi="Arial" w:cs="Arial"/>
          <w:sz w:val="24"/>
          <w:szCs w:val="24"/>
        </w:rPr>
        <w:t>inmediata</w:t>
      </w:r>
      <w:proofErr w:type="spellEnd"/>
      <w:r w:rsidRPr="00C667FD">
        <w:rPr>
          <w:rFonts w:ascii="Arial" w:hAnsi="Arial" w:cs="Arial"/>
          <w:sz w:val="24"/>
          <w:szCs w:val="24"/>
        </w:rPr>
        <w:t xml:space="preserve">, para </w:t>
      </w:r>
      <w:proofErr w:type="spellStart"/>
      <w:r w:rsidRPr="00C667FD">
        <w:rPr>
          <w:rFonts w:ascii="Arial" w:hAnsi="Arial" w:cs="Arial"/>
          <w:sz w:val="24"/>
          <w:szCs w:val="24"/>
        </w:rPr>
        <w:t>evitar</w:t>
      </w:r>
      <w:proofErr w:type="spellEnd"/>
      <w:r w:rsidRPr="00C667FD">
        <w:rPr>
          <w:rFonts w:ascii="Arial" w:hAnsi="Arial" w:cs="Arial"/>
          <w:sz w:val="24"/>
          <w:szCs w:val="24"/>
        </w:rPr>
        <w:t xml:space="preserve"> </w:t>
      </w:r>
      <w:proofErr w:type="spellStart"/>
      <w:r w:rsidRPr="00C667FD">
        <w:rPr>
          <w:rFonts w:ascii="Arial" w:hAnsi="Arial" w:cs="Arial"/>
          <w:sz w:val="24"/>
          <w:szCs w:val="24"/>
        </w:rPr>
        <w:t>reforzar</w:t>
      </w:r>
      <w:proofErr w:type="spellEnd"/>
      <w:r w:rsidRPr="00C667FD">
        <w:rPr>
          <w:rFonts w:ascii="Arial" w:hAnsi="Arial" w:cs="Arial"/>
          <w:sz w:val="24"/>
          <w:szCs w:val="24"/>
        </w:rPr>
        <w:t xml:space="preserve"> </w:t>
      </w:r>
      <w:proofErr w:type="spellStart"/>
      <w:r w:rsidRPr="00C667FD">
        <w:rPr>
          <w:rFonts w:ascii="Arial" w:hAnsi="Arial" w:cs="Arial"/>
          <w:sz w:val="24"/>
          <w:szCs w:val="24"/>
        </w:rPr>
        <w:t>otra</w:t>
      </w:r>
      <w:proofErr w:type="spellEnd"/>
      <w:r w:rsidRPr="00C667FD">
        <w:rPr>
          <w:rFonts w:ascii="Arial" w:hAnsi="Arial" w:cs="Arial"/>
          <w:sz w:val="24"/>
          <w:szCs w:val="24"/>
        </w:rPr>
        <w:t xml:space="preserve"> </w:t>
      </w:r>
      <w:proofErr w:type="spellStart"/>
      <w:r w:rsidRPr="00C667FD">
        <w:rPr>
          <w:rFonts w:ascii="Arial" w:hAnsi="Arial" w:cs="Arial"/>
          <w:sz w:val="24"/>
          <w:szCs w:val="24"/>
        </w:rPr>
        <w:t>conducta</w:t>
      </w:r>
      <w:proofErr w:type="spellEnd"/>
      <w:r w:rsidRPr="00C667FD">
        <w:rPr>
          <w:rFonts w:ascii="Arial" w:hAnsi="Arial" w:cs="Arial"/>
          <w:sz w:val="24"/>
          <w:szCs w:val="24"/>
        </w:rPr>
        <w:t xml:space="preserve"> </w:t>
      </w:r>
      <w:proofErr w:type="spellStart"/>
      <w:r w:rsidRPr="00C667FD">
        <w:rPr>
          <w:rFonts w:ascii="Arial" w:hAnsi="Arial" w:cs="Arial"/>
          <w:spacing w:val="5"/>
          <w:sz w:val="24"/>
          <w:szCs w:val="24"/>
        </w:rPr>
        <w:t>en</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caso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r w:rsidRPr="00C667FD">
        <w:rPr>
          <w:rFonts w:ascii="Arial" w:hAnsi="Arial" w:cs="Arial"/>
          <w:sz w:val="24"/>
          <w:szCs w:val="24"/>
        </w:rPr>
        <w:t xml:space="preserve">que </w:t>
      </w:r>
      <w:proofErr w:type="spellStart"/>
      <w:r w:rsidRPr="00C667FD">
        <w:rPr>
          <w:rFonts w:ascii="Arial" w:hAnsi="Arial" w:cs="Arial"/>
          <w:spacing w:val="5"/>
          <w:sz w:val="24"/>
          <w:szCs w:val="24"/>
        </w:rPr>
        <w:t>el</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refuerzo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sea </w:t>
      </w:r>
      <w:proofErr w:type="spellStart"/>
      <w:r w:rsidRPr="00C667FD">
        <w:rPr>
          <w:rFonts w:ascii="Arial" w:hAnsi="Arial" w:cs="Arial"/>
          <w:sz w:val="24"/>
          <w:szCs w:val="24"/>
        </w:rPr>
        <w:t>entregado</w:t>
      </w:r>
      <w:proofErr w:type="spellEnd"/>
      <w:r w:rsidRPr="00C667FD">
        <w:rPr>
          <w:rFonts w:ascii="Arial" w:hAnsi="Arial" w:cs="Arial"/>
          <w:sz w:val="24"/>
          <w:szCs w:val="24"/>
        </w:rPr>
        <w:t xml:space="preserve"> </w:t>
      </w:r>
      <w:r w:rsidRPr="00C667FD">
        <w:rPr>
          <w:rFonts w:ascii="Arial" w:hAnsi="Arial" w:cs="Arial"/>
          <w:spacing w:val="5"/>
          <w:sz w:val="24"/>
          <w:szCs w:val="24"/>
        </w:rPr>
        <w:t>con</w:t>
      </w:r>
      <w:r w:rsidRPr="00C667FD">
        <w:rPr>
          <w:rFonts w:ascii="Arial" w:hAnsi="Arial" w:cs="Arial"/>
          <w:spacing w:val="10"/>
          <w:sz w:val="24"/>
          <w:szCs w:val="24"/>
        </w:rPr>
        <w:t xml:space="preserve"> </w:t>
      </w:r>
      <w:proofErr w:type="spellStart"/>
      <w:r w:rsidRPr="00C667FD">
        <w:rPr>
          <w:rFonts w:ascii="Arial" w:hAnsi="Arial" w:cs="Arial"/>
          <w:spacing w:val="2"/>
          <w:sz w:val="24"/>
          <w:szCs w:val="24"/>
        </w:rPr>
        <w:t>posterioridad</w:t>
      </w:r>
      <w:proofErr w:type="spellEnd"/>
      <w:r w:rsidRPr="00C667FD">
        <w:rPr>
          <w:rFonts w:ascii="Arial" w:hAnsi="Arial" w:cs="Arial"/>
          <w:spacing w:val="2"/>
          <w:sz w:val="24"/>
          <w:szCs w:val="24"/>
        </w:rPr>
        <w:t>.</w:t>
      </w:r>
    </w:p>
    <w:p w14:paraId="1A4DB54A" w14:textId="77777777" w:rsidR="00893C50" w:rsidRPr="00901BC0" w:rsidRDefault="00893C50" w:rsidP="00893C50">
      <w:pPr>
        <w:pStyle w:val="Textoindependiente"/>
        <w:spacing w:before="1" w:line="360" w:lineRule="auto"/>
        <w:ind w:right="49"/>
        <w:jc w:val="both"/>
        <w:rPr>
          <w:rFonts w:ascii="Arial" w:hAnsi="Arial" w:cs="Arial"/>
        </w:rPr>
      </w:pPr>
    </w:p>
    <w:p w14:paraId="32309314"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C667FD">
        <w:rPr>
          <w:rFonts w:ascii="Arial" w:hAnsi="Arial" w:cs="Arial"/>
          <w:sz w:val="24"/>
          <w:szCs w:val="24"/>
        </w:rPr>
        <w:t>Diseñar</w:t>
      </w:r>
      <w:proofErr w:type="spellEnd"/>
      <w:r w:rsidRPr="00C667FD">
        <w:rPr>
          <w:rFonts w:ascii="Arial" w:hAnsi="Arial" w:cs="Arial"/>
          <w:sz w:val="24"/>
          <w:szCs w:val="24"/>
        </w:rPr>
        <w:t xml:space="preserve"> </w:t>
      </w:r>
      <w:proofErr w:type="spellStart"/>
      <w:r w:rsidRPr="00C667FD">
        <w:rPr>
          <w:rFonts w:ascii="Arial" w:hAnsi="Arial" w:cs="Arial"/>
          <w:sz w:val="24"/>
          <w:szCs w:val="24"/>
        </w:rPr>
        <w:t>reglas</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pacing w:val="2"/>
          <w:sz w:val="24"/>
          <w:szCs w:val="24"/>
        </w:rPr>
        <w:t>convivencia</w:t>
      </w:r>
      <w:proofErr w:type="spellEnd"/>
      <w:r w:rsidRPr="00C667FD">
        <w:rPr>
          <w:rFonts w:ascii="Arial" w:hAnsi="Arial" w:cs="Arial"/>
          <w:spacing w:val="2"/>
          <w:sz w:val="24"/>
          <w:szCs w:val="24"/>
        </w:rPr>
        <w:t xml:space="preserve"> </w:t>
      </w:r>
      <w:proofErr w:type="spellStart"/>
      <w:r w:rsidRPr="00C667FD">
        <w:rPr>
          <w:rFonts w:ascii="Arial" w:hAnsi="Arial" w:cs="Arial"/>
          <w:spacing w:val="5"/>
          <w:sz w:val="24"/>
          <w:szCs w:val="24"/>
        </w:rPr>
        <w:t>en</w:t>
      </w:r>
      <w:proofErr w:type="spellEnd"/>
      <w:r w:rsidRPr="00C667FD">
        <w:rPr>
          <w:rFonts w:ascii="Arial" w:hAnsi="Arial" w:cs="Arial"/>
          <w:spacing w:val="5"/>
          <w:sz w:val="24"/>
          <w:szCs w:val="24"/>
        </w:rPr>
        <w:t xml:space="preserve"> </w:t>
      </w:r>
      <w:proofErr w:type="spellStart"/>
      <w:r w:rsidRPr="00C667FD">
        <w:rPr>
          <w:rFonts w:ascii="Arial" w:hAnsi="Arial" w:cs="Arial"/>
          <w:spacing w:val="5"/>
          <w:sz w:val="24"/>
          <w:szCs w:val="24"/>
        </w:rPr>
        <w:t>el</w:t>
      </w:r>
      <w:proofErr w:type="spellEnd"/>
      <w:r w:rsidRPr="00C667FD">
        <w:rPr>
          <w:rFonts w:ascii="Arial" w:hAnsi="Arial" w:cs="Arial"/>
          <w:spacing w:val="5"/>
          <w:sz w:val="24"/>
          <w:szCs w:val="24"/>
        </w:rPr>
        <w:t xml:space="preserve"> </w:t>
      </w:r>
      <w:r w:rsidRPr="00C667FD">
        <w:rPr>
          <w:rFonts w:ascii="Arial" w:hAnsi="Arial" w:cs="Arial"/>
          <w:spacing w:val="-3"/>
          <w:sz w:val="24"/>
          <w:szCs w:val="24"/>
        </w:rPr>
        <w:t xml:space="preserve">aula </w:t>
      </w:r>
      <w:r w:rsidRPr="00C667FD">
        <w:rPr>
          <w:rFonts w:ascii="Arial" w:hAnsi="Arial" w:cs="Arial"/>
          <w:spacing w:val="-4"/>
          <w:sz w:val="24"/>
          <w:szCs w:val="24"/>
        </w:rPr>
        <w:t xml:space="preserve">junto </w:t>
      </w:r>
      <w:proofErr w:type="gramStart"/>
      <w:r w:rsidRPr="00C667FD">
        <w:rPr>
          <w:rFonts w:ascii="Arial" w:hAnsi="Arial" w:cs="Arial"/>
          <w:sz w:val="24"/>
          <w:szCs w:val="24"/>
        </w:rPr>
        <w:t>a</w:t>
      </w:r>
      <w:proofErr w:type="gramEnd"/>
      <w:r w:rsidRPr="00C667FD">
        <w:rPr>
          <w:rFonts w:ascii="Arial" w:hAnsi="Arial" w:cs="Arial"/>
          <w:sz w:val="24"/>
          <w:szCs w:val="24"/>
        </w:rPr>
        <w:t xml:space="preserve"> </w:t>
      </w:r>
      <w:proofErr w:type="spellStart"/>
      <w:r w:rsidRPr="00C667FD">
        <w:rPr>
          <w:rFonts w:ascii="Arial" w:hAnsi="Arial" w:cs="Arial"/>
          <w:sz w:val="24"/>
          <w:szCs w:val="24"/>
        </w:rPr>
        <w:t>estudiantes</w:t>
      </w:r>
      <w:proofErr w:type="spellEnd"/>
      <w:r w:rsidRPr="00C667FD">
        <w:rPr>
          <w:rFonts w:ascii="Arial" w:hAnsi="Arial" w:cs="Arial"/>
          <w:sz w:val="24"/>
          <w:szCs w:val="24"/>
        </w:rPr>
        <w:t xml:space="preserve"> que </w:t>
      </w:r>
      <w:r w:rsidRPr="00C667FD">
        <w:rPr>
          <w:rFonts w:ascii="Arial" w:hAnsi="Arial" w:cs="Arial"/>
          <w:spacing w:val="3"/>
          <w:sz w:val="24"/>
          <w:szCs w:val="24"/>
        </w:rPr>
        <w:t xml:space="preserve">se </w:t>
      </w:r>
      <w:proofErr w:type="spellStart"/>
      <w:r w:rsidRPr="00C667FD">
        <w:rPr>
          <w:rFonts w:ascii="Arial" w:hAnsi="Arial" w:cs="Arial"/>
          <w:spacing w:val="5"/>
          <w:sz w:val="24"/>
          <w:szCs w:val="24"/>
        </w:rPr>
        <w:t>pueden</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mostrar</w:t>
      </w:r>
      <w:proofErr w:type="spellEnd"/>
      <w:r w:rsidRPr="00C667FD">
        <w:rPr>
          <w:rFonts w:ascii="Arial" w:hAnsi="Arial" w:cs="Arial"/>
          <w:sz w:val="24"/>
          <w:szCs w:val="24"/>
        </w:rPr>
        <w:t xml:space="preserve"> para </w:t>
      </w:r>
      <w:proofErr w:type="spellStart"/>
      <w:r w:rsidRPr="00C667FD">
        <w:rPr>
          <w:rFonts w:ascii="Arial" w:hAnsi="Arial" w:cs="Arial"/>
          <w:spacing w:val="3"/>
          <w:sz w:val="24"/>
          <w:szCs w:val="24"/>
        </w:rPr>
        <w:t>prevenir</w:t>
      </w:r>
      <w:proofErr w:type="spellEnd"/>
      <w:r w:rsidRPr="00C667FD">
        <w:rPr>
          <w:rFonts w:ascii="Arial" w:hAnsi="Arial" w:cs="Arial"/>
          <w:spacing w:val="3"/>
          <w:sz w:val="24"/>
          <w:szCs w:val="24"/>
        </w:rPr>
        <w:t xml:space="preserve"> </w:t>
      </w:r>
      <w:proofErr w:type="spellStart"/>
      <w:r w:rsidRPr="00C667FD">
        <w:rPr>
          <w:rFonts w:ascii="Arial" w:hAnsi="Arial" w:cs="Arial"/>
          <w:spacing w:val="-4"/>
          <w:sz w:val="24"/>
          <w:szCs w:val="24"/>
        </w:rPr>
        <w:t>una</w:t>
      </w:r>
      <w:proofErr w:type="spellEnd"/>
      <w:r w:rsidRPr="00C667FD">
        <w:rPr>
          <w:rFonts w:ascii="Arial" w:hAnsi="Arial" w:cs="Arial"/>
          <w:spacing w:val="-4"/>
          <w:sz w:val="24"/>
          <w:szCs w:val="24"/>
        </w:rPr>
        <w:t xml:space="preserve"> DEC,</w:t>
      </w:r>
      <w:r w:rsidRPr="00C667FD">
        <w:rPr>
          <w:rFonts w:ascii="Arial" w:hAnsi="Arial" w:cs="Arial"/>
          <w:spacing w:val="13"/>
          <w:sz w:val="24"/>
          <w:szCs w:val="24"/>
        </w:rPr>
        <w:t xml:space="preserve"> </w:t>
      </w:r>
      <w:proofErr w:type="spellStart"/>
      <w:r w:rsidRPr="00C667FD">
        <w:rPr>
          <w:rFonts w:ascii="Arial" w:hAnsi="Arial" w:cs="Arial"/>
          <w:spacing w:val="5"/>
          <w:sz w:val="24"/>
          <w:szCs w:val="24"/>
        </w:rPr>
        <w:t>pueden</w:t>
      </w:r>
      <w:proofErr w:type="spellEnd"/>
      <w:r w:rsidRPr="00C667FD">
        <w:rPr>
          <w:rFonts w:ascii="Arial" w:hAnsi="Arial" w:cs="Arial"/>
          <w:spacing w:val="-13"/>
          <w:sz w:val="24"/>
          <w:szCs w:val="24"/>
        </w:rPr>
        <w:t xml:space="preserve"> </w:t>
      </w:r>
      <w:r w:rsidRPr="00C667FD">
        <w:rPr>
          <w:rFonts w:ascii="Arial" w:hAnsi="Arial" w:cs="Arial"/>
          <w:spacing w:val="5"/>
          <w:sz w:val="24"/>
          <w:szCs w:val="24"/>
        </w:rPr>
        <w:t>ser</w:t>
      </w:r>
      <w:r w:rsidRPr="00C667FD">
        <w:rPr>
          <w:rFonts w:ascii="Arial" w:hAnsi="Arial" w:cs="Arial"/>
          <w:spacing w:val="-14"/>
          <w:sz w:val="24"/>
          <w:szCs w:val="24"/>
        </w:rPr>
        <w:t xml:space="preserve"> </w:t>
      </w:r>
      <w:proofErr w:type="spellStart"/>
      <w:r w:rsidRPr="00C667FD">
        <w:rPr>
          <w:rFonts w:ascii="Arial" w:hAnsi="Arial" w:cs="Arial"/>
          <w:sz w:val="24"/>
          <w:szCs w:val="24"/>
        </w:rPr>
        <w:t>diseñadas</w:t>
      </w:r>
      <w:proofErr w:type="spellEnd"/>
      <w:r w:rsidRPr="00C667FD">
        <w:rPr>
          <w:rFonts w:ascii="Arial" w:hAnsi="Arial" w:cs="Arial"/>
          <w:spacing w:val="-2"/>
          <w:sz w:val="24"/>
          <w:szCs w:val="24"/>
        </w:rPr>
        <w:t xml:space="preserve"> </w:t>
      </w:r>
      <w:r w:rsidRPr="00C667FD">
        <w:rPr>
          <w:rFonts w:ascii="Arial" w:hAnsi="Arial" w:cs="Arial"/>
          <w:spacing w:val="5"/>
          <w:sz w:val="24"/>
          <w:szCs w:val="24"/>
        </w:rPr>
        <w:t>con</w:t>
      </w:r>
      <w:r w:rsidRPr="00C667FD">
        <w:rPr>
          <w:rFonts w:ascii="Arial" w:hAnsi="Arial" w:cs="Arial"/>
          <w:spacing w:val="-13"/>
          <w:sz w:val="24"/>
          <w:szCs w:val="24"/>
        </w:rPr>
        <w:t xml:space="preserve"> </w:t>
      </w:r>
      <w:proofErr w:type="spellStart"/>
      <w:r w:rsidRPr="00C667FD">
        <w:rPr>
          <w:rFonts w:ascii="Arial" w:hAnsi="Arial" w:cs="Arial"/>
          <w:sz w:val="24"/>
          <w:szCs w:val="24"/>
        </w:rPr>
        <w:t>apoyos</w:t>
      </w:r>
      <w:proofErr w:type="spellEnd"/>
      <w:r w:rsidRPr="00C667FD">
        <w:rPr>
          <w:rFonts w:ascii="Arial" w:hAnsi="Arial" w:cs="Arial"/>
          <w:spacing w:val="-1"/>
          <w:sz w:val="24"/>
          <w:szCs w:val="24"/>
        </w:rPr>
        <w:t xml:space="preserve"> </w:t>
      </w:r>
      <w:proofErr w:type="spellStart"/>
      <w:r w:rsidRPr="00C667FD">
        <w:rPr>
          <w:rFonts w:ascii="Arial" w:hAnsi="Arial" w:cs="Arial"/>
          <w:sz w:val="24"/>
          <w:szCs w:val="24"/>
        </w:rPr>
        <w:t>visuales</w:t>
      </w:r>
      <w:proofErr w:type="spellEnd"/>
      <w:r w:rsidRPr="00C667FD">
        <w:rPr>
          <w:rFonts w:ascii="Arial" w:hAnsi="Arial" w:cs="Arial"/>
          <w:spacing w:val="-17"/>
          <w:sz w:val="24"/>
          <w:szCs w:val="24"/>
        </w:rPr>
        <w:t xml:space="preserve"> </w:t>
      </w:r>
      <w:proofErr w:type="spellStart"/>
      <w:r w:rsidRPr="00C667FD">
        <w:rPr>
          <w:rFonts w:ascii="Arial" w:hAnsi="Arial" w:cs="Arial"/>
          <w:sz w:val="24"/>
          <w:szCs w:val="24"/>
        </w:rPr>
        <w:t>colocando</w:t>
      </w:r>
      <w:proofErr w:type="spellEnd"/>
      <w:r w:rsidRPr="00C667FD">
        <w:rPr>
          <w:rFonts w:ascii="Arial" w:hAnsi="Arial" w:cs="Arial"/>
          <w:spacing w:val="2"/>
          <w:sz w:val="24"/>
          <w:szCs w:val="24"/>
        </w:rPr>
        <w:t xml:space="preserve"> </w:t>
      </w:r>
      <w:r w:rsidRPr="00C667FD">
        <w:rPr>
          <w:rFonts w:ascii="Arial" w:hAnsi="Arial" w:cs="Arial"/>
          <w:sz w:val="24"/>
          <w:szCs w:val="24"/>
        </w:rPr>
        <w:t>la</w:t>
      </w:r>
      <w:r w:rsidRPr="00C667FD">
        <w:rPr>
          <w:rFonts w:ascii="Arial" w:hAnsi="Arial" w:cs="Arial"/>
          <w:spacing w:val="-13"/>
          <w:sz w:val="24"/>
          <w:szCs w:val="24"/>
        </w:rPr>
        <w:t xml:space="preserve"> </w:t>
      </w:r>
      <w:r w:rsidRPr="00C667FD">
        <w:rPr>
          <w:rFonts w:ascii="Arial" w:hAnsi="Arial" w:cs="Arial"/>
          <w:sz w:val="24"/>
          <w:szCs w:val="24"/>
        </w:rPr>
        <w:t>norma</w:t>
      </w:r>
      <w:r w:rsidRPr="00C667FD">
        <w:rPr>
          <w:rFonts w:ascii="Arial" w:hAnsi="Arial" w:cs="Arial"/>
          <w:spacing w:val="-13"/>
          <w:sz w:val="24"/>
          <w:szCs w:val="24"/>
        </w:rPr>
        <w:t xml:space="preserve"> </w:t>
      </w:r>
      <w:proofErr w:type="spellStart"/>
      <w:r w:rsidRPr="00C667FD">
        <w:rPr>
          <w:rFonts w:ascii="Arial" w:hAnsi="Arial" w:cs="Arial"/>
          <w:sz w:val="24"/>
          <w:szCs w:val="24"/>
        </w:rPr>
        <w:t>más</w:t>
      </w:r>
      <w:proofErr w:type="spellEnd"/>
      <w:r w:rsidRPr="00C667FD">
        <w:rPr>
          <w:rFonts w:ascii="Arial" w:hAnsi="Arial" w:cs="Arial"/>
          <w:spacing w:val="-1"/>
          <w:sz w:val="24"/>
          <w:szCs w:val="24"/>
        </w:rPr>
        <w:t xml:space="preserve"> </w:t>
      </w:r>
      <w:proofErr w:type="spellStart"/>
      <w:r w:rsidRPr="00C667FD">
        <w:rPr>
          <w:rFonts w:ascii="Arial" w:hAnsi="Arial" w:cs="Arial"/>
          <w:spacing w:val="-4"/>
          <w:sz w:val="24"/>
          <w:szCs w:val="24"/>
        </w:rPr>
        <w:t>una</w:t>
      </w:r>
      <w:proofErr w:type="spellEnd"/>
      <w:r w:rsidRPr="00C667FD">
        <w:rPr>
          <w:rFonts w:ascii="Arial" w:hAnsi="Arial" w:cs="Arial"/>
          <w:spacing w:val="3"/>
          <w:sz w:val="24"/>
          <w:szCs w:val="24"/>
        </w:rPr>
        <w:t xml:space="preserve"> </w:t>
      </w:r>
      <w:r w:rsidRPr="00C667FD">
        <w:rPr>
          <w:rFonts w:ascii="Arial" w:hAnsi="Arial" w:cs="Arial"/>
          <w:spacing w:val="2"/>
          <w:sz w:val="24"/>
          <w:szCs w:val="24"/>
        </w:rPr>
        <w:t>imagen</w:t>
      </w:r>
      <w:r w:rsidRPr="00C667FD">
        <w:rPr>
          <w:rFonts w:ascii="Arial" w:hAnsi="Arial" w:cs="Arial"/>
          <w:spacing w:val="-13"/>
          <w:sz w:val="24"/>
          <w:szCs w:val="24"/>
        </w:rPr>
        <w:t xml:space="preserve"> </w:t>
      </w:r>
      <w:proofErr w:type="spellStart"/>
      <w:r w:rsidRPr="00C667FD">
        <w:rPr>
          <w:rFonts w:ascii="Arial" w:hAnsi="Arial" w:cs="Arial"/>
          <w:spacing w:val="4"/>
          <w:sz w:val="24"/>
          <w:szCs w:val="24"/>
        </w:rPr>
        <w:t>como</w:t>
      </w:r>
      <w:proofErr w:type="spellEnd"/>
      <w:r w:rsidRPr="00C667FD">
        <w:rPr>
          <w:rFonts w:ascii="Arial" w:hAnsi="Arial" w:cs="Arial"/>
          <w:spacing w:val="18"/>
          <w:sz w:val="24"/>
          <w:szCs w:val="24"/>
        </w:rPr>
        <w:t xml:space="preserve"> </w:t>
      </w:r>
      <w:proofErr w:type="spellStart"/>
      <w:r w:rsidRPr="00C667FD">
        <w:rPr>
          <w:rFonts w:ascii="Arial" w:hAnsi="Arial" w:cs="Arial"/>
          <w:spacing w:val="6"/>
          <w:sz w:val="24"/>
          <w:szCs w:val="24"/>
        </w:rPr>
        <w:t>por</w:t>
      </w:r>
      <w:proofErr w:type="spellEnd"/>
      <w:r w:rsidRPr="00C667FD">
        <w:rPr>
          <w:rFonts w:ascii="Arial" w:hAnsi="Arial" w:cs="Arial"/>
          <w:spacing w:val="2"/>
          <w:sz w:val="24"/>
          <w:szCs w:val="24"/>
        </w:rPr>
        <w:t xml:space="preserve"> </w:t>
      </w:r>
      <w:proofErr w:type="spellStart"/>
      <w:r w:rsidRPr="00C667FD">
        <w:rPr>
          <w:rFonts w:ascii="Arial" w:hAnsi="Arial" w:cs="Arial"/>
          <w:spacing w:val="5"/>
          <w:sz w:val="24"/>
          <w:szCs w:val="24"/>
        </w:rPr>
        <w:t>ejemplo</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levantar</w:t>
      </w:r>
      <w:proofErr w:type="spellEnd"/>
      <w:r w:rsidRPr="00C667FD">
        <w:rPr>
          <w:rFonts w:ascii="Arial" w:hAnsi="Arial" w:cs="Arial"/>
          <w:sz w:val="24"/>
          <w:szCs w:val="24"/>
        </w:rPr>
        <w:t xml:space="preserve"> la mano, </w:t>
      </w:r>
      <w:proofErr w:type="spellStart"/>
      <w:r w:rsidRPr="00C667FD">
        <w:rPr>
          <w:rFonts w:ascii="Arial" w:hAnsi="Arial" w:cs="Arial"/>
          <w:spacing w:val="5"/>
          <w:sz w:val="24"/>
          <w:szCs w:val="24"/>
        </w:rPr>
        <w:t>el</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cual</w:t>
      </w:r>
      <w:proofErr w:type="spellEnd"/>
      <w:r w:rsidRPr="00C667FD">
        <w:rPr>
          <w:rFonts w:ascii="Arial" w:hAnsi="Arial" w:cs="Arial"/>
          <w:sz w:val="24"/>
          <w:szCs w:val="24"/>
        </w:rPr>
        <w:t xml:space="preserve"> </w:t>
      </w:r>
      <w:proofErr w:type="spellStart"/>
      <w:r w:rsidRPr="00C667FD">
        <w:rPr>
          <w:rFonts w:ascii="Arial" w:hAnsi="Arial" w:cs="Arial"/>
          <w:spacing w:val="5"/>
          <w:sz w:val="24"/>
          <w:szCs w:val="24"/>
        </w:rPr>
        <w:t>puede</w:t>
      </w:r>
      <w:proofErr w:type="spellEnd"/>
      <w:r w:rsidRPr="00C667FD">
        <w:rPr>
          <w:rFonts w:ascii="Arial" w:hAnsi="Arial" w:cs="Arial"/>
          <w:spacing w:val="5"/>
          <w:sz w:val="24"/>
          <w:szCs w:val="24"/>
        </w:rPr>
        <w:t xml:space="preserve"> ser </w:t>
      </w:r>
      <w:proofErr w:type="spellStart"/>
      <w:r w:rsidRPr="00C667FD">
        <w:rPr>
          <w:rFonts w:ascii="Arial" w:hAnsi="Arial" w:cs="Arial"/>
          <w:sz w:val="24"/>
          <w:szCs w:val="24"/>
        </w:rPr>
        <w:t>mostrado</w:t>
      </w:r>
      <w:proofErr w:type="spellEnd"/>
      <w:r w:rsidRPr="00C667FD">
        <w:rPr>
          <w:rFonts w:ascii="Arial" w:hAnsi="Arial" w:cs="Arial"/>
          <w:sz w:val="24"/>
          <w:szCs w:val="24"/>
        </w:rPr>
        <w:t xml:space="preserve"> para </w:t>
      </w:r>
      <w:proofErr w:type="spellStart"/>
      <w:r w:rsidRPr="00C667FD">
        <w:rPr>
          <w:rFonts w:ascii="Arial" w:hAnsi="Arial" w:cs="Arial"/>
          <w:spacing w:val="2"/>
          <w:sz w:val="24"/>
          <w:szCs w:val="24"/>
        </w:rPr>
        <w:t>recordar</w:t>
      </w:r>
      <w:proofErr w:type="spellEnd"/>
      <w:r w:rsidRPr="00C667FD">
        <w:rPr>
          <w:rFonts w:ascii="Arial" w:hAnsi="Arial" w:cs="Arial"/>
          <w:spacing w:val="2"/>
          <w:sz w:val="24"/>
          <w:szCs w:val="24"/>
        </w:rPr>
        <w:t xml:space="preserve"> </w:t>
      </w:r>
      <w:r w:rsidRPr="00C667FD">
        <w:rPr>
          <w:rFonts w:ascii="Arial" w:hAnsi="Arial" w:cs="Arial"/>
          <w:sz w:val="24"/>
          <w:szCs w:val="24"/>
        </w:rPr>
        <w:t xml:space="preserve">antes </w:t>
      </w:r>
      <w:r w:rsidRPr="00C667FD">
        <w:rPr>
          <w:rFonts w:ascii="Arial" w:hAnsi="Arial" w:cs="Arial"/>
          <w:spacing w:val="5"/>
          <w:sz w:val="24"/>
          <w:szCs w:val="24"/>
        </w:rPr>
        <w:t xml:space="preserve">de </w:t>
      </w:r>
      <w:proofErr w:type="spellStart"/>
      <w:r w:rsidRPr="00C667FD">
        <w:rPr>
          <w:rFonts w:ascii="Arial" w:hAnsi="Arial" w:cs="Arial"/>
          <w:sz w:val="24"/>
          <w:szCs w:val="24"/>
        </w:rPr>
        <w:t>iniciar</w:t>
      </w:r>
      <w:proofErr w:type="spellEnd"/>
      <w:r w:rsidRPr="00C667FD">
        <w:rPr>
          <w:rFonts w:ascii="Arial" w:hAnsi="Arial" w:cs="Arial"/>
          <w:sz w:val="24"/>
          <w:szCs w:val="24"/>
        </w:rPr>
        <w:t xml:space="preserve"> </w:t>
      </w:r>
      <w:proofErr w:type="spellStart"/>
      <w:r w:rsidRPr="00C667FD">
        <w:rPr>
          <w:rFonts w:ascii="Arial" w:hAnsi="Arial" w:cs="Arial"/>
          <w:spacing w:val="-4"/>
          <w:sz w:val="24"/>
          <w:szCs w:val="24"/>
        </w:rPr>
        <w:t>una</w:t>
      </w:r>
      <w:proofErr w:type="spellEnd"/>
      <w:r w:rsidRPr="00C667FD">
        <w:rPr>
          <w:rFonts w:ascii="Arial" w:hAnsi="Arial" w:cs="Arial"/>
          <w:spacing w:val="-4"/>
          <w:sz w:val="24"/>
          <w:szCs w:val="24"/>
        </w:rPr>
        <w:t xml:space="preserve"> </w:t>
      </w:r>
      <w:proofErr w:type="spellStart"/>
      <w:r w:rsidRPr="00C667FD">
        <w:rPr>
          <w:rFonts w:ascii="Arial" w:hAnsi="Arial" w:cs="Arial"/>
          <w:sz w:val="24"/>
          <w:szCs w:val="24"/>
        </w:rPr>
        <w:t>actividad</w:t>
      </w:r>
      <w:proofErr w:type="spellEnd"/>
      <w:r w:rsidRPr="00C667FD">
        <w:rPr>
          <w:rFonts w:ascii="Arial" w:hAnsi="Arial" w:cs="Arial"/>
          <w:sz w:val="24"/>
          <w:szCs w:val="24"/>
        </w:rPr>
        <w:t xml:space="preserve"> que </w:t>
      </w:r>
      <w:proofErr w:type="spellStart"/>
      <w:r w:rsidRPr="00C667FD">
        <w:rPr>
          <w:rFonts w:ascii="Arial" w:hAnsi="Arial" w:cs="Arial"/>
          <w:spacing w:val="5"/>
          <w:sz w:val="24"/>
          <w:szCs w:val="24"/>
        </w:rPr>
        <w:t>pueden</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realizar</w:t>
      </w:r>
      <w:proofErr w:type="spellEnd"/>
      <w:r w:rsidRPr="00C667FD">
        <w:rPr>
          <w:rFonts w:ascii="Arial" w:hAnsi="Arial" w:cs="Arial"/>
          <w:sz w:val="24"/>
          <w:szCs w:val="24"/>
        </w:rPr>
        <w:t xml:space="preserve"> </w:t>
      </w:r>
      <w:proofErr w:type="spellStart"/>
      <w:r w:rsidRPr="00C667FD">
        <w:rPr>
          <w:rFonts w:ascii="Arial" w:hAnsi="Arial" w:cs="Arial"/>
          <w:spacing w:val="5"/>
          <w:sz w:val="24"/>
          <w:szCs w:val="24"/>
        </w:rPr>
        <w:t>esa</w:t>
      </w:r>
      <w:proofErr w:type="spellEnd"/>
      <w:r w:rsidRPr="00C667FD">
        <w:rPr>
          <w:rFonts w:ascii="Arial" w:hAnsi="Arial" w:cs="Arial"/>
          <w:spacing w:val="5"/>
          <w:sz w:val="24"/>
          <w:szCs w:val="24"/>
        </w:rPr>
        <w:t xml:space="preserve"> </w:t>
      </w:r>
      <w:proofErr w:type="spellStart"/>
      <w:r w:rsidRPr="00C667FD">
        <w:rPr>
          <w:rFonts w:ascii="Arial" w:hAnsi="Arial" w:cs="Arial"/>
          <w:spacing w:val="3"/>
          <w:sz w:val="24"/>
          <w:szCs w:val="24"/>
        </w:rPr>
        <w:t>acción</w:t>
      </w:r>
      <w:proofErr w:type="spellEnd"/>
      <w:r w:rsidRPr="00C667FD">
        <w:rPr>
          <w:rFonts w:ascii="Arial" w:hAnsi="Arial" w:cs="Arial"/>
          <w:spacing w:val="3"/>
          <w:sz w:val="24"/>
          <w:szCs w:val="24"/>
        </w:rPr>
        <w:t xml:space="preserve"> </w:t>
      </w:r>
      <w:proofErr w:type="spellStart"/>
      <w:r w:rsidRPr="00C667FD">
        <w:rPr>
          <w:rFonts w:ascii="Arial" w:hAnsi="Arial" w:cs="Arial"/>
          <w:spacing w:val="3"/>
          <w:sz w:val="24"/>
          <w:szCs w:val="24"/>
        </w:rPr>
        <w:t>si</w:t>
      </w:r>
      <w:proofErr w:type="spellEnd"/>
      <w:r w:rsidRPr="00C667FD">
        <w:rPr>
          <w:rFonts w:ascii="Arial" w:hAnsi="Arial" w:cs="Arial"/>
          <w:spacing w:val="3"/>
          <w:sz w:val="24"/>
          <w:szCs w:val="24"/>
        </w:rPr>
        <w:t xml:space="preserve"> </w:t>
      </w:r>
      <w:r w:rsidRPr="00C667FD">
        <w:rPr>
          <w:rFonts w:ascii="Arial" w:hAnsi="Arial" w:cs="Arial"/>
          <w:spacing w:val="5"/>
          <w:sz w:val="24"/>
          <w:szCs w:val="24"/>
        </w:rPr>
        <w:t xml:space="preserve">es </w:t>
      </w:r>
      <w:r w:rsidRPr="00C667FD">
        <w:rPr>
          <w:rFonts w:ascii="Arial" w:hAnsi="Arial" w:cs="Arial"/>
          <w:sz w:val="24"/>
          <w:szCs w:val="24"/>
        </w:rPr>
        <w:t xml:space="preserve">que </w:t>
      </w:r>
      <w:proofErr w:type="spellStart"/>
      <w:r w:rsidRPr="00C667FD">
        <w:rPr>
          <w:rFonts w:ascii="Arial" w:hAnsi="Arial" w:cs="Arial"/>
          <w:sz w:val="24"/>
          <w:szCs w:val="24"/>
        </w:rPr>
        <w:t>necesitan</w:t>
      </w:r>
      <w:proofErr w:type="spellEnd"/>
      <w:r w:rsidRPr="00C667FD">
        <w:rPr>
          <w:rFonts w:ascii="Arial" w:hAnsi="Arial" w:cs="Arial"/>
          <w:sz w:val="24"/>
          <w:szCs w:val="24"/>
        </w:rPr>
        <w:t xml:space="preserve"> </w:t>
      </w:r>
      <w:proofErr w:type="spellStart"/>
      <w:r w:rsidRPr="00C667FD">
        <w:rPr>
          <w:rFonts w:ascii="Arial" w:hAnsi="Arial" w:cs="Arial"/>
          <w:sz w:val="24"/>
          <w:szCs w:val="24"/>
        </w:rPr>
        <w:t>ayuda</w:t>
      </w:r>
      <w:proofErr w:type="spellEnd"/>
      <w:r w:rsidRPr="00C667FD">
        <w:rPr>
          <w:rFonts w:ascii="Arial" w:hAnsi="Arial" w:cs="Arial"/>
          <w:sz w:val="24"/>
          <w:szCs w:val="24"/>
        </w:rPr>
        <w:t xml:space="preserve"> o </w:t>
      </w:r>
      <w:proofErr w:type="spellStart"/>
      <w:r w:rsidRPr="00C667FD">
        <w:rPr>
          <w:rFonts w:ascii="Arial" w:hAnsi="Arial" w:cs="Arial"/>
          <w:spacing w:val="3"/>
          <w:sz w:val="24"/>
          <w:szCs w:val="24"/>
        </w:rPr>
        <w:t>si</w:t>
      </w:r>
      <w:proofErr w:type="spellEnd"/>
      <w:r w:rsidRPr="00C667FD">
        <w:rPr>
          <w:rFonts w:ascii="Arial" w:hAnsi="Arial" w:cs="Arial"/>
          <w:spacing w:val="3"/>
          <w:sz w:val="24"/>
          <w:szCs w:val="24"/>
        </w:rPr>
        <w:t xml:space="preserve"> </w:t>
      </w:r>
      <w:r w:rsidRPr="00C667FD">
        <w:rPr>
          <w:rFonts w:ascii="Arial" w:hAnsi="Arial" w:cs="Arial"/>
          <w:spacing w:val="5"/>
          <w:sz w:val="24"/>
          <w:szCs w:val="24"/>
        </w:rPr>
        <w:t xml:space="preserve">es </w:t>
      </w:r>
      <w:r w:rsidRPr="00C667FD">
        <w:rPr>
          <w:rFonts w:ascii="Arial" w:hAnsi="Arial" w:cs="Arial"/>
          <w:sz w:val="24"/>
          <w:szCs w:val="24"/>
        </w:rPr>
        <w:t xml:space="preserve">que </w:t>
      </w:r>
      <w:r w:rsidRPr="00C667FD">
        <w:rPr>
          <w:rFonts w:ascii="Arial" w:hAnsi="Arial" w:cs="Arial"/>
          <w:spacing w:val="3"/>
          <w:sz w:val="24"/>
          <w:szCs w:val="24"/>
        </w:rPr>
        <w:t xml:space="preserve">se </w:t>
      </w:r>
      <w:proofErr w:type="spellStart"/>
      <w:r w:rsidRPr="00C667FD">
        <w:rPr>
          <w:rFonts w:ascii="Arial" w:hAnsi="Arial" w:cs="Arial"/>
          <w:sz w:val="24"/>
          <w:szCs w:val="24"/>
        </w:rPr>
        <w:t>están</w:t>
      </w:r>
      <w:proofErr w:type="spellEnd"/>
      <w:r w:rsidRPr="00C667FD">
        <w:rPr>
          <w:rFonts w:ascii="Arial" w:hAnsi="Arial" w:cs="Arial"/>
          <w:sz w:val="24"/>
          <w:szCs w:val="24"/>
        </w:rPr>
        <w:t xml:space="preserve"> </w:t>
      </w:r>
      <w:proofErr w:type="spellStart"/>
      <w:r w:rsidRPr="00C667FD">
        <w:rPr>
          <w:rFonts w:ascii="Arial" w:hAnsi="Arial" w:cs="Arial"/>
          <w:spacing w:val="4"/>
          <w:sz w:val="24"/>
          <w:szCs w:val="24"/>
        </w:rPr>
        <w:t>empezando</w:t>
      </w:r>
      <w:proofErr w:type="spellEnd"/>
      <w:r w:rsidRPr="00C667FD">
        <w:rPr>
          <w:rFonts w:ascii="Arial" w:hAnsi="Arial" w:cs="Arial"/>
          <w:spacing w:val="4"/>
          <w:sz w:val="24"/>
          <w:szCs w:val="24"/>
        </w:rPr>
        <w:t xml:space="preserve"> </w:t>
      </w:r>
      <w:r w:rsidRPr="00C667FD">
        <w:rPr>
          <w:rFonts w:ascii="Arial" w:hAnsi="Arial" w:cs="Arial"/>
          <w:sz w:val="24"/>
          <w:szCs w:val="24"/>
        </w:rPr>
        <w:t xml:space="preserve">a </w:t>
      </w:r>
      <w:proofErr w:type="spellStart"/>
      <w:r w:rsidRPr="00C667FD">
        <w:rPr>
          <w:rFonts w:ascii="Arial" w:hAnsi="Arial" w:cs="Arial"/>
          <w:sz w:val="24"/>
          <w:szCs w:val="24"/>
        </w:rPr>
        <w:t>sentir</w:t>
      </w:r>
      <w:proofErr w:type="spellEnd"/>
      <w:r w:rsidRPr="00C667FD">
        <w:rPr>
          <w:rFonts w:ascii="Arial" w:hAnsi="Arial" w:cs="Arial"/>
          <w:sz w:val="24"/>
          <w:szCs w:val="24"/>
        </w:rPr>
        <w:t xml:space="preserve"> mal o</w:t>
      </w:r>
      <w:r w:rsidRPr="00C667FD">
        <w:rPr>
          <w:rFonts w:ascii="Arial" w:hAnsi="Arial" w:cs="Arial"/>
          <w:spacing w:val="-32"/>
          <w:sz w:val="24"/>
          <w:szCs w:val="24"/>
        </w:rPr>
        <w:t xml:space="preserve"> </w:t>
      </w:r>
      <w:proofErr w:type="spellStart"/>
      <w:r w:rsidRPr="00C667FD">
        <w:rPr>
          <w:rFonts w:ascii="Arial" w:hAnsi="Arial" w:cs="Arial"/>
          <w:spacing w:val="4"/>
          <w:sz w:val="24"/>
          <w:szCs w:val="24"/>
        </w:rPr>
        <w:t>incómodos</w:t>
      </w:r>
      <w:proofErr w:type="spellEnd"/>
      <w:r w:rsidRPr="00C667FD">
        <w:rPr>
          <w:rFonts w:ascii="Arial" w:hAnsi="Arial" w:cs="Arial"/>
          <w:spacing w:val="4"/>
          <w:sz w:val="24"/>
          <w:szCs w:val="24"/>
        </w:rPr>
        <w:t>.</w:t>
      </w:r>
    </w:p>
    <w:p w14:paraId="0C872CC7" w14:textId="77777777" w:rsidR="00893C50" w:rsidRPr="00901BC0" w:rsidRDefault="00893C50" w:rsidP="00893C50">
      <w:pPr>
        <w:pStyle w:val="Textoindependiente"/>
        <w:spacing w:before="5" w:line="360" w:lineRule="auto"/>
        <w:ind w:right="49"/>
        <w:jc w:val="both"/>
        <w:rPr>
          <w:rFonts w:ascii="Arial" w:hAnsi="Arial" w:cs="Arial"/>
        </w:rPr>
      </w:pPr>
    </w:p>
    <w:p w14:paraId="38CD7ED9"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C667FD">
        <w:rPr>
          <w:rFonts w:ascii="Arial" w:hAnsi="Arial" w:cs="Arial"/>
          <w:sz w:val="24"/>
          <w:szCs w:val="24"/>
        </w:rPr>
        <w:t>Disminuir</w:t>
      </w:r>
      <w:proofErr w:type="spellEnd"/>
      <w:r w:rsidRPr="00C667FD">
        <w:rPr>
          <w:rFonts w:ascii="Arial" w:hAnsi="Arial" w:cs="Arial"/>
          <w:sz w:val="24"/>
          <w:szCs w:val="24"/>
        </w:rPr>
        <w:t xml:space="preserve"> la </w:t>
      </w:r>
      <w:proofErr w:type="spellStart"/>
      <w:r w:rsidRPr="00C667FD">
        <w:rPr>
          <w:rFonts w:ascii="Arial" w:hAnsi="Arial" w:cs="Arial"/>
          <w:sz w:val="24"/>
          <w:szCs w:val="24"/>
        </w:rPr>
        <w:t>cantidad</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pacing w:val="3"/>
          <w:sz w:val="24"/>
          <w:szCs w:val="24"/>
        </w:rPr>
        <w:t>ejercicios</w:t>
      </w:r>
      <w:proofErr w:type="spellEnd"/>
      <w:r w:rsidRPr="00C667FD">
        <w:rPr>
          <w:rFonts w:ascii="Arial" w:hAnsi="Arial" w:cs="Arial"/>
          <w:spacing w:val="3"/>
          <w:sz w:val="24"/>
          <w:szCs w:val="24"/>
        </w:rPr>
        <w:t xml:space="preserve"> </w:t>
      </w:r>
      <w:r w:rsidRPr="00C667FD">
        <w:rPr>
          <w:rFonts w:ascii="Arial" w:hAnsi="Arial" w:cs="Arial"/>
          <w:sz w:val="24"/>
          <w:szCs w:val="24"/>
        </w:rPr>
        <w:t xml:space="preserve">para que </w:t>
      </w:r>
      <w:proofErr w:type="spellStart"/>
      <w:r w:rsidRPr="00C667FD">
        <w:rPr>
          <w:rFonts w:ascii="Arial" w:hAnsi="Arial" w:cs="Arial"/>
          <w:spacing w:val="5"/>
          <w:sz w:val="24"/>
          <w:szCs w:val="24"/>
        </w:rPr>
        <w:t>sea</w:t>
      </w:r>
      <w:proofErr w:type="spellEnd"/>
      <w:r w:rsidRPr="00C667FD">
        <w:rPr>
          <w:rFonts w:ascii="Arial" w:hAnsi="Arial" w:cs="Arial"/>
          <w:spacing w:val="5"/>
          <w:sz w:val="24"/>
          <w:szCs w:val="24"/>
        </w:rPr>
        <w:t xml:space="preserve"> </w:t>
      </w:r>
      <w:proofErr w:type="spellStart"/>
      <w:r w:rsidRPr="00C667FD">
        <w:rPr>
          <w:rFonts w:ascii="Arial" w:hAnsi="Arial" w:cs="Arial"/>
          <w:spacing w:val="3"/>
          <w:sz w:val="24"/>
          <w:szCs w:val="24"/>
        </w:rPr>
        <w:t>menor</w:t>
      </w:r>
      <w:proofErr w:type="spellEnd"/>
      <w:r w:rsidRPr="00C667FD">
        <w:rPr>
          <w:rFonts w:ascii="Arial" w:hAnsi="Arial" w:cs="Arial"/>
          <w:spacing w:val="3"/>
          <w:sz w:val="24"/>
          <w:szCs w:val="24"/>
        </w:rPr>
        <w:t xml:space="preserve"> </w:t>
      </w:r>
      <w:proofErr w:type="spellStart"/>
      <w:r w:rsidRPr="00C667FD">
        <w:rPr>
          <w:rFonts w:ascii="Arial" w:hAnsi="Arial" w:cs="Arial"/>
          <w:spacing w:val="5"/>
          <w:sz w:val="24"/>
          <w:szCs w:val="24"/>
        </w:rPr>
        <w:t>en</w:t>
      </w:r>
      <w:proofErr w:type="spellEnd"/>
      <w:r w:rsidRPr="00C667FD">
        <w:rPr>
          <w:rFonts w:ascii="Arial" w:hAnsi="Arial" w:cs="Arial"/>
          <w:spacing w:val="5"/>
          <w:sz w:val="24"/>
          <w:szCs w:val="24"/>
        </w:rPr>
        <w:t xml:space="preserve"> </w:t>
      </w:r>
      <w:proofErr w:type="spellStart"/>
      <w:r w:rsidRPr="00C667FD">
        <w:rPr>
          <w:rFonts w:ascii="Arial" w:hAnsi="Arial" w:cs="Arial"/>
          <w:spacing w:val="2"/>
          <w:sz w:val="24"/>
          <w:szCs w:val="24"/>
        </w:rPr>
        <w:t>comparación</w:t>
      </w:r>
      <w:proofErr w:type="spellEnd"/>
      <w:r w:rsidRPr="00C667FD">
        <w:rPr>
          <w:rFonts w:ascii="Arial" w:hAnsi="Arial" w:cs="Arial"/>
          <w:spacing w:val="2"/>
          <w:sz w:val="24"/>
          <w:szCs w:val="24"/>
        </w:rPr>
        <w:t xml:space="preserve"> </w:t>
      </w:r>
      <w:r w:rsidRPr="00C667FD">
        <w:rPr>
          <w:rFonts w:ascii="Arial" w:hAnsi="Arial" w:cs="Arial"/>
          <w:spacing w:val="-3"/>
          <w:sz w:val="24"/>
          <w:szCs w:val="24"/>
        </w:rPr>
        <w:t xml:space="preserve">al </w:t>
      </w:r>
      <w:r w:rsidRPr="00C667FD">
        <w:rPr>
          <w:rFonts w:ascii="Arial" w:hAnsi="Arial" w:cs="Arial"/>
          <w:sz w:val="24"/>
          <w:szCs w:val="24"/>
        </w:rPr>
        <w:t xml:space="preserve">resto </w:t>
      </w:r>
      <w:r w:rsidRPr="00C667FD">
        <w:rPr>
          <w:rFonts w:ascii="Arial" w:hAnsi="Arial" w:cs="Arial"/>
          <w:spacing w:val="6"/>
          <w:sz w:val="24"/>
          <w:szCs w:val="24"/>
        </w:rPr>
        <w:t xml:space="preserve">del </w:t>
      </w:r>
      <w:proofErr w:type="spellStart"/>
      <w:r w:rsidRPr="00C667FD">
        <w:rPr>
          <w:rFonts w:ascii="Arial" w:hAnsi="Arial" w:cs="Arial"/>
          <w:sz w:val="24"/>
          <w:szCs w:val="24"/>
        </w:rPr>
        <w:t>curso</w:t>
      </w:r>
      <w:proofErr w:type="spellEnd"/>
      <w:r w:rsidRPr="00C667FD">
        <w:rPr>
          <w:rFonts w:ascii="Arial" w:hAnsi="Arial" w:cs="Arial"/>
          <w:sz w:val="24"/>
          <w:szCs w:val="24"/>
        </w:rPr>
        <w:t xml:space="preserve"> y </w:t>
      </w:r>
      <w:proofErr w:type="spellStart"/>
      <w:r w:rsidRPr="00C667FD">
        <w:rPr>
          <w:rFonts w:ascii="Arial" w:hAnsi="Arial" w:cs="Arial"/>
          <w:spacing w:val="5"/>
          <w:sz w:val="24"/>
          <w:szCs w:val="24"/>
        </w:rPr>
        <w:t>pueda</w:t>
      </w:r>
      <w:proofErr w:type="spellEnd"/>
      <w:r w:rsidRPr="00C667FD">
        <w:rPr>
          <w:rFonts w:ascii="Arial" w:hAnsi="Arial" w:cs="Arial"/>
          <w:spacing w:val="-32"/>
          <w:sz w:val="24"/>
          <w:szCs w:val="24"/>
        </w:rPr>
        <w:t xml:space="preserve"> </w:t>
      </w:r>
      <w:r w:rsidRPr="00C667FD">
        <w:rPr>
          <w:rFonts w:ascii="Arial" w:hAnsi="Arial" w:cs="Arial"/>
          <w:spacing w:val="5"/>
          <w:sz w:val="24"/>
          <w:szCs w:val="24"/>
        </w:rPr>
        <w:t xml:space="preserve">ser </w:t>
      </w:r>
      <w:r w:rsidRPr="00C667FD">
        <w:rPr>
          <w:rFonts w:ascii="Arial" w:hAnsi="Arial" w:cs="Arial"/>
          <w:sz w:val="24"/>
          <w:szCs w:val="24"/>
        </w:rPr>
        <w:t xml:space="preserve">tolerable para </w:t>
      </w:r>
      <w:proofErr w:type="spellStart"/>
      <w:r w:rsidRPr="00C667FD">
        <w:rPr>
          <w:rFonts w:ascii="Arial" w:hAnsi="Arial" w:cs="Arial"/>
          <w:spacing w:val="5"/>
          <w:sz w:val="24"/>
          <w:szCs w:val="24"/>
        </w:rPr>
        <w:t>el</w:t>
      </w:r>
      <w:proofErr w:type="spellEnd"/>
      <w:r w:rsidRPr="00C667FD">
        <w:rPr>
          <w:rFonts w:ascii="Arial" w:hAnsi="Arial" w:cs="Arial"/>
          <w:spacing w:val="21"/>
          <w:sz w:val="24"/>
          <w:szCs w:val="24"/>
        </w:rPr>
        <w:t xml:space="preserve"> </w:t>
      </w:r>
      <w:proofErr w:type="spellStart"/>
      <w:r w:rsidRPr="00C667FD">
        <w:rPr>
          <w:rFonts w:ascii="Arial" w:hAnsi="Arial" w:cs="Arial"/>
          <w:sz w:val="24"/>
          <w:szCs w:val="24"/>
        </w:rPr>
        <w:t>estudiante</w:t>
      </w:r>
      <w:proofErr w:type="spellEnd"/>
      <w:r w:rsidRPr="00C667FD">
        <w:rPr>
          <w:rFonts w:ascii="Arial" w:hAnsi="Arial" w:cs="Arial"/>
          <w:sz w:val="24"/>
          <w:szCs w:val="24"/>
        </w:rPr>
        <w:t>.</w:t>
      </w:r>
    </w:p>
    <w:p w14:paraId="3E881948" w14:textId="77777777" w:rsidR="00893C50" w:rsidRPr="00901BC0" w:rsidRDefault="00893C50" w:rsidP="00893C50">
      <w:pPr>
        <w:pStyle w:val="Textoindependiente"/>
        <w:spacing w:line="360" w:lineRule="auto"/>
        <w:ind w:right="49"/>
        <w:jc w:val="both"/>
        <w:rPr>
          <w:rFonts w:ascii="Arial" w:hAnsi="Arial" w:cs="Arial"/>
        </w:rPr>
      </w:pPr>
    </w:p>
    <w:p w14:paraId="063EBFD1" w14:textId="77777777" w:rsidR="00893C50" w:rsidRPr="00C667FD" w:rsidRDefault="00893C50" w:rsidP="00893C50">
      <w:pPr>
        <w:pStyle w:val="Prrafodelista"/>
        <w:widowControl w:val="0"/>
        <w:numPr>
          <w:ilvl w:val="0"/>
          <w:numId w:val="55"/>
        </w:numPr>
        <w:tabs>
          <w:tab w:val="left" w:pos="948"/>
        </w:tabs>
        <w:autoSpaceDE w:val="0"/>
        <w:autoSpaceDN w:val="0"/>
        <w:spacing w:before="1" w:after="0" w:line="360" w:lineRule="auto"/>
        <w:ind w:right="49"/>
        <w:contextualSpacing w:val="0"/>
        <w:jc w:val="both"/>
        <w:rPr>
          <w:rFonts w:ascii="Arial" w:hAnsi="Arial" w:cs="Arial"/>
          <w:sz w:val="24"/>
          <w:szCs w:val="24"/>
        </w:rPr>
      </w:pPr>
      <w:r w:rsidRPr="00C667FD">
        <w:rPr>
          <w:rFonts w:ascii="Arial" w:hAnsi="Arial" w:cs="Arial"/>
          <w:spacing w:val="-5"/>
          <w:sz w:val="24"/>
          <w:szCs w:val="24"/>
        </w:rPr>
        <w:t>Dar</w:t>
      </w:r>
      <w:r w:rsidRPr="00C667FD">
        <w:rPr>
          <w:rFonts w:ascii="Arial" w:hAnsi="Arial" w:cs="Arial"/>
          <w:spacing w:val="14"/>
          <w:sz w:val="24"/>
          <w:szCs w:val="24"/>
        </w:rPr>
        <w:t xml:space="preserve"> </w:t>
      </w:r>
      <w:r w:rsidRPr="00C667FD">
        <w:rPr>
          <w:rFonts w:ascii="Arial" w:hAnsi="Arial" w:cs="Arial"/>
          <w:sz w:val="24"/>
          <w:szCs w:val="24"/>
        </w:rPr>
        <w:t xml:space="preserve">la </w:t>
      </w:r>
      <w:proofErr w:type="spellStart"/>
      <w:r w:rsidRPr="00C667FD">
        <w:rPr>
          <w:rFonts w:ascii="Arial" w:hAnsi="Arial" w:cs="Arial"/>
          <w:spacing w:val="2"/>
          <w:sz w:val="24"/>
          <w:szCs w:val="24"/>
        </w:rPr>
        <w:t>posibilidad</w:t>
      </w:r>
      <w:proofErr w:type="spellEnd"/>
      <w:r w:rsidRPr="00C667FD">
        <w:rPr>
          <w:rFonts w:ascii="Arial" w:hAnsi="Arial" w:cs="Arial"/>
          <w:sz w:val="24"/>
          <w:szCs w:val="24"/>
        </w:rPr>
        <w:t xml:space="preserve"> </w:t>
      </w:r>
      <w:r w:rsidRPr="00C667FD">
        <w:rPr>
          <w:rFonts w:ascii="Arial" w:hAnsi="Arial" w:cs="Arial"/>
          <w:spacing w:val="5"/>
          <w:sz w:val="24"/>
          <w:szCs w:val="24"/>
        </w:rPr>
        <w:t>de</w:t>
      </w:r>
      <w:r w:rsidRPr="00C667FD">
        <w:rPr>
          <w:rFonts w:ascii="Arial" w:hAnsi="Arial" w:cs="Arial"/>
          <w:spacing w:val="-14"/>
          <w:sz w:val="24"/>
          <w:szCs w:val="24"/>
        </w:rPr>
        <w:t xml:space="preserve"> </w:t>
      </w:r>
      <w:proofErr w:type="spellStart"/>
      <w:r w:rsidRPr="00C667FD">
        <w:rPr>
          <w:rFonts w:ascii="Arial" w:hAnsi="Arial" w:cs="Arial"/>
          <w:sz w:val="24"/>
          <w:szCs w:val="24"/>
        </w:rPr>
        <w:t>utilizar</w:t>
      </w:r>
      <w:proofErr w:type="spellEnd"/>
      <w:r w:rsidRPr="00C667FD">
        <w:rPr>
          <w:rFonts w:ascii="Arial" w:hAnsi="Arial" w:cs="Arial"/>
          <w:spacing w:val="-16"/>
          <w:sz w:val="24"/>
          <w:szCs w:val="24"/>
        </w:rPr>
        <w:t xml:space="preserve"> </w:t>
      </w:r>
      <w:proofErr w:type="spellStart"/>
      <w:r w:rsidRPr="00C667FD">
        <w:rPr>
          <w:rFonts w:ascii="Arial" w:hAnsi="Arial" w:cs="Arial"/>
          <w:sz w:val="24"/>
          <w:szCs w:val="24"/>
        </w:rPr>
        <w:t>otro</w:t>
      </w:r>
      <w:proofErr w:type="spellEnd"/>
      <w:r w:rsidRPr="00C667FD">
        <w:rPr>
          <w:rFonts w:ascii="Arial" w:hAnsi="Arial" w:cs="Arial"/>
          <w:sz w:val="24"/>
          <w:szCs w:val="24"/>
        </w:rPr>
        <w:t xml:space="preserve"> </w:t>
      </w:r>
      <w:proofErr w:type="spellStart"/>
      <w:r w:rsidRPr="00C667FD">
        <w:rPr>
          <w:rFonts w:ascii="Arial" w:hAnsi="Arial" w:cs="Arial"/>
          <w:sz w:val="24"/>
          <w:szCs w:val="24"/>
        </w:rPr>
        <w:t>tipo</w:t>
      </w:r>
      <w:proofErr w:type="spellEnd"/>
      <w:r w:rsidRPr="00C667FD">
        <w:rPr>
          <w:rFonts w:ascii="Arial" w:hAnsi="Arial" w:cs="Arial"/>
          <w:spacing w:val="1"/>
          <w:sz w:val="24"/>
          <w:szCs w:val="24"/>
        </w:rPr>
        <w:t xml:space="preserve"> </w:t>
      </w:r>
      <w:r w:rsidRPr="00C667FD">
        <w:rPr>
          <w:rFonts w:ascii="Arial" w:hAnsi="Arial" w:cs="Arial"/>
          <w:spacing w:val="5"/>
          <w:sz w:val="24"/>
          <w:szCs w:val="24"/>
        </w:rPr>
        <w:t>de</w:t>
      </w:r>
      <w:r w:rsidRPr="00C667FD">
        <w:rPr>
          <w:rFonts w:ascii="Arial" w:hAnsi="Arial" w:cs="Arial"/>
          <w:sz w:val="24"/>
          <w:szCs w:val="24"/>
        </w:rPr>
        <w:t xml:space="preserve"> material</w:t>
      </w:r>
      <w:r w:rsidRPr="00C667FD">
        <w:rPr>
          <w:rFonts w:ascii="Arial" w:hAnsi="Arial" w:cs="Arial"/>
          <w:spacing w:val="-9"/>
          <w:sz w:val="24"/>
          <w:szCs w:val="24"/>
        </w:rPr>
        <w:t xml:space="preserve"> </w:t>
      </w:r>
      <w:proofErr w:type="spellStart"/>
      <w:r w:rsidRPr="00C667FD">
        <w:rPr>
          <w:rFonts w:ascii="Arial" w:hAnsi="Arial" w:cs="Arial"/>
          <w:spacing w:val="4"/>
          <w:sz w:val="24"/>
          <w:szCs w:val="24"/>
        </w:rPr>
        <w:t>como</w:t>
      </w:r>
      <w:proofErr w:type="spellEnd"/>
      <w:r w:rsidRPr="00C667FD">
        <w:rPr>
          <w:rFonts w:ascii="Arial" w:hAnsi="Arial" w:cs="Arial"/>
          <w:sz w:val="24"/>
          <w:szCs w:val="24"/>
        </w:rPr>
        <w:t xml:space="preserve"> hoja</w:t>
      </w:r>
      <w:r w:rsidRPr="00C667FD">
        <w:rPr>
          <w:rFonts w:ascii="Arial" w:hAnsi="Arial" w:cs="Arial"/>
          <w:spacing w:val="-14"/>
          <w:sz w:val="24"/>
          <w:szCs w:val="24"/>
        </w:rPr>
        <w:t xml:space="preserve"> </w:t>
      </w:r>
      <w:r w:rsidRPr="00C667FD">
        <w:rPr>
          <w:rFonts w:ascii="Arial" w:hAnsi="Arial" w:cs="Arial"/>
          <w:spacing w:val="5"/>
          <w:sz w:val="24"/>
          <w:szCs w:val="24"/>
        </w:rPr>
        <w:t>de</w:t>
      </w:r>
      <w:r w:rsidRPr="00C667FD">
        <w:rPr>
          <w:rFonts w:ascii="Arial" w:hAnsi="Arial" w:cs="Arial"/>
          <w:sz w:val="24"/>
          <w:szCs w:val="24"/>
        </w:rPr>
        <w:t xml:space="preserve"> </w:t>
      </w:r>
      <w:proofErr w:type="spellStart"/>
      <w:r w:rsidRPr="00C667FD">
        <w:rPr>
          <w:rFonts w:ascii="Arial" w:hAnsi="Arial" w:cs="Arial"/>
          <w:sz w:val="24"/>
          <w:szCs w:val="24"/>
        </w:rPr>
        <w:t>oficio</w:t>
      </w:r>
      <w:proofErr w:type="spellEnd"/>
      <w:r w:rsidRPr="00C667FD">
        <w:rPr>
          <w:rFonts w:ascii="Arial" w:hAnsi="Arial" w:cs="Arial"/>
          <w:sz w:val="24"/>
          <w:szCs w:val="24"/>
        </w:rPr>
        <w:t xml:space="preserve"> </w:t>
      </w:r>
      <w:proofErr w:type="spellStart"/>
      <w:r w:rsidRPr="00C667FD">
        <w:rPr>
          <w:rFonts w:ascii="Arial" w:hAnsi="Arial" w:cs="Arial"/>
          <w:spacing w:val="5"/>
          <w:sz w:val="24"/>
          <w:szCs w:val="24"/>
        </w:rPr>
        <w:t>en</w:t>
      </w:r>
      <w:proofErr w:type="spellEnd"/>
      <w:r w:rsidRPr="00C667FD">
        <w:rPr>
          <w:rFonts w:ascii="Arial" w:hAnsi="Arial" w:cs="Arial"/>
          <w:spacing w:val="-15"/>
          <w:sz w:val="24"/>
          <w:szCs w:val="24"/>
        </w:rPr>
        <w:t xml:space="preserve"> </w:t>
      </w:r>
      <w:proofErr w:type="spellStart"/>
      <w:r w:rsidRPr="00C667FD">
        <w:rPr>
          <w:rFonts w:ascii="Arial" w:hAnsi="Arial" w:cs="Arial"/>
          <w:spacing w:val="5"/>
          <w:sz w:val="24"/>
          <w:szCs w:val="24"/>
        </w:rPr>
        <w:t>vez</w:t>
      </w:r>
      <w:proofErr w:type="spellEnd"/>
      <w:r w:rsidRPr="00C667FD">
        <w:rPr>
          <w:rFonts w:ascii="Arial" w:hAnsi="Arial" w:cs="Arial"/>
          <w:spacing w:val="-18"/>
          <w:sz w:val="24"/>
          <w:szCs w:val="24"/>
        </w:rPr>
        <w:t xml:space="preserve"> </w:t>
      </w:r>
      <w:r w:rsidRPr="00C667FD">
        <w:rPr>
          <w:rFonts w:ascii="Arial" w:hAnsi="Arial" w:cs="Arial"/>
          <w:spacing w:val="5"/>
          <w:sz w:val="24"/>
          <w:szCs w:val="24"/>
        </w:rPr>
        <w:t>de</w:t>
      </w:r>
      <w:r w:rsidRPr="00C667FD">
        <w:rPr>
          <w:rFonts w:ascii="Arial" w:hAnsi="Arial" w:cs="Arial"/>
          <w:sz w:val="24"/>
          <w:szCs w:val="24"/>
        </w:rPr>
        <w:t xml:space="preserve"> hoja</w:t>
      </w:r>
      <w:r w:rsidRPr="00C667FD">
        <w:rPr>
          <w:rFonts w:ascii="Arial" w:hAnsi="Arial" w:cs="Arial"/>
          <w:spacing w:val="-15"/>
          <w:sz w:val="24"/>
          <w:szCs w:val="24"/>
        </w:rPr>
        <w:t xml:space="preserve"> </w:t>
      </w:r>
      <w:r w:rsidRPr="00C667FD">
        <w:rPr>
          <w:rFonts w:ascii="Arial" w:hAnsi="Arial" w:cs="Arial"/>
          <w:spacing w:val="5"/>
          <w:sz w:val="24"/>
          <w:szCs w:val="24"/>
        </w:rPr>
        <w:t>de</w:t>
      </w:r>
      <w:r w:rsidRPr="00C667FD">
        <w:rPr>
          <w:rFonts w:ascii="Arial" w:hAnsi="Arial" w:cs="Arial"/>
          <w:spacing w:val="-15"/>
          <w:sz w:val="24"/>
          <w:szCs w:val="24"/>
        </w:rPr>
        <w:t xml:space="preserve"> </w:t>
      </w:r>
      <w:r w:rsidRPr="00C667FD">
        <w:rPr>
          <w:rFonts w:ascii="Arial" w:hAnsi="Arial" w:cs="Arial"/>
          <w:spacing w:val="3"/>
          <w:sz w:val="24"/>
          <w:szCs w:val="24"/>
        </w:rPr>
        <w:t>block,</w:t>
      </w:r>
      <w:r w:rsidRPr="00C667FD">
        <w:rPr>
          <w:rFonts w:ascii="Arial" w:hAnsi="Arial" w:cs="Arial"/>
          <w:spacing w:val="-4"/>
          <w:sz w:val="24"/>
          <w:szCs w:val="24"/>
        </w:rPr>
        <w:t xml:space="preserve"> </w:t>
      </w:r>
      <w:proofErr w:type="spellStart"/>
      <w:r w:rsidRPr="00C667FD">
        <w:rPr>
          <w:rFonts w:ascii="Arial" w:hAnsi="Arial" w:cs="Arial"/>
          <w:spacing w:val="3"/>
          <w:sz w:val="24"/>
          <w:szCs w:val="24"/>
        </w:rPr>
        <w:t>si</w:t>
      </w:r>
      <w:proofErr w:type="spellEnd"/>
      <w:r w:rsidRPr="00C667FD">
        <w:rPr>
          <w:rFonts w:ascii="Arial" w:hAnsi="Arial" w:cs="Arial"/>
          <w:spacing w:val="6"/>
          <w:sz w:val="24"/>
          <w:szCs w:val="24"/>
        </w:rPr>
        <w:t xml:space="preserve"> </w:t>
      </w:r>
      <w:r w:rsidRPr="00C667FD">
        <w:rPr>
          <w:rFonts w:ascii="Arial" w:hAnsi="Arial" w:cs="Arial"/>
          <w:spacing w:val="5"/>
          <w:sz w:val="24"/>
          <w:szCs w:val="24"/>
        </w:rPr>
        <w:t>es</w:t>
      </w:r>
      <w:r w:rsidRPr="00C667FD">
        <w:rPr>
          <w:rFonts w:ascii="Arial" w:hAnsi="Arial" w:cs="Arial"/>
          <w:spacing w:val="11"/>
          <w:sz w:val="24"/>
          <w:szCs w:val="24"/>
        </w:rPr>
        <w:t xml:space="preserve"> </w:t>
      </w:r>
      <w:r w:rsidRPr="00C667FD">
        <w:rPr>
          <w:rFonts w:ascii="Arial" w:hAnsi="Arial" w:cs="Arial"/>
          <w:sz w:val="24"/>
          <w:szCs w:val="24"/>
        </w:rPr>
        <w:t xml:space="preserve">que la </w:t>
      </w:r>
      <w:proofErr w:type="spellStart"/>
      <w:r w:rsidRPr="00C667FD">
        <w:rPr>
          <w:rFonts w:ascii="Arial" w:hAnsi="Arial" w:cs="Arial"/>
          <w:sz w:val="24"/>
          <w:szCs w:val="24"/>
        </w:rPr>
        <w:t>actividad</w:t>
      </w:r>
      <w:proofErr w:type="spellEnd"/>
      <w:r w:rsidRPr="00C667FD">
        <w:rPr>
          <w:rFonts w:ascii="Arial" w:hAnsi="Arial" w:cs="Arial"/>
          <w:sz w:val="24"/>
          <w:szCs w:val="24"/>
        </w:rPr>
        <w:t xml:space="preserve"> </w:t>
      </w:r>
      <w:proofErr w:type="spellStart"/>
      <w:r w:rsidRPr="00C667FD">
        <w:rPr>
          <w:rFonts w:ascii="Arial" w:hAnsi="Arial" w:cs="Arial"/>
          <w:spacing w:val="2"/>
          <w:sz w:val="24"/>
          <w:szCs w:val="24"/>
        </w:rPr>
        <w:t>implica</w:t>
      </w:r>
      <w:proofErr w:type="spellEnd"/>
      <w:r w:rsidRPr="00C667FD">
        <w:rPr>
          <w:rFonts w:ascii="Arial" w:hAnsi="Arial" w:cs="Arial"/>
          <w:spacing w:val="2"/>
          <w:sz w:val="24"/>
          <w:szCs w:val="24"/>
        </w:rPr>
        <w:t xml:space="preserve"> mayor </w:t>
      </w:r>
      <w:proofErr w:type="spellStart"/>
      <w:r w:rsidRPr="00C667FD">
        <w:rPr>
          <w:rFonts w:ascii="Arial" w:hAnsi="Arial" w:cs="Arial"/>
          <w:spacing w:val="4"/>
          <w:sz w:val="24"/>
          <w:szCs w:val="24"/>
        </w:rPr>
        <w:t>complejidad</w:t>
      </w:r>
      <w:proofErr w:type="spellEnd"/>
      <w:r w:rsidRPr="00C667FD">
        <w:rPr>
          <w:rFonts w:ascii="Arial" w:hAnsi="Arial" w:cs="Arial"/>
          <w:spacing w:val="4"/>
          <w:sz w:val="24"/>
          <w:szCs w:val="24"/>
        </w:rPr>
        <w:t xml:space="preserve"> </w:t>
      </w:r>
      <w:r w:rsidRPr="00C667FD">
        <w:rPr>
          <w:rFonts w:ascii="Arial" w:hAnsi="Arial" w:cs="Arial"/>
          <w:sz w:val="24"/>
          <w:szCs w:val="24"/>
        </w:rPr>
        <w:t xml:space="preserve">para </w:t>
      </w:r>
      <w:proofErr w:type="spellStart"/>
      <w:r w:rsidRPr="00C667FD">
        <w:rPr>
          <w:rFonts w:ascii="Arial" w:hAnsi="Arial" w:cs="Arial"/>
          <w:sz w:val="24"/>
          <w:szCs w:val="24"/>
        </w:rPr>
        <w:t>recortar</w:t>
      </w:r>
      <w:proofErr w:type="spellEnd"/>
      <w:r w:rsidRPr="00C667FD">
        <w:rPr>
          <w:rFonts w:ascii="Arial" w:hAnsi="Arial" w:cs="Arial"/>
          <w:sz w:val="24"/>
          <w:szCs w:val="24"/>
        </w:rPr>
        <w:t xml:space="preserve"> o para </w:t>
      </w:r>
      <w:proofErr w:type="spellStart"/>
      <w:r w:rsidRPr="00C667FD">
        <w:rPr>
          <w:rFonts w:ascii="Arial" w:hAnsi="Arial" w:cs="Arial"/>
          <w:sz w:val="24"/>
          <w:szCs w:val="24"/>
        </w:rPr>
        <w:t>hacer</w:t>
      </w:r>
      <w:proofErr w:type="spellEnd"/>
      <w:r w:rsidRPr="00C667FD">
        <w:rPr>
          <w:rFonts w:ascii="Arial" w:hAnsi="Arial" w:cs="Arial"/>
          <w:sz w:val="24"/>
          <w:szCs w:val="24"/>
        </w:rPr>
        <w:t xml:space="preserve"> </w:t>
      </w:r>
      <w:proofErr w:type="spellStart"/>
      <w:r w:rsidRPr="00C667FD">
        <w:rPr>
          <w:rFonts w:ascii="Arial" w:hAnsi="Arial" w:cs="Arial"/>
          <w:sz w:val="24"/>
          <w:szCs w:val="24"/>
        </w:rPr>
        <w:t>uso</w:t>
      </w:r>
      <w:proofErr w:type="spellEnd"/>
      <w:r w:rsidRPr="00C667FD">
        <w:rPr>
          <w:rFonts w:ascii="Arial" w:hAnsi="Arial" w:cs="Arial"/>
          <w:sz w:val="24"/>
          <w:szCs w:val="24"/>
        </w:rPr>
        <w:t xml:space="preserve"> </w:t>
      </w:r>
      <w:r w:rsidRPr="00C667FD">
        <w:rPr>
          <w:rFonts w:ascii="Arial" w:hAnsi="Arial" w:cs="Arial"/>
          <w:spacing w:val="6"/>
          <w:sz w:val="24"/>
          <w:szCs w:val="24"/>
        </w:rPr>
        <w:t>del</w:t>
      </w:r>
      <w:r w:rsidRPr="00C667FD">
        <w:rPr>
          <w:rFonts w:ascii="Arial" w:hAnsi="Arial" w:cs="Arial"/>
          <w:spacing w:val="55"/>
          <w:sz w:val="24"/>
          <w:szCs w:val="24"/>
        </w:rPr>
        <w:t xml:space="preserve"> </w:t>
      </w:r>
      <w:r w:rsidRPr="00C667FD">
        <w:rPr>
          <w:rFonts w:ascii="Arial" w:hAnsi="Arial" w:cs="Arial"/>
          <w:sz w:val="24"/>
          <w:szCs w:val="24"/>
        </w:rPr>
        <w:t>material.</w:t>
      </w:r>
    </w:p>
    <w:p w14:paraId="3051748B" w14:textId="77777777" w:rsidR="00893C50" w:rsidRPr="00901BC0" w:rsidRDefault="00893C50" w:rsidP="00893C50">
      <w:pPr>
        <w:pStyle w:val="Textoindependiente"/>
        <w:spacing w:before="5" w:line="360" w:lineRule="auto"/>
        <w:ind w:right="49"/>
        <w:jc w:val="both"/>
        <w:rPr>
          <w:rFonts w:ascii="Arial" w:hAnsi="Arial" w:cs="Arial"/>
        </w:rPr>
      </w:pPr>
    </w:p>
    <w:p w14:paraId="3FF0B424"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r w:rsidRPr="00C667FD">
        <w:rPr>
          <w:rFonts w:ascii="Arial" w:hAnsi="Arial" w:cs="Arial"/>
          <w:spacing w:val="-5"/>
          <w:sz w:val="24"/>
          <w:szCs w:val="24"/>
        </w:rPr>
        <w:t xml:space="preserve">Dar </w:t>
      </w:r>
      <w:r w:rsidRPr="00C667FD">
        <w:rPr>
          <w:rFonts w:ascii="Arial" w:hAnsi="Arial" w:cs="Arial"/>
          <w:sz w:val="24"/>
          <w:szCs w:val="24"/>
        </w:rPr>
        <w:t xml:space="preserve">la </w:t>
      </w:r>
      <w:proofErr w:type="spellStart"/>
      <w:r w:rsidRPr="00C667FD">
        <w:rPr>
          <w:rFonts w:ascii="Arial" w:hAnsi="Arial" w:cs="Arial"/>
          <w:spacing w:val="2"/>
          <w:sz w:val="24"/>
          <w:szCs w:val="24"/>
        </w:rPr>
        <w:t>posibilidad</w:t>
      </w:r>
      <w:proofErr w:type="spellEnd"/>
      <w:r w:rsidRPr="00C667FD">
        <w:rPr>
          <w:rFonts w:ascii="Arial" w:hAnsi="Arial" w:cs="Arial"/>
          <w:spacing w:val="2"/>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cambiar</w:t>
      </w:r>
      <w:proofErr w:type="spellEnd"/>
      <w:r w:rsidRPr="00C667FD">
        <w:rPr>
          <w:rFonts w:ascii="Arial" w:hAnsi="Arial" w:cs="Arial"/>
          <w:sz w:val="24"/>
          <w:szCs w:val="24"/>
        </w:rPr>
        <w:t xml:space="preserve"> </w:t>
      </w:r>
      <w:proofErr w:type="spellStart"/>
      <w:r w:rsidRPr="00C667FD">
        <w:rPr>
          <w:rFonts w:ascii="Arial" w:hAnsi="Arial" w:cs="Arial"/>
          <w:spacing w:val="5"/>
          <w:sz w:val="24"/>
          <w:szCs w:val="24"/>
        </w:rPr>
        <w:t>el</w:t>
      </w:r>
      <w:proofErr w:type="spellEnd"/>
      <w:r w:rsidRPr="00C667FD">
        <w:rPr>
          <w:rFonts w:ascii="Arial" w:hAnsi="Arial" w:cs="Arial"/>
          <w:spacing w:val="5"/>
          <w:sz w:val="24"/>
          <w:szCs w:val="24"/>
        </w:rPr>
        <w:t xml:space="preserve"> </w:t>
      </w:r>
      <w:r w:rsidRPr="00C667FD">
        <w:rPr>
          <w:rFonts w:ascii="Arial" w:hAnsi="Arial" w:cs="Arial"/>
          <w:sz w:val="24"/>
          <w:szCs w:val="24"/>
        </w:rPr>
        <w:t xml:space="preserve">material </w:t>
      </w:r>
      <w:proofErr w:type="spellStart"/>
      <w:r w:rsidRPr="00C667FD">
        <w:rPr>
          <w:rFonts w:ascii="Arial" w:hAnsi="Arial" w:cs="Arial"/>
          <w:sz w:val="24"/>
          <w:szCs w:val="24"/>
        </w:rPr>
        <w:t>cuando</w:t>
      </w:r>
      <w:proofErr w:type="spellEnd"/>
      <w:r w:rsidRPr="00C667FD">
        <w:rPr>
          <w:rFonts w:ascii="Arial" w:hAnsi="Arial" w:cs="Arial"/>
          <w:sz w:val="24"/>
          <w:szCs w:val="24"/>
        </w:rPr>
        <w:t xml:space="preserve"> </w:t>
      </w:r>
      <w:r w:rsidRPr="00C667FD">
        <w:rPr>
          <w:rFonts w:ascii="Arial" w:hAnsi="Arial" w:cs="Arial"/>
          <w:spacing w:val="3"/>
          <w:sz w:val="24"/>
          <w:szCs w:val="24"/>
        </w:rPr>
        <w:t xml:space="preserve">se </w:t>
      </w:r>
      <w:r w:rsidRPr="00C667FD">
        <w:rPr>
          <w:rFonts w:ascii="Arial" w:hAnsi="Arial" w:cs="Arial"/>
          <w:spacing w:val="5"/>
          <w:sz w:val="24"/>
          <w:szCs w:val="24"/>
        </w:rPr>
        <w:t xml:space="preserve">observe </w:t>
      </w:r>
      <w:r w:rsidRPr="00C667FD">
        <w:rPr>
          <w:rFonts w:ascii="Arial" w:hAnsi="Arial" w:cs="Arial"/>
          <w:spacing w:val="-3"/>
          <w:sz w:val="24"/>
          <w:szCs w:val="24"/>
        </w:rPr>
        <w:t xml:space="preserve">un </w:t>
      </w:r>
      <w:proofErr w:type="spellStart"/>
      <w:r w:rsidRPr="00C667FD">
        <w:rPr>
          <w:rFonts w:ascii="Arial" w:hAnsi="Arial" w:cs="Arial"/>
          <w:sz w:val="24"/>
          <w:szCs w:val="24"/>
        </w:rPr>
        <w:t>rechazo</w:t>
      </w:r>
      <w:proofErr w:type="spellEnd"/>
      <w:r w:rsidRPr="00C667FD">
        <w:rPr>
          <w:rFonts w:ascii="Arial" w:hAnsi="Arial" w:cs="Arial"/>
          <w:sz w:val="24"/>
          <w:szCs w:val="24"/>
        </w:rPr>
        <w:t xml:space="preserve"> o </w:t>
      </w:r>
      <w:proofErr w:type="spellStart"/>
      <w:r w:rsidRPr="00C667FD">
        <w:rPr>
          <w:rFonts w:ascii="Arial" w:hAnsi="Arial" w:cs="Arial"/>
          <w:spacing w:val="2"/>
          <w:sz w:val="24"/>
          <w:szCs w:val="24"/>
        </w:rPr>
        <w:t>evitación</w:t>
      </w:r>
      <w:proofErr w:type="spellEnd"/>
      <w:r w:rsidRPr="00C667FD">
        <w:rPr>
          <w:rFonts w:ascii="Arial" w:hAnsi="Arial" w:cs="Arial"/>
          <w:spacing w:val="2"/>
          <w:sz w:val="24"/>
          <w:szCs w:val="24"/>
        </w:rPr>
        <w:t xml:space="preserve"> </w:t>
      </w:r>
      <w:r w:rsidRPr="00C667FD">
        <w:rPr>
          <w:rFonts w:ascii="Arial" w:hAnsi="Arial" w:cs="Arial"/>
          <w:spacing w:val="-3"/>
          <w:sz w:val="24"/>
          <w:szCs w:val="24"/>
        </w:rPr>
        <w:t xml:space="preserve">al </w:t>
      </w:r>
      <w:proofErr w:type="spellStart"/>
      <w:r w:rsidRPr="00C667FD">
        <w:rPr>
          <w:rFonts w:ascii="Arial" w:hAnsi="Arial" w:cs="Arial"/>
          <w:sz w:val="24"/>
          <w:szCs w:val="24"/>
        </w:rPr>
        <w:t>uso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este</w:t>
      </w:r>
      <w:proofErr w:type="spellEnd"/>
      <w:r w:rsidRPr="00C667FD">
        <w:rPr>
          <w:rFonts w:ascii="Arial" w:hAnsi="Arial" w:cs="Arial"/>
          <w:sz w:val="24"/>
          <w:szCs w:val="24"/>
        </w:rPr>
        <w:t xml:space="preserve"> lo </w:t>
      </w:r>
      <w:proofErr w:type="spellStart"/>
      <w:r w:rsidRPr="00C667FD">
        <w:rPr>
          <w:rFonts w:ascii="Arial" w:hAnsi="Arial" w:cs="Arial"/>
          <w:sz w:val="24"/>
          <w:szCs w:val="24"/>
        </w:rPr>
        <w:t>cual</w:t>
      </w:r>
      <w:proofErr w:type="spellEnd"/>
      <w:r w:rsidRPr="00C667FD">
        <w:rPr>
          <w:rFonts w:ascii="Arial" w:hAnsi="Arial" w:cs="Arial"/>
          <w:sz w:val="24"/>
          <w:szCs w:val="24"/>
        </w:rPr>
        <w:t xml:space="preserve"> </w:t>
      </w:r>
      <w:proofErr w:type="spellStart"/>
      <w:r w:rsidRPr="00C667FD">
        <w:rPr>
          <w:rFonts w:ascii="Arial" w:hAnsi="Arial" w:cs="Arial"/>
          <w:spacing w:val="5"/>
          <w:sz w:val="24"/>
          <w:szCs w:val="24"/>
        </w:rPr>
        <w:t>puede</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estar</w:t>
      </w:r>
      <w:proofErr w:type="spellEnd"/>
      <w:r w:rsidRPr="00C667FD">
        <w:rPr>
          <w:rFonts w:ascii="Arial" w:hAnsi="Arial" w:cs="Arial"/>
          <w:sz w:val="24"/>
          <w:szCs w:val="24"/>
        </w:rPr>
        <w:t xml:space="preserve"> </w:t>
      </w:r>
      <w:proofErr w:type="spellStart"/>
      <w:r w:rsidRPr="00C667FD">
        <w:rPr>
          <w:rFonts w:ascii="Arial" w:hAnsi="Arial" w:cs="Arial"/>
          <w:sz w:val="24"/>
          <w:szCs w:val="24"/>
        </w:rPr>
        <w:t>relacionado</w:t>
      </w:r>
      <w:proofErr w:type="spellEnd"/>
      <w:r w:rsidRPr="00C667FD">
        <w:rPr>
          <w:rFonts w:ascii="Arial" w:hAnsi="Arial" w:cs="Arial"/>
          <w:sz w:val="24"/>
          <w:szCs w:val="24"/>
        </w:rPr>
        <w:t xml:space="preserve"> a </w:t>
      </w:r>
      <w:proofErr w:type="spellStart"/>
      <w:r w:rsidRPr="00C667FD">
        <w:rPr>
          <w:rFonts w:ascii="Arial" w:hAnsi="Arial" w:cs="Arial"/>
          <w:spacing w:val="-4"/>
          <w:sz w:val="24"/>
          <w:szCs w:val="24"/>
        </w:rPr>
        <w:t>una</w:t>
      </w:r>
      <w:proofErr w:type="spellEnd"/>
      <w:r w:rsidRPr="00C667FD">
        <w:rPr>
          <w:rFonts w:ascii="Arial" w:hAnsi="Arial" w:cs="Arial"/>
          <w:spacing w:val="-4"/>
          <w:sz w:val="24"/>
          <w:szCs w:val="24"/>
        </w:rPr>
        <w:t xml:space="preserve"> </w:t>
      </w:r>
      <w:proofErr w:type="spellStart"/>
      <w:r w:rsidRPr="00C667FD">
        <w:rPr>
          <w:rFonts w:ascii="Arial" w:hAnsi="Arial" w:cs="Arial"/>
          <w:sz w:val="24"/>
          <w:szCs w:val="24"/>
        </w:rPr>
        <w:t>intolerancia</w:t>
      </w:r>
      <w:proofErr w:type="spellEnd"/>
      <w:r w:rsidRPr="00C667FD">
        <w:rPr>
          <w:rFonts w:ascii="Arial" w:hAnsi="Arial" w:cs="Arial"/>
          <w:sz w:val="24"/>
          <w:szCs w:val="24"/>
        </w:rPr>
        <w:t xml:space="preserve"> sensorial (</w:t>
      </w:r>
      <w:proofErr w:type="spellStart"/>
      <w:r w:rsidRPr="00C667FD">
        <w:rPr>
          <w:rFonts w:ascii="Arial" w:hAnsi="Arial" w:cs="Arial"/>
          <w:sz w:val="24"/>
          <w:szCs w:val="24"/>
        </w:rPr>
        <w:t>hiperrespuesta</w:t>
      </w:r>
      <w:proofErr w:type="spellEnd"/>
      <w:r w:rsidRPr="00C667FD">
        <w:rPr>
          <w:rFonts w:ascii="Arial" w:hAnsi="Arial" w:cs="Arial"/>
          <w:sz w:val="24"/>
          <w:szCs w:val="24"/>
        </w:rPr>
        <w:t xml:space="preserve"> </w:t>
      </w:r>
      <w:proofErr w:type="spellStart"/>
      <w:r w:rsidRPr="00C667FD">
        <w:rPr>
          <w:rFonts w:ascii="Arial" w:hAnsi="Arial" w:cs="Arial"/>
          <w:spacing w:val="-3"/>
          <w:sz w:val="24"/>
          <w:szCs w:val="24"/>
        </w:rPr>
        <w:t>táctil</w:t>
      </w:r>
      <w:proofErr w:type="spellEnd"/>
      <w:r w:rsidRPr="00C667FD">
        <w:rPr>
          <w:rFonts w:ascii="Arial" w:hAnsi="Arial" w:cs="Arial"/>
          <w:spacing w:val="-3"/>
          <w:sz w:val="24"/>
          <w:szCs w:val="24"/>
        </w:rPr>
        <w:t xml:space="preserve">) </w:t>
      </w:r>
      <w:r w:rsidRPr="00C667FD">
        <w:rPr>
          <w:rFonts w:ascii="Arial" w:hAnsi="Arial" w:cs="Arial"/>
          <w:sz w:val="24"/>
          <w:szCs w:val="24"/>
        </w:rPr>
        <w:t xml:space="preserve">o </w:t>
      </w:r>
      <w:r w:rsidRPr="00C667FD">
        <w:rPr>
          <w:rFonts w:ascii="Arial" w:hAnsi="Arial" w:cs="Arial"/>
          <w:spacing w:val="-3"/>
          <w:sz w:val="24"/>
          <w:szCs w:val="24"/>
        </w:rPr>
        <w:t xml:space="preserve">al </w:t>
      </w:r>
      <w:proofErr w:type="spellStart"/>
      <w:r w:rsidRPr="00C667FD">
        <w:rPr>
          <w:rFonts w:ascii="Arial" w:hAnsi="Arial" w:cs="Arial"/>
          <w:sz w:val="24"/>
          <w:szCs w:val="24"/>
        </w:rPr>
        <w:t>uso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ese </w:t>
      </w:r>
      <w:proofErr w:type="spellStart"/>
      <w:r w:rsidRPr="00C667FD">
        <w:rPr>
          <w:rFonts w:ascii="Arial" w:hAnsi="Arial" w:cs="Arial"/>
          <w:spacing w:val="3"/>
          <w:sz w:val="24"/>
          <w:szCs w:val="24"/>
        </w:rPr>
        <w:t>objeto</w:t>
      </w:r>
      <w:proofErr w:type="spellEnd"/>
      <w:r w:rsidRPr="00C667FD">
        <w:rPr>
          <w:rFonts w:ascii="Arial" w:hAnsi="Arial" w:cs="Arial"/>
          <w:spacing w:val="3"/>
          <w:sz w:val="24"/>
          <w:szCs w:val="24"/>
        </w:rPr>
        <w:t xml:space="preserve"> </w:t>
      </w:r>
      <w:proofErr w:type="spellStart"/>
      <w:r w:rsidRPr="00C667FD">
        <w:rPr>
          <w:rFonts w:ascii="Arial" w:hAnsi="Arial" w:cs="Arial"/>
          <w:spacing w:val="4"/>
          <w:sz w:val="24"/>
          <w:szCs w:val="24"/>
        </w:rPr>
        <w:t>como</w:t>
      </w:r>
      <w:proofErr w:type="spellEnd"/>
      <w:r w:rsidRPr="00C667FD">
        <w:rPr>
          <w:rFonts w:ascii="Arial" w:hAnsi="Arial" w:cs="Arial"/>
          <w:sz w:val="24"/>
          <w:szCs w:val="24"/>
        </w:rPr>
        <w:t xml:space="preserve"> </w:t>
      </w:r>
      <w:proofErr w:type="spellStart"/>
      <w:r w:rsidRPr="00C667FD">
        <w:rPr>
          <w:rFonts w:ascii="Arial" w:hAnsi="Arial" w:cs="Arial"/>
          <w:spacing w:val="6"/>
          <w:sz w:val="24"/>
          <w:szCs w:val="24"/>
        </w:rPr>
        <w:t>por</w:t>
      </w:r>
      <w:proofErr w:type="spellEnd"/>
      <w:r w:rsidRPr="00C667FD">
        <w:rPr>
          <w:rFonts w:ascii="Arial" w:hAnsi="Arial" w:cs="Arial"/>
          <w:spacing w:val="-15"/>
          <w:sz w:val="24"/>
          <w:szCs w:val="24"/>
        </w:rPr>
        <w:t xml:space="preserve"> </w:t>
      </w:r>
      <w:proofErr w:type="spellStart"/>
      <w:r w:rsidRPr="00C667FD">
        <w:rPr>
          <w:rFonts w:ascii="Arial" w:hAnsi="Arial" w:cs="Arial"/>
          <w:sz w:val="24"/>
          <w:szCs w:val="24"/>
        </w:rPr>
        <w:t>ejemplo</w:t>
      </w:r>
      <w:proofErr w:type="spellEnd"/>
      <w:r w:rsidRPr="00C667FD">
        <w:rPr>
          <w:rFonts w:ascii="Arial" w:hAnsi="Arial" w:cs="Arial"/>
          <w:sz w:val="24"/>
          <w:szCs w:val="24"/>
        </w:rPr>
        <w:t>,</w:t>
      </w:r>
      <w:r w:rsidRPr="00C667FD">
        <w:rPr>
          <w:rFonts w:ascii="Arial" w:hAnsi="Arial" w:cs="Arial"/>
          <w:spacing w:val="-4"/>
          <w:sz w:val="24"/>
          <w:szCs w:val="24"/>
        </w:rPr>
        <w:t xml:space="preserve"> </w:t>
      </w:r>
      <w:proofErr w:type="spellStart"/>
      <w:r w:rsidRPr="00C667FD">
        <w:rPr>
          <w:rFonts w:ascii="Arial" w:hAnsi="Arial" w:cs="Arial"/>
          <w:sz w:val="24"/>
          <w:szCs w:val="24"/>
        </w:rPr>
        <w:t>modificar</w:t>
      </w:r>
      <w:proofErr w:type="spellEnd"/>
      <w:r w:rsidRPr="00C667FD">
        <w:rPr>
          <w:rFonts w:ascii="Arial" w:hAnsi="Arial" w:cs="Arial"/>
          <w:spacing w:val="-16"/>
          <w:sz w:val="24"/>
          <w:szCs w:val="24"/>
        </w:rPr>
        <w:t xml:space="preserve"> </w:t>
      </w:r>
      <w:proofErr w:type="spellStart"/>
      <w:r w:rsidRPr="00C667FD">
        <w:rPr>
          <w:rFonts w:ascii="Arial" w:hAnsi="Arial" w:cs="Arial"/>
          <w:spacing w:val="5"/>
          <w:sz w:val="24"/>
          <w:szCs w:val="24"/>
        </w:rPr>
        <w:t>el</w:t>
      </w:r>
      <w:proofErr w:type="spellEnd"/>
      <w:r w:rsidRPr="00C667FD">
        <w:rPr>
          <w:rFonts w:ascii="Arial" w:hAnsi="Arial" w:cs="Arial"/>
          <w:spacing w:val="-8"/>
          <w:sz w:val="24"/>
          <w:szCs w:val="24"/>
        </w:rPr>
        <w:t xml:space="preserve"> </w:t>
      </w:r>
      <w:proofErr w:type="spellStart"/>
      <w:r w:rsidRPr="00C667FD">
        <w:rPr>
          <w:rFonts w:ascii="Arial" w:hAnsi="Arial" w:cs="Arial"/>
          <w:sz w:val="24"/>
          <w:szCs w:val="24"/>
        </w:rPr>
        <w:t>uso</w:t>
      </w:r>
      <w:proofErr w:type="spellEnd"/>
      <w:r w:rsidRPr="00C667FD">
        <w:rPr>
          <w:rFonts w:ascii="Arial" w:hAnsi="Arial" w:cs="Arial"/>
          <w:spacing w:val="1"/>
          <w:sz w:val="24"/>
          <w:szCs w:val="24"/>
        </w:rPr>
        <w:t xml:space="preserve"> </w:t>
      </w:r>
      <w:r w:rsidRPr="00C667FD">
        <w:rPr>
          <w:rFonts w:ascii="Arial" w:hAnsi="Arial" w:cs="Arial"/>
          <w:spacing w:val="5"/>
          <w:sz w:val="24"/>
          <w:szCs w:val="24"/>
        </w:rPr>
        <w:t>de</w:t>
      </w:r>
      <w:r w:rsidRPr="00C667FD">
        <w:rPr>
          <w:rFonts w:ascii="Arial" w:hAnsi="Arial" w:cs="Arial"/>
          <w:sz w:val="24"/>
          <w:szCs w:val="24"/>
        </w:rPr>
        <w:t xml:space="preserve"> tempera</w:t>
      </w:r>
      <w:r w:rsidRPr="00C667FD">
        <w:rPr>
          <w:rFonts w:ascii="Arial" w:hAnsi="Arial" w:cs="Arial"/>
          <w:spacing w:val="-14"/>
          <w:sz w:val="24"/>
          <w:szCs w:val="24"/>
        </w:rPr>
        <w:t xml:space="preserve"> </w:t>
      </w:r>
      <w:proofErr w:type="spellStart"/>
      <w:r w:rsidRPr="00C667FD">
        <w:rPr>
          <w:rFonts w:ascii="Arial" w:hAnsi="Arial" w:cs="Arial"/>
          <w:spacing w:val="6"/>
          <w:sz w:val="24"/>
          <w:szCs w:val="24"/>
        </w:rPr>
        <w:t>por</w:t>
      </w:r>
      <w:proofErr w:type="spellEnd"/>
      <w:r w:rsidRPr="00C667FD">
        <w:rPr>
          <w:rFonts w:ascii="Arial" w:hAnsi="Arial" w:cs="Arial"/>
          <w:spacing w:val="-15"/>
          <w:sz w:val="24"/>
          <w:szCs w:val="24"/>
        </w:rPr>
        <w:t xml:space="preserve"> </w:t>
      </w:r>
      <w:proofErr w:type="spellStart"/>
      <w:r w:rsidRPr="00C667FD">
        <w:rPr>
          <w:rFonts w:ascii="Arial" w:hAnsi="Arial" w:cs="Arial"/>
          <w:sz w:val="24"/>
          <w:szCs w:val="24"/>
        </w:rPr>
        <w:t>otro</w:t>
      </w:r>
      <w:proofErr w:type="spellEnd"/>
      <w:r w:rsidRPr="00C667FD">
        <w:rPr>
          <w:rFonts w:ascii="Arial" w:hAnsi="Arial" w:cs="Arial"/>
          <w:sz w:val="24"/>
          <w:szCs w:val="24"/>
        </w:rPr>
        <w:t xml:space="preserve"> </w:t>
      </w:r>
      <w:proofErr w:type="spellStart"/>
      <w:r w:rsidRPr="00C667FD">
        <w:rPr>
          <w:rFonts w:ascii="Arial" w:hAnsi="Arial" w:cs="Arial"/>
          <w:sz w:val="24"/>
          <w:szCs w:val="24"/>
        </w:rPr>
        <w:t>elemento</w:t>
      </w:r>
      <w:proofErr w:type="spellEnd"/>
      <w:r w:rsidRPr="00C667FD">
        <w:rPr>
          <w:rFonts w:ascii="Arial" w:hAnsi="Arial" w:cs="Arial"/>
          <w:sz w:val="24"/>
          <w:szCs w:val="24"/>
        </w:rPr>
        <w:t>.</w:t>
      </w:r>
      <w:r w:rsidRPr="00C667FD">
        <w:rPr>
          <w:rFonts w:ascii="Arial" w:hAnsi="Arial" w:cs="Arial"/>
          <w:spacing w:val="-4"/>
          <w:sz w:val="24"/>
          <w:szCs w:val="24"/>
        </w:rPr>
        <w:t xml:space="preserve"> </w:t>
      </w:r>
      <w:r w:rsidRPr="00C667FD">
        <w:rPr>
          <w:rFonts w:ascii="Arial" w:hAnsi="Arial" w:cs="Arial"/>
          <w:sz w:val="24"/>
          <w:szCs w:val="24"/>
        </w:rPr>
        <w:t>Si</w:t>
      </w:r>
      <w:r w:rsidRPr="00C667FD">
        <w:rPr>
          <w:rFonts w:ascii="Arial" w:hAnsi="Arial" w:cs="Arial"/>
          <w:spacing w:val="-8"/>
          <w:sz w:val="24"/>
          <w:szCs w:val="24"/>
        </w:rPr>
        <w:t xml:space="preserve"> </w:t>
      </w:r>
      <w:r w:rsidRPr="00C667FD">
        <w:rPr>
          <w:rFonts w:ascii="Arial" w:hAnsi="Arial" w:cs="Arial"/>
          <w:spacing w:val="5"/>
          <w:sz w:val="24"/>
          <w:szCs w:val="24"/>
        </w:rPr>
        <w:t>es</w:t>
      </w:r>
      <w:r w:rsidRPr="00C667FD">
        <w:rPr>
          <w:rFonts w:ascii="Arial" w:hAnsi="Arial" w:cs="Arial"/>
          <w:spacing w:val="-3"/>
          <w:sz w:val="24"/>
          <w:szCs w:val="24"/>
        </w:rPr>
        <w:t xml:space="preserve"> </w:t>
      </w:r>
      <w:r w:rsidRPr="00C667FD">
        <w:rPr>
          <w:rFonts w:ascii="Arial" w:hAnsi="Arial" w:cs="Arial"/>
          <w:sz w:val="24"/>
          <w:szCs w:val="24"/>
        </w:rPr>
        <w:t>que</w:t>
      </w:r>
      <w:r w:rsidRPr="00C667FD">
        <w:rPr>
          <w:rFonts w:ascii="Arial" w:hAnsi="Arial" w:cs="Arial"/>
          <w:spacing w:val="-15"/>
          <w:sz w:val="24"/>
          <w:szCs w:val="24"/>
        </w:rPr>
        <w:t xml:space="preserve"> </w:t>
      </w:r>
      <w:proofErr w:type="spellStart"/>
      <w:r w:rsidRPr="00C667FD">
        <w:rPr>
          <w:rFonts w:ascii="Arial" w:hAnsi="Arial" w:cs="Arial"/>
          <w:spacing w:val="5"/>
          <w:sz w:val="24"/>
          <w:szCs w:val="24"/>
        </w:rPr>
        <w:t>el</w:t>
      </w:r>
      <w:proofErr w:type="spellEnd"/>
      <w:r w:rsidRPr="00C667FD">
        <w:rPr>
          <w:rFonts w:ascii="Arial" w:hAnsi="Arial" w:cs="Arial"/>
          <w:spacing w:val="7"/>
          <w:sz w:val="24"/>
          <w:szCs w:val="24"/>
        </w:rPr>
        <w:t xml:space="preserve"> </w:t>
      </w:r>
      <w:proofErr w:type="spellStart"/>
      <w:r w:rsidRPr="00C667FD">
        <w:rPr>
          <w:rFonts w:ascii="Arial" w:hAnsi="Arial" w:cs="Arial"/>
          <w:sz w:val="24"/>
          <w:szCs w:val="24"/>
        </w:rPr>
        <w:t>estudiante</w:t>
      </w:r>
      <w:proofErr w:type="spellEnd"/>
      <w:r w:rsidRPr="00C667FD">
        <w:rPr>
          <w:rFonts w:ascii="Arial" w:hAnsi="Arial" w:cs="Arial"/>
          <w:spacing w:val="16"/>
          <w:sz w:val="24"/>
          <w:szCs w:val="24"/>
        </w:rPr>
        <w:t xml:space="preserve"> </w:t>
      </w:r>
      <w:r w:rsidRPr="00C667FD">
        <w:rPr>
          <w:rFonts w:ascii="Arial" w:hAnsi="Arial" w:cs="Arial"/>
          <w:spacing w:val="5"/>
          <w:sz w:val="24"/>
          <w:szCs w:val="24"/>
        </w:rPr>
        <w:t>de</w:t>
      </w:r>
      <w:r w:rsidRPr="00C667FD">
        <w:rPr>
          <w:rFonts w:ascii="Arial" w:hAnsi="Arial" w:cs="Arial"/>
          <w:spacing w:val="16"/>
          <w:sz w:val="24"/>
          <w:szCs w:val="24"/>
        </w:rPr>
        <w:t xml:space="preserve"> </w:t>
      </w:r>
      <w:proofErr w:type="spellStart"/>
      <w:r w:rsidRPr="00C667FD">
        <w:rPr>
          <w:rFonts w:ascii="Arial" w:hAnsi="Arial" w:cs="Arial"/>
          <w:sz w:val="24"/>
          <w:szCs w:val="24"/>
        </w:rPr>
        <w:t>igual</w:t>
      </w:r>
      <w:proofErr w:type="spellEnd"/>
      <w:r w:rsidRPr="00C667FD">
        <w:rPr>
          <w:rFonts w:ascii="Arial" w:hAnsi="Arial" w:cs="Arial"/>
          <w:spacing w:val="7"/>
          <w:sz w:val="24"/>
          <w:szCs w:val="24"/>
        </w:rPr>
        <w:t xml:space="preserve"> </w:t>
      </w:r>
      <w:proofErr w:type="spellStart"/>
      <w:r w:rsidRPr="00C667FD">
        <w:rPr>
          <w:rFonts w:ascii="Arial" w:hAnsi="Arial" w:cs="Arial"/>
          <w:sz w:val="24"/>
          <w:szCs w:val="24"/>
        </w:rPr>
        <w:t>manera</w:t>
      </w:r>
      <w:proofErr w:type="spellEnd"/>
      <w:r w:rsidRPr="00C667FD">
        <w:rPr>
          <w:rFonts w:ascii="Arial" w:hAnsi="Arial" w:cs="Arial"/>
          <w:sz w:val="24"/>
          <w:szCs w:val="24"/>
        </w:rPr>
        <w:t xml:space="preserve"> </w:t>
      </w:r>
      <w:proofErr w:type="spellStart"/>
      <w:r w:rsidRPr="00C667FD">
        <w:rPr>
          <w:rFonts w:ascii="Arial" w:hAnsi="Arial" w:cs="Arial"/>
          <w:spacing w:val="7"/>
          <w:sz w:val="24"/>
          <w:szCs w:val="24"/>
        </w:rPr>
        <w:t>desea</w:t>
      </w:r>
      <w:proofErr w:type="spellEnd"/>
      <w:r w:rsidRPr="00C667FD">
        <w:rPr>
          <w:rFonts w:ascii="Arial" w:hAnsi="Arial" w:cs="Arial"/>
          <w:spacing w:val="7"/>
          <w:sz w:val="24"/>
          <w:szCs w:val="24"/>
        </w:rPr>
        <w:t xml:space="preserve"> </w:t>
      </w:r>
      <w:proofErr w:type="spellStart"/>
      <w:r w:rsidRPr="00C667FD">
        <w:rPr>
          <w:rFonts w:ascii="Arial" w:hAnsi="Arial" w:cs="Arial"/>
          <w:sz w:val="24"/>
          <w:szCs w:val="24"/>
        </w:rPr>
        <w:t>hacer</w:t>
      </w:r>
      <w:proofErr w:type="spellEnd"/>
      <w:r w:rsidRPr="00C667FD">
        <w:rPr>
          <w:rFonts w:ascii="Arial" w:hAnsi="Arial" w:cs="Arial"/>
          <w:sz w:val="24"/>
          <w:szCs w:val="24"/>
        </w:rPr>
        <w:t xml:space="preserve"> </w:t>
      </w:r>
      <w:proofErr w:type="spellStart"/>
      <w:r w:rsidRPr="00C667FD">
        <w:rPr>
          <w:rFonts w:ascii="Arial" w:hAnsi="Arial" w:cs="Arial"/>
          <w:sz w:val="24"/>
          <w:szCs w:val="24"/>
        </w:rPr>
        <w:t>uso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este</w:t>
      </w:r>
      <w:proofErr w:type="spellEnd"/>
      <w:r w:rsidRPr="00C667FD">
        <w:rPr>
          <w:rFonts w:ascii="Arial" w:hAnsi="Arial" w:cs="Arial"/>
          <w:sz w:val="24"/>
          <w:szCs w:val="24"/>
        </w:rPr>
        <w:t xml:space="preserve"> material, </w:t>
      </w:r>
      <w:proofErr w:type="spellStart"/>
      <w:r w:rsidRPr="00C667FD">
        <w:rPr>
          <w:rFonts w:ascii="Arial" w:hAnsi="Arial" w:cs="Arial"/>
          <w:spacing w:val="3"/>
          <w:sz w:val="24"/>
          <w:szCs w:val="24"/>
        </w:rPr>
        <w:t>pero</w:t>
      </w:r>
      <w:proofErr w:type="spellEnd"/>
      <w:r w:rsidRPr="00C667FD">
        <w:rPr>
          <w:rFonts w:ascii="Arial" w:hAnsi="Arial" w:cs="Arial"/>
          <w:spacing w:val="3"/>
          <w:sz w:val="24"/>
          <w:szCs w:val="24"/>
        </w:rPr>
        <w:t xml:space="preserve"> </w:t>
      </w:r>
      <w:r w:rsidRPr="00C667FD">
        <w:rPr>
          <w:rFonts w:ascii="Arial" w:hAnsi="Arial" w:cs="Arial"/>
          <w:sz w:val="24"/>
          <w:szCs w:val="24"/>
        </w:rPr>
        <w:t xml:space="preserve">le </w:t>
      </w:r>
      <w:r w:rsidRPr="00C667FD">
        <w:rPr>
          <w:rFonts w:ascii="Arial" w:hAnsi="Arial" w:cs="Arial"/>
          <w:spacing w:val="2"/>
          <w:sz w:val="24"/>
          <w:szCs w:val="24"/>
        </w:rPr>
        <w:t xml:space="preserve">molesta </w:t>
      </w:r>
      <w:r w:rsidRPr="00C667FD">
        <w:rPr>
          <w:rFonts w:ascii="Arial" w:hAnsi="Arial" w:cs="Arial"/>
          <w:sz w:val="24"/>
          <w:szCs w:val="24"/>
        </w:rPr>
        <w:t xml:space="preserve">o </w:t>
      </w:r>
      <w:proofErr w:type="spellStart"/>
      <w:r w:rsidRPr="00C667FD">
        <w:rPr>
          <w:rFonts w:ascii="Arial" w:hAnsi="Arial" w:cs="Arial"/>
          <w:spacing w:val="4"/>
          <w:sz w:val="24"/>
          <w:szCs w:val="24"/>
        </w:rPr>
        <w:t>incomoda</w:t>
      </w:r>
      <w:proofErr w:type="spellEnd"/>
      <w:r w:rsidRPr="00C667FD">
        <w:rPr>
          <w:rFonts w:ascii="Arial" w:hAnsi="Arial" w:cs="Arial"/>
          <w:spacing w:val="4"/>
          <w:sz w:val="24"/>
          <w:szCs w:val="24"/>
        </w:rPr>
        <w:t xml:space="preserve"> </w:t>
      </w:r>
      <w:proofErr w:type="spellStart"/>
      <w:r w:rsidRPr="00C667FD">
        <w:rPr>
          <w:rFonts w:ascii="Arial" w:hAnsi="Arial" w:cs="Arial"/>
          <w:sz w:val="24"/>
          <w:szCs w:val="24"/>
        </w:rPr>
        <w:t>ensuciarse</w:t>
      </w:r>
      <w:proofErr w:type="spellEnd"/>
      <w:r w:rsidRPr="00C667FD">
        <w:rPr>
          <w:rFonts w:ascii="Arial" w:hAnsi="Arial" w:cs="Arial"/>
          <w:sz w:val="24"/>
          <w:szCs w:val="24"/>
        </w:rPr>
        <w:t xml:space="preserve"> </w:t>
      </w:r>
      <w:r w:rsidRPr="00C667FD">
        <w:rPr>
          <w:rFonts w:ascii="Arial" w:hAnsi="Arial" w:cs="Arial"/>
          <w:spacing w:val="3"/>
          <w:sz w:val="24"/>
          <w:szCs w:val="24"/>
        </w:rPr>
        <w:t xml:space="preserve">se </w:t>
      </w:r>
      <w:r w:rsidRPr="00C667FD">
        <w:rPr>
          <w:rFonts w:ascii="Arial" w:hAnsi="Arial" w:cs="Arial"/>
          <w:sz w:val="24"/>
          <w:szCs w:val="24"/>
        </w:rPr>
        <w:t xml:space="preserve">le </w:t>
      </w:r>
      <w:proofErr w:type="spellStart"/>
      <w:r w:rsidRPr="00C667FD">
        <w:rPr>
          <w:rFonts w:ascii="Arial" w:hAnsi="Arial" w:cs="Arial"/>
          <w:spacing w:val="5"/>
          <w:sz w:val="24"/>
          <w:szCs w:val="24"/>
        </w:rPr>
        <w:t>puede</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dar</w:t>
      </w:r>
      <w:proofErr w:type="spellEnd"/>
      <w:r w:rsidRPr="00C667FD">
        <w:rPr>
          <w:rFonts w:ascii="Arial" w:hAnsi="Arial" w:cs="Arial"/>
          <w:sz w:val="24"/>
          <w:szCs w:val="24"/>
        </w:rPr>
        <w:t xml:space="preserve"> la </w:t>
      </w:r>
      <w:proofErr w:type="spellStart"/>
      <w:r w:rsidRPr="00C667FD">
        <w:rPr>
          <w:rFonts w:ascii="Arial" w:hAnsi="Arial" w:cs="Arial"/>
          <w:spacing w:val="6"/>
          <w:sz w:val="24"/>
          <w:szCs w:val="24"/>
        </w:rPr>
        <w:t>opción</w:t>
      </w:r>
      <w:proofErr w:type="spellEnd"/>
      <w:r w:rsidRPr="00C667FD">
        <w:rPr>
          <w:rFonts w:ascii="Arial" w:hAnsi="Arial" w:cs="Arial"/>
          <w:spacing w:val="6"/>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pacing w:val="8"/>
          <w:sz w:val="24"/>
          <w:szCs w:val="24"/>
        </w:rPr>
        <w:t>poder</w:t>
      </w:r>
      <w:proofErr w:type="spellEnd"/>
      <w:r w:rsidRPr="00C667FD">
        <w:rPr>
          <w:rFonts w:ascii="Arial" w:hAnsi="Arial" w:cs="Arial"/>
          <w:spacing w:val="8"/>
          <w:sz w:val="24"/>
          <w:szCs w:val="24"/>
        </w:rPr>
        <w:t xml:space="preserve"> </w:t>
      </w:r>
      <w:proofErr w:type="spellStart"/>
      <w:r w:rsidRPr="00C667FD">
        <w:rPr>
          <w:rFonts w:ascii="Arial" w:hAnsi="Arial" w:cs="Arial"/>
          <w:sz w:val="24"/>
          <w:szCs w:val="24"/>
        </w:rPr>
        <w:t>ir</w:t>
      </w:r>
      <w:proofErr w:type="spellEnd"/>
      <w:r w:rsidRPr="00C667FD">
        <w:rPr>
          <w:rFonts w:ascii="Arial" w:hAnsi="Arial" w:cs="Arial"/>
          <w:sz w:val="24"/>
          <w:szCs w:val="24"/>
        </w:rPr>
        <w:t xml:space="preserve"> </w:t>
      </w:r>
      <w:r w:rsidRPr="00C667FD">
        <w:rPr>
          <w:rFonts w:ascii="Arial" w:hAnsi="Arial" w:cs="Arial"/>
          <w:spacing w:val="-3"/>
          <w:sz w:val="24"/>
          <w:szCs w:val="24"/>
        </w:rPr>
        <w:t xml:space="preserve">al </w:t>
      </w:r>
      <w:proofErr w:type="spellStart"/>
      <w:r w:rsidRPr="00C667FD">
        <w:rPr>
          <w:rFonts w:ascii="Arial" w:hAnsi="Arial" w:cs="Arial"/>
          <w:sz w:val="24"/>
          <w:szCs w:val="24"/>
        </w:rPr>
        <w:t>baño</w:t>
      </w:r>
      <w:proofErr w:type="spellEnd"/>
      <w:r w:rsidRPr="00C667FD">
        <w:rPr>
          <w:rFonts w:ascii="Arial" w:hAnsi="Arial" w:cs="Arial"/>
          <w:sz w:val="24"/>
          <w:szCs w:val="24"/>
        </w:rPr>
        <w:t xml:space="preserve"> a </w:t>
      </w:r>
      <w:proofErr w:type="spellStart"/>
      <w:r w:rsidRPr="00C667FD">
        <w:rPr>
          <w:rFonts w:ascii="Arial" w:hAnsi="Arial" w:cs="Arial"/>
          <w:sz w:val="24"/>
          <w:szCs w:val="24"/>
        </w:rPr>
        <w:t>limpiarse</w:t>
      </w:r>
      <w:proofErr w:type="spellEnd"/>
      <w:r w:rsidRPr="00C667FD">
        <w:rPr>
          <w:rFonts w:ascii="Arial" w:hAnsi="Arial" w:cs="Arial"/>
          <w:sz w:val="24"/>
          <w:szCs w:val="24"/>
        </w:rPr>
        <w:t xml:space="preserve"> </w:t>
      </w:r>
      <w:proofErr w:type="spellStart"/>
      <w:r w:rsidRPr="00C667FD">
        <w:rPr>
          <w:rFonts w:ascii="Arial" w:hAnsi="Arial" w:cs="Arial"/>
          <w:sz w:val="24"/>
          <w:szCs w:val="24"/>
        </w:rPr>
        <w:t>cuando</w:t>
      </w:r>
      <w:proofErr w:type="spellEnd"/>
      <w:r w:rsidRPr="00C667FD">
        <w:rPr>
          <w:rFonts w:ascii="Arial" w:hAnsi="Arial" w:cs="Arial"/>
          <w:sz w:val="24"/>
          <w:szCs w:val="24"/>
        </w:rPr>
        <w:t xml:space="preserve"> lo </w:t>
      </w:r>
      <w:proofErr w:type="spellStart"/>
      <w:r w:rsidRPr="00C667FD">
        <w:rPr>
          <w:rFonts w:ascii="Arial" w:hAnsi="Arial" w:cs="Arial"/>
          <w:sz w:val="24"/>
          <w:szCs w:val="24"/>
        </w:rPr>
        <w:t>sienta</w:t>
      </w:r>
      <w:proofErr w:type="spellEnd"/>
      <w:r w:rsidRPr="00C667FD">
        <w:rPr>
          <w:rFonts w:ascii="Arial" w:hAnsi="Arial" w:cs="Arial"/>
          <w:sz w:val="24"/>
          <w:szCs w:val="24"/>
        </w:rPr>
        <w:t xml:space="preserve"> </w:t>
      </w:r>
      <w:proofErr w:type="spellStart"/>
      <w:r w:rsidRPr="00C667FD">
        <w:rPr>
          <w:rFonts w:ascii="Arial" w:hAnsi="Arial" w:cs="Arial"/>
          <w:sz w:val="24"/>
          <w:szCs w:val="24"/>
        </w:rPr>
        <w:t>necesario</w:t>
      </w:r>
      <w:proofErr w:type="spellEnd"/>
      <w:r w:rsidRPr="00C667FD">
        <w:rPr>
          <w:rFonts w:ascii="Arial" w:hAnsi="Arial" w:cs="Arial"/>
          <w:sz w:val="24"/>
          <w:szCs w:val="24"/>
        </w:rPr>
        <w:t xml:space="preserve"> y </w:t>
      </w:r>
      <w:proofErr w:type="spellStart"/>
      <w:r w:rsidRPr="00C667FD">
        <w:rPr>
          <w:rFonts w:ascii="Arial" w:hAnsi="Arial" w:cs="Arial"/>
          <w:sz w:val="24"/>
          <w:szCs w:val="24"/>
        </w:rPr>
        <w:t>ayudarlo</w:t>
      </w:r>
      <w:proofErr w:type="spellEnd"/>
      <w:r w:rsidRPr="00C667FD">
        <w:rPr>
          <w:rFonts w:ascii="Arial" w:hAnsi="Arial" w:cs="Arial"/>
          <w:sz w:val="24"/>
          <w:szCs w:val="24"/>
        </w:rPr>
        <w:t>/</w:t>
      </w:r>
      <w:proofErr w:type="spellStart"/>
      <w:r w:rsidRPr="00C667FD">
        <w:rPr>
          <w:rFonts w:ascii="Arial" w:hAnsi="Arial" w:cs="Arial"/>
          <w:sz w:val="24"/>
          <w:szCs w:val="24"/>
        </w:rPr>
        <w:t>guiarlo</w:t>
      </w:r>
      <w:proofErr w:type="spellEnd"/>
      <w:r w:rsidRPr="00C667FD">
        <w:rPr>
          <w:rFonts w:ascii="Arial" w:hAnsi="Arial" w:cs="Arial"/>
          <w:sz w:val="24"/>
          <w:szCs w:val="24"/>
        </w:rPr>
        <w:t xml:space="preserve"> </w:t>
      </w:r>
      <w:proofErr w:type="spellStart"/>
      <w:r w:rsidRPr="00C667FD">
        <w:rPr>
          <w:rFonts w:ascii="Arial" w:hAnsi="Arial" w:cs="Arial"/>
          <w:sz w:val="24"/>
          <w:szCs w:val="24"/>
        </w:rPr>
        <w:t>haciendo</w:t>
      </w:r>
      <w:proofErr w:type="spellEnd"/>
      <w:r w:rsidRPr="00C667FD">
        <w:rPr>
          <w:rFonts w:ascii="Arial" w:hAnsi="Arial" w:cs="Arial"/>
          <w:sz w:val="24"/>
          <w:szCs w:val="24"/>
        </w:rPr>
        <w:t xml:space="preserve"> </w:t>
      </w:r>
      <w:proofErr w:type="spellStart"/>
      <w:r w:rsidRPr="00C667FD">
        <w:rPr>
          <w:rFonts w:ascii="Arial" w:hAnsi="Arial" w:cs="Arial"/>
          <w:spacing w:val="3"/>
          <w:sz w:val="24"/>
          <w:szCs w:val="24"/>
        </w:rPr>
        <w:t>limpieza</w:t>
      </w:r>
      <w:proofErr w:type="spellEnd"/>
      <w:r w:rsidRPr="00C667FD">
        <w:rPr>
          <w:rFonts w:ascii="Arial" w:hAnsi="Arial" w:cs="Arial"/>
          <w:spacing w:val="3"/>
          <w:sz w:val="24"/>
          <w:szCs w:val="24"/>
        </w:rPr>
        <w:t xml:space="preserve"> </w:t>
      </w:r>
      <w:r w:rsidRPr="00C667FD">
        <w:rPr>
          <w:rFonts w:ascii="Arial" w:hAnsi="Arial" w:cs="Arial"/>
          <w:spacing w:val="5"/>
          <w:sz w:val="24"/>
          <w:szCs w:val="24"/>
        </w:rPr>
        <w:t xml:space="preserve">de </w:t>
      </w:r>
      <w:r w:rsidRPr="00C667FD">
        <w:rPr>
          <w:rFonts w:ascii="Arial" w:hAnsi="Arial" w:cs="Arial"/>
          <w:sz w:val="24"/>
          <w:szCs w:val="24"/>
        </w:rPr>
        <w:t xml:space="preserve">la </w:t>
      </w:r>
      <w:r w:rsidRPr="00C667FD">
        <w:rPr>
          <w:rFonts w:ascii="Arial" w:hAnsi="Arial" w:cs="Arial"/>
          <w:spacing w:val="4"/>
          <w:sz w:val="24"/>
          <w:szCs w:val="24"/>
        </w:rPr>
        <w:t xml:space="preserve">mesa </w:t>
      </w:r>
      <w:proofErr w:type="spellStart"/>
      <w:r w:rsidRPr="00C667FD">
        <w:rPr>
          <w:rFonts w:ascii="Arial" w:hAnsi="Arial" w:cs="Arial"/>
          <w:spacing w:val="3"/>
          <w:sz w:val="24"/>
          <w:szCs w:val="24"/>
        </w:rPr>
        <w:t>si</w:t>
      </w:r>
      <w:proofErr w:type="spellEnd"/>
      <w:r w:rsidRPr="00C667FD">
        <w:rPr>
          <w:rFonts w:ascii="Arial" w:hAnsi="Arial" w:cs="Arial"/>
          <w:spacing w:val="3"/>
          <w:sz w:val="24"/>
          <w:szCs w:val="24"/>
        </w:rPr>
        <w:t xml:space="preserve"> </w:t>
      </w:r>
      <w:r w:rsidRPr="00C667FD">
        <w:rPr>
          <w:rFonts w:ascii="Arial" w:hAnsi="Arial" w:cs="Arial"/>
          <w:spacing w:val="5"/>
          <w:sz w:val="24"/>
          <w:szCs w:val="24"/>
        </w:rPr>
        <w:t xml:space="preserve">es </w:t>
      </w:r>
      <w:r w:rsidRPr="00C667FD">
        <w:rPr>
          <w:rFonts w:ascii="Arial" w:hAnsi="Arial" w:cs="Arial"/>
          <w:sz w:val="24"/>
          <w:szCs w:val="24"/>
        </w:rPr>
        <w:t xml:space="preserve">que </w:t>
      </w:r>
      <w:r w:rsidRPr="00C667FD">
        <w:rPr>
          <w:rFonts w:ascii="Arial" w:hAnsi="Arial" w:cs="Arial"/>
          <w:spacing w:val="3"/>
          <w:sz w:val="24"/>
          <w:szCs w:val="24"/>
        </w:rPr>
        <w:t xml:space="preserve">se </w:t>
      </w:r>
      <w:proofErr w:type="spellStart"/>
      <w:r w:rsidRPr="00C667FD">
        <w:rPr>
          <w:rFonts w:ascii="Arial" w:hAnsi="Arial" w:cs="Arial"/>
          <w:sz w:val="24"/>
          <w:szCs w:val="24"/>
        </w:rPr>
        <w:t>encuentra</w:t>
      </w:r>
      <w:proofErr w:type="spellEnd"/>
      <w:r w:rsidRPr="00C667FD">
        <w:rPr>
          <w:rFonts w:ascii="Arial" w:hAnsi="Arial" w:cs="Arial"/>
          <w:sz w:val="24"/>
          <w:szCs w:val="24"/>
        </w:rPr>
        <w:t xml:space="preserve"> </w:t>
      </w:r>
      <w:proofErr w:type="spellStart"/>
      <w:r w:rsidRPr="00C667FD">
        <w:rPr>
          <w:rFonts w:ascii="Arial" w:hAnsi="Arial" w:cs="Arial"/>
          <w:sz w:val="24"/>
          <w:szCs w:val="24"/>
        </w:rPr>
        <w:t>manchada</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con </w:t>
      </w:r>
      <w:proofErr w:type="spellStart"/>
      <w:r w:rsidRPr="00C667FD">
        <w:rPr>
          <w:rFonts w:ascii="Arial" w:hAnsi="Arial" w:cs="Arial"/>
          <w:sz w:val="24"/>
          <w:szCs w:val="24"/>
        </w:rPr>
        <w:t>este</w:t>
      </w:r>
      <w:proofErr w:type="spellEnd"/>
      <w:r w:rsidRPr="00C667FD">
        <w:rPr>
          <w:rFonts w:ascii="Arial" w:hAnsi="Arial" w:cs="Arial"/>
          <w:spacing w:val="42"/>
          <w:sz w:val="24"/>
          <w:szCs w:val="24"/>
        </w:rPr>
        <w:t xml:space="preserve"> </w:t>
      </w:r>
      <w:r w:rsidRPr="00C667FD">
        <w:rPr>
          <w:rFonts w:ascii="Arial" w:hAnsi="Arial" w:cs="Arial"/>
          <w:sz w:val="24"/>
          <w:szCs w:val="24"/>
        </w:rPr>
        <w:t>material.</w:t>
      </w:r>
    </w:p>
    <w:p w14:paraId="103B9309" w14:textId="77777777" w:rsidR="00893C50" w:rsidRPr="00901BC0" w:rsidRDefault="00893C50" w:rsidP="00893C50">
      <w:pPr>
        <w:pStyle w:val="Textoindependiente"/>
        <w:spacing w:before="2" w:line="360" w:lineRule="auto"/>
        <w:ind w:right="49"/>
        <w:jc w:val="both"/>
        <w:rPr>
          <w:rFonts w:ascii="Arial" w:hAnsi="Arial" w:cs="Arial"/>
        </w:rPr>
      </w:pPr>
    </w:p>
    <w:p w14:paraId="58847E75" w14:textId="77777777" w:rsidR="00893C50" w:rsidRPr="00C667FD" w:rsidRDefault="00893C50" w:rsidP="00893C50">
      <w:pPr>
        <w:pStyle w:val="Prrafodelista"/>
        <w:widowControl w:val="0"/>
        <w:numPr>
          <w:ilvl w:val="0"/>
          <w:numId w:val="55"/>
        </w:numPr>
        <w:tabs>
          <w:tab w:val="left" w:pos="948"/>
        </w:tabs>
        <w:autoSpaceDE w:val="0"/>
        <w:autoSpaceDN w:val="0"/>
        <w:spacing w:after="0" w:line="360" w:lineRule="auto"/>
        <w:ind w:right="49"/>
        <w:contextualSpacing w:val="0"/>
        <w:jc w:val="both"/>
        <w:rPr>
          <w:rFonts w:ascii="Arial" w:hAnsi="Arial" w:cs="Arial"/>
          <w:sz w:val="24"/>
          <w:szCs w:val="24"/>
        </w:rPr>
      </w:pPr>
      <w:proofErr w:type="spellStart"/>
      <w:r w:rsidRPr="00C667FD">
        <w:rPr>
          <w:rFonts w:ascii="Arial" w:hAnsi="Arial" w:cs="Arial"/>
          <w:sz w:val="24"/>
          <w:szCs w:val="24"/>
        </w:rPr>
        <w:t>Realiza</w:t>
      </w:r>
      <w:proofErr w:type="spellEnd"/>
      <w:r w:rsidRPr="00C667FD">
        <w:rPr>
          <w:rFonts w:ascii="Arial" w:hAnsi="Arial" w:cs="Arial"/>
          <w:sz w:val="24"/>
          <w:szCs w:val="24"/>
        </w:rPr>
        <w:t xml:space="preserve"> </w:t>
      </w:r>
      <w:proofErr w:type="spellStart"/>
      <w:r w:rsidRPr="00C667FD">
        <w:rPr>
          <w:rFonts w:ascii="Arial" w:hAnsi="Arial" w:cs="Arial"/>
          <w:spacing w:val="2"/>
          <w:sz w:val="24"/>
          <w:szCs w:val="24"/>
        </w:rPr>
        <w:t>adecuaciones</w:t>
      </w:r>
      <w:proofErr w:type="spellEnd"/>
      <w:r w:rsidRPr="00C667FD">
        <w:rPr>
          <w:rFonts w:ascii="Arial" w:hAnsi="Arial" w:cs="Arial"/>
          <w:spacing w:val="2"/>
          <w:sz w:val="24"/>
          <w:szCs w:val="24"/>
        </w:rPr>
        <w:t xml:space="preserve"> </w:t>
      </w:r>
      <w:proofErr w:type="spellStart"/>
      <w:r w:rsidRPr="00C667FD">
        <w:rPr>
          <w:rFonts w:ascii="Arial" w:hAnsi="Arial" w:cs="Arial"/>
          <w:sz w:val="24"/>
          <w:szCs w:val="24"/>
        </w:rPr>
        <w:t>curriculares</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con </w:t>
      </w:r>
      <w:proofErr w:type="spellStart"/>
      <w:r w:rsidRPr="00C667FD">
        <w:rPr>
          <w:rFonts w:ascii="Arial" w:hAnsi="Arial" w:cs="Arial"/>
          <w:sz w:val="24"/>
          <w:szCs w:val="24"/>
        </w:rPr>
        <w:t>orientación</w:t>
      </w:r>
      <w:proofErr w:type="spellEnd"/>
      <w:r w:rsidRPr="00C667FD">
        <w:rPr>
          <w:rFonts w:ascii="Arial" w:hAnsi="Arial" w:cs="Arial"/>
          <w:sz w:val="24"/>
          <w:szCs w:val="24"/>
        </w:rPr>
        <w:t xml:space="preserve"> </w:t>
      </w:r>
      <w:r w:rsidRPr="00C667FD">
        <w:rPr>
          <w:rFonts w:ascii="Arial" w:hAnsi="Arial" w:cs="Arial"/>
          <w:spacing w:val="3"/>
          <w:sz w:val="24"/>
          <w:szCs w:val="24"/>
        </w:rPr>
        <w:t xml:space="preserve">y/o </w:t>
      </w:r>
      <w:proofErr w:type="spellStart"/>
      <w:r w:rsidRPr="00C667FD">
        <w:rPr>
          <w:rFonts w:ascii="Arial" w:hAnsi="Arial" w:cs="Arial"/>
          <w:sz w:val="24"/>
          <w:szCs w:val="24"/>
        </w:rPr>
        <w:t>apoyo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pacing w:val="2"/>
          <w:sz w:val="24"/>
          <w:szCs w:val="24"/>
        </w:rPr>
        <w:t>especialistas</w:t>
      </w:r>
      <w:proofErr w:type="spellEnd"/>
      <w:r w:rsidRPr="00C667FD">
        <w:rPr>
          <w:rFonts w:ascii="Arial" w:hAnsi="Arial" w:cs="Arial"/>
          <w:spacing w:val="2"/>
          <w:sz w:val="24"/>
          <w:szCs w:val="24"/>
        </w:rPr>
        <w:t xml:space="preserve"> </w:t>
      </w:r>
      <w:proofErr w:type="spellStart"/>
      <w:r w:rsidRPr="00C667FD">
        <w:rPr>
          <w:rFonts w:ascii="Arial" w:hAnsi="Arial" w:cs="Arial"/>
          <w:spacing w:val="5"/>
          <w:sz w:val="24"/>
          <w:szCs w:val="24"/>
        </w:rPr>
        <w:t>en</w:t>
      </w:r>
      <w:proofErr w:type="spellEnd"/>
      <w:r w:rsidRPr="00C667FD">
        <w:rPr>
          <w:rFonts w:ascii="Arial" w:hAnsi="Arial" w:cs="Arial"/>
          <w:spacing w:val="5"/>
          <w:sz w:val="24"/>
          <w:szCs w:val="24"/>
        </w:rPr>
        <w:t xml:space="preserve"> </w:t>
      </w:r>
      <w:proofErr w:type="spellStart"/>
      <w:r w:rsidRPr="00C667FD">
        <w:rPr>
          <w:rFonts w:ascii="Arial" w:hAnsi="Arial" w:cs="Arial"/>
          <w:sz w:val="24"/>
          <w:szCs w:val="24"/>
        </w:rPr>
        <w:t>caso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de </w:t>
      </w:r>
      <w:proofErr w:type="spellStart"/>
      <w:r w:rsidRPr="00C667FD">
        <w:rPr>
          <w:rFonts w:ascii="Arial" w:hAnsi="Arial" w:cs="Arial"/>
          <w:sz w:val="24"/>
          <w:szCs w:val="24"/>
        </w:rPr>
        <w:t>tener</w:t>
      </w:r>
      <w:proofErr w:type="spellEnd"/>
      <w:r w:rsidRPr="00C667FD">
        <w:rPr>
          <w:rFonts w:ascii="Arial" w:hAnsi="Arial" w:cs="Arial"/>
          <w:sz w:val="24"/>
          <w:szCs w:val="24"/>
        </w:rPr>
        <w:t xml:space="preserve"> </w:t>
      </w:r>
      <w:proofErr w:type="spellStart"/>
      <w:r w:rsidRPr="00C667FD">
        <w:rPr>
          <w:rFonts w:ascii="Arial" w:hAnsi="Arial" w:cs="Arial"/>
          <w:sz w:val="24"/>
          <w:szCs w:val="24"/>
        </w:rPr>
        <w:t>dudas</w:t>
      </w:r>
      <w:proofErr w:type="spellEnd"/>
      <w:r w:rsidRPr="00C667FD">
        <w:rPr>
          <w:rFonts w:ascii="Arial" w:hAnsi="Arial" w:cs="Arial"/>
          <w:sz w:val="24"/>
          <w:szCs w:val="24"/>
        </w:rPr>
        <w:t xml:space="preserve"> </w:t>
      </w:r>
      <w:proofErr w:type="spellStart"/>
      <w:r w:rsidRPr="00C667FD">
        <w:rPr>
          <w:rFonts w:ascii="Arial" w:hAnsi="Arial" w:cs="Arial"/>
          <w:spacing w:val="-4"/>
          <w:sz w:val="24"/>
          <w:szCs w:val="24"/>
        </w:rPr>
        <w:t>frente</w:t>
      </w:r>
      <w:proofErr w:type="spellEnd"/>
      <w:r w:rsidRPr="00C667FD">
        <w:rPr>
          <w:rFonts w:ascii="Arial" w:hAnsi="Arial" w:cs="Arial"/>
          <w:spacing w:val="-4"/>
          <w:sz w:val="24"/>
          <w:szCs w:val="24"/>
        </w:rPr>
        <w:t xml:space="preserve"> </w:t>
      </w:r>
      <w:r w:rsidRPr="00C667FD">
        <w:rPr>
          <w:rFonts w:ascii="Arial" w:hAnsi="Arial" w:cs="Arial"/>
          <w:sz w:val="24"/>
          <w:szCs w:val="24"/>
        </w:rPr>
        <w:t xml:space="preserve">a </w:t>
      </w:r>
      <w:proofErr w:type="spellStart"/>
      <w:r w:rsidRPr="00C667FD">
        <w:rPr>
          <w:rFonts w:ascii="Arial" w:hAnsi="Arial" w:cs="Arial"/>
          <w:spacing w:val="-4"/>
          <w:sz w:val="24"/>
          <w:szCs w:val="24"/>
        </w:rPr>
        <w:t>una</w:t>
      </w:r>
      <w:proofErr w:type="spellEnd"/>
      <w:r w:rsidRPr="00C667FD">
        <w:rPr>
          <w:rFonts w:ascii="Arial" w:hAnsi="Arial" w:cs="Arial"/>
          <w:spacing w:val="-4"/>
          <w:sz w:val="24"/>
          <w:szCs w:val="24"/>
        </w:rPr>
        <w:t xml:space="preserve"> </w:t>
      </w:r>
      <w:proofErr w:type="spellStart"/>
      <w:r w:rsidRPr="00C667FD">
        <w:rPr>
          <w:rFonts w:ascii="Arial" w:hAnsi="Arial" w:cs="Arial"/>
          <w:sz w:val="24"/>
          <w:szCs w:val="24"/>
        </w:rPr>
        <w:t>actividad</w:t>
      </w:r>
      <w:proofErr w:type="spellEnd"/>
      <w:r w:rsidRPr="00C667FD">
        <w:rPr>
          <w:rFonts w:ascii="Arial" w:hAnsi="Arial" w:cs="Arial"/>
          <w:sz w:val="24"/>
          <w:szCs w:val="24"/>
        </w:rPr>
        <w:t xml:space="preserve"> o material </w:t>
      </w:r>
      <w:proofErr w:type="spellStart"/>
      <w:r w:rsidRPr="00C667FD">
        <w:rPr>
          <w:rFonts w:ascii="Arial" w:hAnsi="Arial" w:cs="Arial"/>
          <w:spacing w:val="2"/>
          <w:sz w:val="24"/>
          <w:szCs w:val="24"/>
        </w:rPr>
        <w:t>específico</w:t>
      </w:r>
      <w:proofErr w:type="spellEnd"/>
      <w:r w:rsidRPr="00C667FD">
        <w:rPr>
          <w:rFonts w:ascii="Arial" w:hAnsi="Arial" w:cs="Arial"/>
          <w:spacing w:val="2"/>
          <w:sz w:val="24"/>
          <w:szCs w:val="24"/>
        </w:rPr>
        <w:t xml:space="preserve"> </w:t>
      </w:r>
      <w:proofErr w:type="spellStart"/>
      <w:r w:rsidRPr="00C667FD">
        <w:rPr>
          <w:rFonts w:ascii="Arial" w:hAnsi="Arial" w:cs="Arial"/>
          <w:spacing w:val="3"/>
          <w:sz w:val="24"/>
          <w:szCs w:val="24"/>
        </w:rPr>
        <w:t>previo</w:t>
      </w:r>
      <w:proofErr w:type="spellEnd"/>
      <w:r w:rsidRPr="00C667FD">
        <w:rPr>
          <w:rFonts w:ascii="Arial" w:hAnsi="Arial" w:cs="Arial"/>
          <w:spacing w:val="3"/>
          <w:sz w:val="24"/>
          <w:szCs w:val="24"/>
        </w:rPr>
        <w:t xml:space="preserve"> </w:t>
      </w:r>
      <w:r w:rsidRPr="00C667FD">
        <w:rPr>
          <w:rFonts w:ascii="Arial" w:hAnsi="Arial" w:cs="Arial"/>
          <w:sz w:val="24"/>
          <w:szCs w:val="24"/>
        </w:rPr>
        <w:t xml:space="preserve">a </w:t>
      </w:r>
      <w:r w:rsidRPr="00C667FD">
        <w:rPr>
          <w:rFonts w:ascii="Arial" w:hAnsi="Arial" w:cs="Arial"/>
          <w:spacing w:val="5"/>
          <w:sz w:val="24"/>
          <w:szCs w:val="24"/>
        </w:rPr>
        <w:t xml:space="preserve">ser </w:t>
      </w:r>
      <w:proofErr w:type="spellStart"/>
      <w:r w:rsidRPr="00C667FD">
        <w:rPr>
          <w:rFonts w:ascii="Arial" w:hAnsi="Arial" w:cs="Arial"/>
          <w:sz w:val="24"/>
          <w:szCs w:val="24"/>
        </w:rPr>
        <w:t>utilizado</w:t>
      </w:r>
      <w:proofErr w:type="spellEnd"/>
      <w:r w:rsidRPr="00C667FD">
        <w:rPr>
          <w:rFonts w:ascii="Arial" w:hAnsi="Arial" w:cs="Arial"/>
          <w:sz w:val="24"/>
          <w:szCs w:val="24"/>
        </w:rPr>
        <w:t xml:space="preserve"> </w:t>
      </w:r>
      <w:r w:rsidRPr="00C667FD">
        <w:rPr>
          <w:rFonts w:ascii="Arial" w:hAnsi="Arial" w:cs="Arial"/>
          <w:spacing w:val="5"/>
          <w:sz w:val="24"/>
          <w:szCs w:val="24"/>
        </w:rPr>
        <w:t xml:space="preserve">con </w:t>
      </w:r>
      <w:proofErr w:type="spellStart"/>
      <w:r w:rsidRPr="00C667FD">
        <w:rPr>
          <w:rFonts w:ascii="Arial" w:hAnsi="Arial" w:cs="Arial"/>
          <w:spacing w:val="3"/>
          <w:sz w:val="24"/>
          <w:szCs w:val="24"/>
        </w:rPr>
        <w:t>los</w:t>
      </w:r>
      <w:proofErr w:type="spellEnd"/>
      <w:r w:rsidRPr="00C667FD">
        <w:rPr>
          <w:rFonts w:ascii="Arial" w:hAnsi="Arial" w:cs="Arial"/>
          <w:spacing w:val="17"/>
          <w:sz w:val="24"/>
          <w:szCs w:val="24"/>
        </w:rPr>
        <w:t xml:space="preserve"> </w:t>
      </w:r>
      <w:proofErr w:type="spellStart"/>
      <w:r w:rsidRPr="00C667FD">
        <w:rPr>
          <w:rFonts w:ascii="Arial" w:hAnsi="Arial" w:cs="Arial"/>
          <w:sz w:val="24"/>
          <w:szCs w:val="24"/>
        </w:rPr>
        <w:t>estudiantes</w:t>
      </w:r>
      <w:proofErr w:type="spellEnd"/>
      <w:r w:rsidRPr="00C667FD">
        <w:rPr>
          <w:rFonts w:ascii="Arial" w:hAnsi="Arial" w:cs="Arial"/>
          <w:sz w:val="24"/>
          <w:szCs w:val="24"/>
        </w:rPr>
        <w:t>.</w:t>
      </w:r>
    </w:p>
    <w:p w14:paraId="35688A4F" w14:textId="6DF44590" w:rsidR="00893C50" w:rsidRPr="00893C50" w:rsidRDefault="00893C50" w:rsidP="00893C50">
      <w:pPr>
        <w:tabs>
          <w:tab w:val="left" w:pos="3720"/>
        </w:tabs>
        <w:rPr>
          <w:rFonts w:ascii="Arial" w:hAnsi="Arial" w:cs="Arial"/>
          <w:sz w:val="96"/>
          <w:szCs w:val="96"/>
          <w:lang w:val="es-CL"/>
        </w:rPr>
      </w:pPr>
    </w:p>
    <w:sectPr w:rsidR="00893C50" w:rsidRPr="00893C50" w:rsidSect="00034616">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CF5FB" w14:textId="77777777" w:rsidR="002F764A" w:rsidRDefault="002F764A" w:rsidP="00AE073B">
      <w:pPr>
        <w:spacing w:after="0" w:line="240" w:lineRule="auto"/>
      </w:pPr>
      <w:r>
        <w:separator/>
      </w:r>
    </w:p>
  </w:endnote>
  <w:endnote w:type="continuationSeparator" w:id="0">
    <w:p w14:paraId="0761EC4F" w14:textId="77777777" w:rsidR="002F764A" w:rsidRDefault="002F764A" w:rsidP="00AE0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920C6" w14:textId="77777777" w:rsidR="00AE073B" w:rsidRPr="00B90F3A" w:rsidRDefault="00AE073B" w:rsidP="00AE073B">
    <w:pPr>
      <w:pStyle w:val="Piedepgina"/>
      <w:jc w:val="center"/>
      <w:rPr>
        <w:lang w:val="es-CL"/>
      </w:rPr>
    </w:pPr>
    <w:r w:rsidRPr="00B90F3A">
      <w:rPr>
        <w:lang w:val="es-CL"/>
      </w:rPr>
      <w:t xml:space="preserve">Centro Educacional Adonay | Camino Los Vidales s/n – Sector </w:t>
    </w:r>
    <w:proofErr w:type="spellStart"/>
    <w:r w:rsidRPr="00B90F3A">
      <w:rPr>
        <w:lang w:val="es-CL"/>
      </w:rPr>
      <w:t>Rauquén</w:t>
    </w:r>
    <w:proofErr w:type="spellEnd"/>
    <w:r w:rsidRPr="00B90F3A">
      <w:rPr>
        <w:lang w:val="es-CL"/>
      </w:rPr>
      <w:t>, Curicó | Tel. 75 2382715 | colegioadonaycurico.webescuela.cl</w:t>
    </w:r>
  </w:p>
  <w:p w14:paraId="185B4205" w14:textId="77777777" w:rsidR="00AE073B" w:rsidRPr="00AE073B" w:rsidRDefault="00AE073B">
    <w:pPr>
      <w:pStyle w:val="Piedepgina"/>
      <w:rPr>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C12BB" w14:textId="77777777" w:rsidR="002F764A" w:rsidRDefault="002F764A" w:rsidP="00AE073B">
      <w:pPr>
        <w:spacing w:after="0" w:line="240" w:lineRule="auto"/>
      </w:pPr>
      <w:r>
        <w:separator/>
      </w:r>
    </w:p>
  </w:footnote>
  <w:footnote w:type="continuationSeparator" w:id="0">
    <w:p w14:paraId="2BC5A6BE" w14:textId="77777777" w:rsidR="002F764A" w:rsidRDefault="002F764A" w:rsidP="00AE073B">
      <w:pPr>
        <w:spacing w:after="0" w:line="240" w:lineRule="auto"/>
      </w:pPr>
      <w:r>
        <w:continuationSeparator/>
      </w:r>
    </w:p>
  </w:footnote>
  <w:footnote w:id="1">
    <w:p w14:paraId="554C14A2" w14:textId="77777777" w:rsidR="00893C50" w:rsidRPr="00037E04" w:rsidRDefault="00893C50" w:rsidP="00893C50">
      <w:pPr>
        <w:pStyle w:val="Textonotapie"/>
      </w:pPr>
      <w:r>
        <w:rPr>
          <w:rStyle w:val="Refdenotaalpie"/>
        </w:rPr>
        <w:footnoteRef/>
      </w:r>
      <w:r>
        <w:t xml:space="preserve"> </w:t>
      </w:r>
      <w:r w:rsidRPr="00037E04">
        <w:t xml:space="preserve">Artículo 2, letra a), de la Ley </w:t>
      </w:r>
      <w:proofErr w:type="spellStart"/>
      <w:r w:rsidRPr="00037E04">
        <w:t>N°</w:t>
      </w:r>
      <w:proofErr w:type="spellEnd"/>
      <w:r w:rsidRPr="00037E04">
        <w:t xml:space="preserve"> 21.545</w:t>
      </w:r>
    </w:p>
  </w:footnote>
  <w:footnote w:id="2">
    <w:p w14:paraId="62C078EB" w14:textId="77777777" w:rsidR="00893C50" w:rsidRPr="00037E04" w:rsidRDefault="00893C50" w:rsidP="00893C50">
      <w:pPr>
        <w:pStyle w:val="Textonotapie"/>
      </w:pPr>
      <w:r>
        <w:rPr>
          <w:rStyle w:val="Refdenotaalpie"/>
        </w:rPr>
        <w:footnoteRef/>
      </w:r>
      <w:r>
        <w:t xml:space="preserve"> </w:t>
      </w:r>
      <w:r w:rsidRPr="00037E04">
        <w:t xml:space="preserve">Artículo 1, inciso segundo, de la Ley </w:t>
      </w:r>
      <w:proofErr w:type="spellStart"/>
      <w:r w:rsidRPr="00037E04">
        <w:t>N°</w:t>
      </w:r>
      <w:proofErr w:type="spellEnd"/>
      <w:r w:rsidRPr="00037E04">
        <w:t xml:space="preserve"> 21.545</w:t>
      </w:r>
    </w:p>
  </w:footnote>
  <w:footnote w:id="3">
    <w:p w14:paraId="0CEBC90F" w14:textId="77777777" w:rsidR="00893C50" w:rsidRPr="00037E04" w:rsidRDefault="00893C50" w:rsidP="00893C50">
      <w:pPr>
        <w:pStyle w:val="Textonotapie"/>
      </w:pPr>
      <w:r>
        <w:rPr>
          <w:rStyle w:val="Refdenotaalpie"/>
        </w:rPr>
        <w:footnoteRef/>
      </w:r>
      <w:r>
        <w:t xml:space="preserve"> </w:t>
      </w:r>
      <w:r w:rsidRPr="00037E04">
        <w:t>Artículo 23, inciso 2°, de la Ley General de Educación</w:t>
      </w:r>
    </w:p>
  </w:footnote>
  <w:footnote w:id="4">
    <w:p w14:paraId="4C8CF753" w14:textId="77777777" w:rsidR="00893C50" w:rsidRPr="00037E04" w:rsidRDefault="00893C50" w:rsidP="00893C50">
      <w:pPr>
        <w:pStyle w:val="Textonotapie"/>
      </w:pPr>
      <w:r>
        <w:rPr>
          <w:rStyle w:val="Refdenotaalpie"/>
        </w:rPr>
        <w:footnoteRef/>
      </w:r>
      <w:r>
        <w:t xml:space="preserve"> </w:t>
      </w:r>
      <w:r w:rsidRPr="00037E04">
        <w:t>En: “Guía de apoyo técnico-pedagógico: necesidades educativas especiales en el nivel de Educación Parvularia”, Ministerio de Educación, 2007, p. 15 y, “Orientaciones para dar respuestas educativas a la diversidad y a las necesidades educativas especiales”, Ministerio de Educación, 2011, p. 15.</w:t>
      </w:r>
    </w:p>
  </w:footnote>
  <w:footnote w:id="5">
    <w:p w14:paraId="56F911CE" w14:textId="77777777" w:rsidR="00893C50" w:rsidRPr="000F56FB" w:rsidRDefault="00893C50" w:rsidP="00893C50">
      <w:pPr>
        <w:pStyle w:val="Textonotapie"/>
      </w:pPr>
      <w:r>
        <w:rPr>
          <w:rStyle w:val="Refdenotaalpie"/>
        </w:rPr>
        <w:footnoteRef/>
      </w:r>
      <w:r>
        <w:t xml:space="preserve"> </w:t>
      </w:r>
      <w:r w:rsidRPr="000F56FB">
        <w:t xml:space="preserve">Artículo 42, de la Ley </w:t>
      </w:r>
      <w:proofErr w:type="spellStart"/>
      <w:r w:rsidRPr="000F56FB">
        <w:t>N°</w:t>
      </w:r>
      <w:proofErr w:type="spellEnd"/>
      <w:r w:rsidRPr="000F56FB">
        <w:t xml:space="preserve"> 21.430</w:t>
      </w:r>
    </w:p>
  </w:footnote>
  <w:footnote w:id="6">
    <w:p w14:paraId="2C2CDFD5" w14:textId="77777777" w:rsidR="00893C50" w:rsidRPr="00CB4EB5" w:rsidRDefault="00893C50" w:rsidP="00893C50">
      <w:pPr>
        <w:pStyle w:val="Textonotapie"/>
      </w:pPr>
      <w:r>
        <w:rPr>
          <w:rStyle w:val="Refdenotaalpie"/>
        </w:rPr>
        <w:footnoteRef/>
      </w:r>
      <w:r>
        <w:t xml:space="preserve"> </w:t>
      </w:r>
      <w:r w:rsidRPr="00CB4EB5">
        <w:t xml:space="preserve">Murillo, J., </w:t>
      </w:r>
      <w:proofErr w:type="spellStart"/>
      <w:r w:rsidRPr="00CB4EB5">
        <w:t>Krichesky</w:t>
      </w:r>
      <w:proofErr w:type="spellEnd"/>
      <w:r w:rsidRPr="00CB4EB5">
        <w:t>, G., Castro, A. y Reyes, C. (2010). Liderazgo para la inclusión escolar y la justicia social. Aportaciones de la Investigación. Revista Latinoamericana de Educación Inclusiva. 4, (1), p. 183.</w:t>
      </w:r>
    </w:p>
  </w:footnote>
  <w:footnote w:id="7">
    <w:p w14:paraId="5093B99B" w14:textId="77777777" w:rsidR="00893C50" w:rsidRPr="00CB4EB5" w:rsidRDefault="00893C50" w:rsidP="00893C50">
      <w:pPr>
        <w:pStyle w:val="Textonotapie"/>
      </w:pPr>
      <w:r>
        <w:rPr>
          <w:rStyle w:val="Refdenotaalpie"/>
        </w:rPr>
        <w:footnoteRef/>
      </w:r>
      <w:r>
        <w:t xml:space="preserve"> </w:t>
      </w:r>
      <w:r w:rsidRPr="00CB4EB5">
        <w:t xml:space="preserve">Artículo 18, inciso tercero, de la Ley </w:t>
      </w:r>
      <w:proofErr w:type="spellStart"/>
      <w:r w:rsidRPr="00CB4EB5">
        <w:t>N°</w:t>
      </w:r>
      <w:proofErr w:type="spellEnd"/>
      <w:r w:rsidRPr="00CB4EB5">
        <w:t xml:space="preserve"> 21.545</w:t>
      </w:r>
    </w:p>
  </w:footnote>
  <w:footnote w:id="8">
    <w:p w14:paraId="4E44573C" w14:textId="77777777" w:rsidR="00893C50" w:rsidRPr="00CB4EB5" w:rsidRDefault="00893C50" w:rsidP="00893C50">
      <w:pPr>
        <w:pStyle w:val="Textonotapie"/>
      </w:pPr>
      <w:r>
        <w:rPr>
          <w:rStyle w:val="Refdenotaalpie"/>
        </w:rPr>
        <w:footnoteRef/>
      </w:r>
      <w:r>
        <w:t xml:space="preserve"> </w:t>
      </w:r>
      <w:r w:rsidRPr="00A10AEA">
        <w:t>Ministerio de Educación, Subsecretaría de Educación Parvularia, Orientaciones técnicas para la atención de situaciones desafiantes con niños y niñas en el espectro autista en establecimientos de educación parvularia, p. 13. Disponible en: https://parvularia.mineduc.cl/recursos/orientaciones-tecnicas-para-la-atencion-de-situaciones-desafiantes-con-ninos-y-ninas-en-el-espectro-autista-en-establecimientos-de-educacion-parvularia/</w:t>
      </w:r>
    </w:p>
  </w:footnote>
  <w:footnote w:id="9">
    <w:p w14:paraId="2ED3702A" w14:textId="77777777" w:rsidR="00893C50" w:rsidRPr="00CC7341" w:rsidRDefault="00893C50" w:rsidP="00893C50">
      <w:pPr>
        <w:pStyle w:val="Textonotapie"/>
      </w:pPr>
      <w:r>
        <w:rPr>
          <w:rStyle w:val="Refdenotaalpie"/>
        </w:rPr>
        <w:footnoteRef/>
      </w:r>
      <w:r>
        <w:t xml:space="preserve"> </w:t>
      </w:r>
      <w:r w:rsidRPr="00CC7341">
        <w:t>Dentro de estos elementos pueden considerarse, entre otros: despliegue de sistemas aumentativos alternativos de comunicación con estudiantes que no han accedido al lenguaje verbal como medio efectivo de comunicación, el manejo de los estímulos sensoriales, la anticipación de la jornada escolar y la evitación de cambios no previstos, la regulación de la demanda académica, la mediación con el grupo de pares para evitar episodios de maltrato entre iguales, la identificación de un referente afectivo de contención, un espacio dispuesto para la autorregulación y una educación emocional intencionada y sistemática, con el fin de posibilitar el logro de una comunicación asertiva de su estado emocional, atendiendo al principio de “autonomía progresiva”, entre otros (Fuente: División de Educación General del Ministerio de Educación, documento en construcción). Ver también las Orientaciones técnicas para la atención de situaciones desafiantes con niños y niñas en el espectro autista en establecimientos de educación parvularia</w:t>
      </w:r>
    </w:p>
  </w:footnote>
  <w:footnote w:id="10">
    <w:p w14:paraId="0082CD29" w14:textId="77777777" w:rsidR="00893C50" w:rsidRPr="00CC7341" w:rsidRDefault="00893C50" w:rsidP="00893C50">
      <w:pPr>
        <w:pStyle w:val="Textonotapie"/>
      </w:pPr>
      <w:r>
        <w:rPr>
          <w:rStyle w:val="Refdenotaalpie"/>
        </w:rPr>
        <w:footnoteRef/>
      </w:r>
      <w:r>
        <w:t xml:space="preserve"> </w:t>
      </w:r>
      <w:r w:rsidRPr="00CC7341">
        <w:t>Entre otras, puede utilizarse la validación de la emoción, alternativas de ocupación, silencio, distancia física, provisión de objetos de autorregulación, evitación de orientación expresa o recriminación respecto de la conducta, amenaza o sanción otros (Fuente: División de Educación General del Ministerio de Educación, documento en construcción). Ver también las Orientaciones técnicas para la atención de situaciones desafiantes con niños y niñas en el espectro autista en establecimientos de educación parvularia.</w:t>
      </w:r>
    </w:p>
  </w:footnote>
  <w:footnote w:id="11">
    <w:p w14:paraId="35053F77" w14:textId="77777777" w:rsidR="00893C50" w:rsidRPr="00B30E41" w:rsidRDefault="00893C50" w:rsidP="00893C50">
      <w:pPr>
        <w:pStyle w:val="Textonotapie"/>
      </w:pPr>
      <w:r>
        <w:rPr>
          <w:rStyle w:val="Refdenotaalpie"/>
        </w:rPr>
        <w:footnoteRef/>
      </w:r>
      <w:r>
        <w:t xml:space="preserve"> </w:t>
      </w:r>
      <w:r w:rsidRPr="00B30E41">
        <w:t>Al respecto, pueden considerarse las Orientaciones técnicas para la atención de situaciones desafiantes con niños y niñas en el espectro autista en establecimientos de educación parvularia, p. 33, y las orientaciones para el nivel escolar que emita la División de Educación General</w:t>
      </w:r>
    </w:p>
  </w:footnote>
  <w:footnote w:id="12">
    <w:p w14:paraId="25607A18" w14:textId="77777777" w:rsidR="00893C50" w:rsidRPr="00901BC0" w:rsidRDefault="00893C50" w:rsidP="00893C50">
      <w:pPr>
        <w:pStyle w:val="Textonotapie"/>
        <w:rPr>
          <w:lang w:val="es-MX"/>
        </w:rPr>
      </w:pPr>
    </w:p>
  </w:footnote>
  <w:footnote w:id="13">
    <w:p w14:paraId="0138C31A" w14:textId="77777777" w:rsidR="00893C50" w:rsidRPr="007653B3" w:rsidRDefault="00893C50" w:rsidP="00893C50">
      <w:pPr>
        <w:pStyle w:val="Textonotapie"/>
        <w:rPr>
          <w:lang w:val="es-MX"/>
        </w:rPr>
      </w:pPr>
      <w:r>
        <w:rPr>
          <w:rStyle w:val="Refdenotaalpie"/>
        </w:rPr>
        <w:footnoteRef/>
      </w:r>
      <w:r>
        <w:t xml:space="preserve"> </w:t>
      </w:r>
      <w:r w:rsidRPr="007653B3">
        <w:t>Goñi, María; Martínez, Natxo; Zardoya, Abel (2007): Apoyo conductual positivo, algunas herramientas para afrontar las conductas difíciles. Cuaderno de buenas prácticas FEAPS. Recuperado el 6 de diciembre de 2019 desde https://www.plenainclusion.org/sites/default/files/apoyo_conductual_positivo.pdf</w:t>
      </w:r>
    </w:p>
  </w:footnote>
  <w:footnote w:id="14">
    <w:p w14:paraId="79A16624" w14:textId="77777777" w:rsidR="00893C50" w:rsidRDefault="00893C50" w:rsidP="00893C50">
      <w:pPr>
        <w:pStyle w:val="Textonotapie"/>
      </w:pPr>
      <w:r>
        <w:rPr>
          <w:rStyle w:val="Refdenotaalpie"/>
        </w:rPr>
        <w:footnoteRef/>
      </w:r>
      <w:r w:rsidRPr="007653B3">
        <w:rPr>
          <w:lang w:val="en-US"/>
        </w:rPr>
        <w:t xml:space="preserve"> Chun, T; Mace, S; Katz, E. (2016): Evaluation and management of children and adolescents with acute mental health or behavioral problems. Part 1: Common clinical challenges of patients with mental health and/or behavioral emergencies. </w:t>
      </w:r>
      <w:proofErr w:type="spellStart"/>
      <w:r>
        <w:t>Pediatrics</w:t>
      </w:r>
      <w:proofErr w:type="spellEnd"/>
      <w:r>
        <w:t>. Recuperado el 11 de diciembre de 2019 desde</w:t>
      </w:r>
    </w:p>
    <w:p w14:paraId="3FD86349" w14:textId="77777777" w:rsidR="00893C50" w:rsidRPr="007653B3" w:rsidRDefault="00893C50" w:rsidP="00893C50">
      <w:pPr>
        <w:pStyle w:val="Textonotapie"/>
        <w:rPr>
          <w:lang w:val="es-MX"/>
        </w:rPr>
      </w:pPr>
      <w:r>
        <w:t>https://pediatrics.aappublications.org/content/138/3/e20161570.</w:t>
      </w:r>
    </w:p>
  </w:footnote>
  <w:footnote w:id="15">
    <w:p w14:paraId="6B65BA03" w14:textId="77777777" w:rsidR="00893C50" w:rsidRPr="007653B3" w:rsidRDefault="00893C50" w:rsidP="00893C50">
      <w:pPr>
        <w:pStyle w:val="Textonotapie"/>
        <w:rPr>
          <w:lang w:val="es-MX"/>
        </w:rPr>
      </w:pPr>
      <w:r>
        <w:rPr>
          <w:rStyle w:val="Refdenotaalpie"/>
        </w:rPr>
        <w:footnoteRef/>
      </w:r>
      <w:r>
        <w:t xml:space="preserve"> </w:t>
      </w:r>
      <w:r w:rsidRPr="007653B3">
        <w:t>Este concepto hace alusión a un conjunto de habilidades metacognitivas complejas; se refiere a “la habilidad para comprender y predecir la conducta de otras personas, sus conocimientos, sus intenciones, sus emociones y sus creencias”. (J. TIRAPU-USTÁRROZ, et al., 2007). REV NEUROL 2007; 44 (8): 479-489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3FF7" w14:textId="77777777" w:rsidR="00893C50" w:rsidRDefault="00893C50" w:rsidP="00893C50">
    <w:pPr>
      <w:pStyle w:val="Encabezado"/>
      <w:tabs>
        <w:tab w:val="left" w:pos="2268"/>
      </w:tabs>
      <w:rPr>
        <w:b/>
        <w:lang w:val="es-CL"/>
      </w:rPr>
    </w:pPr>
    <w:r>
      <w:rPr>
        <w:noProof/>
        <w:sz w:val="20"/>
        <w:lang w:val="es-ES" w:eastAsia="es-ES"/>
      </w:rPr>
      <w:drawing>
        <wp:anchor distT="0" distB="0" distL="114300" distR="114300" simplePos="0" relativeHeight="251660288" behindDoc="1" locked="0" layoutInCell="1" allowOverlap="1" wp14:anchorId="007B3A47" wp14:editId="1277660D">
          <wp:simplePos x="0" y="0"/>
          <wp:positionH relativeFrom="margin">
            <wp:align>left</wp:align>
          </wp:positionH>
          <wp:positionV relativeFrom="paragraph">
            <wp:posOffset>0</wp:posOffset>
          </wp:positionV>
          <wp:extent cx="581025" cy="609600"/>
          <wp:effectExtent l="0" t="0" r="9525" b="0"/>
          <wp:wrapTight wrapText="bothSides">
            <wp:wrapPolygon edited="0">
              <wp:start x="0" y="0"/>
              <wp:lineTo x="0" y="20925"/>
              <wp:lineTo x="21246" y="20925"/>
              <wp:lineTo x="21246" y="0"/>
              <wp:lineTo x="0" y="0"/>
            </wp:wrapPolygon>
          </wp:wrapTight>
          <wp:docPr id="187917562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81025" cy="609600"/>
                  </a:xfrm>
                  <a:prstGeom prst="rect">
                    <a:avLst/>
                  </a:prstGeom>
                </pic:spPr>
              </pic:pic>
            </a:graphicData>
          </a:graphic>
          <wp14:sizeRelH relativeFrom="page">
            <wp14:pctWidth>0</wp14:pctWidth>
          </wp14:sizeRelH>
          <wp14:sizeRelV relativeFrom="page">
            <wp14:pctHeight>0</wp14:pctHeight>
          </wp14:sizeRelV>
        </wp:anchor>
      </w:drawing>
    </w:r>
    <w:r w:rsidRPr="00AE073B">
      <w:rPr>
        <w:lang w:val="es-CL"/>
      </w:rPr>
      <w:t xml:space="preserve"> </w:t>
    </w:r>
    <w:r w:rsidRPr="00EE7039">
      <w:rPr>
        <w:b/>
        <w:lang w:val="es-CL"/>
      </w:rPr>
      <w:t xml:space="preserve">Centro Educacional Adonay </w:t>
    </w:r>
  </w:p>
  <w:p w14:paraId="628BE0F0" w14:textId="77777777" w:rsidR="00893C50" w:rsidRPr="00AE073B" w:rsidRDefault="00893C50" w:rsidP="00893C50">
    <w:pPr>
      <w:pStyle w:val="Encabezado"/>
      <w:jc w:val="both"/>
      <w:rPr>
        <w:lang w:val="es-CL"/>
      </w:rPr>
    </w:pPr>
    <w:r w:rsidRPr="00EE7039">
      <w:rPr>
        <w:b/>
        <w:lang w:val="es-CL"/>
      </w:rPr>
      <w:t xml:space="preserve"> </w:t>
    </w:r>
    <w:r>
      <w:rPr>
        <w:b/>
        <w:lang w:val="es-CL"/>
      </w:rPr>
      <w:t xml:space="preserve">Plan de apoyo a la inclusión y programa </w:t>
    </w:r>
    <w:proofErr w:type="gramStart"/>
    <w:r>
      <w:rPr>
        <w:b/>
        <w:lang w:val="es-CL"/>
      </w:rPr>
      <w:t>integración  escolar</w:t>
    </w:r>
    <w:proofErr w:type="gramEnd"/>
    <w:r>
      <w:rPr>
        <w:b/>
        <w:lang w:val="es-CL"/>
      </w:rPr>
      <w:t xml:space="preserve"> año 2026</w:t>
    </w:r>
    <w:r w:rsidRPr="00AE073B">
      <w:rPr>
        <w:lang w:val="es-CL"/>
      </w:rPr>
      <w:t xml:space="preserve">                                                                  </w:t>
    </w:r>
  </w:p>
  <w:p w14:paraId="2B413AD8" w14:textId="77777777" w:rsidR="00893C50" w:rsidRDefault="00893C50" w:rsidP="00893C50">
    <w:pPr>
      <w:pStyle w:val="Encabezado"/>
      <w:rPr>
        <w:lang w:val="es-CL"/>
      </w:rPr>
    </w:pPr>
  </w:p>
  <w:p w14:paraId="389E04C5" w14:textId="77777777" w:rsidR="00893C50" w:rsidRPr="00893C50" w:rsidRDefault="00893C50" w:rsidP="00893C5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CE01F" w14:textId="2ADFC45F" w:rsidR="00CC6156" w:rsidRDefault="00AE073B" w:rsidP="00CC6156">
    <w:pPr>
      <w:pStyle w:val="Encabezado"/>
      <w:tabs>
        <w:tab w:val="left" w:pos="2268"/>
      </w:tabs>
      <w:rPr>
        <w:b/>
        <w:lang w:val="es-CL"/>
      </w:rPr>
    </w:pPr>
    <w:r>
      <w:rPr>
        <w:noProof/>
        <w:sz w:val="20"/>
        <w:lang w:val="es-ES" w:eastAsia="es-ES"/>
      </w:rPr>
      <w:drawing>
        <wp:anchor distT="0" distB="0" distL="114300" distR="114300" simplePos="0" relativeHeight="251658240" behindDoc="1" locked="0" layoutInCell="1" allowOverlap="1" wp14:anchorId="3E37FCE4" wp14:editId="651AFAA2">
          <wp:simplePos x="0" y="0"/>
          <wp:positionH relativeFrom="margin">
            <wp:align>left</wp:align>
          </wp:positionH>
          <wp:positionV relativeFrom="paragraph">
            <wp:posOffset>0</wp:posOffset>
          </wp:positionV>
          <wp:extent cx="581025" cy="609600"/>
          <wp:effectExtent l="0" t="0" r="9525" b="0"/>
          <wp:wrapTight wrapText="bothSides">
            <wp:wrapPolygon edited="0">
              <wp:start x="0" y="0"/>
              <wp:lineTo x="0" y="20925"/>
              <wp:lineTo x="21246" y="20925"/>
              <wp:lineTo x="21246" y="0"/>
              <wp:lineTo x="0" y="0"/>
            </wp:wrapPolygon>
          </wp:wrapTight>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81025" cy="609600"/>
                  </a:xfrm>
                  <a:prstGeom prst="rect">
                    <a:avLst/>
                  </a:prstGeom>
                </pic:spPr>
              </pic:pic>
            </a:graphicData>
          </a:graphic>
          <wp14:sizeRelH relativeFrom="page">
            <wp14:pctWidth>0</wp14:pctWidth>
          </wp14:sizeRelH>
          <wp14:sizeRelV relativeFrom="page">
            <wp14:pctHeight>0</wp14:pctHeight>
          </wp14:sizeRelV>
        </wp:anchor>
      </w:drawing>
    </w:r>
    <w:r w:rsidRPr="00AE073B">
      <w:rPr>
        <w:lang w:val="es-CL"/>
      </w:rPr>
      <w:t xml:space="preserve"> </w:t>
    </w:r>
    <w:r w:rsidR="00CC6156" w:rsidRPr="00EE7039">
      <w:rPr>
        <w:b/>
        <w:lang w:val="es-CL"/>
      </w:rPr>
      <w:t xml:space="preserve">Centro Educacional Adonay </w:t>
    </w:r>
  </w:p>
  <w:p w14:paraId="0FF99B61" w14:textId="3659EA90" w:rsidR="00AE073B" w:rsidRPr="00AE073B" w:rsidRDefault="00CC6156" w:rsidP="00AE073B">
    <w:pPr>
      <w:pStyle w:val="Encabezado"/>
      <w:jc w:val="both"/>
      <w:rPr>
        <w:lang w:val="es-CL"/>
      </w:rPr>
    </w:pPr>
    <w:r w:rsidRPr="00EE7039">
      <w:rPr>
        <w:b/>
        <w:lang w:val="es-CL"/>
      </w:rPr>
      <w:t xml:space="preserve"> </w:t>
    </w:r>
    <w:r>
      <w:rPr>
        <w:b/>
        <w:lang w:val="es-CL"/>
      </w:rPr>
      <w:t xml:space="preserve">Plan de apoyo a la inclusión y programa </w:t>
    </w:r>
    <w:proofErr w:type="gramStart"/>
    <w:r>
      <w:rPr>
        <w:b/>
        <w:lang w:val="es-CL"/>
      </w:rPr>
      <w:t>integración  escolar</w:t>
    </w:r>
    <w:proofErr w:type="gramEnd"/>
    <w:r>
      <w:rPr>
        <w:b/>
        <w:lang w:val="es-CL"/>
      </w:rPr>
      <w:t xml:space="preserve"> año 2026</w:t>
    </w:r>
    <w:r w:rsidR="00AE073B" w:rsidRPr="00AE073B">
      <w:rPr>
        <w:lang w:val="es-CL"/>
      </w:rPr>
      <w:t xml:space="preserve">                                                                  </w:t>
    </w:r>
  </w:p>
  <w:p w14:paraId="560FE96B" w14:textId="77777777" w:rsidR="00AE073B" w:rsidRDefault="00AE073B">
    <w:pPr>
      <w:pStyle w:val="Encabezado"/>
      <w:rPr>
        <w:lang w:val="es-CL"/>
      </w:rPr>
    </w:pPr>
  </w:p>
  <w:p w14:paraId="63426442" w14:textId="77777777" w:rsidR="00CC6156" w:rsidRDefault="00CC6156">
    <w:pPr>
      <w:pStyle w:val="Encabezado"/>
      <w:rPr>
        <w:lang w:val="es-CL"/>
      </w:rPr>
    </w:pPr>
  </w:p>
  <w:p w14:paraId="668D35C1" w14:textId="77777777" w:rsidR="00CC6156" w:rsidRPr="00AE073B" w:rsidRDefault="00CC6156">
    <w:pPr>
      <w:pStyle w:val="Encabezado"/>
      <w:rPr>
        <w:lang w:val="es-C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Cita"/>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TextomacroCar"/>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Continuar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Continuar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Textomacro"/>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Continuarlista"/>
      <w:lvlText w:val=""/>
      <w:lvlJc w:val="left"/>
      <w:pPr>
        <w:tabs>
          <w:tab w:val="num" w:pos="360"/>
        </w:tabs>
        <w:ind w:left="360" w:hanging="360"/>
      </w:pPr>
      <w:rPr>
        <w:rFonts w:ascii="Symbol" w:hAnsi="Symbol" w:hint="default"/>
      </w:rPr>
    </w:lvl>
  </w:abstractNum>
  <w:abstractNum w:abstractNumId="9" w15:restartNumberingAfterBreak="0">
    <w:nsid w:val="0548537D"/>
    <w:multiLevelType w:val="hybridMultilevel"/>
    <w:tmpl w:val="46CA03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6911824"/>
    <w:multiLevelType w:val="hybridMultilevel"/>
    <w:tmpl w:val="AA0AB2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9344A17"/>
    <w:multiLevelType w:val="multilevel"/>
    <w:tmpl w:val="1A7C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EE3122"/>
    <w:multiLevelType w:val="hybridMultilevel"/>
    <w:tmpl w:val="21121C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0DAF33E7"/>
    <w:multiLevelType w:val="hybridMultilevel"/>
    <w:tmpl w:val="E7A6915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0F19568B"/>
    <w:multiLevelType w:val="hybridMultilevel"/>
    <w:tmpl w:val="9A6CB8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0F9E4744"/>
    <w:multiLevelType w:val="hybridMultilevel"/>
    <w:tmpl w:val="9A122A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48156E0"/>
    <w:multiLevelType w:val="hybridMultilevel"/>
    <w:tmpl w:val="49AE04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CCA1D76"/>
    <w:multiLevelType w:val="hybridMultilevel"/>
    <w:tmpl w:val="FC0286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E985E83"/>
    <w:multiLevelType w:val="hybridMultilevel"/>
    <w:tmpl w:val="2BE41B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1F827745"/>
    <w:multiLevelType w:val="hybridMultilevel"/>
    <w:tmpl w:val="B34600F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24811C64"/>
    <w:multiLevelType w:val="multilevel"/>
    <w:tmpl w:val="D364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964433"/>
    <w:multiLevelType w:val="multilevel"/>
    <w:tmpl w:val="33246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676507"/>
    <w:multiLevelType w:val="hybridMultilevel"/>
    <w:tmpl w:val="2C7CD8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8255BA7"/>
    <w:multiLevelType w:val="multilevel"/>
    <w:tmpl w:val="AEEE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E8026C"/>
    <w:multiLevelType w:val="hybridMultilevel"/>
    <w:tmpl w:val="42AABE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2F6B61B1"/>
    <w:multiLevelType w:val="hybridMultilevel"/>
    <w:tmpl w:val="2BC21C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2F6B66EA"/>
    <w:multiLevelType w:val="hybridMultilevel"/>
    <w:tmpl w:val="DED2A1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1CA624B"/>
    <w:multiLevelType w:val="hybridMultilevel"/>
    <w:tmpl w:val="245C5E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26876F3"/>
    <w:multiLevelType w:val="hybridMultilevel"/>
    <w:tmpl w:val="25628800"/>
    <w:lvl w:ilvl="0" w:tplc="DC4E538E">
      <w:start w:val="2"/>
      <w:numFmt w:val="lowerLetter"/>
      <w:lvlText w:val="%1)"/>
      <w:lvlJc w:val="left"/>
      <w:pPr>
        <w:ind w:left="527" w:hanging="270"/>
      </w:pPr>
      <w:rPr>
        <w:rFonts w:ascii="Arial Narrow" w:eastAsia="Arial Narrow" w:hAnsi="Arial Narrow" w:cs="Arial Narrow" w:hint="default"/>
        <w:b/>
        <w:bCs/>
        <w:spacing w:val="-25"/>
        <w:w w:val="100"/>
        <w:sz w:val="24"/>
        <w:szCs w:val="24"/>
        <w:lang w:val="es-CL" w:eastAsia="es-CL" w:bidi="es-CL"/>
      </w:rPr>
    </w:lvl>
    <w:lvl w:ilvl="1" w:tplc="C7DCEFB8">
      <w:numFmt w:val="bullet"/>
      <w:lvlText w:val="•"/>
      <w:lvlJc w:val="left"/>
      <w:pPr>
        <w:ind w:left="1484" w:hanging="270"/>
      </w:pPr>
      <w:rPr>
        <w:rFonts w:hint="default"/>
        <w:lang w:val="es-CL" w:eastAsia="es-CL" w:bidi="es-CL"/>
      </w:rPr>
    </w:lvl>
    <w:lvl w:ilvl="2" w:tplc="FCBC75B2">
      <w:numFmt w:val="bullet"/>
      <w:lvlText w:val="•"/>
      <w:lvlJc w:val="left"/>
      <w:pPr>
        <w:ind w:left="2448" w:hanging="270"/>
      </w:pPr>
      <w:rPr>
        <w:rFonts w:hint="default"/>
        <w:lang w:val="es-CL" w:eastAsia="es-CL" w:bidi="es-CL"/>
      </w:rPr>
    </w:lvl>
    <w:lvl w:ilvl="3" w:tplc="9A80D0F4">
      <w:numFmt w:val="bullet"/>
      <w:lvlText w:val="•"/>
      <w:lvlJc w:val="left"/>
      <w:pPr>
        <w:ind w:left="3412" w:hanging="270"/>
      </w:pPr>
      <w:rPr>
        <w:rFonts w:hint="default"/>
        <w:lang w:val="es-CL" w:eastAsia="es-CL" w:bidi="es-CL"/>
      </w:rPr>
    </w:lvl>
    <w:lvl w:ilvl="4" w:tplc="A650D83E">
      <w:numFmt w:val="bullet"/>
      <w:lvlText w:val="•"/>
      <w:lvlJc w:val="left"/>
      <w:pPr>
        <w:ind w:left="4376" w:hanging="270"/>
      </w:pPr>
      <w:rPr>
        <w:rFonts w:hint="default"/>
        <w:lang w:val="es-CL" w:eastAsia="es-CL" w:bidi="es-CL"/>
      </w:rPr>
    </w:lvl>
    <w:lvl w:ilvl="5" w:tplc="7690DEF4">
      <w:numFmt w:val="bullet"/>
      <w:lvlText w:val="•"/>
      <w:lvlJc w:val="left"/>
      <w:pPr>
        <w:ind w:left="5340" w:hanging="270"/>
      </w:pPr>
      <w:rPr>
        <w:rFonts w:hint="default"/>
        <w:lang w:val="es-CL" w:eastAsia="es-CL" w:bidi="es-CL"/>
      </w:rPr>
    </w:lvl>
    <w:lvl w:ilvl="6" w:tplc="D3AAD374">
      <w:numFmt w:val="bullet"/>
      <w:lvlText w:val="•"/>
      <w:lvlJc w:val="left"/>
      <w:pPr>
        <w:ind w:left="6304" w:hanging="270"/>
      </w:pPr>
      <w:rPr>
        <w:rFonts w:hint="default"/>
        <w:lang w:val="es-CL" w:eastAsia="es-CL" w:bidi="es-CL"/>
      </w:rPr>
    </w:lvl>
    <w:lvl w:ilvl="7" w:tplc="BF9A241C">
      <w:numFmt w:val="bullet"/>
      <w:lvlText w:val="•"/>
      <w:lvlJc w:val="left"/>
      <w:pPr>
        <w:ind w:left="7268" w:hanging="270"/>
      </w:pPr>
      <w:rPr>
        <w:rFonts w:hint="default"/>
        <w:lang w:val="es-CL" w:eastAsia="es-CL" w:bidi="es-CL"/>
      </w:rPr>
    </w:lvl>
    <w:lvl w:ilvl="8" w:tplc="9F482F2C">
      <w:numFmt w:val="bullet"/>
      <w:lvlText w:val="•"/>
      <w:lvlJc w:val="left"/>
      <w:pPr>
        <w:ind w:left="8232" w:hanging="270"/>
      </w:pPr>
      <w:rPr>
        <w:rFonts w:hint="default"/>
        <w:lang w:val="es-CL" w:eastAsia="es-CL" w:bidi="es-CL"/>
      </w:rPr>
    </w:lvl>
  </w:abstractNum>
  <w:abstractNum w:abstractNumId="29" w15:restartNumberingAfterBreak="0">
    <w:nsid w:val="35B94490"/>
    <w:multiLevelType w:val="hybridMultilevel"/>
    <w:tmpl w:val="629685A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37E62182"/>
    <w:multiLevelType w:val="multilevel"/>
    <w:tmpl w:val="7342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55157B"/>
    <w:multiLevelType w:val="hybridMultilevel"/>
    <w:tmpl w:val="BECC479A"/>
    <w:lvl w:ilvl="0" w:tplc="340A0001">
      <w:start w:val="1"/>
      <w:numFmt w:val="bullet"/>
      <w:lvlText w:val=""/>
      <w:lvlJc w:val="left"/>
      <w:pPr>
        <w:ind w:left="662" w:hanging="286"/>
      </w:pPr>
      <w:rPr>
        <w:rFonts w:ascii="Symbol" w:hAnsi="Symbol" w:hint="default"/>
        <w:w w:val="100"/>
        <w:sz w:val="24"/>
        <w:szCs w:val="24"/>
        <w:lang w:val="es-CL" w:eastAsia="es-CL" w:bidi="es-C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098469C"/>
    <w:multiLevelType w:val="hybridMultilevel"/>
    <w:tmpl w:val="0F7C57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43460A8F"/>
    <w:multiLevelType w:val="hybridMultilevel"/>
    <w:tmpl w:val="FF1091A6"/>
    <w:lvl w:ilvl="0" w:tplc="340A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4693969"/>
    <w:multiLevelType w:val="hybridMultilevel"/>
    <w:tmpl w:val="480C839C"/>
    <w:lvl w:ilvl="0" w:tplc="340A0017">
      <w:start w:val="1"/>
      <w:numFmt w:val="lowerLetter"/>
      <w:lvlText w:val="%1)"/>
      <w:lvlJc w:val="left"/>
      <w:pPr>
        <w:ind w:left="1307" w:hanging="391"/>
        <w:jc w:val="right"/>
      </w:pPr>
      <w:rPr>
        <w:rFonts w:hint="default"/>
        <w:b/>
        <w:bCs/>
        <w:spacing w:val="-25"/>
        <w:w w:val="100"/>
        <w:sz w:val="24"/>
        <w:szCs w:val="24"/>
        <w:lang w:val="es-CL" w:eastAsia="es-CL" w:bidi="es-CL"/>
      </w:rPr>
    </w:lvl>
    <w:lvl w:ilvl="1" w:tplc="FFFFFFFF">
      <w:numFmt w:val="bullet"/>
      <w:lvlText w:val="•"/>
      <w:lvlJc w:val="left"/>
      <w:pPr>
        <w:ind w:left="2186" w:hanging="391"/>
      </w:pPr>
      <w:rPr>
        <w:rFonts w:hint="default"/>
        <w:lang w:val="es-CL" w:eastAsia="es-CL" w:bidi="es-CL"/>
      </w:rPr>
    </w:lvl>
    <w:lvl w:ilvl="2" w:tplc="FFFFFFFF">
      <w:numFmt w:val="bullet"/>
      <w:lvlText w:val="•"/>
      <w:lvlJc w:val="left"/>
      <w:pPr>
        <w:ind w:left="3072" w:hanging="391"/>
      </w:pPr>
      <w:rPr>
        <w:rFonts w:hint="default"/>
        <w:lang w:val="es-CL" w:eastAsia="es-CL" w:bidi="es-CL"/>
      </w:rPr>
    </w:lvl>
    <w:lvl w:ilvl="3" w:tplc="FFFFFFFF">
      <w:numFmt w:val="bullet"/>
      <w:lvlText w:val="•"/>
      <w:lvlJc w:val="left"/>
      <w:pPr>
        <w:ind w:left="3958" w:hanging="391"/>
      </w:pPr>
      <w:rPr>
        <w:rFonts w:hint="default"/>
        <w:lang w:val="es-CL" w:eastAsia="es-CL" w:bidi="es-CL"/>
      </w:rPr>
    </w:lvl>
    <w:lvl w:ilvl="4" w:tplc="FFFFFFFF">
      <w:numFmt w:val="bullet"/>
      <w:lvlText w:val="•"/>
      <w:lvlJc w:val="left"/>
      <w:pPr>
        <w:ind w:left="4844" w:hanging="391"/>
      </w:pPr>
      <w:rPr>
        <w:rFonts w:hint="default"/>
        <w:lang w:val="es-CL" w:eastAsia="es-CL" w:bidi="es-CL"/>
      </w:rPr>
    </w:lvl>
    <w:lvl w:ilvl="5" w:tplc="FFFFFFFF">
      <w:numFmt w:val="bullet"/>
      <w:lvlText w:val="•"/>
      <w:lvlJc w:val="left"/>
      <w:pPr>
        <w:ind w:left="5730" w:hanging="391"/>
      </w:pPr>
      <w:rPr>
        <w:rFonts w:hint="default"/>
        <w:lang w:val="es-CL" w:eastAsia="es-CL" w:bidi="es-CL"/>
      </w:rPr>
    </w:lvl>
    <w:lvl w:ilvl="6" w:tplc="FFFFFFFF">
      <w:numFmt w:val="bullet"/>
      <w:lvlText w:val="•"/>
      <w:lvlJc w:val="left"/>
      <w:pPr>
        <w:ind w:left="6616" w:hanging="391"/>
      </w:pPr>
      <w:rPr>
        <w:rFonts w:hint="default"/>
        <w:lang w:val="es-CL" w:eastAsia="es-CL" w:bidi="es-CL"/>
      </w:rPr>
    </w:lvl>
    <w:lvl w:ilvl="7" w:tplc="FFFFFFFF">
      <w:numFmt w:val="bullet"/>
      <w:lvlText w:val="•"/>
      <w:lvlJc w:val="left"/>
      <w:pPr>
        <w:ind w:left="7502" w:hanging="391"/>
      </w:pPr>
      <w:rPr>
        <w:rFonts w:hint="default"/>
        <w:lang w:val="es-CL" w:eastAsia="es-CL" w:bidi="es-CL"/>
      </w:rPr>
    </w:lvl>
    <w:lvl w:ilvl="8" w:tplc="FFFFFFFF">
      <w:numFmt w:val="bullet"/>
      <w:lvlText w:val="•"/>
      <w:lvlJc w:val="left"/>
      <w:pPr>
        <w:ind w:left="8388" w:hanging="391"/>
      </w:pPr>
      <w:rPr>
        <w:rFonts w:hint="default"/>
        <w:lang w:val="es-CL" w:eastAsia="es-CL" w:bidi="es-CL"/>
      </w:rPr>
    </w:lvl>
  </w:abstractNum>
  <w:abstractNum w:abstractNumId="35" w15:restartNumberingAfterBreak="0">
    <w:nsid w:val="450A5278"/>
    <w:multiLevelType w:val="hybridMultilevel"/>
    <w:tmpl w:val="050877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498F3C50"/>
    <w:multiLevelType w:val="hybridMultilevel"/>
    <w:tmpl w:val="306CFB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4B25051B"/>
    <w:multiLevelType w:val="hybridMultilevel"/>
    <w:tmpl w:val="C6AC520A"/>
    <w:lvl w:ilvl="0" w:tplc="340A0001">
      <w:start w:val="1"/>
      <w:numFmt w:val="bullet"/>
      <w:lvlText w:val=""/>
      <w:lvlJc w:val="left"/>
      <w:pPr>
        <w:ind w:left="662" w:hanging="286"/>
      </w:pPr>
      <w:rPr>
        <w:rFonts w:ascii="Symbol" w:hAnsi="Symbol" w:hint="default"/>
        <w:w w:val="100"/>
        <w:sz w:val="24"/>
        <w:szCs w:val="24"/>
        <w:lang w:val="es-CL" w:eastAsia="es-CL" w:bidi="es-C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DB1440B"/>
    <w:multiLevelType w:val="hybridMultilevel"/>
    <w:tmpl w:val="06681E1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4FC44FE0"/>
    <w:multiLevelType w:val="multilevel"/>
    <w:tmpl w:val="373C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4C7396"/>
    <w:multiLevelType w:val="hybridMultilevel"/>
    <w:tmpl w:val="119622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58C541B1"/>
    <w:multiLevelType w:val="hybridMultilevel"/>
    <w:tmpl w:val="C5E8CE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5927708F"/>
    <w:multiLevelType w:val="hybridMultilevel"/>
    <w:tmpl w:val="E7C6355A"/>
    <w:lvl w:ilvl="0" w:tplc="07E074B0">
      <w:start w:val="1"/>
      <w:numFmt w:val="decimal"/>
      <w:lvlText w:val="%1."/>
      <w:lvlJc w:val="left"/>
      <w:pPr>
        <w:ind w:left="722" w:hanging="331"/>
        <w:jc w:val="right"/>
      </w:pPr>
      <w:rPr>
        <w:rFonts w:hint="default"/>
        <w:spacing w:val="-27"/>
        <w:w w:val="100"/>
        <w:lang w:val="es-CL" w:eastAsia="es-CL" w:bidi="es-CL"/>
      </w:rPr>
    </w:lvl>
    <w:lvl w:ilvl="1" w:tplc="09764258">
      <w:numFmt w:val="bullet"/>
      <w:lvlText w:val=""/>
      <w:lvlJc w:val="left"/>
      <w:pPr>
        <w:ind w:left="1232" w:hanging="346"/>
      </w:pPr>
      <w:rPr>
        <w:rFonts w:ascii="Wingdings" w:eastAsia="Wingdings" w:hAnsi="Wingdings" w:cs="Wingdings" w:hint="default"/>
        <w:w w:val="100"/>
        <w:sz w:val="24"/>
        <w:szCs w:val="24"/>
        <w:lang w:val="es-CL" w:eastAsia="es-CL" w:bidi="es-CL"/>
      </w:rPr>
    </w:lvl>
    <w:lvl w:ilvl="2" w:tplc="7A9E9818">
      <w:numFmt w:val="bullet"/>
      <w:lvlText w:val="•"/>
      <w:lvlJc w:val="left"/>
      <w:pPr>
        <w:ind w:left="2231" w:hanging="346"/>
      </w:pPr>
      <w:rPr>
        <w:rFonts w:hint="default"/>
        <w:lang w:val="es-CL" w:eastAsia="es-CL" w:bidi="es-CL"/>
      </w:rPr>
    </w:lvl>
    <w:lvl w:ilvl="3" w:tplc="50AEA734">
      <w:numFmt w:val="bullet"/>
      <w:lvlText w:val="•"/>
      <w:lvlJc w:val="left"/>
      <w:pPr>
        <w:ind w:left="3222" w:hanging="346"/>
      </w:pPr>
      <w:rPr>
        <w:rFonts w:hint="default"/>
        <w:lang w:val="es-CL" w:eastAsia="es-CL" w:bidi="es-CL"/>
      </w:rPr>
    </w:lvl>
    <w:lvl w:ilvl="4" w:tplc="22F8EB24">
      <w:numFmt w:val="bullet"/>
      <w:lvlText w:val="•"/>
      <w:lvlJc w:val="left"/>
      <w:pPr>
        <w:ind w:left="4213" w:hanging="346"/>
      </w:pPr>
      <w:rPr>
        <w:rFonts w:hint="default"/>
        <w:lang w:val="es-CL" w:eastAsia="es-CL" w:bidi="es-CL"/>
      </w:rPr>
    </w:lvl>
    <w:lvl w:ilvl="5" w:tplc="6024A7F0">
      <w:numFmt w:val="bullet"/>
      <w:lvlText w:val="•"/>
      <w:lvlJc w:val="left"/>
      <w:pPr>
        <w:ind w:left="5204" w:hanging="346"/>
      </w:pPr>
      <w:rPr>
        <w:rFonts w:hint="default"/>
        <w:lang w:val="es-CL" w:eastAsia="es-CL" w:bidi="es-CL"/>
      </w:rPr>
    </w:lvl>
    <w:lvl w:ilvl="6" w:tplc="4306D1FC">
      <w:numFmt w:val="bullet"/>
      <w:lvlText w:val="•"/>
      <w:lvlJc w:val="left"/>
      <w:pPr>
        <w:ind w:left="6195" w:hanging="346"/>
      </w:pPr>
      <w:rPr>
        <w:rFonts w:hint="default"/>
        <w:lang w:val="es-CL" w:eastAsia="es-CL" w:bidi="es-CL"/>
      </w:rPr>
    </w:lvl>
    <w:lvl w:ilvl="7" w:tplc="7174F00A">
      <w:numFmt w:val="bullet"/>
      <w:lvlText w:val="•"/>
      <w:lvlJc w:val="left"/>
      <w:pPr>
        <w:ind w:left="7186" w:hanging="346"/>
      </w:pPr>
      <w:rPr>
        <w:rFonts w:hint="default"/>
        <w:lang w:val="es-CL" w:eastAsia="es-CL" w:bidi="es-CL"/>
      </w:rPr>
    </w:lvl>
    <w:lvl w:ilvl="8" w:tplc="6F8CB0B8">
      <w:numFmt w:val="bullet"/>
      <w:lvlText w:val="•"/>
      <w:lvlJc w:val="left"/>
      <w:pPr>
        <w:ind w:left="8177" w:hanging="346"/>
      </w:pPr>
      <w:rPr>
        <w:rFonts w:hint="default"/>
        <w:lang w:val="es-CL" w:eastAsia="es-CL" w:bidi="es-CL"/>
      </w:rPr>
    </w:lvl>
  </w:abstractNum>
  <w:abstractNum w:abstractNumId="43" w15:restartNumberingAfterBreak="0">
    <w:nsid w:val="597822C7"/>
    <w:multiLevelType w:val="hybridMultilevel"/>
    <w:tmpl w:val="3740D95A"/>
    <w:lvl w:ilvl="0" w:tplc="18085926">
      <w:start w:val="1"/>
      <w:numFmt w:val="upperRoman"/>
      <w:lvlText w:val="%1."/>
      <w:lvlJc w:val="left"/>
      <w:pPr>
        <w:ind w:left="1232" w:hanging="451"/>
        <w:jc w:val="right"/>
      </w:pPr>
      <w:rPr>
        <w:rFonts w:ascii="Arial Narrow" w:eastAsia="Arial Narrow" w:hAnsi="Arial Narrow" w:cs="Arial Narrow" w:hint="default"/>
        <w:b/>
        <w:bCs/>
        <w:spacing w:val="-8"/>
        <w:w w:val="100"/>
        <w:sz w:val="24"/>
        <w:szCs w:val="24"/>
        <w:lang w:val="es-CL" w:eastAsia="es-CL" w:bidi="es-CL"/>
      </w:rPr>
    </w:lvl>
    <w:lvl w:ilvl="1" w:tplc="340A000F">
      <w:start w:val="1"/>
      <w:numFmt w:val="decimal"/>
      <w:lvlText w:val="%2."/>
      <w:lvlJc w:val="left"/>
      <w:pPr>
        <w:ind w:left="720" w:hanging="360"/>
      </w:pPr>
    </w:lvl>
    <w:lvl w:ilvl="2" w:tplc="13E6CFFC">
      <w:start w:val="1"/>
      <w:numFmt w:val="lowerLetter"/>
      <w:lvlText w:val="%3."/>
      <w:lvlJc w:val="left"/>
      <w:pPr>
        <w:ind w:left="1232" w:hanging="706"/>
        <w:jc w:val="right"/>
      </w:pPr>
      <w:rPr>
        <w:rFonts w:ascii="Arial Narrow" w:eastAsia="Arial Narrow" w:hAnsi="Arial Narrow" w:cs="Arial Narrow" w:hint="default"/>
        <w:b/>
        <w:bCs/>
        <w:spacing w:val="-13"/>
        <w:w w:val="100"/>
        <w:sz w:val="24"/>
        <w:szCs w:val="24"/>
        <w:lang w:val="es-CL" w:eastAsia="es-CL" w:bidi="es-CL"/>
      </w:rPr>
    </w:lvl>
    <w:lvl w:ilvl="3" w:tplc="87A0A364">
      <w:numFmt w:val="bullet"/>
      <w:lvlText w:val="•"/>
      <w:lvlJc w:val="left"/>
      <w:pPr>
        <w:ind w:left="947" w:hanging="706"/>
      </w:pPr>
      <w:rPr>
        <w:rFonts w:ascii="Arial Narrow" w:eastAsia="Arial Narrow" w:hAnsi="Arial Narrow" w:cs="Arial Narrow" w:hint="default"/>
        <w:w w:val="100"/>
        <w:sz w:val="24"/>
        <w:szCs w:val="24"/>
        <w:lang w:val="es-CL" w:eastAsia="es-CL" w:bidi="es-CL"/>
      </w:rPr>
    </w:lvl>
    <w:lvl w:ilvl="4" w:tplc="9D86C67E">
      <w:numFmt w:val="bullet"/>
      <w:lvlText w:val="•"/>
      <w:lvlJc w:val="left"/>
      <w:pPr>
        <w:ind w:left="2514" w:hanging="706"/>
      </w:pPr>
      <w:rPr>
        <w:rFonts w:hint="default"/>
        <w:lang w:val="es-CL" w:eastAsia="es-CL" w:bidi="es-CL"/>
      </w:rPr>
    </w:lvl>
    <w:lvl w:ilvl="5" w:tplc="76B0B052">
      <w:numFmt w:val="bullet"/>
      <w:lvlText w:val="•"/>
      <w:lvlJc w:val="left"/>
      <w:pPr>
        <w:ind w:left="3788" w:hanging="706"/>
      </w:pPr>
      <w:rPr>
        <w:rFonts w:hint="default"/>
        <w:lang w:val="es-CL" w:eastAsia="es-CL" w:bidi="es-CL"/>
      </w:rPr>
    </w:lvl>
    <w:lvl w:ilvl="6" w:tplc="BD528FC6">
      <w:numFmt w:val="bullet"/>
      <w:lvlText w:val="•"/>
      <w:lvlJc w:val="left"/>
      <w:pPr>
        <w:ind w:left="5062" w:hanging="706"/>
      </w:pPr>
      <w:rPr>
        <w:rFonts w:hint="default"/>
        <w:lang w:val="es-CL" w:eastAsia="es-CL" w:bidi="es-CL"/>
      </w:rPr>
    </w:lvl>
    <w:lvl w:ilvl="7" w:tplc="150000A4">
      <w:numFmt w:val="bullet"/>
      <w:lvlText w:val="•"/>
      <w:lvlJc w:val="left"/>
      <w:pPr>
        <w:ind w:left="6337" w:hanging="706"/>
      </w:pPr>
      <w:rPr>
        <w:rFonts w:hint="default"/>
        <w:lang w:val="es-CL" w:eastAsia="es-CL" w:bidi="es-CL"/>
      </w:rPr>
    </w:lvl>
    <w:lvl w:ilvl="8" w:tplc="0B2C0858">
      <w:numFmt w:val="bullet"/>
      <w:lvlText w:val="•"/>
      <w:lvlJc w:val="left"/>
      <w:pPr>
        <w:ind w:left="7611" w:hanging="706"/>
      </w:pPr>
      <w:rPr>
        <w:rFonts w:hint="default"/>
        <w:lang w:val="es-CL" w:eastAsia="es-CL" w:bidi="es-CL"/>
      </w:rPr>
    </w:lvl>
  </w:abstractNum>
  <w:abstractNum w:abstractNumId="44" w15:restartNumberingAfterBreak="0">
    <w:nsid w:val="5ED724FB"/>
    <w:multiLevelType w:val="multilevel"/>
    <w:tmpl w:val="EAC6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6C24F9"/>
    <w:multiLevelType w:val="multilevel"/>
    <w:tmpl w:val="3EA0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6B22A2"/>
    <w:multiLevelType w:val="multilevel"/>
    <w:tmpl w:val="D0E2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956335"/>
    <w:multiLevelType w:val="hybridMultilevel"/>
    <w:tmpl w:val="27925F9A"/>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DE53CAE"/>
    <w:multiLevelType w:val="multilevel"/>
    <w:tmpl w:val="41F6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14251B"/>
    <w:multiLevelType w:val="hybridMultilevel"/>
    <w:tmpl w:val="4AD427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0" w15:restartNumberingAfterBreak="0">
    <w:nsid w:val="6F3E79AE"/>
    <w:multiLevelType w:val="multilevel"/>
    <w:tmpl w:val="90B4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710479"/>
    <w:multiLevelType w:val="hybridMultilevel"/>
    <w:tmpl w:val="6812D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70232E39"/>
    <w:multiLevelType w:val="multilevel"/>
    <w:tmpl w:val="13DE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CF7B5E"/>
    <w:multiLevelType w:val="hybridMultilevel"/>
    <w:tmpl w:val="AA04D0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71326CE0"/>
    <w:multiLevelType w:val="multilevel"/>
    <w:tmpl w:val="3E98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7407CB"/>
    <w:multiLevelType w:val="multilevel"/>
    <w:tmpl w:val="6B0A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8C5EB0"/>
    <w:multiLevelType w:val="multilevel"/>
    <w:tmpl w:val="9D3C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F72B90"/>
    <w:multiLevelType w:val="hybridMultilevel"/>
    <w:tmpl w:val="F3C0B6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15:restartNumberingAfterBreak="0">
    <w:nsid w:val="7B461058"/>
    <w:multiLevelType w:val="multilevel"/>
    <w:tmpl w:val="895A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BFF2BA0"/>
    <w:multiLevelType w:val="hybridMultilevel"/>
    <w:tmpl w:val="9B06A1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20013800">
    <w:abstractNumId w:val="8"/>
  </w:num>
  <w:num w:numId="2" w16cid:durableId="716662562">
    <w:abstractNumId w:val="6"/>
  </w:num>
  <w:num w:numId="3" w16cid:durableId="850295263">
    <w:abstractNumId w:val="5"/>
  </w:num>
  <w:num w:numId="4" w16cid:durableId="1797799479">
    <w:abstractNumId w:val="4"/>
  </w:num>
  <w:num w:numId="5" w16cid:durableId="1483540658">
    <w:abstractNumId w:val="7"/>
  </w:num>
  <w:num w:numId="6" w16cid:durableId="435177308">
    <w:abstractNumId w:val="3"/>
  </w:num>
  <w:num w:numId="7" w16cid:durableId="90203079">
    <w:abstractNumId w:val="2"/>
  </w:num>
  <w:num w:numId="8" w16cid:durableId="1410230695">
    <w:abstractNumId w:val="1"/>
  </w:num>
  <w:num w:numId="9" w16cid:durableId="1025448970">
    <w:abstractNumId w:val="0"/>
  </w:num>
  <w:num w:numId="10" w16cid:durableId="1063336616">
    <w:abstractNumId w:val="23"/>
  </w:num>
  <w:num w:numId="11" w16cid:durableId="1242181747">
    <w:abstractNumId w:val="50"/>
  </w:num>
  <w:num w:numId="12" w16cid:durableId="233322458">
    <w:abstractNumId w:val="44"/>
  </w:num>
  <w:num w:numId="13" w16cid:durableId="655039699">
    <w:abstractNumId w:val="46"/>
  </w:num>
  <w:num w:numId="14" w16cid:durableId="1406681703">
    <w:abstractNumId w:val="54"/>
  </w:num>
  <w:num w:numId="15" w16cid:durableId="686753408">
    <w:abstractNumId w:val="20"/>
  </w:num>
  <w:num w:numId="16" w16cid:durableId="1655065995">
    <w:abstractNumId w:val="58"/>
  </w:num>
  <w:num w:numId="17" w16cid:durableId="616721470">
    <w:abstractNumId w:val="21"/>
  </w:num>
  <w:num w:numId="18" w16cid:durableId="484248796">
    <w:abstractNumId w:val="45"/>
  </w:num>
  <w:num w:numId="19" w16cid:durableId="1079331759">
    <w:abstractNumId w:val="11"/>
  </w:num>
  <w:num w:numId="20" w16cid:durableId="285083821">
    <w:abstractNumId w:val="30"/>
  </w:num>
  <w:num w:numId="21" w16cid:durableId="689718005">
    <w:abstractNumId w:val="56"/>
  </w:num>
  <w:num w:numId="22" w16cid:durableId="1905871047">
    <w:abstractNumId w:val="52"/>
  </w:num>
  <w:num w:numId="23" w16cid:durableId="23943573">
    <w:abstractNumId w:val="39"/>
  </w:num>
  <w:num w:numId="24" w16cid:durableId="1648432602">
    <w:abstractNumId w:val="48"/>
  </w:num>
  <w:num w:numId="25" w16cid:durableId="145047999">
    <w:abstractNumId w:val="55"/>
  </w:num>
  <w:num w:numId="26" w16cid:durableId="120540078">
    <w:abstractNumId w:val="12"/>
  </w:num>
  <w:num w:numId="27" w16cid:durableId="1524711757">
    <w:abstractNumId w:val="57"/>
  </w:num>
  <w:num w:numId="28" w16cid:durableId="2103910610">
    <w:abstractNumId w:val="35"/>
  </w:num>
  <w:num w:numId="29" w16cid:durableId="1301419678">
    <w:abstractNumId w:val="40"/>
  </w:num>
  <w:num w:numId="30" w16cid:durableId="241331868">
    <w:abstractNumId w:val="17"/>
  </w:num>
  <w:num w:numId="31" w16cid:durableId="1165390122">
    <w:abstractNumId w:val="25"/>
  </w:num>
  <w:num w:numId="32" w16cid:durableId="49575796">
    <w:abstractNumId w:val="51"/>
  </w:num>
  <w:num w:numId="33" w16cid:durableId="1418596464">
    <w:abstractNumId w:val="41"/>
  </w:num>
  <w:num w:numId="34" w16cid:durableId="2034727295">
    <w:abstractNumId w:val="32"/>
  </w:num>
  <w:num w:numId="35" w16cid:durableId="697779037">
    <w:abstractNumId w:val="9"/>
  </w:num>
  <w:num w:numId="36" w16cid:durableId="589432679">
    <w:abstractNumId w:val="24"/>
  </w:num>
  <w:num w:numId="37" w16cid:durableId="1913851537">
    <w:abstractNumId w:val="59"/>
  </w:num>
  <w:num w:numId="38" w16cid:durableId="1042940601">
    <w:abstractNumId w:val="27"/>
  </w:num>
  <w:num w:numId="39" w16cid:durableId="156387473">
    <w:abstractNumId w:val="18"/>
  </w:num>
  <w:num w:numId="40" w16cid:durableId="1569533620">
    <w:abstractNumId w:val="28"/>
  </w:num>
  <w:num w:numId="41" w16cid:durableId="1496802432">
    <w:abstractNumId w:val="42"/>
  </w:num>
  <w:num w:numId="42" w16cid:durableId="1785153863">
    <w:abstractNumId w:val="43"/>
  </w:num>
  <w:num w:numId="43" w16cid:durableId="2054381606">
    <w:abstractNumId w:val="31"/>
  </w:num>
  <w:num w:numId="44" w16cid:durableId="1423646345">
    <w:abstractNumId w:val="14"/>
  </w:num>
  <w:num w:numId="45" w16cid:durableId="1897887779">
    <w:abstractNumId w:val="33"/>
  </w:num>
  <w:num w:numId="46" w16cid:durableId="1681736134">
    <w:abstractNumId w:val="49"/>
  </w:num>
  <w:num w:numId="47" w16cid:durableId="393771604">
    <w:abstractNumId w:val="29"/>
  </w:num>
  <w:num w:numId="48" w16cid:durableId="962855099">
    <w:abstractNumId w:val="34"/>
  </w:num>
  <w:num w:numId="49" w16cid:durableId="1609236970">
    <w:abstractNumId w:val="38"/>
  </w:num>
  <w:num w:numId="50" w16cid:durableId="1572932469">
    <w:abstractNumId w:val="47"/>
  </w:num>
  <w:num w:numId="51" w16cid:durableId="419445553">
    <w:abstractNumId w:val="13"/>
  </w:num>
  <w:num w:numId="52" w16cid:durableId="233587486">
    <w:abstractNumId w:val="53"/>
  </w:num>
  <w:num w:numId="53" w16cid:durableId="1772314063">
    <w:abstractNumId w:val="22"/>
  </w:num>
  <w:num w:numId="54" w16cid:durableId="237056128">
    <w:abstractNumId w:val="10"/>
  </w:num>
  <w:num w:numId="55" w16cid:durableId="1508710944">
    <w:abstractNumId w:val="37"/>
  </w:num>
  <w:num w:numId="56" w16cid:durableId="1556743336">
    <w:abstractNumId w:val="26"/>
  </w:num>
  <w:num w:numId="57" w16cid:durableId="1416440915">
    <w:abstractNumId w:val="36"/>
  </w:num>
  <w:num w:numId="58" w16cid:durableId="982923669">
    <w:abstractNumId w:val="19"/>
  </w:num>
  <w:num w:numId="59" w16cid:durableId="1897279323">
    <w:abstractNumId w:val="16"/>
  </w:num>
  <w:num w:numId="60" w16cid:durableId="1690178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576E8"/>
    <w:rsid w:val="0006063C"/>
    <w:rsid w:val="000D5949"/>
    <w:rsid w:val="00124466"/>
    <w:rsid w:val="0015074B"/>
    <w:rsid w:val="001A4EE6"/>
    <w:rsid w:val="002826E0"/>
    <w:rsid w:val="0029639D"/>
    <w:rsid w:val="002F764A"/>
    <w:rsid w:val="00326F90"/>
    <w:rsid w:val="0037253E"/>
    <w:rsid w:val="00405442"/>
    <w:rsid w:val="004637FB"/>
    <w:rsid w:val="00487CC1"/>
    <w:rsid w:val="004E169C"/>
    <w:rsid w:val="00630197"/>
    <w:rsid w:val="00667ECF"/>
    <w:rsid w:val="008452D0"/>
    <w:rsid w:val="0087680C"/>
    <w:rsid w:val="00893C50"/>
    <w:rsid w:val="00901EBA"/>
    <w:rsid w:val="0097679E"/>
    <w:rsid w:val="00A5071E"/>
    <w:rsid w:val="00A53DA8"/>
    <w:rsid w:val="00AA1D8D"/>
    <w:rsid w:val="00AE073B"/>
    <w:rsid w:val="00B47730"/>
    <w:rsid w:val="00B63890"/>
    <w:rsid w:val="00C5290F"/>
    <w:rsid w:val="00CB0664"/>
    <w:rsid w:val="00CC6156"/>
    <w:rsid w:val="00D11A01"/>
    <w:rsid w:val="00D14F5C"/>
    <w:rsid w:val="00D433D7"/>
    <w:rsid w:val="00DD6A41"/>
    <w:rsid w:val="00F02877"/>
    <w:rsid w:val="00F10429"/>
    <w:rsid w:val="00F37C28"/>
    <w:rsid w:val="00F43CAE"/>
    <w:rsid w:val="00F91254"/>
    <w:rsid w:val="00FA3903"/>
    <w:rsid w:val="00FC693F"/>
    <w:rsid w:val="00FF3343"/>
    <w:rsid w:val="00FF39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EDDE99"/>
  <w14:defaultImageDpi w14:val="300"/>
  <w15:docId w15:val="{883231DD-1A36-4D74-9266-31DFC904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442"/>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1"/>
    <w:unhideWhenUsed/>
    <w:qFormat/>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Normal">
    <w:name w:val="Table Normal"/>
    <w:uiPriority w:val="2"/>
    <w:semiHidden/>
    <w:unhideWhenUsed/>
    <w:qFormat/>
    <w:rsid w:val="00893C50"/>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3C50"/>
    <w:pPr>
      <w:widowControl w:val="0"/>
      <w:autoSpaceDE w:val="0"/>
      <w:autoSpaceDN w:val="0"/>
      <w:spacing w:after="0" w:line="240" w:lineRule="auto"/>
    </w:pPr>
    <w:rPr>
      <w:rFonts w:ascii="Arial Narrow" w:eastAsia="Arial Narrow" w:hAnsi="Arial Narrow" w:cs="Arial Narrow"/>
      <w:lang w:val="es-CL" w:eastAsia="es-CL" w:bidi="es-CL"/>
    </w:rPr>
  </w:style>
  <w:style w:type="paragraph" w:styleId="Textonotapie">
    <w:name w:val="footnote text"/>
    <w:basedOn w:val="Normal"/>
    <w:link w:val="TextonotapieCar"/>
    <w:uiPriority w:val="99"/>
    <w:semiHidden/>
    <w:unhideWhenUsed/>
    <w:rsid w:val="00893C50"/>
    <w:pPr>
      <w:widowControl w:val="0"/>
      <w:autoSpaceDE w:val="0"/>
      <w:autoSpaceDN w:val="0"/>
      <w:spacing w:after="0" w:line="240" w:lineRule="auto"/>
    </w:pPr>
    <w:rPr>
      <w:rFonts w:ascii="Arial Narrow" w:eastAsia="Arial Narrow" w:hAnsi="Arial Narrow" w:cs="Arial Narrow"/>
      <w:sz w:val="20"/>
      <w:szCs w:val="20"/>
      <w:lang w:val="es-CL" w:eastAsia="es-CL" w:bidi="es-CL"/>
    </w:rPr>
  </w:style>
  <w:style w:type="character" w:customStyle="1" w:styleId="TextonotapieCar">
    <w:name w:val="Texto nota pie Car"/>
    <w:basedOn w:val="Fuentedeprrafopredeter"/>
    <w:link w:val="Textonotapie"/>
    <w:uiPriority w:val="99"/>
    <w:semiHidden/>
    <w:rsid w:val="00893C50"/>
    <w:rPr>
      <w:rFonts w:ascii="Arial Narrow" w:eastAsia="Arial Narrow" w:hAnsi="Arial Narrow" w:cs="Arial Narrow"/>
      <w:sz w:val="20"/>
      <w:szCs w:val="20"/>
      <w:lang w:val="es-CL" w:eastAsia="es-CL" w:bidi="es-CL"/>
    </w:rPr>
  </w:style>
  <w:style w:type="character" w:styleId="Refdenotaalpie">
    <w:name w:val="footnote reference"/>
    <w:basedOn w:val="Fuentedeprrafopredeter"/>
    <w:uiPriority w:val="99"/>
    <w:semiHidden/>
    <w:unhideWhenUsed/>
    <w:rsid w:val="00893C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02FF-2A41-4B04-8A19-2F1971AF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75</Pages>
  <Words>13963</Words>
  <Characters>76800</Characters>
  <Application>Microsoft Office Word</Application>
  <DocSecurity>0</DocSecurity>
  <Lines>640</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90582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Angeles</cp:lastModifiedBy>
  <cp:revision>7</cp:revision>
  <dcterms:created xsi:type="dcterms:W3CDTF">2025-10-20T12:32:00Z</dcterms:created>
  <dcterms:modified xsi:type="dcterms:W3CDTF">2025-12-29T17:27:00Z</dcterms:modified>
  <cp:category/>
</cp:coreProperties>
</file>